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园林绿化工作计划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　　园林绿化工作计划 篇1</w:t>
      </w:r>
      <w:r>
        <w:rPr>
          <w:lang w:eastAsia="zh-CN"/>
        </w:rPr>
        <w:br/>
      </w:r>
      <w:r>
        <w:rPr>
          <w:lang w:eastAsia="zh-CN"/>
        </w:rPr>
        <w:t>　　一、高标准做好园林规划设计工作，规划设计按照高标准、大绿量、多栽树的总体要求，全力打造以以平原森林为特色的城市园林风貌，科学规划、合理布局、高水平设计。</w:t>
      </w:r>
      <w:r>
        <w:rPr>
          <w:lang w:eastAsia="zh-CN"/>
        </w:rPr>
        <w:br/>
      </w:r>
      <w:r>
        <w:rPr>
          <w:lang w:eastAsia="zh-CN"/>
        </w:rPr>
        <w:t>　　今年我市重点实施以公园、游园、骨干道路、环城绿带等44项绿化工程，预计总投资__万元，共栽植植物967.6万株，其中乔木61.9万株，花灌木906万株，草坪32.2万平方米。具体工程如下;</w:t>
      </w:r>
      <w:r>
        <w:rPr>
          <w:lang w:eastAsia="zh-CN"/>
        </w:rPr>
        <w:br/>
      </w:r>
      <w:r>
        <w:rPr>
          <w:lang w:eastAsia="zh-CN"/>
        </w:rPr>
        <w:t>　　(一)新城区绿化：</w:t>
      </w:r>
      <w:r>
        <w:rPr>
          <w:lang w:eastAsia="zh-CN"/>
        </w:rPr>
        <w:br/>
      </w:r>
      <w:r>
        <w:rPr>
          <w:lang w:eastAsia="zh-CN"/>
        </w:rPr>
        <w:t>　　计划实施“二园、一带、六点、六路”十五项重点工程，具体工程如下：</w:t>
      </w:r>
      <w:r>
        <w:rPr>
          <w:lang w:eastAsia="zh-CN"/>
        </w:rPr>
        <w:br/>
      </w:r>
      <w:r>
        <w:rPr>
          <w:lang w:eastAsia="zh-CN"/>
        </w:rPr>
        <w:t>　　1、二园：</w:t>
      </w:r>
      <w:r>
        <w:rPr>
          <w:lang w:eastAsia="zh-CN"/>
        </w:rPr>
        <w:br/>
      </w:r>
      <w:r>
        <w:rPr>
          <w:lang w:eastAsia="zh-CN"/>
        </w:rPr>
        <w:t>　　(1)沙沟湖农业生态观光园，按照同济大学规划设计方案，进行建筑单体、二级道路、小品等建设。</w:t>
      </w:r>
      <w:r>
        <w:rPr>
          <w:lang w:eastAsia="zh-CN"/>
        </w:rPr>
        <w:br/>
      </w:r>
      <w:r>
        <w:rPr>
          <w:lang w:eastAsia="zh-CN"/>
        </w:rPr>
        <w:t>　　(2)银杏实验基地。</w:t>
      </w:r>
      <w:r>
        <w:rPr>
          <w:lang w:eastAsia="zh-CN"/>
        </w:rPr>
        <w:br/>
      </w:r>
      <w:r>
        <w:rPr>
          <w:lang w:eastAsia="zh-CN"/>
        </w:rPr>
        <w:t>　　2、一带：即六保河风光带，按照设计图纸施工。</w:t>
      </w:r>
      <w:r>
        <w:rPr>
          <w:lang w:eastAsia="zh-CN"/>
        </w:rPr>
        <w:br/>
      </w:r>
      <w:r>
        <w:rPr>
          <w:lang w:eastAsia="zh-CN"/>
        </w:rPr>
        <w:t>　　3、六点：即_路与辽河路、_路节点、__路与辽河路、_路节点、__与辽河路、_路节点。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4、六路：即_路、_路、黄山路、辽河东路、__。路、东泰路，设计绿化植物以乔木为主，辅以花灌木及宿根花卉。</w:t>
      </w:r>
      <w:r>
        <w:rPr>
          <w:lang w:eastAsia="zh-CN"/>
        </w:rPr>
        <w:br/>
      </w:r>
      <w:r>
        <w:rPr>
          <w:lang w:eastAsia="zh-CN"/>
        </w:rPr>
        <w:t>　　(二)老城区绿化：</w:t>
      </w:r>
      <w:r>
        <w:rPr>
          <w:lang w:eastAsia="zh-CN"/>
        </w:rPr>
        <w:br/>
      </w:r>
      <w:r>
        <w:rPr>
          <w:lang w:eastAsia="zh-CN"/>
        </w:rPr>
        <w:t>　　计划实施“三园、六点、十六路”等二十五项绿化工程，具体工程如下：</w:t>
      </w:r>
      <w:r>
        <w:rPr>
          <w:lang w:eastAsia="zh-CN"/>
        </w:rPr>
        <w:br/>
      </w:r>
      <w:r>
        <w:rPr>
          <w:lang w:eastAsia="zh-CN"/>
        </w:rPr>
        <w:t>　　1、三园：即灯桥所游园、和平西游园、阳光游园，在原来绿化的基础上，增加园路.休闲坐凳等，为市民路人提供相对安静的休息场所。</w:t>
      </w:r>
      <w:r>
        <w:rPr>
          <w:lang w:eastAsia="zh-CN"/>
        </w:rPr>
        <w:br/>
      </w:r>
      <w:r>
        <w:rPr>
          <w:lang w:eastAsia="zh-CN"/>
        </w:rPr>
        <w:t>　　2、六点：即太阳城广场绿化、世纪大道与运平路、华山路、恒山路节点、邳新路与东高速，上海路与邳新路，强力抓好节点景观建设，节点景观本着“一节点一特色”的模式，体现不同的风格，形成景石节点，大树节点，花卉节点等特色节点景观。</w:t>
      </w:r>
      <w:r>
        <w:rPr>
          <w:lang w:eastAsia="zh-CN"/>
        </w:rPr>
        <w:br/>
      </w:r>
      <w:r>
        <w:rPr>
          <w:lang w:eastAsia="zh-CN"/>
        </w:rPr>
        <w:t>　　3、十六路：其中新拓四条道路：即建设北路延伸段、青年东路、世纪大道慢车道、文苑东路，改造道路十二条，即珠江西路、恒山南路、长江西路、海河路、工业路、图书馆北侧、天山南路、辽河西路、建设南路、文苑西路、青年路。</w:t>
      </w:r>
      <w:r>
        <w:rPr>
          <w:lang w:eastAsia="zh-CN"/>
        </w:rPr>
        <w:br/>
      </w:r>
      <w:r>
        <w:rPr>
          <w:lang w:eastAsia="zh-CN"/>
        </w:rPr>
        <w:t>　　(三)城区所有绿地苗木普查工作：对所有已建成绿地对照原设计方案进行苗木普查，争取消灭绿化盲点、断带，提高绿量。</w:t>
      </w:r>
      <w:r>
        <w:rPr>
          <w:lang w:eastAsia="zh-CN"/>
        </w:rPr>
        <w:br/>
      </w:r>
      <w:r>
        <w:rPr>
          <w:lang w:eastAsia="zh-CN"/>
        </w:rPr>
        <w:t>　　(四)环城绿带建设：环城道路及骨干道路两侧平均加厚50米宽的绿化带，以不同品种的高大乔木片林为主，同时对现有林地加以改造提高绿化质量，形成后将成为一条“景不断链，绿不断线”的绿色景观长廊。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(五)草坪改造：20__年我局重点改造人民广场、锦绣广场、邳州公园三处公园绿地的草坪，总面积252亩，借鉴北京草坪种养经验，根据适地适草的原理，清除原有草坪更换为混播品种，草坪更换后将延长其绿色期并大大增强其适应性和观赏性。</w:t>
      </w:r>
      <w:r>
        <w:rPr>
          <w:lang w:eastAsia="zh-CN"/>
        </w:rPr>
        <w:br/>
      </w:r>
      <w:r>
        <w:rPr>
          <w:lang w:eastAsia="zh-CN"/>
        </w:rPr>
        <w:t>　　(六)单位小区改造：按照以人为本的原则和切实提高市民生活质量的要求，加大80家单位小区的绿化完善工作，栽植、大树2600株。</w:t>
      </w:r>
      <w:r>
        <w:rPr>
          <w:lang w:eastAsia="zh-CN"/>
        </w:rPr>
        <w:br/>
      </w:r>
      <w:r>
        <w:rPr>
          <w:lang w:eastAsia="zh-CN"/>
        </w:rPr>
        <w:t>　　二、加强施工管理，实行市场运作机制</w:t>
      </w:r>
      <w:r>
        <w:rPr>
          <w:lang w:eastAsia="zh-CN"/>
        </w:rPr>
        <w:br/>
      </w:r>
      <w:r>
        <w:rPr>
          <w:lang w:eastAsia="zh-CN"/>
        </w:rPr>
        <w:t>　　为提高施工质量，降低绿化成本，我局将引进园林绿化施工市场化运作机制，对北京路、沈阳路等可投标的路段和景点公开进行施工管护招投标，按同等质量比价钱、同价钱比质量的原则，选定优质施工队伍，园林局成立技术总监小组，按照设计标准，一着不让抓施工管理。暂定管护付款方式为施工结束付款1/3，第一年管护结束付款1/3，第二年检查验收付清的付费方式运作，栽植管护保活由施工方一抓到底，打造优质景观。</w:t>
      </w:r>
      <w:r>
        <w:rPr>
          <w:lang w:eastAsia="zh-CN"/>
        </w:rPr>
        <w:br/>
      </w:r>
      <w:r>
        <w:rPr>
          <w:lang w:eastAsia="zh-CN"/>
        </w:rPr>
        <w:t>　　三、强化日常管理，提高管护水平</w:t>
      </w:r>
      <w:r>
        <w:rPr>
          <w:lang w:eastAsia="zh-CN"/>
        </w:rPr>
        <w:br/>
      </w:r>
      <w:r>
        <w:rPr>
          <w:lang w:eastAsia="zh-CN"/>
        </w:rPr>
        <w:t>　　“三分种，七分管”，管理是园林绿化建设的重要环节。__年，我局所有管护工作将严格依据《江苏省城市的管护标准》进行管护，主干道达到一级标准，其它地方达到二级标准。工作中强化技术指导，实行科学管理。管护以新加坡绿化作参照系，与世界一流接轨，在修剪上强调精品化、艺术化;除草方面消灭杂草及所有非园林绿化种植植物;树木病虫害管理上做到无病虫害，无长势不良的现象;园林形象整理方面做到无一株非正常歪斜与死亡的树木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四、完善制度建设，落实工作责任</w:t>
      </w:r>
      <w:r>
        <w:rPr>
          <w:lang w:eastAsia="zh-CN"/>
        </w:rPr>
        <w:br/>
      </w:r>
      <w:r>
        <w:rPr>
          <w:lang w:eastAsia="zh-CN"/>
        </w:rPr>
        <w:t>　　在明春绿化中，我局将在20__年管理工作的基础上，继续推行并深化以“责任到人，分片承包，量化考核，奖优罚劣”为中心内容的考核机制。成立由局领导牵头，分区领导及相关科室参加的考核小组，对全城区道路、游园、公园、广场等管护区段进行考核。考核分为定期与不定期两种形式，量化打分并与工资挂钩。总之，在__年里，凡是能进行量化考核的'一律进行量化考核，不论正式工还是临时工，不论是领导还是职工，都要做到人人肩头有压力，个个身上有责任。以此充分调动每一个人的工作积极性、主动性，形成合力、动力。</w:t>
      </w:r>
      <w:r>
        <w:rPr>
          <w:lang w:eastAsia="zh-CN"/>
        </w:rPr>
        <w:br/>
      </w:r>
      <w:r>
        <w:rPr>
          <w:lang w:eastAsia="zh-CN"/>
        </w:rPr>
        <w:t>　　当前虽是园林相对清闲的时节。但春季大战在即，我局将紧抓当前，重点抓好以下工作：</w:t>
      </w:r>
      <w:r>
        <w:rPr>
          <w:lang w:eastAsia="zh-CN"/>
        </w:rPr>
        <w:br/>
      </w:r>
      <w:r>
        <w:rPr>
          <w:lang w:eastAsia="zh-CN"/>
        </w:rPr>
        <w:t>　　(1)按照规划设计的要求，提前挖好春季栽植乔木的树坑，进行土壤改良风化，土质不好，进行客土改良。</w:t>
      </w:r>
      <w:r>
        <w:rPr>
          <w:lang w:eastAsia="zh-CN"/>
        </w:rPr>
        <w:br/>
      </w:r>
      <w:r>
        <w:rPr>
          <w:lang w:eastAsia="zh-CN"/>
        </w:rPr>
        <w:t>　　(2)将全城区乔木，灌木绿篱修剪一新，使冬季保持良好的景观，并为来年生长打下基础。</w:t>
      </w:r>
      <w:r>
        <w:rPr>
          <w:lang w:eastAsia="zh-CN"/>
        </w:rPr>
        <w:br/>
      </w:r>
      <w:r>
        <w:rPr>
          <w:lang w:eastAsia="zh-CN"/>
        </w:rPr>
        <w:t>　　(3)做好日常管理工作。做好形象整理、树木防寒、补栽苗木的扶正、卫生保洁等工作。　　园林绿化工作计划 篇2</w:t>
      </w:r>
      <w:r>
        <w:rPr>
          <w:lang w:eastAsia="zh-CN"/>
        </w:rPr>
        <w:br/>
      </w:r>
      <w:r>
        <w:rPr>
          <w:lang w:eastAsia="zh-CN"/>
        </w:rPr>
        <w:t>　　一、指导思想和原则</w:t>
      </w:r>
      <w:r>
        <w:rPr>
          <w:lang w:eastAsia="zh-CN"/>
        </w:rPr>
        <w:br/>
      </w:r>
      <w:r>
        <w:rPr>
          <w:lang w:eastAsia="zh-CN"/>
        </w:rPr>
        <w:t>　　学校园林绿化要以优化育人环境，提高校园环境质量为目标，推动和促进我校校园园林绿化工作。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1、坚持以人为本，强化生态教育和可持续发展思想，充分体现构建和谐社会和建设园林化校园的原则。</w:t>
      </w:r>
      <w:r>
        <w:rPr>
          <w:lang w:eastAsia="zh-CN"/>
        </w:rPr>
        <w:br/>
      </w:r>
      <w:r>
        <w:rPr>
          <w:lang w:eastAsia="zh-CN"/>
        </w:rPr>
        <w:t>　　2、坚持选择多种适合本地生长的树木花草，因地制宜地营造乔灌花草有机结合的植物群落景观原则。</w:t>
      </w:r>
      <w:r>
        <w:rPr>
          <w:lang w:eastAsia="zh-CN"/>
        </w:rPr>
        <w:br/>
      </w:r>
      <w:r>
        <w:rPr>
          <w:lang w:eastAsia="zh-CN"/>
        </w:rPr>
        <w:t>　　3、坚持自力更生为主，充分发动广大师生员工，大力开展义务植树种花种草活动，加快校园绿化进程的原则。</w:t>
      </w:r>
      <w:r>
        <w:rPr>
          <w:lang w:eastAsia="zh-CN"/>
        </w:rPr>
        <w:br/>
      </w:r>
      <w:r>
        <w:rPr>
          <w:lang w:eastAsia="zh-CN"/>
        </w:rPr>
        <w:t>　　二、存在的问题</w:t>
      </w:r>
      <w:r>
        <w:rPr>
          <w:lang w:eastAsia="zh-CN"/>
        </w:rPr>
        <w:br/>
      </w:r>
      <w:r>
        <w:rPr>
          <w:lang w:eastAsia="zh-CN"/>
        </w:rPr>
        <w:t>　　我校新建教学楼后，原有的苹果树大部分已挖除，剩余果树大多已老化，急需修剪，打农药，施肥。其他观赏绿植（如柏树等）生长还可以，现在长大后过密度太大，不利于今后生长及管理。新建教学楼前无花园，显得比较单调。操场两边有花园，但未种植树木及花卉，并留有建筑垃圾。最重要还是缺少资金。</w:t>
      </w:r>
      <w:r>
        <w:rPr>
          <w:lang w:eastAsia="zh-CN"/>
        </w:rPr>
        <w:br/>
      </w:r>
      <w:r>
        <w:rPr>
          <w:lang w:eastAsia="zh-CN"/>
        </w:rPr>
        <w:t>　　三、目标任务</w:t>
      </w:r>
      <w:r>
        <w:rPr>
          <w:lang w:eastAsia="zh-CN"/>
        </w:rPr>
        <w:br/>
      </w:r>
      <w:r>
        <w:rPr>
          <w:lang w:eastAsia="zh-CN"/>
        </w:rPr>
        <w:t>　　为提高我校校园绿化覆盖率，为广大师生创造一个优美和谐的育人环境，改变我校少树、无花的.现有格局，并针对我校的盐</w:t>
      </w:r>
      <w:r>
        <w:rPr>
          <w:lang w:eastAsia="zh-CN"/>
        </w:rPr>
        <w:br/>
      </w:r>
      <w:r>
        <w:rPr>
          <w:lang w:eastAsia="zh-CN"/>
        </w:rPr>
        <w:t>　　碱程度，从今春起，在我校掀起一个校园绿化的高潮，校园内植树至少20棵，花园种植月季等适宜本地的花卉，使学校绿化覆盖率达到10%以上，为确保树木成活，我校将挖沟透碱，挖树坑以及换土等。</w:t>
      </w:r>
      <w:r>
        <w:rPr>
          <w:lang w:eastAsia="zh-CN"/>
        </w:rPr>
        <w:br/>
      </w:r>
      <w:r>
        <w:rPr>
          <w:lang w:eastAsia="zh-CN"/>
        </w:rPr>
        <w:t>　　三、工作要求和时间安排</w:t>
      </w:r>
      <w:r>
        <w:rPr>
          <w:lang w:eastAsia="zh-CN"/>
        </w:rPr>
        <w:br/>
      </w:r>
      <w:r>
        <w:rPr>
          <w:lang w:eastAsia="zh-CN"/>
        </w:rPr>
        <w:t>　　（一）工作要求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1、校园绿化以提高校园绿化管理水平和校园绿化覆盖率为主体，组织形式多样的校园绿化活动。要从当地的自然条件和实际出发，按照适地适树的原则，通过多种形式的校园绿化活动，使学校校园的生态环境日益和谐，更加优美。</w:t>
      </w:r>
      <w:r>
        <w:rPr>
          <w:lang w:eastAsia="zh-CN"/>
        </w:rPr>
        <w:br/>
      </w:r>
      <w:r>
        <w:rPr>
          <w:lang w:eastAsia="zh-CN"/>
        </w:rPr>
        <w:t>　　2、要因地制宜，按要求搞好校园绿化。要根据不同的土壤、水质等条件，选择适宜的绿化树种，突出乡土树种和优质树种，注重树种的多样性，适当引进优良树种。植树时，要本着规则式和自然式结合原则，在学校内的空闲地上种植小片树林，给师生夏季创造一个读书、纳凉的小环境。</w:t>
      </w:r>
      <w:r>
        <w:rPr>
          <w:lang w:eastAsia="zh-CN"/>
        </w:rPr>
        <w:br/>
      </w:r>
      <w:r>
        <w:rPr>
          <w:lang w:eastAsia="zh-CN"/>
        </w:rPr>
        <w:t>　　（二）时间安排</w:t>
      </w:r>
      <w:r>
        <w:rPr>
          <w:lang w:eastAsia="zh-CN"/>
        </w:rPr>
        <w:br/>
      </w:r>
      <w:r>
        <w:rPr>
          <w:lang w:eastAsia="zh-CN"/>
        </w:rPr>
        <w:t>　　1、从现在起，要利用今春的时间，搞好规划，制定方案，宣传发动，落实人员，落实苗木，做好校园绿化的准备工作。</w:t>
      </w:r>
      <w:r>
        <w:rPr>
          <w:lang w:eastAsia="zh-CN"/>
        </w:rPr>
        <w:br/>
      </w:r>
      <w:r>
        <w:rPr>
          <w:lang w:eastAsia="zh-CN"/>
        </w:rPr>
        <w:t>　　2、要抓住今后 “植树节”前后绿化的有利时机，组织师生参加义务植树活动，绿化美化自己的校园。</w:t>
      </w:r>
      <w:r>
        <w:rPr>
          <w:lang w:eastAsia="zh-CN"/>
        </w:rPr>
        <w:br/>
      </w:r>
      <w:r>
        <w:rPr>
          <w:lang w:eastAsia="zh-CN"/>
        </w:rPr>
        <w:t>　　柴__小学</w:t>
      </w:r>
      <w:r>
        <w:rPr>
          <w:lang w:eastAsia="zh-CN"/>
        </w:rPr>
        <w:br/>
      </w:r>
      <w:r>
        <w:rPr>
          <w:lang w:eastAsia="zh-CN"/>
        </w:rPr>
        <w:t>　　20__.03.04　　园林绿化工作计划 篇3</w:t>
      </w:r>
      <w:r>
        <w:rPr>
          <w:lang w:eastAsia="zh-CN"/>
        </w:rPr>
        <w:br/>
      </w:r>
      <w:r>
        <w:rPr>
          <w:lang w:eastAsia="zh-CN"/>
        </w:rPr>
        <w:t>　　围绕城市功能与品质提升三年行动的总体要求，深入开展工程增绿、改造提绿、管养护绿行动，至20__年建成区全面实现黄土不露天、300米见绿，500米见园的目标，绿地率达45%以上，人均公园绿地面积达25平米以上；</w:t>
      </w:r>
      <w:r>
        <w:rPr>
          <w:lang w:eastAsia="zh-CN"/>
        </w:rPr>
        <w:br/>
      </w:r>
      <w:r>
        <w:rPr>
          <w:lang w:eastAsia="zh-CN"/>
        </w:rPr>
        <w:t>　　城区园林绿化基本达到景观化、多样化、色彩化、香溢化、本土化的效果，彰显园林特色，全面提升绿化品质。</w:t>
      </w:r>
      <w:r>
        <w:rPr>
          <w:lang w:eastAsia="zh-CN"/>
        </w:rPr>
        <w:br/>
      </w:r>
      <w:r>
        <w:rPr>
          <w:lang w:eastAsia="zh-CN"/>
        </w:rPr>
        <w:t>　　1、建设公园绿地。全面完成行建设；</w:t>
      </w:r>
      <w:r>
        <w:rPr>
          <w:lang w:eastAsia="zh-CN"/>
        </w:rPr>
        <w:br/>
      </w:r>
      <w:r>
        <w:rPr>
          <w:lang w:eastAsia="zh-CN"/>
        </w:rPr>
        <w:t>　　加快推进城北公园、北港河公园（ppp项目）建设；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引进社会资本快速推进总用地面积1.3万亩的.国际公园建设，将其打造成国家5a级风景旅游度假区。按照300米见绿，500米见园的要求。</w:t>
      </w:r>
      <w:r>
        <w:rPr>
          <w:lang w:eastAsia="zh-CN"/>
        </w:rPr>
        <w:br/>
      </w:r>
      <w:r>
        <w:rPr>
          <w:lang w:eastAsia="zh-CN"/>
        </w:rPr>
        <w:t>　　2、构建绿道绿廊。结合沿环城路绿荫改造、北港河综合治理工程、师水公园、城南公园等重点绿化工程，改造提升或建设里程约20公里的城市型绿道，新建汝水郊野公园里程约10公里的郊野型绿道绿廊；</w:t>
      </w:r>
      <w:r>
        <w:rPr>
          <w:lang w:eastAsia="zh-CN"/>
        </w:rPr>
        <w:br/>
      </w:r>
      <w:r>
        <w:rPr>
          <w:lang w:eastAsia="zh-CN"/>
        </w:rPr>
        <w:t>　　充分利用国际公园打造5a级国家旅游景区的契机，规划建设国际公园山地型绿道20公里，使我区每平方公里建成区绿道里程达1公里以上。</w:t>
      </w:r>
      <w:r>
        <w:rPr>
          <w:lang w:eastAsia="zh-CN"/>
        </w:rPr>
        <w:br/>
      </w:r>
      <w:r>
        <w:rPr>
          <w:lang w:eastAsia="zh-CN"/>
        </w:rPr>
        <w:t>　　3、实施空地转绿。对城区所有零星空地进行全面清查整顿，结合城市治乱行动，建设一批林荫停车场，既满足停车需求，又增加绿地。结合创国卫工作，对城区约8万平米的裸露地面进行临时绿化及混播草花籽进行彩化。在汝水郊野公园已征地区域内，规划建设千亩标准化优质草坪基地及苗木基地，对郊区已征地进行绿化、美化。</w:t>
      </w:r>
      <w:r>
        <w:rPr>
          <w:lang w:eastAsia="zh-CN"/>
        </w:rPr>
        <w:br/>
      </w:r>
      <w:r>
        <w:rPr>
          <w:lang w:eastAsia="zh-CN"/>
        </w:rPr>
        <w:t>　　4、打造节点绿化。增加造型植物，栽种时令草花，增栽花期长、花期错开植物，保证四季见花，增添城区色彩。</w:t>
      </w:r>
      <w:r>
        <w:rPr>
          <w:lang w:eastAsia="zh-CN"/>
        </w:rPr>
        <w:br/>
      </w:r>
      <w:r>
        <w:rPr>
          <w:lang w:eastAsia="zh-CN"/>
        </w:rPr>
        <w:t>　　5、提升现有绿化。对城区所有次干道的行道树全面进行清查摸底，实施补栽补种和修剪整形；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采取一路一策方式，对树池种植麦冬草或加盖树池蓖等方式100%进行绿化或软覆盖。对绿化景观效果较差的雄岚大道、王震大道、环城绿苑、状元路、子山路、站前南路、龙山北路人工渠等道路景观进行全面改造提升；</w:t>
      </w:r>
      <w:r>
        <w:rPr>
          <w:lang w:eastAsia="zh-CN"/>
        </w:rPr>
        <w:br/>
      </w:r>
      <w:r>
        <w:rPr>
          <w:lang w:eastAsia="zh-CN"/>
        </w:rPr>
        <w:t>　　对人民公园、双湖广场、北港河两岸（ppp项目）进行全面改造提升，彻底提升城区园林绿化品质。</w:t>
      </w:r>
      <w:r>
        <w:rPr>
          <w:lang w:eastAsia="zh-CN"/>
        </w:rPr>
        <w:br/>
      </w:r>
      <w:r>
        <w:rPr>
          <w:lang w:eastAsia="zh-CN"/>
        </w:rPr>
        <w:t>　　6、改造出入口景观。结合城区出入口景观改造提升工程，九处城区主要出入口进行绿化亮化景观改造提升，全面提升城区出入口的绿化景观。</w:t>
      </w:r>
      <w:r>
        <w:rPr>
          <w:lang w:eastAsia="zh-CN"/>
        </w:rPr>
        <w:br/>
      </w:r>
      <w:r>
        <w:rPr>
          <w:lang w:eastAsia="zh-CN"/>
        </w:rPr>
        <w:t>　　7、提升养护水平。严格落实绿化养护管理规范标准，对城区绿化实行精细化、分类养护管理机制，强化对养护外包公司的日常考核管理，引进第三方考核管理机制，提升绿化养护管理水平。明确社区绿化管养职责，统一纳入区园林局养护管理。引进有实力的专业绿化养护公司，至20__年基本实现养护专业化，运作市场化目标。　　园林绿化工作计划 篇4</w:t>
      </w:r>
      <w:r>
        <w:rPr>
          <w:lang w:eastAsia="zh-CN"/>
        </w:rPr>
        <w:br/>
      </w:r>
      <w:r>
        <w:rPr>
          <w:lang w:eastAsia="zh-CN"/>
        </w:rPr>
        <w:t>　　一月(小寒、大寒)最低9°C,最高25°C</w:t>
      </w:r>
      <w:r>
        <w:rPr>
          <w:lang w:eastAsia="zh-CN"/>
        </w:rPr>
        <w:br/>
      </w:r>
      <w:r>
        <w:rPr>
          <w:lang w:eastAsia="zh-CN"/>
        </w:rPr>
        <w:t>　　1、深施基肥，修剪整形，剪除病虫枝，伤残枝及不需要的枝条。</w:t>
      </w:r>
      <w:r>
        <w:rPr>
          <w:lang w:eastAsia="zh-CN"/>
        </w:rPr>
        <w:br/>
      </w:r>
      <w:r>
        <w:rPr>
          <w:lang w:eastAsia="zh-CN"/>
        </w:rPr>
        <w:t>　　2、继续做好防寒、防霜工作。特别是美人蕉、龙船花进行防冻防霜。</w:t>
      </w:r>
      <w:r>
        <w:rPr>
          <w:lang w:eastAsia="zh-CN"/>
        </w:rPr>
        <w:br/>
      </w:r>
      <w:r>
        <w:rPr>
          <w:lang w:eastAsia="zh-CN"/>
        </w:rPr>
        <w:t>　　3、天气寒冷，最低温度可达10°C以下。对植物适当浇水，保持土壤湿润。本月气温仍保持在15°C-20°C时，可浇1-2次液肥或喷1-2次叶面肥（木本植物2-3月开花），但必须在晴朗天气进行。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4、浇水。做好草坪和元旦景点所摆时花的淋水管养，各主要地段的保洁工作。</w:t>
      </w:r>
      <w:r>
        <w:rPr>
          <w:lang w:eastAsia="zh-CN"/>
        </w:rPr>
        <w:br/>
      </w:r>
      <w:r>
        <w:rPr>
          <w:lang w:eastAsia="zh-CN"/>
        </w:rPr>
        <w:t>　　5、杂草的人工防治和化学防治。</w:t>
      </w:r>
      <w:r>
        <w:rPr>
          <w:lang w:eastAsia="zh-CN"/>
        </w:rPr>
        <w:br/>
      </w:r>
      <w:r>
        <w:rPr>
          <w:lang w:eastAsia="zh-CN"/>
        </w:rPr>
        <w:t>　　本月开花植物有：炮仗花、扃桃、夜来香、红千层。</w:t>
      </w:r>
      <w:r>
        <w:rPr>
          <w:lang w:eastAsia="zh-CN"/>
        </w:rPr>
        <w:br/>
      </w:r>
      <w:r>
        <w:rPr>
          <w:lang w:eastAsia="zh-CN"/>
        </w:rPr>
        <w:t>　　二月（立春、雨水）最低12°C,最高23°C</w:t>
      </w:r>
      <w:r>
        <w:rPr>
          <w:lang w:eastAsia="zh-CN"/>
        </w:rPr>
        <w:br/>
      </w:r>
      <w:r>
        <w:rPr>
          <w:lang w:eastAsia="zh-CN"/>
        </w:rPr>
        <w:t>　　1、本月气温已开始回升，2月立春到，大地万物复苏，温度逐日升高，各种病虫开始滋生，用广谱性杀虫剂（绿福、兴棉宝、敌百虫等）及杀菌剂（百菌清、多菌灵等）混合对桂花、美人蕉、龙船花喷施。</w:t>
      </w:r>
      <w:r>
        <w:rPr>
          <w:lang w:eastAsia="zh-CN"/>
        </w:rPr>
        <w:br/>
      </w:r>
      <w:r>
        <w:rPr>
          <w:lang w:eastAsia="zh-CN"/>
        </w:rPr>
        <w:t>　　2、施肥。因温度上升到15°C以上，春雨又来临，各种植物春芽普遍萌动，新根也在生长，应开始浇些稀薄液肥，对桂花、龙船花、洒金榕、黄婵、栀子花、希美莉、鹅掌藤等进行施肥，同时对毛桂鹃喷1-2次春肥。</w:t>
      </w:r>
      <w:r>
        <w:rPr>
          <w:lang w:eastAsia="zh-CN"/>
        </w:rPr>
        <w:br/>
      </w:r>
      <w:r>
        <w:rPr>
          <w:lang w:eastAsia="zh-CN"/>
        </w:rPr>
        <w:t>　　3、对美人蕉进行疏剪，黄榕、美蕊花、希美莉、黄槐进行中剪，对全部树木施一次春肥。</w:t>
      </w:r>
      <w:r>
        <w:rPr>
          <w:lang w:eastAsia="zh-CN"/>
        </w:rPr>
        <w:br/>
      </w:r>
      <w:r>
        <w:rPr>
          <w:lang w:eastAsia="zh-CN"/>
        </w:rPr>
        <w:t>　　4、雨水前可移植落羽杉、白兰、鹰爪花等，同时也对一些由于人为踩出的土路和黄土裸露、花坛缺株进行补植。</w:t>
      </w:r>
      <w:r>
        <w:rPr>
          <w:lang w:eastAsia="zh-CN"/>
        </w:rPr>
        <w:br/>
      </w:r>
      <w:r>
        <w:rPr>
          <w:lang w:eastAsia="zh-CN"/>
        </w:rPr>
        <w:t>　　5、做好草坪的淋水和保洁工作，春节所摆时花的淋水管养工作。</w:t>
      </w:r>
      <w:r>
        <w:rPr>
          <w:lang w:eastAsia="zh-CN"/>
        </w:rPr>
        <w:br/>
      </w:r>
      <w:r>
        <w:rPr>
          <w:lang w:eastAsia="zh-CN"/>
        </w:rPr>
        <w:t>　　本月开花植物有：茶花、鸳鸯茉莉、春花、刺桐、毛杜鹃等。</w:t>
      </w:r>
      <w:r>
        <w:rPr>
          <w:lang w:eastAsia="zh-CN"/>
        </w:rPr>
        <w:br/>
      </w:r>
      <w:r>
        <w:rPr>
          <w:lang w:eastAsia="zh-CN"/>
        </w:rPr>
        <w:t>　　三月（惊蛰、春分）最低11°C,最高26°C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1、除虫防病。惊蛰过后，须对桂花的枯枝，开花植物的残花进行一次修剪。天气转暖，对开花后的毛杜鹃要进行喷药防治红蜘蛛（用三氯杀螨醇或氧化乐果）、叶枯病（用好生灵）、九里香喷药防治白粉病（用粉锈宁或多1菌灵），榕树类喷药防治榕管蓟马等。</w:t>
      </w:r>
      <w:r>
        <w:rPr>
          <w:lang w:eastAsia="zh-CN"/>
        </w:rPr>
        <w:br/>
      </w:r>
      <w:r>
        <w:rPr>
          <w:lang w:eastAsia="zh-CN"/>
        </w:rPr>
        <w:t>　　2、移植。进行地栽毛杜鹃的移植，对桂花、刺桐、木棉、芒果、扁桃等春季植树品种开始种植。种植时注意保持土球的完整，对土球散的要进行处理（放生根粉、杀菌药（敌克松、多菌灵等）、树干保护等措施），同时定期对树干、树冠喷淋保湿。</w:t>
      </w:r>
      <w:r>
        <w:rPr>
          <w:lang w:eastAsia="zh-CN"/>
        </w:rPr>
        <w:br/>
      </w:r>
      <w:r>
        <w:rPr>
          <w:lang w:eastAsia="zh-CN"/>
        </w:rPr>
        <w:t>　　3、施肥。对五星花、马缨丹类、茉莉花、米兰等植物进行春末施肥，为五月份开花做好准备。施肥应在下午3点左右进行，对一些植物可用叶面肥喷施。</w:t>
      </w:r>
      <w:r>
        <w:rPr>
          <w:lang w:eastAsia="zh-CN"/>
        </w:rPr>
        <w:br/>
      </w:r>
      <w:r>
        <w:rPr>
          <w:lang w:eastAsia="zh-CN"/>
        </w:rPr>
        <w:t>　　4、修剪。对马缨丹花坛、九里香、福建茶、美蕊花、黄金榕、双荚槐、夹竹桃等进行修剪。黄金叶绿篱和草坪的修剪。</w:t>
      </w:r>
      <w:r>
        <w:rPr>
          <w:lang w:eastAsia="zh-CN"/>
        </w:rPr>
        <w:br/>
      </w:r>
      <w:r>
        <w:rPr>
          <w:lang w:eastAsia="zh-CN"/>
        </w:rPr>
        <w:t>　　5、对一些由于人为踩出的土路和黄土裸露、花坛缺株进行补植，杂草的化学防治和人工防治。</w:t>
      </w:r>
      <w:r>
        <w:rPr>
          <w:lang w:eastAsia="zh-CN"/>
        </w:rPr>
        <w:br/>
      </w:r>
      <w:r>
        <w:rPr>
          <w:lang w:eastAsia="zh-CN"/>
        </w:rPr>
        <w:t>　　本月开花植物：木棉、含笑、海桐、红花檵木、二乔木兰等。</w:t>
      </w:r>
      <w:r>
        <w:rPr>
          <w:lang w:eastAsia="zh-CN"/>
        </w:rPr>
        <w:br/>
      </w:r>
      <w:r>
        <w:rPr>
          <w:lang w:eastAsia="zh-CN"/>
        </w:rPr>
        <w:t>　　四月（清明、谷雨）最低20°C,最高28°C</w:t>
      </w:r>
      <w:r>
        <w:rPr>
          <w:lang w:eastAsia="zh-CN"/>
        </w:rPr>
        <w:br/>
      </w:r>
      <w:r>
        <w:rPr>
          <w:lang w:eastAsia="zh-CN"/>
        </w:rPr>
        <w:t>　　此月正值梅雨季节，温度也升至25°C左右，高温高湿是这个季节的特征，正是许多病虫害发生的好环境。</w:t>
      </w:r>
      <w:r>
        <w:rPr>
          <w:lang w:eastAsia="zh-CN"/>
        </w:rPr>
        <w:br/>
      </w:r>
      <w:r>
        <w:rPr>
          <w:lang w:eastAsia="zh-CN"/>
        </w:rPr>
        <w:t>　　1、除虫防病。每10-15天喷药防治一次，最大限度地控制病虫基数，是全年防治关键的月份。特别是美人蕉锈病、炭疽病，月季白粉病、九里香白粉病、小叶紫薇白粉病、毛杜鹃红蜘蛛、白兰樟青凤蝶、苏铁曲纹紫灰蝶等的防治。</w:t>
      </w:r>
      <w:r>
        <w:rPr>
          <w:lang w:eastAsia="zh-CN"/>
        </w:rPr>
        <w:br/>
      </w:r>
      <w:r>
        <w:rPr>
          <w:lang w:eastAsia="zh-CN"/>
        </w:rPr>
        <w:t>　　2、防涝。梅雨期间雨水较多，对透水性、不利于排水的地方应设法排水，在雨季到来之前要对排水沟、屋顶等做好清淤工作。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4、施肥。对开花后的毛杜鹃、红花檵木施一次复混肥（有机肥和复合肥混合施用）。对其它没有施肥的花灌木全面施一次基肥，施肥时不能采用液肥，一定要用干肥。</w:t>
      </w:r>
      <w:r>
        <w:rPr>
          <w:lang w:eastAsia="zh-CN"/>
        </w:rPr>
        <w:br/>
      </w:r>
      <w:r>
        <w:rPr>
          <w:lang w:eastAsia="zh-CN"/>
        </w:rPr>
        <w:t>　　5、对一些由于人为踩出的土路和黄土裸露、花坛缺株进行补植。灌木徒长枝和草坪的修剪，杂草的化学防治和人工防治。</w:t>
      </w:r>
      <w:r>
        <w:rPr>
          <w:lang w:eastAsia="zh-CN"/>
        </w:rPr>
        <w:br/>
      </w:r>
      <w:r>
        <w:rPr>
          <w:lang w:eastAsia="zh-CN"/>
        </w:rPr>
        <w:t>　　本月开花植物：台湾相思、尖叶杜英、栀子花、硬（软）枝黄蝉、黄槐、鱼木等。</w:t>
      </w:r>
      <w:r>
        <w:rPr>
          <w:lang w:eastAsia="zh-CN"/>
        </w:rPr>
        <w:br/>
      </w:r>
      <w:r>
        <w:rPr>
          <w:lang w:eastAsia="zh-CN"/>
        </w:rPr>
        <w:t>　　五月（立夏、小满）最低23°C,最高35°C</w:t>
      </w:r>
      <w:r>
        <w:rPr>
          <w:lang w:eastAsia="zh-CN"/>
        </w:rPr>
        <w:br/>
      </w:r>
      <w:r>
        <w:rPr>
          <w:lang w:eastAsia="zh-CN"/>
        </w:rPr>
        <w:t>　　1、除虫防病。本月仍然是高温高湿的季节，是虫害、黑斑病、白粉病等的暴发季节，须进行喷药防治。特别是对新种树木新抽的嫩叶进行喷药防治。草坪要做好金龟子、地老虎的防治。</w:t>
      </w:r>
      <w:r>
        <w:rPr>
          <w:lang w:eastAsia="zh-CN"/>
        </w:rPr>
        <w:br/>
      </w:r>
      <w:r>
        <w:rPr>
          <w:lang w:eastAsia="zh-CN"/>
        </w:rPr>
        <w:t>　　2、施肥。本月主要是做好植物的追肥工作，植物生长迅速，应多施几次肥。因气温高，施肥都以淡施为宜，浓度太高易伤植株。</w:t>
      </w:r>
      <w:r>
        <w:rPr>
          <w:lang w:eastAsia="zh-CN"/>
        </w:rPr>
        <w:br/>
      </w:r>
      <w:r>
        <w:rPr>
          <w:lang w:eastAsia="zh-CN"/>
        </w:rPr>
        <w:t>　　3、浇水。浇水应在早上或下3点后进行。这样可以减少因温差造成对植物的灼伤。立夏后日照渐强、空气也比较干燥，许多易干旱的植物都应多淋水。主要有冷水花、吊竹梅、红背桂、洒金榕、竹芋类等。同时做好节日各景点摆花的淋水工作。</w:t>
      </w:r>
      <w:r>
        <w:rPr>
          <w:lang w:eastAsia="zh-CN"/>
        </w:rPr>
        <w:br/>
      </w:r>
      <w:r>
        <w:rPr>
          <w:lang w:eastAsia="zh-CN"/>
        </w:rPr>
        <w:t>　　4、对美人蕉已种多年的进行翻种、挖除老根。可以进行红花檵木的扦插。要定期对排水沟、屋顶花园做好清淤工作。乔灌木徒长枝和草坪的修剪，杂草的化学防治和人工防治。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本月开花植物：凤凰木、狗芽花、广玉兰、马拉巴粟、蜘蛛兰、鸡蛋花、南天竹、金凤花、大叶紫薇、小叶紫薇、红花夹竹桃、龙船花、荷木等。</w:t>
      </w:r>
      <w:r>
        <w:rPr>
          <w:lang w:eastAsia="zh-CN"/>
        </w:rPr>
        <w:br/>
      </w:r>
      <w:r>
        <w:rPr>
          <w:lang w:eastAsia="zh-CN"/>
        </w:rPr>
        <w:t>　　六月（芒种、夏至）最低28°C,最高35°C</w:t>
      </w:r>
      <w:r>
        <w:rPr>
          <w:lang w:eastAsia="zh-CN"/>
        </w:rPr>
        <w:br/>
      </w:r>
      <w:r>
        <w:rPr>
          <w:lang w:eastAsia="zh-CN"/>
        </w:rPr>
        <w:t>　　1、浇水。这个月的气温还比较高，浇水还是重点。对一些不干旱的植物（如冷水花、红背桂、洒金榕类、竹芋类、吊竹梅等）要及时进行浇水，下雨天应对易积水的低洼处进行排水防涝，及时排除积水。定期对排水沟进行清理。</w:t>
      </w:r>
      <w:r>
        <w:rPr>
          <w:lang w:eastAsia="zh-CN"/>
        </w:rPr>
        <w:br/>
      </w:r>
      <w:r>
        <w:rPr>
          <w:lang w:eastAsia="zh-CN"/>
        </w:rPr>
        <w:t>　　2、施肥。梅雨过后烈日当空、气温相对较高，施肥应薄施淡施。对龙船花、毛杜鹃、苏铁因生理性缺铁引起的黄化病应多喷施（或淋施）几次硫酸亚铁（硫酸亚铁只能用稀释后再施，直接撒施会与空气中的氧发生氧化。），对月季、鸳鸯茉莉等应淡施沤熟的花生麸原液50倍。</w:t>
      </w:r>
      <w:r>
        <w:rPr>
          <w:lang w:eastAsia="zh-CN"/>
        </w:rPr>
        <w:br/>
      </w:r>
      <w:r>
        <w:rPr>
          <w:lang w:eastAsia="zh-CN"/>
        </w:rPr>
        <w:t>　　3、对月季花进行重剪，保持完美的形状，对金光菊进行重剪，灌木的造型修剪和草坪的修剪，大叶紫薇的花后残枝适时进行修剪，杂草的化学防治和人工防治。</w:t>
      </w:r>
      <w:r>
        <w:rPr>
          <w:lang w:eastAsia="zh-CN"/>
        </w:rPr>
        <w:br/>
      </w:r>
      <w:r>
        <w:rPr>
          <w:lang w:eastAsia="zh-CN"/>
        </w:rPr>
        <w:t>　　4、病虫害防治。本月要喷药2-3次，主要是防治金龟子、蝗虫、蝽象类、椰心叶甲等，美人蕉交替喷施百菌清、灭病威等杀菌剂预防锈病、瘟病。</w:t>
      </w:r>
      <w:r>
        <w:rPr>
          <w:lang w:eastAsia="zh-CN"/>
        </w:rPr>
        <w:br/>
      </w:r>
      <w:r>
        <w:rPr>
          <w:lang w:eastAsia="zh-CN"/>
        </w:rPr>
        <w:t>　　对毛杜鹃适时喷1-2次三氯杀螨醇或氧化乐果，防治红蜘蛛。木棉科植物防治金龟子、木蠹蛾。</w:t>
      </w:r>
      <w:r>
        <w:rPr>
          <w:lang w:eastAsia="zh-CN"/>
        </w:rPr>
        <w:br/>
      </w:r>
      <w:r>
        <w:rPr>
          <w:lang w:eastAsia="zh-CN"/>
        </w:rPr>
        <w:t>　　本月开花植物：蓝花楹、灰莉、翅荚决明、鹰爪、白兰、荷花、夜合、紫藤等。</w:t>
      </w:r>
      <w:r>
        <w:rPr>
          <w:lang w:eastAsia="zh-CN"/>
        </w:rPr>
        <w:br/>
      </w:r>
      <w:r>
        <w:rPr>
          <w:lang w:eastAsia="zh-CN"/>
        </w:rPr>
        <w:t>　　七月（小暑、大暑）最低26°C,最高35°C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1、防风防涝。小暑大暑季节、台风频繁，暴风雨也随之增加，要注意天气预报、掌握台风暴雨情况。做好树木的扶树设施的扶正加固，同时对树木进行疏枝（疏掉部分过密的枝条，以增加通风、减少地风的阻力）和培土。</w:t>
      </w:r>
      <w:r>
        <w:rPr>
          <w:lang w:eastAsia="zh-CN"/>
        </w:rPr>
        <w:br/>
      </w:r>
      <w:r>
        <w:rPr>
          <w:lang w:eastAsia="zh-CN"/>
        </w:rPr>
        <w:t>　　2、浇水。每天下午3点过后和上午10点前进行淋水，不干不淋，淋一定要淋透，不耐干旱的多淋水。杂草的化学防治和人工防治。</w:t>
      </w:r>
      <w:r>
        <w:rPr>
          <w:lang w:eastAsia="zh-CN"/>
        </w:rPr>
        <w:br/>
      </w:r>
      <w:r>
        <w:rPr>
          <w:lang w:eastAsia="zh-CN"/>
        </w:rPr>
        <w:t>　　3、修剪。对蜘蛛兰花后剪去自然衰老的枯黄叶及剪掉焦尾部分的叶片、残花，对造型植物进行修剪，保持形状和草坪的修剪，大叶紫薇的花后残枝适时进行修剪。</w:t>
      </w:r>
      <w:r>
        <w:rPr>
          <w:lang w:eastAsia="zh-CN"/>
        </w:rPr>
        <w:br/>
      </w:r>
      <w:r>
        <w:rPr>
          <w:lang w:eastAsia="zh-CN"/>
        </w:rPr>
        <w:t>　　4、病虫害防治。芒果、蒲桃开始萌发夏梢，注意防虫（主要是木蠹蛾和尺蠖），红花檵木、毛杜鹃防治红蜘蛛、苏铁抽新叶注意防虫。</w:t>
      </w:r>
      <w:r>
        <w:rPr>
          <w:lang w:eastAsia="zh-CN"/>
        </w:rPr>
        <w:br/>
      </w:r>
      <w:r>
        <w:rPr>
          <w:lang w:eastAsia="zh-CN"/>
        </w:rPr>
        <w:t>　　本月开花植物：丝兰、白千层、小叶紫薇等</w:t>
      </w:r>
      <w:r>
        <w:rPr>
          <w:lang w:eastAsia="zh-CN"/>
        </w:rPr>
        <w:br/>
      </w:r>
      <w:r>
        <w:rPr>
          <w:lang w:eastAsia="zh-CN"/>
        </w:rPr>
        <w:t>　　八月（立秋、处暑）最低26°C,最高31°C</w:t>
      </w:r>
      <w:r>
        <w:rPr>
          <w:lang w:eastAsia="zh-CN"/>
        </w:rPr>
        <w:br/>
      </w:r>
      <w:r>
        <w:rPr>
          <w:lang w:eastAsia="zh-CN"/>
        </w:rPr>
        <w:t>　　1、浇水。入秋后虽逐日降温，但空气仍十分干燥，温度较高的时候适时对较不耐干旱的植物进行淋水（主要淋树干和枝叶）。杂草的化学防治和人工防治。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2、增施肥料。很多植物经过几个月的旺盛生长发育后，养分渐渐耗尽，要补充有机肥或化肥。对于再次开花的植物还要喷叶落归面肥，才能满足含蕾的需要；同时对秋芽的生长及被剪去凋谢花的植株（如丝兰、鸳鸯茉莉、毛杜鹃、硬枝黄蝉、月季等）恢复生机有利。</w:t>
      </w:r>
      <w:r>
        <w:rPr>
          <w:lang w:eastAsia="zh-CN"/>
        </w:rPr>
        <w:br/>
      </w:r>
      <w:r>
        <w:rPr>
          <w:lang w:eastAsia="zh-CN"/>
        </w:rPr>
        <w:t>　　3、病虫害防治。这个月天气还比较炎热，暴风雨也比较多要在雨后对易发病的植物尽快喷一次药，以控制滋生蔓延的病虫害。主要有美人蕉、苏铁、白蝴蝶、沿阶草等。对一些新移植的树木要检查截干处是否有天牛危害。</w:t>
      </w:r>
      <w:r>
        <w:rPr>
          <w:lang w:eastAsia="zh-CN"/>
        </w:rPr>
        <w:br/>
      </w:r>
      <w:r>
        <w:rPr>
          <w:lang w:eastAsia="zh-CN"/>
        </w:rPr>
        <w:t>　　4、灌木的造型修剪和草坪的修剪，大叶紫薇的花后残枝适时进行修剪。本月开花植物：狗芽花、勒杜鹃、米仔兰、桂花、含笑、艳山姜类等。</w:t>
      </w:r>
      <w:r>
        <w:rPr>
          <w:lang w:eastAsia="zh-CN"/>
        </w:rPr>
        <w:br/>
      </w:r>
      <w:r>
        <w:rPr>
          <w:lang w:eastAsia="zh-CN"/>
        </w:rPr>
        <w:t>　　9月（白露、秋分）最低23°C,最高33°C</w:t>
      </w:r>
      <w:r>
        <w:rPr>
          <w:lang w:eastAsia="zh-CN"/>
        </w:rPr>
        <w:br/>
      </w:r>
      <w:r>
        <w:rPr>
          <w:lang w:eastAsia="zh-CN"/>
        </w:rPr>
        <w:t>　　1、浇水。这个月暑气仍盛，除做好浇水保湿外，还要定期做好防涝工作和排水沟的清理工作。</w:t>
      </w:r>
      <w:r>
        <w:rPr>
          <w:lang w:eastAsia="zh-CN"/>
        </w:rPr>
        <w:br/>
      </w:r>
      <w:r>
        <w:rPr>
          <w:lang w:eastAsia="zh-CN"/>
        </w:rPr>
        <w:t>　　2、病虫害防治。这个月红蜘蛛、介壳虫、樟青凤蝶、天牛、粉虱、叶枯病等病虫害较多，须及时喷药2-3次。</w:t>
      </w:r>
      <w:r>
        <w:rPr>
          <w:lang w:eastAsia="zh-CN"/>
        </w:rPr>
        <w:br/>
      </w:r>
      <w:r>
        <w:rPr>
          <w:lang w:eastAsia="zh-CN"/>
        </w:rPr>
        <w:t>　　3、修剪和追肥。秋梢已开始抽，有些灌木经过前段时间的开花，营养已消耗。必须从速对其修剪并追施有机肥，使植株恢复生机、更快生长。灌木的造型修剪和草坪的修剪、大叶紫薇的花后残枝适时进行修剪。</w:t>
      </w:r>
      <w:r>
        <w:rPr>
          <w:lang w:eastAsia="zh-CN"/>
        </w:rPr>
        <w:br/>
      </w:r>
      <w:r>
        <w:rPr>
          <w:lang w:eastAsia="zh-CN"/>
        </w:rPr>
        <w:t>　　4、对草坪较为明显的.坑洼进行填平铺草和杂草的化学防治和人工防治。本月开花植物：九里香、国庆花、美丽异木棉、黄槐等。</w:t>
      </w:r>
      <w:r>
        <w:rPr>
          <w:lang w:eastAsia="zh-CN"/>
        </w:rPr>
        <w:br/>
      </w:r>
      <w:r>
        <w:rPr>
          <w:lang w:eastAsia="zh-CN"/>
        </w:rPr>
        <w:t>　　10月（寒露、霜降）最低16°C,最高28°C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1、寒露霜降已到，天气渐渐转凉。早晚饭的气温较低，每天要对一些不耐干旱的植物进行淋水，淋水要在上午9点后至下午5点前进行。浇水时要先喷洗树叶，清洗叶面灰尘。国庆节各景点所摆时花的淋水管养和重要地段的保洁。</w:t>
      </w:r>
      <w:r>
        <w:rPr>
          <w:lang w:eastAsia="zh-CN"/>
        </w:rPr>
        <w:br/>
      </w:r>
      <w:r>
        <w:rPr>
          <w:lang w:eastAsia="zh-CN"/>
        </w:rPr>
        <w:t>　　2、施肥。除了落叶植物外，对全园的乔灌木施基肥，用花生麸或有机复混肥＋磷肥/氯化钾。</w:t>
      </w:r>
      <w:r>
        <w:rPr>
          <w:lang w:eastAsia="zh-CN"/>
        </w:rPr>
        <w:br/>
      </w:r>
      <w:r>
        <w:rPr>
          <w:lang w:eastAsia="zh-CN"/>
        </w:rPr>
        <w:t>　　3、病虫害防治。对一些大树、古树进行全面检查，消灭越冬害虫，对有病虫害的枝条，如是蛀干或遭受害虫危害的，要及时进行防治或剪除；同时对长势差的进行喷施叶面肥。秋枫、垂柳的虫害防治。</w:t>
      </w:r>
      <w:r>
        <w:rPr>
          <w:lang w:eastAsia="zh-CN"/>
        </w:rPr>
        <w:br/>
      </w:r>
      <w:r>
        <w:rPr>
          <w:lang w:eastAsia="zh-CN"/>
        </w:rPr>
        <w:t>　　4、对草坪进行最后一次的修剪和外来物种薇甘菊的全面清除，对大叶紫薇的花后残枝适时进行修剪。</w:t>
      </w:r>
      <w:r>
        <w:rPr>
          <w:lang w:eastAsia="zh-CN"/>
        </w:rPr>
        <w:br/>
      </w:r>
      <w:r>
        <w:rPr>
          <w:lang w:eastAsia="zh-CN"/>
        </w:rPr>
        <w:t>　　5、对草坪较为明显的坑洼进行填平铺草和杂草进行拔除。</w:t>
      </w:r>
      <w:r>
        <w:rPr>
          <w:lang w:eastAsia="zh-CN"/>
        </w:rPr>
        <w:br/>
      </w:r>
      <w:r>
        <w:rPr>
          <w:lang w:eastAsia="zh-CN"/>
        </w:rPr>
        <w:t>　　本月开花植物：朱顶兰、桂花、勒杜鹃、木芙蓉、马缨丹、硬（软）枝黄蝉、铁刀木、腊肠树等。</w:t>
      </w:r>
      <w:r>
        <w:rPr>
          <w:lang w:eastAsia="zh-CN"/>
        </w:rPr>
        <w:br/>
      </w:r>
      <w:r>
        <w:rPr>
          <w:lang w:eastAsia="zh-CN"/>
        </w:rPr>
        <w:t>　　11月（立冬、小雪）最低11°C,最高23°C</w:t>
      </w:r>
      <w:r>
        <w:rPr>
          <w:lang w:eastAsia="zh-CN"/>
        </w:rPr>
        <w:br/>
      </w:r>
      <w:r>
        <w:rPr>
          <w:lang w:eastAsia="zh-CN"/>
        </w:rPr>
        <w:t>　　1、修剪。灌木、花坛干枯的枝叶、残花、果实及时进行修剪。乔木剪去病虫枝、徒长枝、过密枝。</w:t>
      </w:r>
      <w:r>
        <w:rPr>
          <w:lang w:eastAsia="zh-CN"/>
        </w:rPr>
        <w:br/>
      </w:r>
      <w:r>
        <w:rPr>
          <w:lang w:eastAsia="zh-CN"/>
        </w:rPr>
        <w:t>　　2、施肥。上个月没有做完的乔灌木施肥工作，这个月继续进行。</w:t>
      </w:r>
      <w:r>
        <w:rPr>
          <w:lang w:eastAsia="zh-CN"/>
        </w:rPr>
        <w:br/>
      </w:r>
      <w:r>
        <w:rPr>
          <w:lang w:eastAsia="zh-CN"/>
        </w:rPr>
        <w:t>　　3、浇水。对草坪进行保绿工作，具体是对草进行淋水和施复混肥（蘑菇肥和复合肥进行混合）＋河沙。花坛的淋水，特别是不耐干旱的植物每天要多淋几次水</w:t>
      </w:r>
      <w:r>
        <w:rPr>
          <w:lang w:eastAsia="zh-CN"/>
        </w:rPr>
        <w:br/>
      </w:r>
      <w:r>
        <w:rPr>
          <w:lang w:eastAsia="zh-CN"/>
        </w:rPr>
        <w:t>　　4、杂草的化学防治和人工防治、花坛枯叶的清理。</w:t>
      </w:r>
      <w:r>
        <w:rPr>
          <w:lang w:eastAsia="zh-CN"/>
        </w:rPr>
        <w:br/>
      </w:r>
      <w:r>
        <w:rPr>
          <w:lang w:eastAsia="zh-CN"/>
        </w:rPr>
        <w:t>　　本月开花植物：紫荆、羊蹄甲、冬红、金光菊等。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12月（小寒、大寒）最低10°C,最高23°C</w:t>
      </w:r>
      <w:r>
        <w:rPr>
          <w:lang w:eastAsia="zh-CN"/>
        </w:rPr>
        <w:br/>
      </w:r>
      <w:r>
        <w:rPr>
          <w:lang w:eastAsia="zh-CN"/>
        </w:rPr>
        <w:t>　　1、施肥。继续对全园的乔灌木施基肥。</w:t>
      </w:r>
      <w:r>
        <w:rPr>
          <w:lang w:eastAsia="zh-CN"/>
        </w:rPr>
        <w:br/>
      </w:r>
      <w:r>
        <w:rPr>
          <w:lang w:eastAsia="zh-CN"/>
        </w:rPr>
        <w:t>　　2、浇水。对杂草的进行化学防治和人工防治和草坪的淋水、施肥、保洁工作。</w:t>
      </w:r>
      <w:r>
        <w:rPr>
          <w:lang w:eastAsia="zh-CN"/>
        </w:rPr>
        <w:br/>
      </w:r>
      <w:r>
        <w:rPr>
          <w:lang w:eastAsia="zh-CN"/>
        </w:rPr>
        <w:t>　　3、修剪。对全园乔灌木进行整形修剪，剪除病虫枝、伤残枝、及过密的枝条。</w:t>
      </w:r>
      <w:r>
        <w:rPr>
          <w:lang w:eastAsia="zh-CN"/>
        </w:rPr>
        <w:br/>
      </w:r>
      <w:r>
        <w:rPr>
          <w:lang w:eastAsia="zh-CN"/>
        </w:rPr>
        <w:t>　　4、病虫害防治。主要是做好越冬害虫的防治，对乔木树干进行涂白（生石灰:硫磺粉:水=5:1.5:36）,可反射阳光，减少树干对太阳辐射热的吸收，降低树体昼夜温差，避免树干冻裂。还可杀死在树皮内越科的害虫。涂白，一定要均匀，不漏涂，一条路上的树木或群植树涂白高度应一致。涂白后，降低树木温度，适当推迟萌发时期，可避免晚霜的危害和防止冬日冻伤。</w:t>
      </w:r>
      <w:r>
        <w:rPr>
          <w:lang w:eastAsia="zh-CN"/>
        </w:rPr>
        <w:br/>
      </w:r>
      <w:r>
        <w:rPr>
          <w:lang w:eastAsia="zh-CN"/>
        </w:rPr>
        <w:t>　　5、树木防寒。入冬前用稻草或草绳将不耐寒的树木或新种树木的主干包起，卷干高度在1.5m或至分枝点处。</w:t>
      </w:r>
      <w:r>
        <w:rPr>
          <w:lang w:eastAsia="zh-CN"/>
        </w:rPr>
        <w:br/>
      </w:r>
      <w:r>
        <w:rPr>
          <w:lang w:eastAsia="zh-CN"/>
        </w:rPr>
        <w:t>　　本月开花植物：金光菊、枇杷、火焰木等。　　园林绿化工作计划 篇5</w:t>
      </w:r>
      <w:r>
        <w:rPr>
          <w:lang w:eastAsia="zh-CN"/>
        </w:rPr>
        <w:br/>
      </w:r>
      <w:r>
        <w:rPr>
          <w:lang w:eastAsia="zh-CN"/>
        </w:rPr>
        <w:t>　　一、高标准做好园林规划设计工作，园林绿化工作计划。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规划设计按照高标准、大绿量、多栽树的总体要求，全力打造以以平原森林为特色的城市园林风貌，科学规划、合理布局、高水平设计。今年我市重点实施以公园、游园、骨干道路、环城绿带等44项绿化工程，预计总投资3249万元，共栽植植物967.6万株，其中乔木61.9万株，花灌木906万株，草坪32.2万平方米。具体工程如下；</w:t>
      </w:r>
      <w:r>
        <w:rPr>
          <w:lang w:eastAsia="zh-CN"/>
        </w:rPr>
        <w:br/>
      </w:r>
      <w:r>
        <w:rPr>
          <w:lang w:eastAsia="zh-CN"/>
        </w:rPr>
        <w:t>　　(一)新城区绿化: 计划实施‘‘二园、一带、六点、六路’’十五项重点工程，具体工程如下:</w:t>
      </w:r>
      <w:r>
        <w:rPr>
          <w:lang w:eastAsia="zh-CN"/>
        </w:rPr>
        <w:br/>
      </w:r>
      <w:r>
        <w:rPr>
          <w:lang w:eastAsia="zh-CN"/>
        </w:rPr>
        <w:t>　　1、二园: （1）沙沟湖农业生态观光园,按照同济大学规划设计方案,进行建筑单体、二级道路、小品等建设。（2）银杏实验基地。</w:t>
      </w:r>
      <w:r>
        <w:rPr>
          <w:lang w:eastAsia="zh-CN"/>
        </w:rPr>
        <w:br/>
      </w:r>
      <w:r>
        <w:rPr>
          <w:lang w:eastAsia="zh-CN"/>
        </w:rPr>
        <w:t>　　2、一带: 即六保河风光带,按照设计图纸施工。</w:t>
      </w:r>
      <w:r>
        <w:rPr>
          <w:lang w:eastAsia="zh-CN"/>
        </w:rPr>
        <w:br/>
      </w:r>
      <w:r>
        <w:rPr>
          <w:lang w:eastAsia="zh-CN"/>
        </w:rPr>
        <w:t>　　3、六点: 即北京路与辽河路、长江路节点 、沈阳路与辽</w:t>
      </w:r>
      <w:r>
        <w:rPr>
          <w:lang w:eastAsia="zh-CN"/>
        </w:rPr>
        <w:br/>
      </w:r>
      <w:r>
        <w:rPr>
          <w:lang w:eastAsia="zh-CN"/>
        </w:rPr>
        <w:t>　　河路、长江路节点、黄山路与辽河路、长江路节点。</w:t>
      </w:r>
      <w:r>
        <w:rPr>
          <w:lang w:eastAsia="zh-CN"/>
        </w:rPr>
        <w:br/>
      </w:r>
      <w:r>
        <w:rPr>
          <w:lang w:eastAsia="zh-CN"/>
        </w:rPr>
        <w:t>　　4、六路: 即北京路、沈阳路、黄山路、辽河东路、长江东</w:t>
      </w:r>
      <w:r>
        <w:rPr>
          <w:lang w:eastAsia="zh-CN"/>
        </w:rPr>
        <w:br/>
      </w:r>
      <w:r>
        <w:rPr>
          <w:lang w:eastAsia="zh-CN"/>
        </w:rPr>
        <w:t>　　路、东泰路，设计绿化植物以乔木为主,辅以花灌木及宿根花卉。</w:t>
      </w:r>
      <w:r>
        <w:rPr>
          <w:lang w:eastAsia="zh-CN"/>
        </w:rPr>
        <w:br/>
      </w:r>
      <w:r>
        <w:rPr>
          <w:lang w:eastAsia="zh-CN"/>
        </w:rPr>
        <w:t>　　(二)老城区绿化:计划实施“三园、六点、十六路” 等二十五项绿化工程，具体工程如下:</w:t>
      </w:r>
      <w:r>
        <w:rPr>
          <w:lang w:eastAsia="zh-CN"/>
        </w:rPr>
        <w:br/>
      </w:r>
      <w:r>
        <w:rPr>
          <w:lang w:eastAsia="zh-CN"/>
        </w:rPr>
        <w:t>　　1、三园: 即灯桥所游园、和平西游园、阳光游园,在原来</w:t>
      </w:r>
      <w:r>
        <w:rPr>
          <w:lang w:eastAsia="zh-CN"/>
        </w:rPr>
        <w:br/>
      </w:r>
      <w:r>
        <w:rPr>
          <w:lang w:eastAsia="zh-CN"/>
        </w:rPr>
        <w:t>　　绿化的基础上,增加园路.休闲坐凳等,为市民路人提供相对安静的休息场所。</w:t>
      </w:r>
      <w:r>
        <w:rPr>
          <w:lang w:eastAsia="zh-CN"/>
        </w:rPr>
        <w:br/>
      </w:r>
      <w:r>
        <w:rPr>
          <w:lang w:eastAsia="zh-CN"/>
        </w:rPr>
        <w:t>　　2、六点: 即太阳城广场绿化、世纪大道与运平路、华山路、恒山路节点、邳新路与东高速，上海路与邳新路，强力抓好节点景观建设，节点景观本着“一节点一特色”的模式，体现不同的风格，形成景石节点,大树节点,花卉节点等特色节点景观。</w:t>
      </w:r>
      <w:r>
        <w:rPr>
          <w:lang w:eastAsia="zh-CN"/>
        </w:rPr>
        <w:br/>
      </w:r>
      <w:r>
        <w:rPr>
          <w:lang w:eastAsia="zh-CN"/>
        </w:rPr>
        <w:t>　　3、十六路:</w:t>
      </w:r>
      <w:r>
        <w:rPr>
          <w:lang w:eastAsia="zh-CN"/>
        </w:rPr>
        <w:t xml:space="preserve"> 其中新拓四条道路:即建设北路延伸段、青年东路、世纪大道慢车道、文苑东路，改造道路十二条，即珠江西路、恒山南路、长江西路、海河路</w:t>
      </w:r>
      <w:r>
        <w:rPr>
          <w:lang w:eastAsia="zh-CN"/>
        </w:rPr>
        <w:t xml:space="preserve"> 、工业路、</w:t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https://d.book118.com/005043010014011104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0504301001401110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25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