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(1865年4月14日</w:t>
      </w:r>
      <w:r>
        <w:t xml:space="preserve"> 刺杀当日)</w:t>
        <w:br/>
        <w:t>胜利</w:t>
        <w:br/>
        <w:t>Victory!</w:t>
        <w:br/>
        <w:t>(一面国旗</w:t>
      </w:r>
      <w:r>
        <w:t xml:space="preserve"> 一个国家)</w:t>
        <w:br/>
        <w:t>荣耀...哈利路亚</w:t>
        <w:br/>
        <w:t>Glory,</w:t>
      </w:r>
      <w:r>
        <w:t xml:space="preserve"> glory,</w:t>
      </w:r>
      <w:r>
        <w:t xml:space="preserve"> hallelujah!</w:t>
        <w:br/>
        <w:t>荣耀...哈利路亚</w:t>
        <w:br/>
        <w:t>Glory,</w:t>
      </w:r>
      <w:r>
        <w:t xml:space="preserve"> glory,</w:t>
      </w:r>
      <w:r>
        <w:t xml:space="preserve"> hallelujah!</w:t>
        <w:br/>
        <w:t>他的真理在传播</w:t>
        <w:br/>
        <w:t>His</w:t>
      </w:r>
      <w:r>
        <w:t xml:space="preserve"> truth</w:t>
      </w:r>
      <w:r>
        <w:t xml:space="preserve"> is</w:t>
      </w:r>
      <w:r>
        <w:t xml:space="preserve"> marching</w:t>
      </w:r>
      <w:r>
        <w:t xml:space="preserve"> on</w:t>
        <w:br/>
        <w:t>荣耀...哈利路亚</w:t>
        <w:br/>
        <w:t>Glory,</w:t>
      </w:r>
      <w:r>
        <w:t xml:space="preserve"> glory,</w:t>
      </w:r>
      <w:r>
        <w:t xml:space="preserve"> hallelujah!</w:t>
        <w:br/>
        <w:t>(胜利属于我们)</w:t>
        <w:br/>
        <w:t>追</w:t>
      </w:r>
      <w:r>
        <w:t xml:space="preserve"> </w:t>
      </w:r>
      <w:r>
        <w:t xml:space="preserve"> 捕</w:t>
      </w:r>
      <w:r>
        <w:t xml:space="preserve"> </w:t>
      </w:r>
      <w:r>
        <w:t xml:space="preserve"> 刺</w:t>
      </w:r>
      <w:r>
        <w:t xml:space="preserve"> </w:t>
      </w:r>
      <w:r>
        <w:t xml:space="preserve"> 客</w:t>
        <w:br/>
        <w:t>第一季第一集</w:t>
        <w:br/>
        <w:t>(日记)</w:t>
        <w:br/>
        <w:t>谢谢</w:t>
        <w:br/>
        <w:t>Thanks.</w:t>
        <w:br/>
        <w:t>感谢</w:t>
        <w:br/>
        <w:t>Appreciate</w:t>
      </w:r>
      <w:r>
        <w:t xml:space="preserve"> it.</w:t>
        <w:br/>
        <w:t>集&amp;hearts;合&amp;hearts;所有人</w:t>
      </w:r>
      <w:r>
        <w:t xml:space="preserve"> 可以开始了</w:t>
        <w:br/>
        <w:t>Round</w:t>
      </w:r>
      <w:r>
        <w:t xml:space="preserve"> up</w:t>
      </w:r>
      <w:r>
        <w:t xml:space="preserve"> everybody.</w:t>
      </w:r>
      <w:r>
        <w:t xml:space="preserve"> It's</w:t>
      </w:r>
      <w:r>
        <w:t xml:space="preserve"> a</w:t>
      </w:r>
      <w:r>
        <w:t xml:space="preserve"> go.</w:t>
        <w:br/>
        <w:t>(马车维修</w:t>
      </w:r>
      <w:r>
        <w:t xml:space="preserve"> G.阿泽罗德</w:t>
      </w:r>
      <w:r>
        <w:t xml:space="preserve"> 机械工)</w:t>
        <w:br/>
        <w:t>听说今晚行动</w:t>
        <w:br/>
        <w:t>I</w:t>
      </w:r>
      <w:r>
        <w:t xml:space="preserve"> heard</w:t>
      </w:r>
      <w:r>
        <w:t xml:space="preserve"> it's</w:t>
      </w:r>
      <w:r>
        <w:t xml:space="preserve"> a</w:t>
      </w:r>
      <w:r>
        <w:t xml:space="preserve"> go</w:t>
      </w:r>
      <w:r>
        <w:t xml:space="preserve"> tonight.</w:t>
        <w:br/>
        <w:t>在约翰逊回房&amp;hearts;间前留在旅馆这里</w:t>
        <w:br/>
        <w:t>Stay</w:t>
      </w:r>
      <w:r>
        <w:t xml:space="preserve"> here</w:t>
      </w:r>
      <w:r>
        <w:t xml:space="preserve"> at</w:t>
      </w:r>
      <w:r>
        <w:t xml:space="preserve"> the</w:t>
      </w:r>
      <w:r>
        <w:t xml:space="preserve"> hotel</w:t>
      </w:r>
      <w:r>
        <w:t xml:space="preserve"> till</w:t>
      </w:r>
      <w:r>
        <w:t xml:space="preserve"> Johnson</w:t>
      </w:r>
      <w:r>
        <w:t xml:space="preserve"> returns</w:t>
      </w:r>
      <w:r>
        <w:t xml:space="preserve"> to</w:t>
      </w:r>
      <w:r>
        <w:t xml:space="preserve"> his</w:t>
      </w:r>
      <w:r>
        <w:t xml:space="preserve"> room.</w:t>
        <w:br/>
        <w:t>然后干掉他</w:t>
        <w:br/>
        <w:t>Then</w:t>
      </w:r>
      <w:r>
        <w:t xml:space="preserve"> get</w:t>
      </w:r>
      <w:r>
        <w:t xml:space="preserve"> him.</w:t>
        <w:br/>
        <w:t>为了副总统</w:t>
        <w:br/>
        <w:t>For</w:t>
      </w:r>
      <w:r>
        <w:t xml:space="preserve"> the</w:t>
      </w:r>
      <w:r>
        <w:t xml:space="preserve"> vice</w:t>
      </w:r>
      <w:r>
        <w:t xml:space="preserve"> president.</w:t>
        <w:br/>
        <w:t>停</w:t>
        <w:br/>
        <w:t>Whoa.</w:t>
        <w:br/>
        <w:t>你带枪了</w:t>
      </w:r>
      <w:r>
        <w:t xml:space="preserve"> </w:t>
      </w:r>
      <w:r>
        <w:t xml:space="preserve"> -</w:t>
      </w:r>
      <w:r>
        <w:t xml:space="preserve"> 带了</w:t>
      </w:r>
      <w:r>
        <w:t xml:space="preserve"> 但不太好使</w:t>
      </w:r>
      <w:r>
        <w:t xml:space="preserve"> 大卫</w:t>
        <w:br/>
        <w:t>You</w:t>
      </w:r>
      <w:r>
        <w:t xml:space="preserve"> got</w:t>
      </w:r>
      <w:r>
        <w:t xml:space="preserve"> the</w:t>
      </w:r>
      <w:r>
        <w:t xml:space="preserve"> gun?</w:t>
      </w:r>
      <w:r>
        <w:t xml:space="preserve"> -</w:t>
      </w:r>
      <w:r>
        <w:t xml:space="preserve"> I</w:t>
      </w:r>
      <w:r>
        <w:t xml:space="preserve"> do,</w:t>
      </w:r>
      <w:r>
        <w:t xml:space="preserve"> but</w:t>
      </w:r>
      <w:r>
        <w:t xml:space="preserve"> it's</w:t>
      </w:r>
      <w:r>
        <w:t xml:space="preserve"> been</w:t>
      </w:r>
      <w:r>
        <w:t xml:space="preserve"> jamming,</w:t>
      </w:r>
      <w:r>
        <w:t xml:space="preserve"> David.</w:t>
        <w:br/>
        <w:t>(刺杀前30分钟)</w:t>
        <w:br/>
        <w:t>拿着</w:t>
        <w:br/>
        <w:t>Here.</w:t>
        <w:br/>
        <w:t>记得还给我</w:t>
      </w:r>
      <w:r>
        <w:t xml:space="preserve"> 打猎要用</w:t>
        <w:br/>
        <w:t>I'll</w:t>
      </w:r>
      <w:r>
        <w:t xml:space="preserve"> need</w:t>
      </w:r>
      <w:r>
        <w:t xml:space="preserve"> it</w:t>
      </w:r>
      <w:r>
        <w:t xml:space="preserve"> back</w:t>
      </w:r>
      <w:r>
        <w:t xml:space="preserve"> for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hunting.</w:t>
        <w:br/>
        <w:t>我更喜欢用枪打猎</w:t>
        <w:br/>
        <w:t>I</w:t>
      </w:r>
      <w:r>
        <w:t xml:space="preserve"> prefer</w:t>
      </w:r>
      <w:r>
        <w:t xml:space="preserve"> shooting.</w:t>
        <w:br/>
        <w:t>嘿</w:t>
        <w:br/>
        <w:t>Hey.</w:t>
        <w:br/>
        <w:t>药</w:t>
        <w:br/>
        <w:t>The</w:t>
      </w:r>
      <w:r>
        <w:t xml:space="preserve"> medicine.</w:t>
        <w:br/>
        <w:t>我为什么要杀这人来着</w:t>
        <w:br/>
        <w:t>Why</w:t>
      </w:r>
      <w:r>
        <w:t xml:space="preserve"> am</w:t>
      </w:r>
      <w:r>
        <w:t xml:space="preserve"> I</w:t>
      </w:r>
      <w:r>
        <w:t xml:space="preserve"> killing</w:t>
      </w:r>
      <w:r>
        <w:t xml:space="preserve"> this</w:t>
      </w:r>
      <w:r>
        <w:t xml:space="preserve"> guy</w:t>
      </w:r>
      <w:r>
        <w:t xml:space="preserve"> again?</w:t>
        <w:br/>
        <w:t>他是国务卿</w:t>
        <w:br/>
        <w:t>He's</w:t>
      </w:r>
      <w:r>
        <w:t xml:space="preserve"> the</w:t>
      </w:r>
      <w:r>
        <w:t xml:space="preserve"> secretary</w:t>
      </w:r>
      <w:r>
        <w:t xml:space="preserve"> of</w:t>
      </w:r>
      <w:r>
        <w:t xml:space="preserve"> state.</w:t>
        <w:br/>
        <w:t>哪国的</w:t>
        <w:br/>
        <w:t>Which</w:t>
      </w:r>
      <w:r>
        <w:t xml:space="preserve"> state?</w:t>
        <w:br/>
        <w:t>你到底要不要干</w:t>
        <w:br/>
        <w:t>Are</w:t>
      </w:r>
      <w:r>
        <w:t xml:space="preserve"> you</w:t>
      </w:r>
      <w:r>
        <w:t xml:space="preserve"> doing</w:t>
      </w:r>
      <w:r>
        <w:t xml:space="preserve"> this</w:t>
      </w:r>
      <w:r>
        <w:t xml:space="preserve"> or</w:t>
      </w:r>
      <w:r>
        <w:t xml:space="preserve"> not?</w:t>
        <w:br/>
        <w:t>给国务卿送药</w:t>
        <w:br/>
        <w:t>Medicine</w:t>
      </w:r>
      <w:r>
        <w:t xml:space="preserve"> for</w:t>
      </w:r>
      <w:r>
        <w:t xml:space="preserve"> the</w:t>
      </w:r>
      <w:r>
        <w:t xml:space="preserve"> secretary</w:t>
      </w:r>
      <w:r>
        <w:t xml:space="preserve"> of</w:t>
      </w:r>
      <w:r>
        <w:t xml:space="preserve"> state.</w:t>
        <w:br/>
        <w:t>沃迪医生提到会送药吗</w:t>
        <w:br/>
        <w:t>Did</w:t>
      </w:r>
      <w:r>
        <w:t xml:space="preserve"> Dr.</w:t>
      </w:r>
      <w:r>
        <w:t xml:space="preserve"> Verdi</w:t>
      </w:r>
      <w:r>
        <w:t xml:space="preserve"> mention</w:t>
      </w:r>
      <w:r>
        <w:t xml:space="preserve"> a</w:t>
      </w:r>
      <w:r>
        <w:t xml:space="preserve"> delivery?</w:t>
      </w:r>
      <w:r>
        <w:t xml:space="preserve"> Na--</w:t>
        <w:br/>
        <w:t>救命</w:t>
        <w:br/>
        <w:t>Help!</w:t>
        <w:br/>
        <w:t>救命</w:t>
        <w:br/>
        <w:t>Help.</w:t>
        <w:br/>
        <w:t>弗莱迪</w:t>
        <w:br/>
        <w:t>Freddie?</w:t>
        <w:br/>
        <w:t>放开他...</w:t>
        <w:br/>
        <w:t>Get</w:t>
      </w:r>
      <w:r>
        <w:t xml:space="preserve"> off</w:t>
      </w:r>
      <w:r>
        <w:t xml:space="preserve"> of</w:t>
      </w:r>
      <w:r>
        <w:t xml:space="preserve"> him!</w:t>
      </w:r>
      <w:r>
        <w:t xml:space="preserve"> Get</w:t>
      </w:r>
      <w:r>
        <w:t xml:space="preserve"> off--</w:t>
        <w:br/>
        <w:t>帮帮我们</w:t>
        <w:br/>
        <w:t>Help</w:t>
      </w:r>
      <w:r>
        <w:t xml:space="preserve"> us!</w:t>
        <w:br/>
        <w:t>救命...帮帮我们</w:t>
        <w:br/>
        <w:t>Help</w:t>
      </w:r>
      <w:r>
        <w:t xml:space="preserve"> me!</w:t>
      </w:r>
      <w:r>
        <w:t xml:space="preserve"> Help!</w:t>
      </w:r>
      <w:r>
        <w:t xml:space="preserve"> Help</w:t>
      </w:r>
      <w:r>
        <w:t xml:space="preserve"> us!</w:t>
        <w:br/>
        <w:t>快来人</w:t>
      </w:r>
      <w:r>
        <w:t xml:space="preserve"> 帮帮我们</w:t>
        <w:br/>
        <w:t>Please,</w:t>
      </w:r>
      <w:r>
        <w:t xml:space="preserve"> somebody,</w:t>
      </w:r>
      <w:r>
        <w:t xml:space="preserve"> help</w:t>
      </w:r>
      <w:r>
        <w:t xml:space="preserve"> us!</w:t>
        <w:br/>
        <w:t>有人杀人</w:t>
        <w:br/>
        <w:t>Murder!</w:t>
        <w:br/>
        <w:t>救命</w:t>
      </w:r>
      <w:r>
        <w:t xml:space="preserve"> 快来人</w:t>
        <w:br/>
        <w:t>Someone</w:t>
      </w:r>
      <w:r>
        <w:t xml:space="preserve"> help</w:t>
      </w:r>
      <w:r>
        <w:t xml:space="preserve"> us,</w:t>
      </w:r>
      <w:r>
        <w:t xml:space="preserve"> please!</w:t>
        <w:br/>
        <w:t>救命</w:t>
      </w:r>
      <w:r>
        <w:t xml:space="preserve"> -</w:t>
      </w:r>
      <w:r>
        <w:t xml:space="preserve"> 驾</w:t>
      </w:r>
      <w:r>
        <w:t xml:space="preserve"> 走</w:t>
        <w:br/>
        <w:t>Please.</w:t>
      </w:r>
      <w:r>
        <w:t xml:space="preserve"> -</w:t>
      </w:r>
      <w:r>
        <w:t xml:space="preserve"> Hyah.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Go.</w:t>
        <w:br/>
        <w:t>救命</w:t>
        <w:br/>
        <w:t>Help!</w:t>
        <w:br/>
        <w:t>救命</w:t>
        <w:br/>
        <w:t>Help!</w:t>
        <w:br/>
        <w:t>大卫</w:t>
      </w:r>
      <w:r>
        <w:t xml:space="preserve"> </w:t>
      </w:r>
      <w:r>
        <w:t xml:space="preserve"> -</w:t>
      </w:r>
      <w:r>
        <w:t xml:space="preserve"> 发生了袭击事件</w:t>
        <w:br/>
        <w:t>David?</w:t>
      </w:r>
      <w:r>
        <w:t xml:space="preserve"> David?</w:t>
      </w:r>
      <w:r>
        <w:t xml:space="preserve"> -</w:t>
      </w:r>
      <w:r>
        <w:t xml:space="preserve"> There's</w:t>
      </w:r>
      <w:r>
        <w:t xml:space="preserve"> been</w:t>
      </w:r>
      <w:r>
        <w:t xml:space="preserve"> an</w:t>
      </w:r>
      <w:r>
        <w:t xml:space="preserve"> attack.</w:t>
        <w:br/>
        <w:t>救命</w:t>
        <w:br/>
        <w:t>Help</w:t>
      </w:r>
      <w:r>
        <w:t xml:space="preserve"> us.</w:t>
        <w:br/>
        <w:t>有人杀人...</w:t>
        <w:br/>
        <w:t>Murder.</w:t>
      </w:r>
      <w:r>
        <w:t xml:space="preserve"> Murder!</w:t>
        <w:br/>
        <w:t>林肯总统</w:t>
        <w:br/>
        <w:t>President</w:t>
      </w:r>
      <w:r>
        <w:t xml:space="preserve"> Lincoln.</w:t>
        <w:br/>
        <w:t>是总统</w:t>
        <w:br/>
        <w:t>It's</w:t>
      </w:r>
      <w:r>
        <w:t xml:space="preserve"> the</w:t>
      </w:r>
      <w:r>
        <w:t xml:space="preserve"> president.</w:t>
        <w:br/>
        <w:t>什么事</w:t>
      </w:r>
      <w:r>
        <w:t xml:space="preserve"> </w:t>
      </w:r>
      <w:r>
        <w:t xml:space="preserve"> -</w:t>
      </w:r>
      <w:r>
        <w:t xml:space="preserve"> 苏厄德家发生了入室案</w:t>
        <w:br/>
        <w:t>What</w:t>
      </w:r>
      <w:r>
        <w:t xml:space="preserve"> is</w:t>
      </w:r>
      <w:r>
        <w:t xml:space="preserve"> it?</w:t>
      </w:r>
      <w:r>
        <w:t xml:space="preserve"> -</w:t>
      </w:r>
      <w:r>
        <w:t xml:space="preserve"> There's</w:t>
      </w:r>
      <w:r>
        <w:t xml:space="preserve"> been</w:t>
      </w:r>
      <w:r>
        <w:t xml:space="preserve"> a</w:t>
      </w:r>
      <w:r>
        <w:t xml:space="preserve"> break-in</w:t>
      </w:r>
      <w:r>
        <w:t xml:space="preserve"> at</w:t>
      </w:r>
      <w:r>
        <w:t xml:space="preserve"> Seward's.</w:t>
        <w:br/>
        <w:t>什么</w:t>
      </w:r>
      <w:r>
        <w:t xml:space="preserve"> 有人受伤吗</w:t>
        <w:br/>
        <w:t>What?</w:t>
      </w:r>
      <w:r>
        <w:t xml:space="preserve"> Was</w:t>
      </w:r>
      <w:r>
        <w:t xml:space="preserve"> anyone</w:t>
      </w:r>
      <w:r>
        <w:t xml:space="preserve"> hurt?</w:t>
        <w:br/>
        <w:t>信使不太清楚细节</w:t>
        <w:br/>
        <w:t>The</w:t>
      </w:r>
      <w:r>
        <w:t xml:space="preserve"> messenger</w:t>
      </w:r>
      <w:r>
        <w:t xml:space="preserve"> didn't</w:t>
      </w:r>
      <w:r>
        <w:t xml:space="preserve"> know</w:t>
      </w:r>
      <w:r>
        <w:t xml:space="preserve"> much.</w:t>
        <w:br/>
        <w:t>告诉艾克特去那里见我</w:t>
        <w:br/>
        <w:t>Tell</w:t>
      </w:r>
      <w:r>
        <w:t xml:space="preserve"> Eckert</w:t>
      </w:r>
      <w:r>
        <w:t xml:space="preserve"> to</w:t>
      </w:r>
      <w:r>
        <w:t xml:space="preserve"> meet</w:t>
      </w:r>
      <w:r>
        <w:t xml:space="preserve"> me</w:t>
      </w:r>
      <w:r>
        <w:t xml:space="preserve"> there.</w:t>
        <w:br/>
        <w:t>我和你一起去</w:t>
        <w:br/>
        <w:t>I'll</w:t>
      </w:r>
      <w:r>
        <w:t xml:space="preserve"> come</w:t>
      </w:r>
      <w:r>
        <w:t xml:space="preserve"> with</w:t>
      </w:r>
      <w:r>
        <w:t xml:space="preserve"> you.</w:t>
        <w:br/>
        <w:t>不</w:t>
      </w:r>
      <w:r>
        <w:t xml:space="preserve"> 找到艾克特</w:t>
        <w:br/>
        <w:t>No.</w:t>
      </w:r>
      <w:r>
        <w:t xml:space="preserve"> Find</w:t>
      </w:r>
      <w:r>
        <w:t xml:space="preserve"> Eckert.</w:t>
        <w:br/>
        <w:t>我什么都听见了</w:t>
      </w:r>
      <w:r>
        <w:t xml:space="preserve"> -</w:t>
      </w:r>
      <w:r>
        <w:t xml:space="preserve"> 天</w:t>
      </w:r>
      <w:r>
        <w:t xml:space="preserve"> 可怜的比尔</w:t>
        <w:br/>
        <w:t>I</w:t>
      </w:r>
      <w:r>
        <w:t xml:space="preserve"> heard</w:t>
      </w:r>
      <w:r>
        <w:t xml:space="preserve"> everything.</w:t>
      </w:r>
      <w:r>
        <w:t xml:space="preserve"> -</w:t>
      </w:r>
      <w:r>
        <w:t xml:space="preserve"> Hell.</w:t>
      </w:r>
      <w:r>
        <w:t xml:space="preserve"> Poor</w:t>
      </w:r>
      <w:r>
        <w:t xml:space="preserve"> Bill.</w:t>
        <w:br/>
        <w:t>先是马车事故</w:t>
      </w:r>
      <w:r>
        <w:t xml:space="preserve"> 现在又发生这事</w:t>
        <w:br/>
        <w:t>First</w:t>
      </w:r>
      <w:r>
        <w:t xml:space="preserve"> the</w:t>
      </w:r>
      <w:r>
        <w:t xml:space="preserve"> carriage</w:t>
      </w:r>
      <w:r>
        <w:t xml:space="preserve"> accident,</w:t>
      </w:r>
      <w:r>
        <w:t xml:space="preserve"> and</w:t>
      </w:r>
      <w:r>
        <w:t xml:space="preserve"> now</w:t>
      </w:r>
      <w:r>
        <w:t xml:space="preserve"> this.</w:t>
        <w:br/>
        <w:t>我刚从那边回来</w:t>
        <w:br/>
        <w:t>And</w:t>
      </w:r>
      <w:r>
        <w:t xml:space="preserve"> I</w:t>
      </w:r>
      <w:r>
        <w:t xml:space="preserve"> was</w:t>
      </w:r>
      <w:r>
        <w:t xml:space="preserve"> just</w:t>
      </w:r>
      <w:r>
        <w:t xml:space="preserve"> there.</w:t>
        <w:br/>
        <w:t>所以现在入室的案子也归你管</w:t>
        <w:br/>
        <w:t>So,</w:t>
      </w:r>
      <w:r>
        <w:t xml:space="preserve"> now</w:t>
      </w:r>
      <w:r>
        <w:t xml:space="preserve"> you</w:t>
      </w:r>
      <w:r>
        <w:t xml:space="preserve"> check</w:t>
      </w:r>
      <w:r>
        <w:t xml:space="preserve"> on</w:t>
      </w:r>
      <w:r>
        <w:t xml:space="preserve"> break-ins?</w:t>
        <w:br/>
        <w:t>是比尔</w:t>
      </w:r>
      <w:r>
        <w:t xml:space="preserve"> 他会管我</w:t>
        <w:br/>
        <w:t>It's</w:t>
      </w:r>
      <w:r>
        <w:t xml:space="preserve"> Bill.</w:t>
      </w:r>
      <w:r>
        <w:t xml:space="preserve"> He</w:t>
      </w:r>
      <w:r>
        <w:t xml:space="preserve"> would</w:t>
      </w:r>
      <w:r>
        <w:t xml:space="preserve"> check</w:t>
      </w:r>
      <w:r>
        <w:t xml:space="preserve"> on</w:t>
      </w:r>
      <w:r>
        <w:t xml:space="preserve"> me.</w:t>
        <w:br/>
        <w:t>你有哪个问题是可以派给别人处理的吗</w:t>
        <w:br/>
        <w:t>Have</w:t>
      </w:r>
      <w:r>
        <w:t xml:space="preserve"> you</w:t>
      </w:r>
      <w:r>
        <w:t xml:space="preserve"> ever</w:t>
      </w:r>
      <w:r>
        <w:t xml:space="preserve"> met</w:t>
      </w:r>
      <w:r>
        <w:t xml:space="preserve"> a</w:t>
      </w:r>
      <w:r>
        <w:t xml:space="preserve"> problem</w:t>
      </w:r>
      <w:r>
        <w:t xml:space="preserve"> you</w:t>
      </w:r>
      <w:r>
        <w:t xml:space="preserve"> could</w:t>
      </w:r>
      <w:r>
        <w:t xml:space="preserve"> delegate?</w:t>
        <w:br/>
        <w:t>这马和总统一样一意孤行</w:t>
        <w:br/>
        <w:t>This</w:t>
      </w:r>
      <w:r>
        <w:t xml:space="preserve"> boy's</w:t>
      </w:r>
      <w:r>
        <w:t xml:space="preserve"> as</w:t>
      </w:r>
      <w:r>
        <w:t xml:space="preserve"> tyrannical</w:t>
      </w:r>
      <w:r>
        <w:t xml:space="preserve"> as</w:t>
      </w:r>
      <w:r>
        <w:t xml:space="preserve"> the</w:t>
      </w:r>
      <w:r>
        <w:t xml:space="preserve"> president.</w:t>
        <w:br/>
        <w:t>哇</w:t>
        <w:br/>
        <w:t>Whoa.</w:t>
        <w:br/>
        <w:t>你应付得来吗</w:t>
        <w:br/>
        <w:t>Can</w:t>
      </w:r>
      <w:r>
        <w:t xml:space="preserve"> you</w:t>
      </w:r>
      <w:r>
        <w:t xml:space="preserve"> handle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it?</w:t>
        <w:br/>
        <w:t>他们派我负责场景转换</w:t>
        <w:br/>
        <w:t>They</w:t>
      </w:r>
      <w:r>
        <w:t xml:space="preserve"> assigned</w:t>
      </w:r>
      <w:r>
        <w:t xml:space="preserve"> me</w:t>
      </w:r>
      <w:r>
        <w:t xml:space="preserve"> to</w:t>
      </w:r>
      <w:r>
        <w:t xml:space="preserve"> a</w:t>
      </w:r>
      <w:r>
        <w:t xml:space="preserve"> scene</w:t>
      </w:r>
      <w:r>
        <w:t xml:space="preserve"> shift.</w:t>
        <w:br/>
        <w:t>你要保证像说好的那样好好照顾我的骏马</w:t>
        <w:br/>
        <w:t>You</w:t>
      </w:r>
      <w:r>
        <w:t xml:space="preserve"> will</w:t>
      </w:r>
      <w:r>
        <w:t xml:space="preserve"> make</w:t>
      </w:r>
      <w:r>
        <w:t xml:space="preserve"> sure</w:t>
      </w:r>
      <w:r>
        <w:t xml:space="preserve"> you</w:t>
      </w:r>
      <w:r>
        <w:t xml:space="preserve"> look</w:t>
      </w:r>
      <w:r>
        <w:t xml:space="preserve"> after</w:t>
      </w:r>
      <w:r>
        <w:t xml:space="preserve"> my</w:t>
      </w:r>
      <w:r>
        <w:t xml:space="preserve"> stallion</w:t>
      </w:r>
      <w:r>
        <w:t xml:space="preserve"> as</w:t>
      </w:r>
      <w:r>
        <w:t xml:space="preserve"> agreed.</w:t>
        <w:br/>
        <w:t>我要如何同时出现在两个地方</w:t>
        <w:br/>
        <w:t>How</w:t>
      </w:r>
      <w:r>
        <w:t xml:space="preserve"> am</w:t>
      </w:r>
      <w:r>
        <w:t xml:space="preserve"> I</w:t>
      </w:r>
      <w:r>
        <w:t xml:space="preserve"> supposed</w:t>
      </w:r>
      <w:r>
        <w:t xml:space="preserve"> to</w:t>
      </w:r>
      <w:r>
        <w:t xml:space="preserve"> be</w:t>
      </w:r>
      <w:r>
        <w:t xml:space="preserve"> two</w:t>
      </w:r>
      <w:r>
        <w:t xml:space="preserve"> places</w:t>
      </w:r>
      <w:r>
        <w:t xml:space="preserve"> at</w:t>
      </w:r>
      <w:r>
        <w:t xml:space="preserve"> once?</w:t>
        <w:br/>
        <w:t>听着</w:t>
      </w:r>
      <w:r>
        <w:t xml:space="preserve"> 我生来就有许多成大事的机会</w:t>
        <w:br/>
        <w:t>Listen,</w:t>
      </w:r>
      <w:r>
        <w:t xml:space="preserve"> I</w:t>
      </w:r>
      <w:r>
        <w:t xml:space="preserve"> was</w:t>
      </w:r>
      <w:r>
        <w:t xml:space="preserve"> born</w:t>
      </w:r>
      <w:r>
        <w:t xml:space="preserve"> with</w:t>
      </w:r>
      <w:r>
        <w:t xml:space="preserve"> chances</w:t>
      </w:r>
      <w:r>
        <w:t xml:space="preserve"> to</w:t>
      </w:r>
      <w:r>
        <w:t xml:space="preserve"> be</w:t>
      </w:r>
      <w:r>
        <w:t xml:space="preserve"> somebody.</w:t>
        <w:br/>
        <w:t>你有过多少</w:t>
        <w:br/>
        <w:t>How</w:t>
      </w:r>
      <w:r>
        <w:t xml:space="preserve"> many</w:t>
      </w:r>
      <w:r>
        <w:t xml:space="preserve"> chances</w:t>
      </w:r>
      <w:r>
        <w:t xml:space="preserve"> you</w:t>
      </w:r>
      <w:r>
        <w:t xml:space="preserve"> got?</w:t>
        <w:br/>
        <w:t>在做大事之前</w:t>
      </w:r>
      <w:r>
        <w:t xml:space="preserve"> 我会在酒馆待着</w:t>
        <w:br/>
        <w:t>I'll</w:t>
      </w:r>
      <w:r>
        <w:t xml:space="preserve"> be</w:t>
      </w:r>
      <w:r>
        <w:t xml:space="preserve"> at</w:t>
      </w:r>
      <w:r>
        <w:t xml:space="preserve"> the</w:t>
      </w:r>
      <w:r>
        <w:t xml:space="preserve"> saloon</w:t>
      </w:r>
      <w:r>
        <w:t xml:space="preserve"> till</w:t>
      </w:r>
      <w:r>
        <w:t xml:space="preserve"> it's</w:t>
      </w:r>
      <w:r>
        <w:t xml:space="preserve"> time</w:t>
      </w:r>
      <w:r>
        <w:t xml:space="preserve"> for</w:t>
      </w:r>
      <w:r>
        <w:t xml:space="preserve"> the</w:t>
      </w:r>
      <w:r>
        <w:t xml:space="preserve"> big</w:t>
      </w:r>
      <w:r>
        <w:t xml:space="preserve"> punch</w:t>
      </w:r>
      <w:r>
        <w:t xml:space="preserve"> line.</w:t>
        <w:br/>
        <w:t>它会等着你的</w:t>
        <w:br/>
        <w:t>He'll</w:t>
      </w:r>
      <w:r>
        <w:t xml:space="preserve"> be</w:t>
      </w:r>
      <w:r>
        <w:t xml:space="preserve"> ready</w:t>
      </w:r>
      <w:r>
        <w:t xml:space="preserve"> for</w:t>
      </w:r>
      <w:r>
        <w:t xml:space="preserve"> you.</w:t>
        <w:br/>
        <w:t>停</w:t>
        <w:br/>
        <w:t>Whoa.</w:t>
        <w:br/>
        <w:t>凶手有几个</w:t>
        <w:br/>
        <w:t>How</w:t>
      </w:r>
      <w:r>
        <w:t xml:space="preserve"> many</w:t>
      </w:r>
      <w:r>
        <w:t xml:space="preserve"> vandals</w:t>
      </w:r>
      <w:r>
        <w:t xml:space="preserve"> were</w:t>
      </w:r>
      <w:r>
        <w:t xml:space="preserve"> there?</w:t>
        <w:br/>
        <w:t>他们都说是一个人</w:t>
        <w:br/>
        <w:t>They're</w:t>
      </w:r>
      <w:r>
        <w:t xml:space="preserve"> all</w:t>
      </w:r>
      <w:r>
        <w:t xml:space="preserve"> saying</w:t>
      </w:r>
      <w:r>
        <w:t xml:space="preserve"> it</w:t>
      </w:r>
      <w:r>
        <w:t xml:space="preserve"> was</w:t>
      </w:r>
      <w:r>
        <w:t xml:space="preserve"> one</w:t>
      </w:r>
      <w:r>
        <w:t xml:space="preserve"> man.</w:t>
        <w:br/>
        <w:t>有人受伤吗</w:t>
        <w:br/>
        <w:t>Was</w:t>
      </w:r>
      <w:r>
        <w:t xml:space="preserve"> someone</w:t>
      </w:r>
      <w:r>
        <w:t xml:space="preserve"> hurt?</w:t>
        <w:br/>
        <w:t>国务卿苏厄德被刺</w:t>
        <w:br/>
        <w:t>Secretary</w:t>
      </w:r>
      <w:r>
        <w:t xml:space="preserve"> Seward</w:t>
      </w:r>
      <w:r>
        <w:t xml:space="preserve"> was</w:t>
      </w:r>
      <w:r>
        <w:t xml:space="preserve"> stabbed.</w:t>
        <w:br/>
        <w:t>你叫了医护人员吗</w:t>
        <w:br/>
        <w:t>You</w:t>
      </w:r>
      <w:r>
        <w:t xml:space="preserve"> call</w:t>
      </w:r>
      <w:r>
        <w:t xml:space="preserve"> for</w:t>
      </w:r>
      <w:r>
        <w:t xml:space="preserve"> medics?</w:t>
        <w:br/>
        <w:t>外科医生正在楼上和国务卿一起</w:t>
        <w:br/>
        <w:t>Surgeon's</w:t>
      </w:r>
      <w:r>
        <w:t xml:space="preserve"> upstairs</w:t>
      </w:r>
      <w:r>
        <w:t xml:space="preserve"> with</w:t>
      </w:r>
      <w:r>
        <w:t xml:space="preserve"> the</w:t>
      </w:r>
      <w:r>
        <w:t xml:space="preserve"> secretary</w:t>
      </w:r>
      <w:r>
        <w:t xml:space="preserve"> now.</w:t>
        <w:br/>
        <w:t>弗莱迪</w:t>
        <w:br/>
        <w:t>Freddie...</w:t>
        <w:br/>
        <w:t>发生了什么</w:t>
        <w:br/>
        <w:t>what</w:t>
      </w:r>
      <w:r>
        <w:t xml:space="preserve"> happened?</w:t>
        <w:br/>
        <w:t>埃德温</w:t>
      </w:r>
      <w:r>
        <w:t xml:space="preserve"> -</w:t>
      </w:r>
      <w:r>
        <w:t xml:space="preserve"> 我们得让他镇静</w:t>
        <w:br/>
        <w:t>Edwin.</w:t>
      </w:r>
      <w:r>
        <w:t xml:space="preserve"> -</w:t>
      </w:r>
      <w:r>
        <w:t xml:space="preserve"> We</w:t>
      </w:r>
      <w:r>
        <w:t xml:space="preserve"> had</w:t>
      </w:r>
      <w:r>
        <w:t xml:space="preserve"> to</w:t>
      </w:r>
      <w:r>
        <w:t xml:space="preserve"> sedate</w:t>
      </w:r>
      <w:r>
        <w:t xml:space="preserve"> him.</w:t>
        <w:br/>
        <w:t>那人没抢走他的手表</w:t>
      </w:r>
      <w:r>
        <w:t xml:space="preserve"> 也没抢走我的珠宝</w:t>
        <w:br/>
        <w:t>He</w:t>
      </w:r>
      <w:r>
        <w:t xml:space="preserve"> didn't</w:t>
      </w:r>
      <w:r>
        <w:t xml:space="preserve"> take</w:t>
      </w:r>
      <w:r>
        <w:t xml:space="preserve"> his</w:t>
      </w:r>
      <w:r>
        <w:t xml:space="preserve"> watch.</w:t>
      </w:r>
      <w:r>
        <w:t xml:space="preserve"> He</w:t>
      </w:r>
      <w:r>
        <w:t xml:space="preserve"> didn't</w:t>
      </w:r>
      <w:r>
        <w:t xml:space="preserve"> take</w:t>
      </w:r>
      <w:r>
        <w:t xml:space="preserve"> my</w:t>
      </w:r>
      <w:r>
        <w:t xml:space="preserve"> jewelry.</w:t>
        <w:br/>
        <w:t>他直接冲着我父亲来的</w:t>
        <w:br/>
        <w:t>He</w:t>
      </w:r>
      <w:r>
        <w:t xml:space="preserve"> came</w:t>
      </w:r>
      <w:r>
        <w:t xml:space="preserve"> straight</w:t>
      </w:r>
      <w:r>
        <w:t xml:space="preserve"> for</w:t>
      </w:r>
      <w:r>
        <w:t xml:space="preserve"> my</w:t>
      </w:r>
      <w:r>
        <w:t xml:space="preserve"> father.</w:t>
        <w:br/>
        <w:t>为什么有人要杀死</w:t>
      </w:r>
      <w:r>
        <w:t xml:space="preserve"> 一个手无寸铁</w:t>
      </w:r>
      <w:r>
        <w:t xml:space="preserve"> 受伤的卧床老人</w:t>
        <w:br/>
        <w:t>Why</w:t>
      </w:r>
      <w:r>
        <w:t xml:space="preserve"> would</w:t>
      </w:r>
      <w:r>
        <w:t xml:space="preserve"> anyone</w:t>
      </w:r>
      <w:r>
        <w:t xml:space="preserve"> butcher</w:t>
      </w:r>
      <w:r>
        <w:t xml:space="preserve"> a</w:t>
      </w:r>
      <w:r>
        <w:t xml:space="preserve"> defenseless,</w:t>
      </w:r>
      <w:r>
        <w:t xml:space="preserve"> injured</w:t>
      </w:r>
      <w:r>
        <w:t xml:space="preserve"> old</w:t>
      </w:r>
      <w:r>
        <w:t xml:space="preserve"> man</w:t>
      </w:r>
      <w:r>
        <w:t xml:space="preserve"> in</w:t>
      </w:r>
      <w:r>
        <w:t xml:space="preserve"> his</w:t>
      </w:r>
      <w:r>
        <w:t xml:space="preserve"> bed?</w:t>
        <w:br/>
        <w:t>要不是支架挡着</w:t>
      </w:r>
      <w:r>
        <w:t xml:space="preserve"> 他会刺中动脉</w:t>
        <w:br/>
        <w:t>If</w:t>
      </w:r>
      <w:r>
        <w:t xml:space="preserve"> it</w:t>
      </w:r>
      <w:r>
        <w:t xml:space="preserve"> weren't</w:t>
      </w:r>
      <w:r>
        <w:t xml:space="preserve"> for</w:t>
      </w:r>
      <w:r>
        <w:t xml:space="preserve"> the</w:t>
      </w:r>
      <w:r>
        <w:t xml:space="preserve"> brace,</w:t>
      </w:r>
      <w:r>
        <w:t xml:space="preserve"> he</w:t>
      </w:r>
      <w:r>
        <w:t xml:space="preserve"> would</w:t>
      </w:r>
      <w:r>
        <w:t xml:space="preserve"> have</w:t>
      </w:r>
      <w:r>
        <w:t xml:space="preserve"> hit</w:t>
      </w:r>
      <w:r>
        <w:t xml:space="preserve"> an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artery.</w:t>
        <w:br/>
        <w:t>你读过了</w:t>
        <w:br/>
        <w:t>You</w:t>
      </w:r>
      <w:r>
        <w:t xml:space="preserve"> read</w:t>
      </w:r>
      <w:r>
        <w:t xml:space="preserve"> them.</w:t>
        <w:br/>
        <w:t>对</w:t>
      </w:r>
      <w:r>
        <w:t xml:space="preserve"> 只剩葡萄干了</w:t>
        <w:br/>
        <w:t>Yeah,</w:t>
      </w:r>
      <w:r>
        <w:t xml:space="preserve"> we're</w:t>
      </w:r>
      <w:r>
        <w:t xml:space="preserve"> down</w:t>
      </w:r>
      <w:r>
        <w:t xml:space="preserve"> to</w:t>
      </w:r>
      <w:r>
        <w:t xml:space="preserve"> raisins.</w:t>
        <w:br/>
        <w:t>阿波马托克斯有消息时告诉我</w:t>
        <w:br/>
        <w:t>Let</w:t>
      </w:r>
      <w:r>
        <w:t xml:space="preserve"> me</w:t>
      </w:r>
      <w:r>
        <w:t xml:space="preserve"> know</w:t>
      </w:r>
      <w:r>
        <w:t xml:space="preserve"> when</w:t>
      </w:r>
      <w:r>
        <w:t xml:space="preserve"> there's</w:t>
      </w:r>
      <w:r>
        <w:t xml:space="preserve"> news</w:t>
      </w:r>
      <w:r>
        <w:t xml:space="preserve"> from</w:t>
      </w:r>
      <w:r>
        <w:t xml:space="preserve"> Appomattox.</w:t>
        <w:br/>
        <w:t>先生</w:t>
      </w:r>
      <w:r>
        <w:t xml:space="preserve"> 我们也在焦急等待</w:t>
        <w:br/>
        <w:t>We're</w:t>
      </w:r>
      <w:r>
        <w:t xml:space="preserve"> on</w:t>
      </w:r>
      <w:r>
        <w:t xml:space="preserve"> pins</w:t>
      </w:r>
      <w:r>
        <w:t xml:space="preserve"> and</w:t>
      </w:r>
      <w:r>
        <w:t xml:space="preserve"> needles</w:t>
      </w:r>
      <w:r>
        <w:t xml:space="preserve"> with</w:t>
      </w:r>
      <w:r>
        <w:t xml:space="preserve"> you,</w:t>
      </w:r>
      <w:r>
        <w:t xml:space="preserve"> sir.</w:t>
        <w:br/>
        <w:t>(刺杀前五天)</w:t>
        <w:br/>
        <w:t>我应该写信</w:t>
      </w:r>
      <w:r>
        <w:t xml:space="preserve"> 我们离胜利一步之遥</w:t>
      </w:r>
      <w:r>
        <w:t xml:space="preserve"> 谁还有心工作</w:t>
        <w:br/>
        <w:t>I</w:t>
      </w:r>
      <w:r>
        <w:t xml:space="preserve"> should</w:t>
      </w:r>
      <w:r>
        <w:t xml:space="preserve"> write.</w:t>
      </w:r>
      <w:r>
        <w:t xml:space="preserve"> We're</w:t>
      </w:r>
      <w:r>
        <w:t xml:space="preserve"> so</w:t>
      </w:r>
      <w:r>
        <w:t xml:space="preserve"> close</w:t>
      </w:r>
      <w:r>
        <w:t xml:space="preserve"> to</w:t>
      </w:r>
      <w:r>
        <w:t xml:space="preserve"> triumph,</w:t>
      </w:r>
      <w:r>
        <w:t xml:space="preserve"> who</w:t>
      </w:r>
      <w:r>
        <w:t xml:space="preserve"> could</w:t>
      </w:r>
      <w:r>
        <w:t xml:space="preserve"> work?</w:t>
        <w:br/>
        <w:t>你说的“只剩葡萄干了”这句话</w:t>
      </w:r>
      <w:r>
        <w:t xml:space="preserve"> 是从哪听来的</w:t>
        <w:br/>
        <w:t>When</w:t>
      </w:r>
      <w:r>
        <w:t xml:space="preserve"> you</w:t>
      </w:r>
      <w:r>
        <w:t xml:space="preserve"> say</w:t>
      </w:r>
      <w:r>
        <w:t xml:space="preserve"> we're</w:t>
      </w:r>
      <w:r>
        <w:t xml:space="preserve"> down</w:t>
      </w:r>
      <w:r>
        <w:t xml:space="preserve"> to</w:t>
      </w:r>
      <w:r>
        <w:t xml:space="preserve"> raisins,</w:t>
      </w:r>
      <w:r>
        <w:t xml:space="preserve"> where</w:t>
      </w:r>
      <w:r>
        <w:t xml:space="preserve"> did</w:t>
      </w:r>
      <w:r>
        <w:t xml:space="preserve"> you</w:t>
      </w:r>
      <w:r>
        <w:t xml:space="preserve"> get</w:t>
      </w:r>
      <w:r>
        <w:t xml:space="preserve"> that</w:t>
      </w:r>
      <w:r>
        <w:t xml:space="preserve"> from?</w:t>
        <w:br/>
        <w:t>从没听过</w:t>
        <w:br/>
        <w:t>Never</w:t>
      </w:r>
      <w:r>
        <w:t xml:space="preserve"> heard</w:t>
      </w:r>
      <w:r>
        <w:t xml:space="preserve"> of</w:t>
      </w:r>
      <w:r>
        <w:t xml:space="preserve"> it.</w:t>
        <w:br/>
        <w:t>在我小时候</w:t>
      </w:r>
      <w:r>
        <w:t xml:space="preserve"> 我去参加一个小女孩的生日派对</w:t>
        <w:br/>
        <w:t>When</w:t>
      </w:r>
      <w:r>
        <w:t xml:space="preserve"> I</w:t>
      </w:r>
      <w:r>
        <w:t xml:space="preserve"> was</w:t>
      </w:r>
      <w:r>
        <w:t xml:space="preserve"> a</w:t>
      </w:r>
      <w:r>
        <w:t xml:space="preserve"> child,</w:t>
      </w:r>
      <w:r>
        <w:t xml:space="preserve"> I</w:t>
      </w:r>
      <w:r>
        <w:t xml:space="preserve"> went</w:t>
      </w:r>
      <w:r>
        <w:t xml:space="preserve"> to</w:t>
      </w:r>
      <w:r>
        <w:t xml:space="preserve"> a</w:t>
      </w:r>
      <w:r>
        <w:t xml:space="preserve"> little</w:t>
      </w:r>
      <w:r>
        <w:t xml:space="preserve"> girl's</w:t>
      </w:r>
      <w:r>
        <w:t xml:space="preserve"> birthday</w:t>
      </w:r>
      <w:r>
        <w:t xml:space="preserve"> party,</w:t>
        <w:br/>
        <w:t>她吃了太多蛋糕</w:t>
      </w:r>
      <w:r>
        <w:t xml:space="preserve"> 一下午都在呕吐</w:t>
        <w:br/>
        <w:t>and</w:t>
      </w:r>
      <w:r>
        <w:t xml:space="preserve"> she</w:t>
      </w:r>
      <w:r>
        <w:t xml:space="preserve"> had</w:t>
      </w:r>
      <w:r>
        <w:t xml:space="preserve"> too</w:t>
      </w:r>
      <w:r>
        <w:t xml:space="preserve"> much</w:t>
      </w:r>
      <w:r>
        <w:t xml:space="preserve"> of</w:t>
      </w:r>
      <w:r>
        <w:t xml:space="preserve"> her</w:t>
      </w:r>
      <w:r>
        <w:t xml:space="preserve"> cake,</w:t>
      </w:r>
      <w:r>
        <w:t xml:space="preserve"> and</w:t>
      </w:r>
      <w:r>
        <w:t xml:space="preserve"> she</w:t>
      </w:r>
      <w:r>
        <w:t xml:space="preserve"> spent</w:t>
      </w:r>
      <w:r>
        <w:t xml:space="preserve"> the</w:t>
      </w:r>
      <w:r>
        <w:t xml:space="preserve"> afternoon</w:t>
      </w:r>
      <w:r>
        <w:t xml:space="preserve"> vomiting.</w:t>
        <w:br/>
        <w:t>人们找来医生</w:t>
      </w:r>
      <w:r>
        <w:t xml:space="preserve"> 他问家长</w:t>
        <w:br/>
        <w:t>So</w:t>
      </w:r>
      <w:r>
        <w:t xml:space="preserve"> the</w:t>
      </w:r>
      <w:r>
        <w:t xml:space="preserve"> doctor</w:t>
      </w:r>
      <w:r>
        <w:t xml:space="preserve"> was</w:t>
      </w:r>
      <w:r>
        <w:t xml:space="preserve"> sent</w:t>
      </w:r>
      <w:r>
        <w:t xml:space="preserve"> for,</w:t>
      </w:r>
      <w:r>
        <w:t xml:space="preserve"> and</w:t>
      </w:r>
      <w:r>
        <w:t xml:space="preserve"> he</w:t>
      </w:r>
      <w:r>
        <w:t xml:space="preserve"> asked</w:t>
      </w:r>
      <w:r>
        <w:t xml:space="preserve"> the</w:t>
      </w:r>
      <w:r>
        <w:t xml:space="preserve"> parents,</w:t>
        <w:br/>
        <w:t>“她那天吃的第一样东西是什么</w:t>
      </w:r>
      <w:r>
        <w:t xml:space="preserve"> ”</w:t>
        <w:br/>
        <w:t>"What</w:t>
      </w:r>
      <w:r>
        <w:t xml:space="preserve"> was</w:t>
      </w:r>
      <w:r>
        <w:t xml:space="preserve"> the</w:t>
      </w:r>
      <w:r>
        <w:t xml:space="preserve"> first</w:t>
      </w:r>
      <w:r>
        <w:t xml:space="preserve"> thing</w:t>
      </w:r>
      <w:r>
        <w:t xml:space="preserve"> she</w:t>
      </w:r>
      <w:r>
        <w:t xml:space="preserve"> ate</w:t>
      </w:r>
      <w:r>
        <w:t xml:space="preserve"> that</w:t>
      </w:r>
      <w:r>
        <w:t xml:space="preserve"> day?"</w:t>
        <w:br/>
        <w:t>现在只剩葡萄干了</w:t>
        <w:br/>
        <w:t>We're</w:t>
      </w:r>
      <w:r>
        <w:t xml:space="preserve"> down</w:t>
      </w:r>
      <w:r>
        <w:t xml:space="preserve"> to</w:t>
      </w:r>
      <w:r>
        <w:t xml:space="preserve"> raisins.</w:t>
        <w:br/>
        <w:t>说到这个</w:t>
      </w:r>
      <w:r>
        <w:t xml:space="preserve"> 告诉格兰特</w:t>
      </w:r>
      <w:r>
        <w:t xml:space="preserve"> 我才不在乎他头不头疼</w:t>
        <w:br/>
        <w:t>Talking</w:t>
      </w:r>
      <w:r>
        <w:t xml:space="preserve"> of</w:t>
      </w:r>
      <w:r>
        <w:t xml:space="preserve"> which,</w:t>
      </w:r>
      <w:r>
        <w:t xml:space="preserve"> tell</w:t>
      </w:r>
      <w:r>
        <w:t xml:space="preserve"> Grant</w:t>
      </w:r>
      <w:r>
        <w:t xml:space="preserve"> I</w:t>
      </w:r>
      <w:r>
        <w:t xml:space="preserve"> don't</w:t>
      </w:r>
      <w:r>
        <w:t xml:space="preserve"> give</w:t>
      </w:r>
      <w:r>
        <w:t xml:space="preserve"> a</w:t>
      </w:r>
      <w:r>
        <w:t xml:space="preserve"> damn</w:t>
      </w:r>
      <w:r>
        <w:t xml:space="preserve"> about</w:t>
      </w:r>
      <w:r>
        <w:t xml:space="preserve"> his</w:t>
      </w:r>
      <w:r>
        <w:t xml:space="preserve"> headache.</w:t>
        <w:br/>
        <w:t>我需要阿波马托克斯的消息</w:t>
      </w:r>
      <w:r>
        <w:t xml:space="preserve"> -</w:t>
      </w:r>
      <w:r>
        <w:t xml:space="preserve"> 我再问问他</w:t>
        <w:br/>
        <w:t>I</w:t>
      </w:r>
      <w:r>
        <w:t xml:space="preserve"> need</w:t>
      </w:r>
      <w:r>
        <w:t xml:space="preserve"> news</w:t>
      </w:r>
      <w:r>
        <w:t xml:space="preserve"> from</w:t>
      </w:r>
      <w:r>
        <w:t xml:space="preserve"> Appomattox.</w:t>
      </w:r>
      <w:r>
        <w:t xml:space="preserve"> -</w:t>
      </w:r>
      <w:r>
        <w:t xml:space="preserve"> I'll</w:t>
      </w:r>
      <w:r>
        <w:t xml:space="preserve"> try</w:t>
      </w:r>
      <w:r>
        <w:t xml:space="preserve"> him</w:t>
      </w:r>
      <w:r>
        <w:t xml:space="preserve"> again.</w:t>
        <w:br/>
        <w:t>故事还未说完</w:t>
      </w:r>
      <w:r>
        <w:t xml:space="preserve"> 医生离开后</w:t>
      </w:r>
      <w:r>
        <w:t xml:space="preserve"> 他说</w:t>
        <w:br/>
        <w:t>Well,</w:t>
      </w:r>
      <w:r>
        <w:t xml:space="preserve"> to</w:t>
      </w:r>
      <w:r>
        <w:t xml:space="preserve"> finish</w:t>
      </w:r>
      <w:r>
        <w:t xml:space="preserve"> the</w:t>
      </w:r>
      <w:r>
        <w:t xml:space="preserve"> story,</w:t>
      </w:r>
      <w:r>
        <w:t xml:space="preserve"> when</w:t>
      </w:r>
      <w:r>
        <w:t xml:space="preserve"> the</w:t>
      </w:r>
      <w:r>
        <w:t xml:space="preserve"> doctor</w:t>
      </w:r>
      <w:r>
        <w:t xml:space="preserve"> had</w:t>
      </w:r>
      <w:r>
        <w:t xml:space="preserve"> left,</w:t>
      </w:r>
      <w:r>
        <w:t xml:space="preserve"> he</w:t>
      </w:r>
      <w:r>
        <w:t xml:space="preserve"> said,</w:t>
        <w:br/>
        <w:t>“没什么大碍</w:t>
      </w:r>
      <w:r>
        <w:t xml:space="preserve"> 当她开始吐葡萄干时</w:t>
        <w:br/>
        <w:t>"It's</w:t>
      </w:r>
      <w:r>
        <w:t xml:space="preserve"> nothing</w:t>
      </w:r>
      <w:r>
        <w:t xml:space="preserve"> concerning.</w:t>
      </w:r>
      <w:r>
        <w:t xml:space="preserve"> You'll</w:t>
      </w:r>
      <w:r>
        <w:t xml:space="preserve"> know</w:t>
      </w:r>
      <w:r>
        <w:t xml:space="preserve"> she's</w:t>
      </w:r>
      <w:r>
        <w:t xml:space="preserve"> done</w:t>
      </w:r>
      <w:r>
        <w:t xml:space="preserve"> being</w:t>
      </w:r>
      <w:r>
        <w:t xml:space="preserve"> sick</w:t>
        <w:br/>
        <w:t>她就康复了”</w:t>
        <w:br/>
        <w:t>when</w:t>
      </w:r>
      <w:r>
        <w:t xml:space="preserve"> she</w:t>
      </w:r>
      <w:r>
        <w:t xml:space="preserve"> gets</w:t>
      </w:r>
      <w:r>
        <w:t xml:space="preserve"> down</w:t>
      </w:r>
      <w:r>
        <w:t xml:space="preserve"> to</w:t>
      </w:r>
      <w:r>
        <w:t xml:space="preserve"> the</w:t>
      </w:r>
      <w:r>
        <w:t xml:space="preserve"> raisins."</w:t>
        <w:br/>
        <w:t>所以自然而然</w:t>
      </w:r>
      <w:r>
        <w:t xml:space="preserve"> 我们都围过来</w:t>
        <w:br/>
        <w:t>So</w:t>
      </w:r>
      <w:r>
        <w:t xml:space="preserve"> sure</w:t>
      </w:r>
      <w:r>
        <w:t xml:space="preserve"> enough,</w:t>
      </w:r>
      <w:r>
        <w:t xml:space="preserve"> we</w:t>
      </w:r>
      <w:r>
        <w:t xml:space="preserve"> all</w:t>
      </w:r>
      <w:r>
        <w:t xml:space="preserve"> gathered</w:t>
      </w:r>
      <w:r>
        <w:t xml:space="preserve"> round.</w:t>
        <w:br/>
        <w:t>那小女孩上一次呕吐时</w:t>
      </w:r>
      <w:r>
        <w:t xml:space="preserve"> 吐了一堆葡萄干</w:t>
        <w:br/>
        <w:t>The</w:t>
      </w:r>
      <w:r>
        <w:t xml:space="preserve"> last</w:t>
      </w:r>
      <w:r>
        <w:t xml:space="preserve"> time</w:t>
      </w:r>
      <w:r>
        <w:t xml:space="preserve"> that</w:t>
      </w:r>
      <w:r>
        <w:t xml:space="preserve"> little</w:t>
      </w:r>
      <w:r>
        <w:t xml:space="preserve"> girl</w:t>
      </w:r>
      <w:r>
        <w:t xml:space="preserve"> retched,</w:t>
      </w:r>
      <w:r>
        <w:t xml:space="preserve"> we</w:t>
      </w:r>
      <w:r>
        <w:t xml:space="preserve"> had</w:t>
      </w:r>
      <w:r>
        <w:t xml:space="preserve"> a</w:t>
      </w:r>
      <w:r>
        <w:t xml:space="preserve"> puddle</w:t>
      </w:r>
      <w:r>
        <w:t xml:space="preserve"> of</w:t>
      </w:r>
      <w:r>
        <w:t xml:space="preserve"> raisins.</w:t>
        <w:br/>
        <w:t>格兰特有消息</w:t>
        <w:br/>
        <w:t>News</w:t>
      </w:r>
      <w:r>
        <w:t xml:space="preserve"> from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Grant?</w:t>
        <w:br/>
        <w:t>阿波马托克斯没有</w:t>
      </w:r>
      <w:r>
        <w:t xml:space="preserve"> 谢曼认为很快会有罗利的消息</w:t>
        <w:br/>
        <w:t>Not</w:t>
      </w:r>
      <w:r>
        <w:t xml:space="preserve"> Appomattox.</w:t>
      </w:r>
      <w:r>
        <w:t xml:space="preserve"> Sherman</w:t>
      </w:r>
      <w:r>
        <w:t xml:space="preserve"> expects</w:t>
      </w:r>
      <w:r>
        <w:t xml:space="preserve"> to</w:t>
      </w:r>
      <w:r>
        <w:t xml:space="preserve"> have</w:t>
      </w:r>
      <w:r>
        <w:t xml:space="preserve"> news</w:t>
      </w:r>
      <w:r>
        <w:t xml:space="preserve"> about</w:t>
      </w:r>
      <w:r>
        <w:t xml:space="preserve"> Raleigh</w:t>
      </w:r>
      <w:r>
        <w:t xml:space="preserve"> shortly.</w:t>
        <w:br/>
        <w:t>斯坦顿国务卿</w:t>
      </w:r>
      <w:r>
        <w:t xml:space="preserve"> 是时候给你做检查了</w:t>
        <w:br/>
        <w:t>Secretary</w:t>
      </w:r>
      <w:r>
        <w:t xml:space="preserve"> Stanton,</w:t>
      </w:r>
      <w:r>
        <w:t xml:space="preserve"> time</w:t>
      </w:r>
      <w:r>
        <w:t xml:space="preserve"> for</w:t>
      </w:r>
      <w:r>
        <w:t xml:space="preserve"> your</w:t>
      </w:r>
      <w:r>
        <w:t xml:space="preserve"> exam?</w:t>
        <w:br/>
        <w:t>不</w:t>
      </w:r>
      <w:r>
        <w:t xml:space="preserve"> 现在不行</w:t>
        <w:br/>
        <w:t>No,</w:t>
      </w:r>
      <w:r>
        <w:t xml:space="preserve"> not</w:t>
      </w:r>
      <w:r>
        <w:t xml:space="preserve"> now.</w:t>
        <w:br/>
        <w:t>躲避我是无法治愈哮喘的</w:t>
        <w:br/>
        <w:t>Avoiding</w:t>
      </w:r>
      <w:r>
        <w:t xml:space="preserve"> me</w:t>
      </w:r>
      <w:r>
        <w:t xml:space="preserve"> doesn't</w:t>
      </w:r>
      <w:r>
        <w:t xml:space="preserve"> cure</w:t>
      </w:r>
      <w:r>
        <w:t xml:space="preserve"> asthma.</w:t>
        <w:br/>
        <w:t>他即将和该隐与亚伯磋商达成永久的和平</w:t>
      </w:r>
      <w:r>
        <w:t xml:space="preserve"> 所以这事你先放放吧</w:t>
        <w:br/>
        <w:t>He's</w:t>
      </w:r>
      <w:r>
        <w:t xml:space="preserve"> about</w:t>
      </w:r>
      <w:r>
        <w:t xml:space="preserve"> to</w:t>
      </w:r>
      <w:r>
        <w:t xml:space="preserve"> negotiate</w:t>
      </w:r>
      <w:r>
        <w:t xml:space="preserve"> a</w:t>
      </w:r>
      <w:r>
        <w:t xml:space="preserve"> lasting</w:t>
      </w:r>
      <w:r>
        <w:t xml:space="preserve"> peace</w:t>
      </w:r>
      <w:r>
        <w:t xml:space="preserve"> with</w:t>
      </w:r>
      <w:r>
        <w:t xml:space="preserve"> Cain</w:t>
      </w:r>
      <w:r>
        <w:t xml:space="preserve"> and</w:t>
      </w:r>
      <w:r>
        <w:t xml:space="preserve"> Abel,</w:t>
      </w:r>
      <w:r>
        <w:t xml:space="preserve"> so</w:t>
      </w:r>
      <w:r>
        <w:t xml:space="preserve"> you</w:t>
      </w:r>
      <w:r>
        <w:t xml:space="preserve"> let</w:t>
      </w:r>
      <w:r>
        <w:t xml:space="preserve"> it</w:t>
      </w:r>
      <w:r>
        <w:t xml:space="preserve"> rest.</w:t>
        <w:br/>
        <w:t>我需要知道他们是否有投降的条款</w:t>
        <w:br/>
        <w:t>I</w:t>
      </w:r>
      <w:r>
        <w:t xml:space="preserve"> need</w:t>
      </w:r>
      <w:r>
        <w:t xml:space="preserve"> to</w:t>
      </w:r>
      <w:r>
        <w:t xml:space="preserve"> know</w:t>
      </w:r>
      <w:r>
        <w:t xml:space="preserve"> if</w:t>
      </w:r>
      <w:r>
        <w:t xml:space="preserve"> they</w:t>
      </w:r>
      <w:r>
        <w:t xml:space="preserve"> have</w:t>
      </w:r>
      <w:r>
        <w:t xml:space="preserve"> the</w:t>
      </w:r>
      <w:r>
        <w:t xml:space="preserve"> terms</w:t>
      </w:r>
      <w:r>
        <w:t xml:space="preserve"> of</w:t>
      </w:r>
      <w:r>
        <w:t xml:space="preserve"> surrender.</w:t>
        <w:br/>
        <w:t>来了</w:t>
        <w:br/>
        <w:t>Here</w:t>
      </w:r>
      <w:r>
        <w:t xml:space="preserve"> we</w:t>
      </w:r>
      <w:r>
        <w:t xml:space="preserve"> go.</w:t>
        <w:br/>
        <w:t>是他吗</w:t>
        <w:br/>
        <w:t>Is</w:t>
      </w:r>
      <w:r>
        <w:t xml:space="preserve"> that</w:t>
      </w:r>
      <w:r>
        <w:t xml:space="preserve"> him?</w:t>
        <w:br/>
        <w:t>总统先生</w:t>
        <w:br/>
        <w:t>Mr.</w:t>
      </w:r>
      <w:r>
        <w:t xml:space="preserve"> President.</w:t>
        <w:br/>
        <w:t>李在阿波马托克斯投降</w:t>
      </w:r>
      <w:r>
        <w:t xml:space="preserve"> 他接受了我们的全部条款</w:t>
        <w:br/>
        <w:t>Lee</w:t>
      </w:r>
      <w:r>
        <w:t xml:space="preserve"> has</w:t>
      </w:r>
      <w:r>
        <w:t xml:space="preserve"> surrendered</w:t>
      </w:r>
      <w:r>
        <w:t xml:space="preserve"> at</w:t>
      </w:r>
      <w:r>
        <w:t xml:space="preserve"> Appomattox.</w:t>
      </w:r>
      <w:r>
        <w:t xml:space="preserve"> He</w:t>
      </w:r>
      <w:r>
        <w:t xml:space="preserve"> has</w:t>
      </w:r>
      <w:r>
        <w:t xml:space="preserve"> accepted</w:t>
      </w:r>
      <w:r>
        <w:t xml:space="preserve"> our</w:t>
      </w:r>
      <w:r>
        <w:t xml:space="preserve"> terms</w:t>
      </w:r>
      <w:r>
        <w:t xml:space="preserve"> fully.</w:t>
        <w:br/>
        <w:t>我们成功了</w:t>
      </w:r>
      <w:r>
        <w:t xml:space="preserve"> 我们胜利了</w:t>
        <w:br/>
        <w:t>We</w:t>
      </w:r>
      <w:r>
        <w:t xml:space="preserve"> did</w:t>
      </w:r>
      <w:r>
        <w:t xml:space="preserve"> it.</w:t>
      </w:r>
      <w:r>
        <w:t xml:space="preserve"> We</w:t>
      </w:r>
      <w:r>
        <w:t xml:space="preserve"> won.</w:t>
        <w:br/>
        <w:t>做得好</w:t>
        <w:br/>
        <w:t>Well</w:t>
      </w:r>
      <w:r>
        <w:t xml:space="preserve"> done.</w:t>
        <w:br/>
        <w:t>艾克特</w:t>
      </w:r>
      <w:r>
        <w:t xml:space="preserve"> 告诉内阁和国会</w:t>
        <w:br/>
        <w:t>Eckert.</w:t>
      </w:r>
      <w:r>
        <w:t xml:space="preserve"> Tell</w:t>
      </w:r>
      <w:r>
        <w:t xml:space="preserve"> the</w:t>
      </w:r>
      <w:r>
        <w:t xml:space="preserve"> Cabinet,</w:t>
      </w:r>
      <w:r>
        <w:t xml:space="preserve"> tell</w:t>
      </w:r>
      <w:r>
        <w:t xml:space="preserve"> Congress.</w:t>
        <w:br/>
        <w:t>把接下来的话发给媒体</w:t>
        <w:br/>
        <w:t>Send</w:t>
      </w:r>
      <w:r>
        <w:t xml:space="preserve"> the</w:t>
      </w:r>
      <w:r>
        <w:t xml:space="preserve"> following</w:t>
      </w:r>
      <w:r>
        <w:t xml:space="preserve"> words</w:t>
      </w:r>
      <w:r>
        <w:t xml:space="preserve"> to</w:t>
      </w:r>
      <w:r>
        <w:t xml:space="preserve"> the</w:t>
      </w:r>
      <w:r>
        <w:t xml:space="preserve"> press.</w:t>
        <w:br/>
        <w:t>李将军和他的军队</w:t>
      </w:r>
      <w:r>
        <w:t xml:space="preserve"> 于今日</w:t>
      </w:r>
      <w:r>
        <w:t xml:space="preserve"> 即1865年4月9日投降</w:t>
        <w:br/>
        <w:t>General</w:t>
      </w:r>
      <w:r>
        <w:t xml:space="preserve"> Lee</w:t>
      </w:r>
      <w:r>
        <w:t xml:space="preserve"> and</w:t>
      </w:r>
      <w:r>
        <w:t xml:space="preserve"> his</w:t>
      </w:r>
      <w:r>
        <w:t xml:space="preserve"> army</w:t>
      </w:r>
      <w:r>
        <w:t xml:space="preserve"> surrendered</w:t>
      </w:r>
      <w:r>
        <w:t xml:space="preserve"> today,</w:t>
      </w:r>
      <w:r>
        <w:t xml:space="preserve"> April</w:t>
      </w:r>
      <w:r>
        <w:t xml:space="preserve"> 9th,</w:t>
      </w:r>
      <w:r>
        <w:t xml:space="preserve"> 1865.</w:t>
        <w:br/>
        <w:t>联盟国已灭亡</w:t>
        <w:br/>
        <w:t>The</w:t>
      </w:r>
      <w:r>
        <w:t xml:space="preserve"> Confederacy</w:t>
      </w:r>
      <w:r>
        <w:t xml:space="preserve"> is</w:t>
      </w:r>
      <w:r>
        <w:t xml:space="preserve"> dead.</w:t>
        <w:br/>
        <w:t>合众国存活了</w:t>
        <w:br/>
        <w:t>The</w:t>
      </w:r>
      <w:r>
        <w:t xml:space="preserve"> Union</w:t>
      </w:r>
      <w:r>
        <w:t xml:space="preserve"> is</w:t>
      </w:r>
      <w:r>
        <w:t xml:space="preserve"> saved.</w:t>
        <w:br/>
        <w:t>发吧</w:t>
        <w:br/>
        <w:t>Send</w:t>
      </w:r>
      <w:r>
        <w:t xml:space="preserve"> it.</w:t>
        <w:br/>
        <w:t>该隐和亚伯和解了</w:t>
        <w:br/>
        <w:t>Cain</w:t>
      </w:r>
      <w:r>
        <w:t xml:space="preserve"> and</w:t>
      </w:r>
      <w:r>
        <w:t xml:space="preserve"> Abel</w:t>
      </w:r>
      <w:r>
        <w:t xml:space="preserve"> made</w:t>
      </w:r>
      <w:r>
        <w:t xml:space="preserve"> amends.</w:t>
        <w:br/>
        <w:t>去见你的医生</w:t>
        <w:br/>
        <w:t>See</w:t>
      </w:r>
      <w:r>
        <w:t xml:space="preserve"> your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doctor.</w:t>
        <w:br/>
        <w:t>别走得太远</w:t>
        <w:br/>
        <w:t>Don't</w:t>
      </w:r>
      <w:r>
        <w:t xml:space="preserve"> go</w:t>
      </w:r>
      <w:r>
        <w:t xml:space="preserve"> too</w:t>
      </w:r>
      <w:r>
        <w:t xml:space="preserve"> far.</w:t>
        <w:br/>
        <w:t>(国务卿威廉苏厄德的家)</w:t>
        <w:br/>
        <w:t>我没耐心等</w:t>
        <w:br/>
        <w:t>I</w:t>
      </w:r>
      <w:r>
        <w:t xml:space="preserve"> have</w:t>
      </w:r>
      <w:r>
        <w:t xml:space="preserve"> no</w:t>
      </w:r>
      <w:r>
        <w:t xml:space="preserve"> patience</w:t>
      </w:r>
      <w:r>
        <w:t xml:space="preserve"> for</w:t>
      </w:r>
      <w:r>
        <w:t xml:space="preserve"> this.</w:t>
        <w:br/>
        <w:t>国务卿先生</w:t>
      </w:r>
      <w:r>
        <w:t xml:space="preserve"> 你感觉如何</w:t>
        <w:br/>
        <w:t>Mr.</w:t>
      </w:r>
      <w:r>
        <w:t xml:space="preserve"> Secretary.</w:t>
      </w:r>
      <w:r>
        <w:t xml:space="preserve"> How</w:t>
      </w:r>
      <w:r>
        <w:t xml:space="preserve"> are</w:t>
      </w:r>
      <w:r>
        <w:t xml:space="preserve"> you</w:t>
      </w:r>
      <w:r>
        <w:t xml:space="preserve"> feeling?</w:t>
        <w:br/>
        <w:t>这话该等我没有跳...</w:t>
      </w:r>
      <w:r>
        <w:t xml:space="preserve"> -</w:t>
      </w:r>
      <w:r>
        <w:t xml:space="preserve"> 跳下撞车的马车时问</w:t>
        <w:br/>
        <w:t>Ask</w:t>
      </w:r>
      <w:r>
        <w:t xml:space="preserve"> me</w:t>
      </w:r>
      <w:r>
        <w:t xml:space="preserve"> that</w:t>
      </w:r>
      <w:r>
        <w:t xml:space="preserve"> when</w:t>
      </w:r>
      <w:r>
        <w:t xml:space="preserve"> I</w:t>
      </w:r>
      <w:r>
        <w:t xml:space="preserve"> haven't</w:t>
      </w:r>
      <w:r>
        <w:t xml:space="preserve"> jumped--</w:t>
      </w:r>
      <w:r>
        <w:t xml:space="preserve"> -</w:t>
      </w:r>
      <w:r>
        <w:t xml:space="preserve"> Jumped</w:t>
      </w:r>
      <w:r>
        <w:t xml:space="preserve"> from</w:t>
      </w:r>
      <w:r>
        <w:t xml:space="preserve"> a</w:t>
      </w:r>
      <w:r>
        <w:t xml:space="preserve"> crashing</w:t>
      </w:r>
      <w:r>
        <w:t xml:space="preserve"> carriage.</w:t>
        <w:br/>
        <w:t>有消息</w:t>
        <w:br/>
        <w:t>There's</w:t>
      </w:r>
      <w:r>
        <w:t xml:space="preserve"> news.</w:t>
        <w:br/>
        <w:t>你今天表现很好</w:t>
      </w:r>
      <w:r>
        <w:t xml:space="preserve"> 之后再继续</w:t>
        <w:br/>
        <w:t>You</w:t>
      </w:r>
      <w:r>
        <w:t xml:space="preserve"> did</w:t>
      </w:r>
      <w:r>
        <w:t xml:space="preserve"> very</w:t>
      </w:r>
      <w:r>
        <w:t xml:space="preserve"> well</w:t>
      </w:r>
      <w:r>
        <w:t xml:space="preserve"> today.</w:t>
      </w:r>
      <w:r>
        <w:t xml:space="preserve"> More</w:t>
      </w:r>
      <w:r>
        <w:t xml:space="preserve"> later?</w:t>
        <w:br/>
        <w:t>好的</w:t>
        <w:br/>
        <w:t>Yeah.</w:t>
        <w:br/>
        <w:br/>
        <w:t>斯坦顿国务卿</w:t>
      </w:r>
      <w:r>
        <w:t xml:space="preserve"> -</w:t>
      </w:r>
      <w:r>
        <w:t xml:space="preserve"> 范妮</w:t>
        <w:br/>
        <w:t>Secretary</w:t>
      </w:r>
      <w:r>
        <w:t xml:space="preserve"> Stanton.</w:t>
      </w:r>
      <w:r>
        <w:t xml:space="preserve"> -</w:t>
      </w:r>
      <w:r>
        <w:t xml:space="preserve"> Fanny.</w:t>
        <w:br/>
        <w:t>什么消息</w:t>
        <w:br/>
        <w:t>What</w:t>
      </w:r>
      <w:r>
        <w:t xml:space="preserve"> news?</w:t>
        <w:br/>
        <w:t>结束了</w:t>
        <w:br/>
        <w:t>It's</w:t>
      </w:r>
      <w:r>
        <w:t xml:space="preserve"> over.</w:t>
        <w:br/>
        <w:t>我活到亲眼看到今天了</w:t>
        <w:br/>
        <w:t>I</w:t>
      </w:r>
      <w:r>
        <w:t xml:space="preserve"> lived</w:t>
      </w:r>
      <w:r>
        <w:t xml:space="preserve"> to</w:t>
      </w:r>
      <w:r>
        <w:t xml:space="preserve"> see</w:t>
      </w:r>
      <w:r>
        <w:t xml:space="preserve"> the</w:t>
      </w:r>
      <w:r>
        <w:t xml:space="preserve"> day.</w:t>
        <w:br/>
        <w:t>把你知道的一切都告诉我</w:t>
        <w:br/>
        <w:t>Tell</w:t>
      </w:r>
      <w:r>
        <w:t xml:space="preserve"> me</w:t>
      </w:r>
      <w:r>
        <w:t xml:space="preserve"> everything</w:t>
      </w:r>
      <w:r>
        <w:t xml:space="preserve"> you</w:t>
      </w:r>
      <w:r>
        <w:t xml:space="preserve"> know.</w:t>
        <w:br/>
        <w:t>他们不得不从塞尼卡部族的军官那里</w:t>
        <w:br/>
        <w:t>They</w:t>
      </w:r>
      <w:r>
        <w:t xml:space="preserve"> had</w:t>
      </w:r>
      <w:r>
        <w:t xml:space="preserve"> to</w:t>
      </w:r>
      <w:r>
        <w:t xml:space="preserve"> accept</w:t>
      </w:r>
      <w:r>
        <w:t xml:space="preserve"> the</w:t>
      </w:r>
      <w:r>
        <w:t xml:space="preserve"> terms</w:t>
      </w:r>
      <w:r>
        <w:t xml:space="preserve"> of</w:t>
      </w:r>
      <w:r>
        <w:t xml:space="preserve"> their</w:t>
      </w:r>
      <w:r>
        <w:t xml:space="preserve"> defeat</w:t>
      </w:r>
      <w:r>
        <w:t xml:space="preserve"> from</w:t>
      </w:r>
      <w:r>
        <w:t xml:space="preserve"> an</w:t>
      </w:r>
      <w:r>
        <w:t xml:space="preserve"> officer</w:t>
        <w:br/>
        <w:t>接受他们战败的条款</w:t>
        <w:br/>
        <w:t>of</w:t>
      </w:r>
      <w:r>
        <w:t xml:space="preserve"> the</w:t>
      </w:r>
      <w:r>
        <w:t xml:space="preserve"> Seneca</w:t>
      </w:r>
      <w:r>
        <w:t xml:space="preserve"> Tribe.</w:t>
        <w:br/>
        <w:t>我的天</w:t>
      </w:r>
      <w:r>
        <w:t xml:space="preserve"> -</w:t>
      </w:r>
      <w:r>
        <w:t xml:space="preserve"> 对</w:t>
        <w:br/>
        <w:t>Oh,</w:t>
      </w:r>
      <w:r>
        <w:t xml:space="preserve"> my.</w:t>
      </w:r>
      <w:r>
        <w:t xml:space="preserve"> -</w:t>
      </w:r>
      <w:r>
        <w:t xml:space="preserve"> Yeah.</w:t>
        <w:br/>
        <w:t>真不错</w:t>
      </w:r>
      <w:r>
        <w:t xml:space="preserve"> -</w:t>
      </w:r>
      <w:r>
        <w:t xml:space="preserve"> 还有更好的</w:t>
        <w:br/>
        <w:t>That's</w:t>
      </w:r>
      <w:r>
        <w:t xml:space="preserve"> good.</w:t>
      </w:r>
      <w:r>
        <w:t xml:space="preserve"> -</w:t>
      </w:r>
      <w:r>
        <w:t xml:space="preserve"> And</w:t>
      </w:r>
      <w:r>
        <w:t xml:space="preserve"> it</w:t>
      </w:r>
      <w:r>
        <w:t xml:space="preserve"> gets</w:t>
      </w:r>
      <w:r>
        <w:t xml:space="preserve"> better.</w:t>
        <w:br/>
        <w:t>李的军队没有白旗</w:t>
        <w:br/>
        <w:t>Lee's</w:t>
      </w:r>
      <w:r>
        <w:t xml:space="preserve"> army</w:t>
      </w:r>
      <w:r>
        <w:t xml:space="preserve"> was</w:t>
      </w:r>
      <w:r>
        <w:t xml:space="preserve"> without</w:t>
      </w:r>
      <w:r>
        <w:t xml:space="preserve"> a</w:t>
      </w:r>
      <w:r>
        <w:t xml:space="preserve"> white</w:t>
      </w:r>
      <w:r>
        <w:t xml:space="preserve"> flag.</w:t>
        <w:br/>
        <w:t>所以他们用洗碗巾向我们投降</w:t>
        <w:br/>
        <w:t>So</w:t>
      </w:r>
      <w:r>
        <w:t xml:space="preserve"> they</w:t>
      </w:r>
      <w:r>
        <w:t xml:space="preserve"> surrendered</w:t>
      </w:r>
      <w:r>
        <w:t xml:space="preserve"> to</w:t>
      </w:r>
      <w:r>
        <w:t xml:space="preserve"> us</w:t>
      </w:r>
      <w:r>
        <w:t xml:space="preserve"> with</w:t>
      </w:r>
      <w:r>
        <w:t xml:space="preserve"> a</w:t>
      </w:r>
      <w:r>
        <w:t xml:space="preserve"> dish</w:t>
      </w:r>
      <w:r>
        <w:t xml:space="preserve"> towel.</w:t>
        <w:br/>
        <w:t>别让...</w:t>
        <w:br/>
        <w:t>Don't</w:t>
      </w:r>
      <w:r>
        <w:t xml:space="preserve"> make--</w:t>
        <w:br/>
        <w:t>我会起草向国际社会作出的媒体公告</w:t>
        <w:br/>
        <w:t>I'll</w:t>
      </w:r>
      <w:r>
        <w:t xml:space="preserve"> draft</w:t>
      </w:r>
      <w:r>
        <w:t xml:space="preserve"> a</w:t>
      </w:r>
      <w:r>
        <w:t xml:space="preserve"> press</w:t>
      </w:r>
      <w:r>
        <w:t xml:space="preserve"> release</w:t>
      </w:r>
      <w:r>
        <w:t xml:space="preserve"> for</w:t>
      </w:r>
      <w:r>
        <w:t xml:space="preserve"> the</w:t>
      </w:r>
      <w:r>
        <w:t xml:space="preserve"> international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community.</w:t>
        <w:br/>
        <w:t>但我们先不要宣布取得了最终胜利</w:t>
        <w:br/>
        <w:t>But</w:t>
      </w:r>
      <w:r>
        <w:t xml:space="preserve"> we</w:t>
      </w:r>
      <w:r>
        <w:t xml:space="preserve"> should</w:t>
      </w:r>
      <w:r>
        <w:t xml:space="preserve"> refrain</w:t>
      </w:r>
      <w:r>
        <w:t xml:space="preserve"> from</w:t>
      </w:r>
      <w:r>
        <w:t xml:space="preserve"> claiming</w:t>
      </w:r>
      <w:r>
        <w:t xml:space="preserve"> a</w:t>
      </w:r>
      <w:r>
        <w:t xml:space="preserve"> conclusive</w:t>
      </w:r>
      <w:r>
        <w:t xml:space="preserve"> blow</w:t>
        <w:br/>
        <w:t>直到每一位大将军都知道战斗已结束</w:t>
        <w:br/>
        <w:t>until</w:t>
      </w:r>
      <w:r>
        <w:t xml:space="preserve"> every</w:t>
      </w:r>
      <w:r>
        <w:t xml:space="preserve"> major</w:t>
      </w:r>
      <w:r>
        <w:t xml:space="preserve"> general</w:t>
      </w:r>
      <w:r>
        <w:t xml:space="preserve"> knows</w:t>
      </w:r>
      <w:r>
        <w:t xml:space="preserve"> the</w:t>
      </w:r>
      <w:r>
        <w:t xml:space="preserve"> fight</w:t>
      </w:r>
      <w:r>
        <w:t xml:space="preserve"> is</w:t>
      </w:r>
      <w:r>
        <w:t xml:space="preserve"> over,</w:t>
        <w:br/>
        <w:t>他们的一方已接受</w:t>
        <w:br/>
        <w:t>and</w:t>
      </w:r>
      <w:r>
        <w:t xml:space="preserve"> their</w:t>
      </w:r>
      <w:r>
        <w:t xml:space="preserve"> side</w:t>
      </w:r>
      <w:r>
        <w:t xml:space="preserve"> has</w:t>
      </w:r>
      <w:r>
        <w:t xml:space="preserve"> accepted</w:t>
      </w:r>
      <w:r>
        <w:t xml:space="preserve"> it.</w:t>
        <w:br/>
        <w:t>媒体已经知道了</w:t>
        <w:br/>
        <w:t>The</w:t>
      </w:r>
      <w:r>
        <w:t xml:space="preserve"> press</w:t>
      </w:r>
      <w:r>
        <w:t xml:space="preserve"> already</w:t>
      </w:r>
      <w:r>
        <w:t xml:space="preserve"> know.</w:t>
        <w:br/>
        <w:t>我已经下令放礼炮</w:t>
      </w:r>
      <w:r>
        <w:t xml:space="preserve"> 烟花</w:t>
        <w:br/>
        <w:t>I've</w:t>
      </w:r>
      <w:r>
        <w:t xml:space="preserve"> ordered</w:t>
      </w:r>
      <w:r>
        <w:t xml:space="preserve"> cannon</w:t>
      </w:r>
      <w:r>
        <w:t xml:space="preserve"> fire,</w:t>
      </w:r>
      <w:r>
        <w:t xml:space="preserve"> illumination.</w:t>
        <w:br/>
        <w:t>大家都准备好庆祝了</w:t>
      </w:r>
      <w:r>
        <w:t xml:space="preserve"> 比尔</w:t>
        <w:br/>
        <w:t>Everyone</w:t>
      </w:r>
      <w:r>
        <w:t xml:space="preserve"> is</w:t>
      </w:r>
      <w:r>
        <w:t xml:space="preserve"> ready</w:t>
      </w:r>
      <w:r>
        <w:t xml:space="preserve"> to</w:t>
      </w:r>
      <w:r>
        <w:t xml:space="preserve"> celebrate,</w:t>
      </w:r>
      <w:r>
        <w:t xml:space="preserve"> Bill.</w:t>
        <w:br/>
        <w:t>李投降了</w:t>
        <w:br/>
        <w:t>Lee</w:t>
      </w:r>
      <w:r>
        <w:t xml:space="preserve"> surrendered.</w:t>
        <w:br/>
        <w:t>李和他的追随者可能是极端主义者</w:t>
        <w:br/>
        <w:t>Lee</w:t>
      </w:r>
      <w:r>
        <w:t xml:space="preserve"> and</w:t>
      </w:r>
      <w:r>
        <w:t xml:space="preserve"> his</w:t>
      </w:r>
      <w:r>
        <w:t xml:space="preserve"> followers</w:t>
      </w:r>
      <w:r>
        <w:t xml:space="preserve"> can</w:t>
      </w:r>
      <w:r>
        <w:t xml:space="preserve"> be</w:t>
      </w:r>
      <w:r>
        <w:t xml:space="preserve"> extremists.</w:t>
        <w:br/>
        <w:t>比尔</w:t>
      </w:r>
      <w:r>
        <w:t xml:space="preserve"> 庆祝吧</w:t>
      </w:r>
      <w:r>
        <w:t xml:space="preserve"> 我们拿下了胜利</w:t>
        <w:br/>
        <w:t>Bill,</w:t>
      </w:r>
      <w:r>
        <w:t xml:space="preserve"> celebrate.</w:t>
      </w:r>
      <w:r>
        <w:t xml:space="preserve"> We</w:t>
      </w:r>
      <w:r>
        <w:t xml:space="preserve"> won</w:t>
      </w:r>
      <w:r>
        <w:t xml:space="preserve"> the</w:t>
      </w:r>
      <w:r>
        <w:t xml:space="preserve"> damn</w:t>
      </w:r>
      <w:r>
        <w:t xml:space="preserve"> thing.</w:t>
        <w:br/>
        <w:t>当他们不再让我们流血时</w:t>
      </w:r>
      <w:r>
        <w:t xml:space="preserve"> 我会庆祝的</w:t>
        <w:br/>
        <w:t>I'll</w:t>
      </w:r>
      <w:r>
        <w:t xml:space="preserve"> celebrate</w:t>
      </w:r>
      <w:r>
        <w:t xml:space="preserve"> when</w:t>
      </w:r>
      <w:r>
        <w:t xml:space="preserve"> they</w:t>
      </w:r>
      <w:r>
        <w:t xml:space="preserve"> show</w:t>
      </w:r>
      <w:r>
        <w:t xml:space="preserve"> us</w:t>
      </w:r>
      <w:r>
        <w:t xml:space="preserve"> no</w:t>
      </w:r>
      <w:r>
        <w:t xml:space="preserve"> more</w:t>
      </w:r>
      <w:r>
        <w:t xml:space="preserve"> bloodshed.</w:t>
        <w:br/>
        <w:t>(刺杀前十分钟)</w:t>
        <w:br/>
        <w:t>我认识你吗</w:t>
        <w:br/>
        <w:t>Do</w:t>
      </w:r>
      <w:r>
        <w:t xml:space="preserve"> I</w:t>
      </w:r>
      <w:r>
        <w:t xml:space="preserve"> know</w:t>
      </w:r>
      <w:r>
        <w:t xml:space="preserve"> you</w:t>
      </w:r>
      <w:r>
        <w:t xml:space="preserve"> from</w:t>
      </w:r>
      <w:r>
        <w:t xml:space="preserve"> somewhere?</w:t>
        <w:br/>
        <w:t>约翰威尔克斯布斯</w:t>
        <w:br/>
        <w:t>John</w:t>
      </w:r>
      <w:r>
        <w:t xml:space="preserve"> Wilkes</w:t>
      </w:r>
      <w:r>
        <w:t xml:space="preserve"> Booth.</w:t>
        <w:br/>
        <w:t>布斯</w:t>
      </w:r>
      <w:r>
        <w:t xml:space="preserve"> 没错</w:t>
        <w:br/>
        <w:t>Booth.</w:t>
      </w:r>
      <w:r>
        <w:t xml:space="preserve"> That's</w:t>
      </w:r>
      <w:r>
        <w:t xml:space="preserve"> it.</w:t>
        <w:br/>
        <w:t>我看你演过一些长战争戏剧的配角</w:t>
        <w:br/>
        <w:t>I've</w:t>
      </w:r>
      <w:r>
        <w:t xml:space="preserve"> seen</w:t>
      </w:r>
      <w:r>
        <w:t xml:space="preserve"> you</w:t>
      </w:r>
      <w:r>
        <w:t xml:space="preserve"> in</w:t>
      </w:r>
      <w:r>
        <w:t xml:space="preserve"> some</w:t>
      </w:r>
      <w:r>
        <w:t xml:space="preserve"> of</w:t>
      </w:r>
      <w:r>
        <w:t xml:space="preserve"> those</w:t>
      </w:r>
      <w:r>
        <w:t xml:space="preserve"> side</w:t>
      </w:r>
      <w:r>
        <w:t xml:space="preserve"> roles</w:t>
      </w:r>
      <w:r>
        <w:t xml:space="preserve"> of</w:t>
      </w:r>
      <w:r>
        <w:t xml:space="preserve"> the</w:t>
      </w:r>
      <w:r>
        <w:t xml:space="preserve"> long</w:t>
      </w:r>
      <w:r>
        <w:t xml:space="preserve"> fights.</w:t>
        <w:br/>
        <w:t>所以我认出你了</w:t>
      </w:r>
      <w:r>
        <w:t xml:space="preserve"> 很高兴认识你</w:t>
        <w:br/>
        <w:t>That's</w:t>
      </w:r>
      <w:r>
        <w:t xml:space="preserve"> where</w:t>
      </w:r>
      <w:r>
        <w:t xml:space="preserve"> I</w:t>
      </w:r>
      <w:r>
        <w:t xml:space="preserve"> know</w:t>
      </w:r>
      <w:r>
        <w:t xml:space="preserve"> you</w:t>
      </w:r>
      <w:r>
        <w:t xml:space="preserve"> from.</w:t>
      </w:r>
      <w:r>
        <w:t xml:space="preserve"> Very</w:t>
      </w:r>
      <w:r>
        <w:t xml:space="preserve"> good</w:t>
      </w:r>
      <w:r>
        <w:t xml:space="preserve"> to</w:t>
      </w:r>
      <w:r>
        <w:t xml:space="preserve"> meet</w:t>
      </w:r>
      <w:r>
        <w:t xml:space="preserve"> you.</w:t>
        <w:br/>
        <w:t>彼此彼此</w:t>
      </w:r>
      <w:r>
        <w:t xml:space="preserve"> -</w:t>
      </w:r>
      <w:r>
        <w:t xml:space="preserve"> 是</w:t>
        <w:br/>
        <w:t>Likewise.</w:t>
      </w:r>
      <w:r>
        <w:t xml:space="preserve"> -</w:t>
      </w:r>
      <w:r>
        <w:t xml:space="preserve"> Yeah.</w:t>
        <w:br/>
        <w:t>怎么说</w:t>
      </w:r>
      <w:r>
        <w:t xml:space="preserve"> 舞台下你看起来更矮小</w:t>
        <w:br/>
        <w:t>Say,</w:t>
      </w:r>
      <w:r>
        <w:t xml:space="preserve"> you</w:t>
      </w:r>
      <w:r>
        <w:t xml:space="preserve"> look</w:t>
      </w:r>
      <w:r>
        <w:t xml:space="preserve"> smaller</w:t>
      </w:r>
      <w:r>
        <w:t xml:space="preserve"> in</w:t>
      </w:r>
      <w:r>
        <w:t xml:space="preserve"> person.</w:t>
        <w:br/>
        <w:t>但你一定能认识很多女人</w:t>
        <w:br/>
        <w:t>But</w:t>
      </w:r>
      <w:r>
        <w:t xml:space="preserve"> the</w:t>
      </w:r>
      <w:r>
        <w:t xml:space="preserve"> women</w:t>
      </w:r>
      <w:r>
        <w:t xml:space="preserve"> you</w:t>
      </w:r>
      <w:r>
        <w:t xml:space="preserve"> must</w:t>
      </w:r>
      <w:r>
        <w:t xml:space="preserve"> meet.</w:t>
        <w:br/>
        <w:t>你知道</w:t>
      </w:r>
      <w:r>
        <w:t xml:space="preserve"> 我有些地方不能去</w:t>
        <w:br/>
        <w:t>You</w:t>
      </w:r>
      <w:r>
        <w:t xml:space="preserve"> know,</w:t>
      </w:r>
      <w:r>
        <w:t xml:space="preserve"> I</w:t>
      </w:r>
      <w:r>
        <w:t xml:space="preserve"> can't</w:t>
      </w:r>
      <w:r>
        <w:t xml:space="preserve"> be</w:t>
      </w:r>
      <w:r>
        <w:t xml:space="preserve"> seen</w:t>
      </w:r>
      <w:r>
        <w:t xml:space="preserve"> some</w:t>
      </w:r>
      <w:r>
        <w:t xml:space="preserve"> places.</w:t>
        <w:br/>
        <w:t>可怜的戏迷会把我的衣服扯掉</w:t>
        <w:br/>
        <w:t>These</w:t>
      </w:r>
      <w:r>
        <w:t xml:space="preserve"> poor</w:t>
      </w:r>
      <w:r>
        <w:t xml:space="preserve"> fans</w:t>
      </w:r>
      <w:r>
        <w:t xml:space="preserve"> will</w:t>
      </w:r>
      <w:r>
        <w:t xml:space="preserve"> tear</w:t>
      </w:r>
      <w:r>
        <w:t xml:space="preserve"> my</w:t>
      </w:r>
      <w:r>
        <w:t xml:space="preserve"> clothes</w:t>
      </w:r>
      <w:r>
        <w:t xml:space="preserve"> right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off.</w:t>
        <w:br/>
        <w:t>这些女人看过我的表演</w:t>
      </w:r>
      <w:r>
        <w:t xml:space="preserve"> 不知道她们怎么回事</w:t>
        <w:br/>
        <w:t>These</w:t>
      </w:r>
      <w:r>
        <w:t xml:space="preserve"> women,</w:t>
      </w:r>
      <w:r>
        <w:t xml:space="preserve"> they</w:t>
      </w:r>
      <w:r>
        <w:t xml:space="preserve"> see</w:t>
      </w:r>
      <w:r>
        <w:t xml:space="preserve"> me</w:t>
      </w:r>
      <w:r>
        <w:t xml:space="preserve"> on</w:t>
      </w:r>
      <w:r>
        <w:t xml:space="preserve"> stage,</w:t>
      </w:r>
      <w:r>
        <w:t xml:space="preserve"> and</w:t>
      </w:r>
      <w:r>
        <w:t xml:space="preserve"> I</w:t>
      </w:r>
      <w:r>
        <w:t xml:space="preserve"> don't</w:t>
      </w:r>
      <w:r>
        <w:t xml:space="preserve"> know</w:t>
      </w:r>
      <w:r>
        <w:t xml:space="preserve"> what</w:t>
      </w:r>
      <w:r>
        <w:t xml:space="preserve"> comes</w:t>
      </w:r>
      <w:r>
        <w:t xml:space="preserve"> over</w:t>
      </w:r>
      <w:r>
        <w:t xml:space="preserve"> them,</w:t>
        <w:br/>
        <w:t>但她们自以为认识我</w:t>
        <w:br/>
        <w:t>but</w:t>
      </w:r>
      <w:r>
        <w:t xml:space="preserve"> they</w:t>
      </w:r>
      <w:r>
        <w:t xml:space="preserve"> think</w:t>
      </w:r>
      <w:r>
        <w:t xml:space="preserve"> they</w:t>
      </w:r>
      <w:r>
        <w:t xml:space="preserve"> know</w:t>
      </w:r>
      <w:r>
        <w:t xml:space="preserve"> me.</w:t>
        <w:br/>
        <w:t>你喜欢表演吗</w:t>
        <w:br/>
        <w:t>You</w:t>
      </w:r>
      <w:r>
        <w:t xml:space="preserve"> like</w:t>
      </w:r>
      <w:r>
        <w:t xml:space="preserve"> the</w:t>
      </w:r>
      <w:r>
        <w:t xml:space="preserve"> stage?</w:t>
        <w:br/>
        <w:t>我喜欢表演吗</w:t>
      </w:r>
      <w:r>
        <w:t xml:space="preserve"> 你要常常四处走动</w:t>
        <w:br/>
        <w:t>Do</w:t>
      </w:r>
      <w:r>
        <w:t xml:space="preserve"> I</w:t>
      </w:r>
      <w:r>
        <w:t xml:space="preserve"> like</w:t>
      </w:r>
      <w:r>
        <w:t xml:space="preserve"> the</w:t>
      </w:r>
      <w:r>
        <w:t xml:space="preserve"> stage?</w:t>
      </w:r>
      <w:r>
        <w:t xml:space="preserve"> Well,</w:t>
      </w:r>
      <w:r>
        <w:t xml:space="preserve"> you</w:t>
      </w:r>
      <w:r>
        <w:t xml:space="preserve"> move</w:t>
      </w:r>
      <w:r>
        <w:t xml:space="preserve"> around</w:t>
      </w:r>
      <w:r>
        <w:t xml:space="preserve"> a</w:t>
      </w:r>
      <w:r>
        <w:t xml:space="preserve"> lot.</w:t>
        <w:br/>
        <w:t>每周八场演出</w:t>
      </w:r>
      <w:r>
        <w:t xml:space="preserve"> 重复一样的台词</w:t>
        <w:br/>
        <w:t>Do</w:t>
      </w:r>
      <w:r>
        <w:t xml:space="preserve"> the</w:t>
      </w:r>
      <w:r>
        <w:t xml:space="preserve"> same</w:t>
      </w:r>
      <w:r>
        <w:t xml:space="preserve"> lines,</w:t>
      </w:r>
      <w:r>
        <w:t xml:space="preserve"> eight</w:t>
      </w:r>
      <w:r>
        <w:t xml:space="preserve"> shows</w:t>
      </w:r>
      <w:r>
        <w:t xml:space="preserve"> a</w:t>
      </w:r>
      <w:r>
        <w:t xml:space="preserve"> week.</w:t>
        <w:br/>
        <w:t>这是假面人生</w:t>
        <w:br/>
        <w:t>It's</w:t>
      </w:r>
      <w:r>
        <w:t xml:space="preserve"> a</w:t>
      </w:r>
      <w:r>
        <w:t xml:space="preserve"> pretend</w:t>
      </w:r>
      <w:r>
        <w:t xml:space="preserve"> life.</w:t>
        <w:br/>
        <w:t>你说什么</w:t>
      </w:r>
      <w:r>
        <w:t xml:space="preserve"> 我听不太清</w:t>
      </w:r>
      <w:r>
        <w:t xml:space="preserve"> 人们都喝醉了</w:t>
      </w:r>
      <w:r>
        <w:t xml:space="preserve"> 太吵闹</w:t>
        <w:br/>
        <w:t>What's</w:t>
      </w:r>
      <w:r>
        <w:t xml:space="preserve"> that?</w:t>
      </w:r>
      <w:r>
        <w:t xml:space="preserve"> I</w:t>
      </w:r>
      <w:r>
        <w:t xml:space="preserve"> can</w:t>
      </w:r>
      <w:r>
        <w:t xml:space="preserve"> barely</w:t>
      </w:r>
      <w:r>
        <w:t xml:space="preserve"> hear</w:t>
      </w:r>
      <w:r>
        <w:t xml:space="preserve"> you.</w:t>
      </w:r>
      <w:r>
        <w:t xml:space="preserve"> The</w:t>
      </w:r>
      <w:r>
        <w:t xml:space="preserve"> liquor's</w:t>
      </w:r>
      <w:r>
        <w:t xml:space="preserve"> flying</w:t>
      </w:r>
      <w:r>
        <w:t xml:space="preserve"> off</w:t>
      </w:r>
      <w:r>
        <w:t xml:space="preserve"> the</w:t>
      </w:r>
      <w:r>
        <w:t xml:space="preserve"> shelves.</w:t>
        <w:br/>
        <w:t>由他们庆祝吧</w:t>
      </w:r>
      <w:r>
        <w:t xml:space="preserve"> 等下个复活节时</w:t>
      </w:r>
      <w:r>
        <w:t xml:space="preserve"> 他们会后悔的</w:t>
        <w:br/>
        <w:t>Let</w:t>
      </w:r>
      <w:r>
        <w:t xml:space="preserve"> 'em</w:t>
      </w:r>
      <w:r>
        <w:t xml:space="preserve"> celebrate.</w:t>
      </w:r>
      <w:r>
        <w:t xml:space="preserve"> They'll</w:t>
      </w:r>
      <w:r>
        <w:t xml:space="preserve"> be</w:t>
      </w:r>
      <w:r>
        <w:t xml:space="preserve"> sorry</w:t>
      </w:r>
      <w:r>
        <w:t xml:space="preserve"> by</w:t>
      </w:r>
      <w:r>
        <w:t xml:space="preserve"> next</w:t>
      </w:r>
      <w:r>
        <w:t xml:space="preserve"> Easter</w:t>
        <w:br/>
        <w:t>那时他们会意识到把整个国家</w:t>
      </w:r>
      <w:r>
        <w:t xml:space="preserve"> 让给了黑鬼们</w:t>
        <w:br/>
        <w:t>when</w:t>
      </w:r>
      <w:r>
        <w:t xml:space="preserve"> they</w:t>
      </w:r>
      <w:r>
        <w:t xml:space="preserve"> realize</w:t>
      </w:r>
      <w:r>
        <w:t xml:space="preserve"> they've</w:t>
      </w:r>
      <w:r>
        <w:t xml:space="preserve"> given</w:t>
      </w:r>
      <w:r>
        <w:t xml:space="preserve"> away</w:t>
      </w:r>
      <w:r>
        <w:t xml:space="preserve"> their</w:t>
      </w:r>
      <w:r>
        <w:t xml:space="preserve"> whole</w:t>
      </w:r>
      <w:r>
        <w:t xml:space="preserve"> country</w:t>
      </w:r>
      <w:r>
        <w:t xml:space="preserve"> to</w:t>
      </w:r>
      <w:r>
        <w:t xml:space="preserve"> niggers.</w:t>
        <w:br/>
        <w:t>多谢林肯啊</w:t>
        <w:br/>
        <w:t>Thanks</w:t>
      </w:r>
      <w:r>
        <w:t xml:space="preserve"> to</w:t>
      </w:r>
      <w:r>
        <w:t xml:space="preserve"> Lincoln.</w:t>
        <w:br/>
        <w:t>你知道他是你的戏迷</w:t>
      </w:r>
      <w:r>
        <w:t xml:space="preserve"> -</w:t>
      </w:r>
      <w:r>
        <w:t xml:space="preserve"> 是</w:t>
        <w:br/>
        <w:t>You</w:t>
      </w:r>
      <w:r>
        <w:t xml:space="preserve"> know</w:t>
      </w:r>
      <w:r>
        <w:t xml:space="preserve"> he's</w:t>
      </w:r>
      <w:r>
        <w:t xml:space="preserve"> a</w:t>
      </w:r>
      <w:r>
        <w:t xml:space="preserve"> fan</w:t>
      </w:r>
      <w:r>
        <w:t xml:space="preserve"> of</w:t>
      </w:r>
      <w:r>
        <w:t xml:space="preserve"> yours.</w:t>
      </w:r>
      <w:r>
        <w:t xml:space="preserve"> -</w:t>
      </w:r>
      <w:r>
        <w:t xml:space="preserve"> Yes.</w:t>
        <w:br/>
        <w:t>是</w:t>
      </w:r>
      <w:r>
        <w:t xml:space="preserve"> 我读到过</w:t>
        <w:br/>
        <w:t>Yes,</w:t>
      </w:r>
      <w:r>
        <w:t xml:space="preserve"> I've</w:t>
      </w:r>
      <w:r>
        <w:t xml:space="preserve"> read</w:t>
      </w:r>
      <w:r>
        <w:t xml:space="preserve"> that.</w:t>
        <w:br/>
        <w:t>不</w:t>
      </w:r>
      <w:r>
        <w:t xml:space="preserve"> 他告诉我的</w:t>
        <w:br/>
        <w:t>No,</w:t>
      </w:r>
      <w:r>
        <w:t xml:space="preserve"> he</w:t>
      </w:r>
      <w:r>
        <w:t xml:space="preserve"> told</w:t>
      </w:r>
      <w:r>
        <w:t xml:space="preserve"> me.</w:t>
        <w:br/>
        <w:t>当他要求时</w:t>
      </w:r>
      <w:r>
        <w:t xml:space="preserve"> 我为他当护卫</w:t>
      </w:r>
      <w:r>
        <w:t xml:space="preserve"> 比如今晚</w:t>
        <w:br/>
        <w:t>I</w:t>
      </w:r>
      <w:r>
        <w:t xml:space="preserve"> guard</w:t>
      </w:r>
      <w:r>
        <w:t xml:space="preserve"> him</w:t>
      </w:r>
      <w:r>
        <w:t xml:space="preserve"> when</w:t>
      </w:r>
      <w:r>
        <w:t xml:space="preserve"> he</w:t>
      </w:r>
      <w:r>
        <w:t xml:space="preserve"> requests</w:t>
      </w:r>
      <w:r>
        <w:t xml:space="preserve"> it.</w:t>
      </w:r>
      <w:r>
        <w:t xml:space="preserve"> Like</w:t>
      </w:r>
      <w:r>
        <w:t xml:space="preserve"> tonight.</w:t>
        <w:br/>
        <w:t>等等</w:t>
      </w:r>
      <w:r>
        <w:t xml:space="preserve"> 所以你离开了</w:t>
        <w:br/>
        <w:t>Wait,</w:t>
      </w:r>
      <w:r>
        <w:t xml:space="preserve"> so</w:t>
      </w:r>
      <w:r>
        <w:t xml:space="preserve"> you</w:t>
      </w:r>
      <w:r>
        <w:t xml:space="preserve"> left</w:t>
      </w:r>
      <w:r>
        <w:t xml:space="preserve"> the</w:t>
      </w:r>
      <w:r>
        <w:t xml:space="preserve"> play?</w:t>
        <w:br/>
        <w:t>大家都坐下后</w:t>
      </w:r>
      <w:r>
        <w:t xml:space="preserve"> 他就不需要我了</w:t>
        <w:br/>
        <w:t>He</w:t>
      </w:r>
      <w:r>
        <w:t xml:space="preserve"> doesn't</w:t>
      </w:r>
      <w:r>
        <w:t xml:space="preserve"> need</w:t>
      </w:r>
      <w:r>
        <w:t xml:space="preserve"> me</w:t>
      </w:r>
      <w:r>
        <w:t xml:space="preserve"> once</w:t>
      </w:r>
      <w:r>
        <w:t xml:space="preserve"> everyone's</w:t>
      </w:r>
      <w:r>
        <w:t xml:space="preserve"> seated.</w:t>
        <w:br/>
        <w:t>(刺杀前十个小时)</w:t>
        <w:br/>
        <w:t>(福特剧院)</w:t>
        <w:br/>
        <w:t>杰西</w:t>
        <w:br/>
        <w:t>Jessie.</w:t>
        <w:br/>
        <w:t>嘿</w:t>
      </w:r>
      <w:r>
        <w:t xml:space="preserve"> 有我的邮件吗</w:t>
        <w:br/>
        <w:t>Hey,</w:t>
      </w:r>
      <w:r>
        <w:t xml:space="preserve"> say,</w:t>
      </w:r>
      <w:r>
        <w:t xml:space="preserve"> you</w:t>
      </w:r>
      <w:r>
        <w:t xml:space="preserve"> got</w:t>
      </w:r>
      <w:r>
        <w:t xml:space="preserve"> any</w:t>
      </w:r>
      <w:r>
        <w:t xml:space="preserve"> mail</w:t>
      </w:r>
      <w:r>
        <w:t xml:space="preserve"> for</w:t>
      </w:r>
      <w:r>
        <w:t xml:space="preserve"> me?</w:t>
        <w:br/>
        <w:t>我去看看</w:t>
      </w:r>
      <w:r>
        <w:t xml:space="preserve"> -</w:t>
      </w:r>
      <w:r>
        <w:t xml:space="preserve"> 谢谢</w:t>
        <w:br/>
        <w:t>I</w:t>
      </w:r>
      <w:r>
        <w:t xml:space="preserve"> will</w:t>
      </w:r>
      <w:r>
        <w:t xml:space="preserve"> take</w:t>
      </w:r>
      <w:r>
        <w:t xml:space="preserve"> a</w:t>
      </w:r>
      <w:r>
        <w:t xml:space="preserve"> look.</w:t>
      </w:r>
      <w:r>
        <w:t xml:space="preserve"> -</w:t>
      </w:r>
      <w:r>
        <w:t xml:space="preserve"> Good</w:t>
      </w:r>
      <w:r>
        <w:t xml:space="preserve"> man.</w:t>
        <w:br/>
        <w:t>谢谢</w:t>
      </w:r>
      <w:r>
        <w:t xml:space="preserve"> 能问你件事吗</w:t>
      </w:r>
      <w:r>
        <w:t xml:space="preserve">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为什么上面没有我</w:t>
        <w:br/>
        <w:t>Good</w:t>
      </w:r>
      <w:r>
        <w:t xml:space="preserve"> man.</w:t>
      </w:r>
      <w:r>
        <w:t xml:space="preserve"> Can</w:t>
      </w:r>
      <w:r>
        <w:t xml:space="preserve"> I</w:t>
      </w:r>
      <w:r>
        <w:t xml:space="preserve"> ask</w:t>
      </w:r>
      <w:r>
        <w:t xml:space="preserve"> you</w:t>
      </w:r>
      <w:r>
        <w:t xml:space="preserve"> something?</w:t>
      </w:r>
      <w:r>
        <w:t xml:space="preserve"> How</w:t>
      </w:r>
      <w:r>
        <w:t xml:space="preserve"> come</w:t>
      </w:r>
      <w:r>
        <w:t xml:space="preserve"> I'm</w:t>
      </w:r>
      <w:r>
        <w:t xml:space="preserve"> not</w:t>
      </w:r>
      <w:r>
        <w:t xml:space="preserve"> up</w:t>
      </w:r>
      <w:r>
        <w:t xml:space="preserve"> there?</w:t>
        <w:br/>
        <w:t>你的戏剧已不再上演了</w:t>
        <w:br/>
        <w:t>Your</w:t>
      </w:r>
      <w:r>
        <w:t xml:space="preserve"> show</w:t>
      </w:r>
      <w:r>
        <w:t xml:space="preserve"> closed.</w:t>
        <w:br/>
        <w:t>对</w:t>
      </w:r>
      <w:r>
        <w:t xml:space="preserve"> 但是...我爸和我兄弟一直都在上面</w:t>
        <w:br/>
        <w:t>Yeah,</w:t>
      </w:r>
      <w:r>
        <w:t xml:space="preserve"> but--</w:t>
      </w:r>
      <w:r>
        <w:t xml:space="preserve"> Yeah,</w:t>
      </w:r>
      <w:r>
        <w:t xml:space="preserve"> my</w:t>
      </w:r>
      <w:r>
        <w:t xml:space="preserve"> pa</w:t>
      </w:r>
      <w:r>
        <w:t xml:space="preserve"> and</w:t>
      </w:r>
      <w:r>
        <w:t xml:space="preserve"> brother,</w:t>
      </w:r>
      <w:r>
        <w:t xml:space="preserve"> they're</w:t>
      </w:r>
      <w:r>
        <w:t xml:space="preserve"> always</w:t>
      </w:r>
      <w:r>
        <w:t xml:space="preserve"> up.</w:t>
        <w:br/>
        <w:t>他们是传奇人物</w:t>
        <w:br/>
        <w:t>They</w:t>
      </w:r>
      <w:r>
        <w:t xml:space="preserve"> are</w:t>
      </w:r>
      <w:r>
        <w:t xml:space="preserve"> legends.</w:t>
        <w:br/>
        <w:t>给</w:t>
      </w:r>
      <w:r>
        <w:t xml:space="preserve"> 你的确有邮件</w:t>
        <w:br/>
        <w:t>Here.</w:t>
      </w:r>
      <w:r>
        <w:t xml:space="preserve"> You</w:t>
      </w:r>
      <w:r>
        <w:t xml:space="preserve"> did</w:t>
      </w:r>
      <w:r>
        <w:t xml:space="preserve"> have</w:t>
      </w:r>
      <w:r>
        <w:t xml:space="preserve"> some</w:t>
      </w:r>
      <w:r>
        <w:t xml:space="preserve"> post.</w:t>
        <w:br/>
        <w:t>谢谢</w:t>
        <w:br/>
        <w:t>Thank</w:t>
      </w:r>
      <w:r>
        <w:t xml:space="preserve"> you.</w:t>
        <w:br/>
        <w:t>(华盛顿特区</w:t>
      </w:r>
      <w:r>
        <w:t xml:space="preserve"> 福特剧院</w:t>
      </w:r>
      <w:r>
        <w:t xml:space="preserve"> 约翰威尔克斯布斯收)</w:t>
        <w:br/>
        <w:t>你小子真幸运</w:t>
        <w:br/>
        <w:t>Lucky</w:t>
      </w:r>
      <w:r>
        <w:t xml:space="preserve"> guy.</w:t>
        <w:br/>
        <w:t>这爱国主义氛围是怎么回事</w:t>
        <w:br/>
        <w:t>What's</w:t>
      </w:r>
      <w:r>
        <w:t xml:space="preserve"> the</w:t>
      </w:r>
      <w:r>
        <w:t xml:space="preserve"> patriotic</w:t>
      </w:r>
      <w:r>
        <w:t xml:space="preserve"> fuss</w:t>
      </w:r>
      <w:r>
        <w:t xml:space="preserve"> for?</w:t>
        <w:br/>
        <w:t>林肯总统今晚要来看《我们的美国表弟》</w:t>
        <w:br/>
        <w:t>President</w:t>
      </w:r>
      <w:r>
        <w:t xml:space="preserve"> Lincoln</w:t>
      </w:r>
      <w:r>
        <w:t xml:space="preserve"> is</w:t>
      </w:r>
      <w:r>
        <w:t xml:space="preserve"> attending</w:t>
      </w:r>
      <w:r>
        <w:t xml:space="preserve"> Our</w:t>
      </w:r>
      <w:r>
        <w:t xml:space="preserve"> American</w:t>
      </w:r>
      <w:r>
        <w:t xml:space="preserve"> Cousin</w:t>
      </w:r>
      <w:r>
        <w:t xml:space="preserve"> tonight.</w:t>
        <w:br/>
        <w:t>若此刻未至</w:t>
        <w:br/>
        <w:t>If</w:t>
      </w:r>
      <w:r>
        <w:t xml:space="preserve"> it</w:t>
      </w:r>
      <w:r>
        <w:t xml:space="preserve"> be</w:t>
      </w:r>
      <w:r>
        <w:t xml:space="preserve"> not</w:t>
      </w:r>
      <w:r>
        <w:t xml:space="preserve"> now...</w:t>
        <w:br/>
        <w:t>终将来临</w:t>
        <w:br/>
        <w:t>yet</w:t>
      </w:r>
      <w:r>
        <w:t xml:space="preserve"> it</w:t>
      </w:r>
      <w:r>
        <w:t xml:space="preserve"> will</w:t>
      </w:r>
      <w:r>
        <w:t xml:space="preserve"> come.</w:t>
        <w:br/>
        <w:t>时刻做好准备</w:t>
        <w:br/>
        <w:t>The</w:t>
      </w:r>
      <w:r>
        <w:t xml:space="preserve"> readiness</w:t>
      </w:r>
      <w:r>
        <w:t xml:space="preserve"> is</w:t>
      </w:r>
      <w:r>
        <w:t xml:space="preserve"> all.</w:t>
        <w:br/>
        <w:t>先生</w:t>
      </w:r>
      <w:r>
        <w:t xml:space="preserve"> 你是个诚实的人</w:t>
        <w:br/>
        <w:t>You,</w:t>
      </w:r>
      <w:r>
        <w:t xml:space="preserve"> sir,</w:t>
      </w:r>
      <w:r>
        <w:t xml:space="preserve"> are</w:t>
      </w:r>
      <w:r>
        <w:t xml:space="preserve"> an</w:t>
      </w:r>
      <w:r>
        <w:t xml:space="preserve"> honest</w:t>
      </w:r>
      <w:r>
        <w:t xml:space="preserve"> chap.</w:t>
        <w:br/>
        <w:t>谢谢</w:t>
      </w:r>
      <w:r>
        <w:t xml:space="preserve"> -</w:t>
      </w:r>
      <w:r>
        <w:t xml:space="preserve"> 再来一杯</w:t>
        <w:br/>
        <w:t>Well,</w:t>
      </w:r>
      <w:r>
        <w:t xml:space="preserve"> thank</w:t>
      </w:r>
      <w:r>
        <w:t xml:space="preserve"> you.</w:t>
      </w:r>
      <w:r>
        <w:t xml:space="preserve"> -</w:t>
      </w:r>
      <w:r>
        <w:t xml:space="preserve"> We'll</w:t>
      </w:r>
      <w:r>
        <w:t xml:space="preserve"> have</w:t>
      </w:r>
      <w:r>
        <w:t xml:space="preserve"> another!</w:t>
        <w:br/>
        <w:t>我请客</w:t>
      </w:r>
      <w:r>
        <w:t xml:space="preserve"> 我喜欢你</w:t>
      </w:r>
      <w:r>
        <w:t xml:space="preserve"> 非常喜欢</w:t>
        <w:br/>
        <w:t>This</w:t>
      </w:r>
      <w:r>
        <w:t xml:space="preserve"> is</w:t>
      </w:r>
      <w:r>
        <w:t xml:space="preserve"> on</w:t>
      </w:r>
      <w:r>
        <w:t xml:space="preserve"> me.</w:t>
      </w:r>
      <w:r>
        <w:t xml:space="preserve"> I</w:t>
      </w:r>
      <w:r>
        <w:t xml:space="preserve"> like</w:t>
      </w:r>
      <w:r>
        <w:t xml:space="preserve"> you.</w:t>
      </w:r>
      <w:r>
        <w:t xml:space="preserve"> I</w:t>
      </w:r>
      <w:r>
        <w:t xml:space="preserve"> like</w:t>
      </w:r>
      <w:r>
        <w:t xml:space="preserve"> you</w:t>
      </w:r>
      <w:r>
        <w:t xml:space="preserve"> a</w:t>
      </w:r>
      <w:r>
        <w:t xml:space="preserve"> lot.</w:t>
        <w:br/>
        <w:t>我感谢你的热情款待</w:t>
        <w:br/>
        <w:t>I</w:t>
      </w:r>
      <w:r>
        <w:t xml:space="preserve"> appreciate</w:t>
      </w:r>
      <w:r>
        <w:t xml:space="preserve"> the</w:t>
      </w:r>
      <w:r>
        <w:t xml:space="preserve"> hospitality.</w:t>
        <w:br/>
        <w:t>嘿</w:t>
      </w:r>
      <w:r>
        <w:t xml:space="preserve"> 干杯</w:t>
        <w:br/>
        <w:t>Hey,</w:t>
      </w:r>
      <w:r>
        <w:t xml:space="preserve"> cheers.</w:t>
        <w:br/>
        <w:t>请别介意我这么说</w:t>
        <w:br/>
        <w:t>You</w:t>
      </w:r>
      <w:r>
        <w:t xml:space="preserve"> won't</w:t>
      </w:r>
      <w:r>
        <w:t xml:space="preserve"> mind</w:t>
      </w:r>
      <w:r>
        <w:t xml:space="preserve"> me</w:t>
      </w:r>
      <w:r>
        <w:t xml:space="preserve"> saying,</w:t>
        <w:br/>
        <w:t>我觉得如果你扮演英雄角色</w:t>
      </w:r>
      <w:r>
        <w:t xml:space="preserve"> 你会更加出名</w:t>
        <w:br/>
        <w:t>I</w:t>
      </w:r>
      <w:r>
        <w:t xml:space="preserve"> think</w:t>
      </w:r>
      <w:r>
        <w:t xml:space="preserve"> you'd</w:t>
      </w:r>
      <w:r>
        <w:t xml:space="preserve"> be</w:t>
      </w:r>
      <w:r>
        <w:t xml:space="preserve"> much</w:t>
      </w:r>
      <w:r>
        <w:t xml:space="preserve"> more</w:t>
      </w:r>
      <w:r>
        <w:t xml:space="preserve"> famous,</w:t>
      </w:r>
      <w:r>
        <w:t xml:space="preserve"> like</w:t>
      </w:r>
      <w:r>
        <w:t xml:space="preserve"> your</w:t>
      </w:r>
      <w:r>
        <w:t xml:space="preserve"> brother</w:t>
      </w:r>
      <w:r>
        <w:t xml:space="preserve"> or</w:t>
      </w:r>
      <w:r>
        <w:t xml:space="preserve"> your</w:t>
      </w:r>
      <w:r>
        <w:t xml:space="preserve"> pa,</w:t>
        <w:br/>
        <w:t>像你兄弟和爸爸一样</w:t>
      </w:r>
      <w:r>
        <w:t xml:space="preserve"> 你为什么不演呢</w:t>
        <w:br/>
        <w:t>if</w:t>
      </w:r>
      <w:r>
        <w:t xml:space="preserve"> you</w:t>
      </w:r>
      <w:r>
        <w:t xml:space="preserve"> played</w:t>
      </w:r>
      <w:r>
        <w:t xml:space="preserve"> the</w:t>
      </w:r>
      <w:r>
        <w:t xml:space="preserve"> heroes.</w:t>
      </w:r>
      <w:r>
        <w:t xml:space="preserve"> Why</w:t>
      </w:r>
      <w:r>
        <w:t xml:space="preserve"> don't</w:t>
      </w:r>
      <w:r>
        <w:t xml:space="preserve"> you?</w:t>
        <w:br/>
        <w:t>(朱纽斯布鲁图斯布斯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埃德温汤马斯布斯)</w:t>
        <w:br/>
        <w:t>你知道</w:t>
      </w:r>
      <w:r>
        <w:t xml:space="preserve"> 等到明天</w:t>
        <w:br/>
        <w:t>You</w:t>
      </w:r>
      <w:r>
        <w:t xml:space="preserve"> know,</w:t>
      </w:r>
      <w:r>
        <w:t xml:space="preserve"> tomorrow,</w:t>
        <w:br/>
        <w:t>我会比我家任何一个人都更出名</w:t>
        <w:br/>
        <w:t>I'm</w:t>
      </w:r>
      <w:r>
        <w:t xml:space="preserve"> gonna</w:t>
      </w:r>
      <w:r>
        <w:t xml:space="preserve"> be</w:t>
      </w:r>
      <w:r>
        <w:t xml:space="preserve"> more</w:t>
      </w:r>
      <w:r>
        <w:t xml:space="preserve"> famous</w:t>
      </w:r>
      <w:r>
        <w:t xml:space="preserve"> than</w:t>
      </w:r>
      <w:r>
        <w:t xml:space="preserve"> anyone</w:t>
      </w:r>
      <w:r>
        <w:t xml:space="preserve"> in</w:t>
      </w:r>
      <w:r>
        <w:t xml:space="preserve"> my</w:t>
      </w:r>
      <w:r>
        <w:t xml:space="preserve"> family.</w:t>
        <w:br/>
        <w:t>这样吗</w:t>
        <w:br/>
        <w:t>Yeah?</w:t>
        <w:br/>
        <w:t>我会成为全世界最出名的人</w:t>
        <w:br/>
        <w:t>I'm</w:t>
      </w:r>
      <w:r>
        <w:t xml:space="preserve"> gonna</w:t>
      </w:r>
      <w:r>
        <w:t xml:space="preserve"> be</w:t>
      </w:r>
      <w:r>
        <w:t xml:space="preserve"> the</w:t>
      </w:r>
      <w:r>
        <w:t xml:space="preserve"> most</w:t>
      </w:r>
      <w:r>
        <w:t xml:space="preserve"> famous</w:t>
      </w:r>
      <w:r>
        <w:t xml:space="preserve"> man</w:t>
      </w:r>
      <w:r>
        <w:t xml:space="preserve"> in</w:t>
      </w:r>
      <w:r>
        <w:t xml:space="preserve"> the</w:t>
      </w:r>
      <w:r>
        <w:t xml:space="preserve"> whole</w:t>
      </w:r>
      <w:r>
        <w:t xml:space="preserve"> world.</w:t>
        <w:br/>
        <w:t>真的</w:t>
      </w:r>
      <w:r>
        <w:t xml:space="preserve"> 你演了哪部剧</w:t>
      </w:r>
      <w:r>
        <w:t xml:space="preserve"> </w:t>
      </w:r>
      <w:r>
        <w:t xml:space="preserve"> -</w:t>
      </w:r>
      <w:r>
        <w:t xml:space="preserve"> 是的</w:t>
      </w:r>
      <w:r>
        <w:t xml:space="preserve"> 先生</w:t>
        <w:br/>
        <w:t>Really?</w:t>
      </w:r>
      <w:r>
        <w:t xml:space="preserve"> What</w:t>
      </w:r>
      <w:r>
        <w:t xml:space="preserve"> show</w:t>
      </w:r>
      <w:r>
        <w:t xml:space="preserve"> you</w:t>
      </w:r>
      <w:r>
        <w:t xml:space="preserve"> in?</w:t>
      </w:r>
      <w:r>
        <w:t xml:space="preserve"> -</w:t>
      </w:r>
      <w:r>
        <w:t xml:space="preserve"> Yes,</w:t>
      </w:r>
      <w:r>
        <w:t xml:space="preserve"> sir.</w:t>
        <w:br/>
        <w:t>《我们的美国表弟》</w:t>
        <w:br/>
        <w:t>Our</w:t>
      </w:r>
      <w:r>
        <w:t xml:space="preserve"> American</w:t>
      </w:r>
      <w:r>
        <w:t xml:space="preserve"> Cousin.</w:t>
        <w:br/>
        <w:t>你为什么没在舞台上</w:t>
        <w:br/>
        <w:t>Why</w:t>
      </w:r>
      <w:r>
        <w:t xml:space="preserve"> I</w:t>
      </w:r>
      <w:r>
        <w:t xml:space="preserve"> ain't</w:t>
      </w:r>
      <w:r>
        <w:t xml:space="preserve"> seen</w:t>
      </w:r>
      <w:r>
        <w:t xml:space="preserve"> you</w:t>
      </w:r>
      <w:r>
        <w:t xml:space="preserve"> on</w:t>
      </w:r>
      <w:r>
        <w:t xml:space="preserve"> stage?</w:t>
        <w:br/>
        <w:t>我的出场时间还没到</w:t>
        <w:br/>
        <w:t>I</w:t>
      </w:r>
      <w:r>
        <w:t xml:space="preserve"> haven't</w:t>
      </w:r>
      <w:r>
        <w:t xml:space="preserve"> made</w:t>
      </w:r>
      <w:r>
        <w:t xml:space="preserve"> my</w:t>
      </w:r>
      <w:r>
        <w:t xml:space="preserve"> entrance</w:t>
      </w:r>
      <w:r>
        <w:t xml:space="preserve"> yet.</w:t>
        <w:br/>
        <w:t>上帝保佑美国</w:t>
        <w:br/>
        <w:t>God</w:t>
      </w:r>
      <w:r>
        <w:t xml:space="preserve"> bless</w:t>
      </w:r>
      <w:r>
        <w:t xml:space="preserve"> America.</w:t>
        <w:br/>
        <w:t>玛丽梅瑞迪斯小姐</w:t>
      </w:r>
      <w:r>
        <w:t xml:space="preserve"> 我心喜悦</w:t>
        <w:br/>
        <w:t>Miss</w:t>
      </w:r>
      <w:r>
        <w:t xml:space="preserve"> Mary</w:t>
      </w:r>
      <w:r>
        <w:t xml:space="preserve"> Meredith!</w:t>
      </w:r>
      <w:r>
        <w:t xml:space="preserve"> I'm</w:t>
      </w:r>
      <w:r>
        <w:t xml:space="preserve"> delighted.</w:t>
        <w:br/>
        <w:t>喜悦</w:t>
        <w:br/>
        <w:t>Delighted?</w:t>
        <w:br/>
        <w:t>是</w:t>
      </w:r>
      <w:r>
        <w:t xml:space="preserve"> 你们看起来都非常喜悦</w:t>
        <w:br/>
        <w:t>Yes,</w:t>
      </w:r>
      <w:r>
        <w:t xml:space="preserve"> you</w:t>
      </w:r>
      <w:r>
        <w:t xml:space="preserve"> both</w:t>
      </w:r>
      <w:r>
        <w:t xml:space="preserve"> look</w:t>
      </w:r>
      <w:r>
        <w:t xml:space="preserve"> tickled</w:t>
      </w:r>
      <w:r>
        <w:t xml:space="preserve"> to</w:t>
      </w:r>
      <w:r>
        <w:t xml:space="preserve"> death.</w:t>
        <w:br/>
        <w:t>有些姑娘和母亲在发现之后</w:t>
        <w:br/>
        <w:t>Now,</w:t>
      </w:r>
      <w:r>
        <w:t xml:space="preserve"> some</w:t>
      </w:r>
      <w:r>
        <w:t xml:space="preserve"> gals</w:t>
      </w:r>
      <w:r>
        <w:t xml:space="preserve"> and</w:t>
      </w:r>
      <w:r>
        <w:t xml:space="preserve"> mothers</w:t>
      </w:r>
      <w:r>
        <w:t xml:space="preserve"> would</w:t>
      </w:r>
      <w:r>
        <w:t xml:space="preserve"> go</w:t>
      </w:r>
      <w:r>
        <w:t xml:space="preserve"> away</w:t>
      </w:r>
      <w:r>
        <w:t xml:space="preserve"> from</w:t>
      </w:r>
      <w:r>
        <w:t xml:space="preserve"> a</w:t>
      </w:r>
      <w:r>
        <w:t xml:space="preserve"> fellow</w:t>
        <w:br/>
        <w:t>会远离这样的男人</w:t>
      </w:r>
      <w:r>
        <w:t xml:space="preserve"> 但你不在乎财富</w:t>
      </w:r>
      <w:r>
        <w:t xml:space="preserve"> 古斯提小姐</w:t>
        <w:br/>
        <w:t>when</w:t>
      </w:r>
      <w:r>
        <w:t xml:space="preserve"> they</w:t>
      </w:r>
      <w:r>
        <w:t xml:space="preserve"> found</w:t>
      </w:r>
      <w:r>
        <w:t xml:space="preserve"> out,</w:t>
      </w:r>
      <w:r>
        <w:t xml:space="preserve"> but</w:t>
      </w:r>
      <w:r>
        <w:t xml:space="preserve"> you</w:t>
      </w:r>
      <w:r>
        <w:t xml:space="preserve"> don't</w:t>
      </w:r>
      <w:r>
        <w:t xml:space="preserve"> value</w:t>
      </w:r>
      <w:r>
        <w:t xml:space="preserve"> fortune,</w:t>
      </w:r>
      <w:r>
        <w:t xml:space="preserve"> Miss</w:t>
      </w:r>
      <w:r>
        <w:t xml:space="preserve"> Gusty.</w:t>
        <w:br/>
        <w:t>我的爱人</w:t>
      </w:r>
      <w:r>
        <w:t xml:space="preserve"> 你最好离开</w:t>
        <w:br/>
        <w:t>My</w:t>
      </w:r>
      <w:r>
        <w:t xml:space="preserve"> love,</w:t>
      </w:r>
      <w:r>
        <w:t xml:space="preserve"> you</w:t>
      </w:r>
      <w:r>
        <w:t xml:space="preserve"> had</w:t>
      </w:r>
      <w:r>
        <w:t xml:space="preserve"> better</w:t>
      </w:r>
      <w:r>
        <w:t xml:space="preserve"> go.</w:t>
        <w:br/>
        <w:t>不</w:t>
      </w:r>
      <w:r>
        <w:t xml:space="preserve"> 你渴望爱情</w:t>
      </w:r>
      <w:r>
        <w:t xml:space="preserve"> 没错</w:t>
        <w:br/>
        <w:t>No,</w:t>
      </w:r>
      <w:r>
        <w:t xml:space="preserve"> you</w:t>
      </w:r>
      <w:r>
        <w:t xml:space="preserve"> crave</w:t>
      </w:r>
      <w:r>
        <w:t xml:space="preserve"> affections,</w:t>
      </w:r>
      <w:r>
        <w:t xml:space="preserve"> you</w:t>
      </w:r>
      <w:r>
        <w:t xml:space="preserve"> do.</w:t>
        <w:br/>
        <w:t>我没有财富</w:t>
      </w:r>
      <w:r>
        <w:t xml:space="preserve"> 但是我对你爱意满满</w:t>
        <w:br/>
        <w:t>Now,</w:t>
      </w:r>
      <w:r>
        <w:t xml:space="preserve"> I've</w:t>
      </w:r>
      <w:r>
        <w:t xml:space="preserve"> no</w:t>
      </w:r>
      <w:r>
        <w:t xml:space="preserve"> fortune,</w:t>
      </w:r>
      <w:r>
        <w:t xml:space="preserve"> but</w:t>
      </w:r>
      <w:r>
        <w:t xml:space="preserve"> I'm</w:t>
      </w:r>
      <w:r>
        <w:t xml:space="preserve"> spilling</w:t>
      </w:r>
      <w:r>
        <w:t xml:space="preserve"> over</w:t>
      </w:r>
      <w:r>
        <w:t xml:space="preserve"> with</w:t>
      </w:r>
      <w:r>
        <w:t xml:space="preserve"> affections.</w:t>
        <w:br/>
        <w:t>我准备好把全部爱意都倾泻到你身上</w:t>
        <w:br/>
        <w:t>Now</w:t>
      </w:r>
      <w:r>
        <w:t xml:space="preserve"> I'm</w:t>
      </w:r>
      <w:r>
        <w:t xml:space="preserve"> ready</w:t>
      </w:r>
      <w:r>
        <w:t xml:space="preserve"> to</w:t>
      </w:r>
      <w:r>
        <w:t xml:space="preserve"> pour</w:t>
      </w:r>
      <w:r>
        <w:t xml:space="preserve"> out</w:t>
      </w:r>
      <w:r>
        <w:t xml:space="preserve"> all</w:t>
      </w:r>
      <w:r>
        <w:t xml:space="preserve"> over</w:t>
      </w:r>
      <w:r>
        <w:t xml:space="preserve"> you,</w:t>
        <w:br/>
        <w:t>如同在烤猪上浇苹果酱</w:t>
        <w:br/>
        <w:t>like</w:t>
      </w:r>
      <w:r>
        <w:t xml:space="preserve"> apple</w:t>
      </w:r>
      <w:r>
        <w:t xml:space="preserve"> sass</w:t>
      </w:r>
      <w:r>
        <w:t xml:space="preserve"> over</w:t>
      </w:r>
      <w:r>
        <w:t xml:space="preserve"> roast</w:t>
      </w:r>
      <w:r>
        <w:t xml:space="preserve"> pork.</w:t>
        <w:br/>
        <w:t>特伦查德先生</w:t>
      </w:r>
      <w:r>
        <w:t xml:space="preserve"> 请你别忘了</w:t>
      </w:r>
      <w:r>
        <w:t xml:space="preserve"> 你正在当着我的面</w:t>
        <w:br/>
        <w:t>Mr.</w:t>
      </w:r>
      <w:r>
        <w:t xml:space="preserve"> Trenchard,</w:t>
      </w:r>
      <w:r>
        <w:t xml:space="preserve"> you</w:t>
      </w:r>
      <w:r>
        <w:t xml:space="preserve"> will</w:t>
      </w:r>
      <w:r>
        <w:t xml:space="preserve"> please</w:t>
      </w:r>
      <w:r>
        <w:t xml:space="preserve"> recollect</w:t>
      </w:r>
      <w:r>
        <w:t xml:space="preserve"> that</w:t>
      </w:r>
      <w:r>
        <w:t xml:space="preserve"> you</w:t>
      </w:r>
      <w:r>
        <w:t xml:space="preserve"> are</w:t>
      </w:r>
      <w:r>
        <w:t xml:space="preserve"> addressing</w:t>
      </w:r>
      <w:r>
        <w:t xml:space="preserve"> my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daughter</w:t>
        <w:br/>
        <w:t>和我的女儿说话</w:t>
        <w:br/>
        <w:t>and</w:t>
      </w:r>
      <w:r>
        <w:t xml:space="preserve"> in</w:t>
      </w:r>
      <w:r>
        <w:t xml:space="preserve"> my</w:t>
      </w:r>
      <w:r>
        <w:t xml:space="preserve"> presence.</w:t>
        <w:br/>
        <w:t>是的</w:t>
      </w:r>
      <w:r>
        <w:t xml:space="preserve"> 我正向她献上</w:t>
      </w:r>
      <w:r>
        <w:t xml:space="preserve"> 我的真心和婚姻</w:t>
      </w:r>
      <w:r>
        <w:t xml:space="preserve"> 如她所愿</w:t>
        <w:br/>
        <w:t>Yes,</w:t>
      </w:r>
      <w:r>
        <w:t xml:space="preserve"> I'm</w:t>
      </w:r>
      <w:r>
        <w:t xml:space="preserve"> offering</w:t>
      </w:r>
      <w:r>
        <w:t xml:space="preserve"> her</w:t>
      </w:r>
      <w:r>
        <w:t xml:space="preserve"> my</w:t>
      </w:r>
      <w:r>
        <w:t xml:space="preserve"> heart</w:t>
      </w:r>
      <w:r>
        <w:t xml:space="preserve"> and</w:t>
      </w:r>
      <w:r>
        <w:t xml:space="preserve"> hand</w:t>
      </w:r>
      <w:r>
        <w:t xml:space="preserve"> as</w:t>
      </w:r>
      <w:r>
        <w:t xml:space="preserve"> she</w:t>
      </w:r>
      <w:r>
        <w:t xml:space="preserve"> wants</w:t>
      </w:r>
      <w:r>
        <w:t xml:space="preserve"> them.</w:t>
        <w:br/>
        <w:t>花生</w:t>
      </w:r>
      <w:r>
        <w:t xml:space="preserve"> 要换场景</w:t>
      </w:r>
      <w:r>
        <w:t xml:space="preserve"> 需要你看着这匹马</w:t>
        <w:br/>
        <w:t>Peanuts,</w:t>
      </w:r>
      <w:r>
        <w:t xml:space="preserve"> got</w:t>
      </w:r>
      <w:r>
        <w:t xml:space="preserve"> a</w:t>
      </w:r>
      <w:r>
        <w:t xml:space="preserve"> scene</w:t>
      </w:r>
      <w:r>
        <w:t xml:space="preserve"> shift.</w:t>
      </w:r>
      <w:r>
        <w:t xml:space="preserve"> Need</w:t>
      </w:r>
      <w:r>
        <w:t xml:space="preserve"> you</w:t>
      </w:r>
      <w:r>
        <w:t xml:space="preserve"> to</w:t>
      </w:r>
      <w:r>
        <w:t xml:space="preserve"> watch</w:t>
      </w:r>
      <w:r>
        <w:t xml:space="preserve"> this</w:t>
      </w:r>
      <w:r>
        <w:t xml:space="preserve"> horse.</w:t>
        <w:br/>
        <w:t>我现在给大堂进货</w:t>
        <w:br/>
        <w:t>I</w:t>
      </w:r>
      <w:r>
        <w:t xml:space="preserve"> restock</w:t>
      </w:r>
      <w:r>
        <w:t xml:space="preserve"> the</w:t>
      </w:r>
      <w:r>
        <w:t xml:space="preserve"> lobby</w:t>
      </w:r>
      <w:r>
        <w:t xml:space="preserve"> now.</w:t>
        <w:br/>
        <w:t>这到底是谁的马</w:t>
        <w:br/>
        <w:t>Whose</w:t>
      </w:r>
      <w:r>
        <w:t xml:space="preserve"> horse</w:t>
      </w:r>
      <w:r>
        <w:t xml:space="preserve"> is</w:t>
      </w:r>
      <w:r>
        <w:t xml:space="preserve"> it</w:t>
      </w:r>
      <w:r>
        <w:t xml:space="preserve"> anyway?</w:t>
        <w:br/>
        <w:t>智障</w:t>
      </w:r>
      <w:r>
        <w:t xml:space="preserve"> 你少管闲事</w:t>
        <w:br/>
        <w:t>Why</w:t>
      </w:r>
      <w:r>
        <w:t xml:space="preserve"> don't</w:t>
      </w:r>
      <w:r>
        <w:t xml:space="preserve"> you</w:t>
      </w:r>
      <w:r>
        <w:t xml:space="preserve"> mind</w:t>
      </w:r>
      <w:r>
        <w:t xml:space="preserve"> your</w:t>
      </w:r>
      <w:r>
        <w:t xml:space="preserve"> business,</w:t>
      </w:r>
      <w:r>
        <w:t xml:space="preserve"> you</w:t>
      </w:r>
      <w:r>
        <w:t xml:space="preserve"> half-breed</w:t>
      </w:r>
      <w:r>
        <w:t xml:space="preserve"> mongrel?</w:t>
        <w:br/>
        <w:t>按我说的看好马就行了</w:t>
        <w:br/>
        <w:t>Just</w:t>
      </w:r>
      <w:r>
        <w:t xml:space="preserve"> watch</w:t>
      </w:r>
      <w:r>
        <w:t xml:space="preserve"> the</w:t>
      </w:r>
      <w:r>
        <w:t xml:space="preserve"> horse</w:t>
      </w:r>
      <w:r>
        <w:t xml:space="preserve"> like</w:t>
      </w:r>
      <w:r>
        <w:t xml:space="preserve"> I</w:t>
      </w:r>
      <w:r>
        <w:t xml:space="preserve"> said.</w:t>
        <w:br/>
        <w:t>里面什么都没有</w:t>
        <w:br/>
        <w:t>...with</w:t>
      </w:r>
      <w:r>
        <w:t xml:space="preserve"> nothing</w:t>
      </w:r>
      <w:r>
        <w:t xml:space="preserve"> in</w:t>
      </w:r>
      <w:r>
        <w:t xml:space="preserve"> 'em.</w:t>
        <w:br/>
        <w:t>奥古斯塔</w:t>
      </w:r>
      <w:r>
        <w:t xml:space="preserve"> 亲爱的</w:t>
      </w:r>
      <w:r>
        <w:t xml:space="preserve"> 回你的房&amp;hearts;间</w:t>
        <w:br/>
        <w:t>Augusta,</w:t>
      </w:r>
      <w:r>
        <w:t xml:space="preserve"> dear,</w:t>
      </w:r>
      <w:r>
        <w:t xml:space="preserve"> to</w:t>
      </w:r>
      <w:r>
        <w:t xml:space="preserve"> your</w:t>
      </w:r>
      <w:r>
        <w:t xml:space="preserve"> room.</w:t>
        <w:br/>
        <w:t>好的</w:t>
      </w:r>
      <w:r>
        <w:t xml:space="preserve"> 妈</w:t>
      </w:r>
      <w:r>
        <w:t xml:space="preserve"> 卑劣的野兽</w:t>
        <w:br/>
        <w:t>Yes,</w:t>
      </w:r>
      <w:r>
        <w:t xml:space="preserve"> Ma.</w:t>
      </w:r>
      <w:r>
        <w:t xml:space="preserve"> The</w:t>
      </w:r>
      <w:r>
        <w:t xml:space="preserve"> nasty</w:t>
      </w:r>
      <w:r>
        <w:t xml:space="preserve"> beast.</w:t>
        <w:br/>
        <w:t>特伦查德先生</w:t>
      </w:r>
      <w:r>
        <w:t xml:space="preserve"> 我明白你不习惯</w:t>
        <w:br/>
        <w:t>I</w:t>
      </w:r>
      <w:r>
        <w:t xml:space="preserve"> am</w:t>
      </w:r>
      <w:r>
        <w:t xml:space="preserve"> aware,</w:t>
      </w:r>
      <w:r>
        <w:t xml:space="preserve"> Mr.</w:t>
      </w:r>
      <w:r>
        <w:t xml:space="preserve"> Trenchard,</w:t>
      </w:r>
      <w:r>
        <w:t xml:space="preserve"> you</w:t>
      </w:r>
      <w:r>
        <w:t xml:space="preserve"> are</w:t>
      </w:r>
      <w:r>
        <w:t xml:space="preserve"> not</w:t>
      </w:r>
      <w:r>
        <w:t xml:space="preserve"> used</w:t>
      </w:r>
      <w:r>
        <w:t xml:space="preserve"> to</w:t>
        <w:br/>
        <w:t>上流社会的礼仪...</w:t>
      </w:r>
      <w:r>
        <w:t xml:space="preserve"> -</w:t>
      </w:r>
      <w:r>
        <w:t xml:space="preserve"> 上流社会的礼仪</w:t>
        <w:br/>
        <w:t>the</w:t>
      </w:r>
      <w:r>
        <w:t xml:space="preserve"> manners</w:t>
      </w:r>
      <w:r>
        <w:t xml:space="preserve"> of</w:t>
      </w:r>
      <w:r>
        <w:t xml:space="preserve"> good</w:t>
      </w:r>
      <w:r>
        <w:t xml:space="preserve"> society...</w:t>
      </w:r>
      <w:r>
        <w:t xml:space="preserve"> -</w:t>
      </w:r>
      <w:r>
        <w:t xml:space="preserve"> Manners</w:t>
      </w:r>
      <w:r>
        <w:t xml:space="preserve"> of</w:t>
      </w:r>
      <w:r>
        <w:t xml:space="preserve"> good</w:t>
      </w:r>
      <w:r>
        <w:t xml:space="preserve"> society.</w:t>
        <w:br/>
        <w:t>单单是这个理由便能为你的粗鲁</w:t>
        <w:br/>
        <w:t>...and</w:t>
      </w:r>
      <w:r>
        <w:t xml:space="preserve"> that,</w:t>
      </w:r>
      <w:r>
        <w:t xml:space="preserve"> alone,</w:t>
      </w:r>
      <w:r>
        <w:t xml:space="preserve"> will</w:t>
      </w:r>
      <w:r>
        <w:t xml:space="preserve"> excuse</w:t>
      </w:r>
      <w:r>
        <w:t xml:space="preserve"> the</w:t>
      </w:r>
      <w:r>
        <w:t xml:space="preserve"> impertinence</w:t>
        <w:br/>
        <w:t>提供开脱的借口</w:t>
        <w:br/>
        <w:t>of</w:t>
      </w:r>
      <w:r>
        <w:t xml:space="preserve"> which</w:t>
      </w:r>
      <w:r>
        <w:t xml:space="preserve"> you</w:t>
      </w:r>
      <w:r>
        <w:t xml:space="preserve"> have</w:t>
      </w:r>
      <w:r>
        <w:t xml:space="preserve"> been</w:t>
      </w:r>
      <w:r>
        <w:t xml:space="preserve"> guilty.</w:t>
        <w:br/>
        <w:t>不了解上流社会的礼仪</w:t>
        <w:br/>
        <w:t>Don't</w:t>
      </w:r>
      <w:r>
        <w:t xml:space="preserve"> know</w:t>
      </w:r>
      <w:r>
        <w:t xml:space="preserve"> the</w:t>
      </w:r>
      <w:r>
        <w:t xml:space="preserve"> manners</w:t>
      </w:r>
      <w:r>
        <w:t xml:space="preserve"> of</w:t>
      </w:r>
      <w:r>
        <w:t xml:space="preserve"> good</w:t>
      </w:r>
      <w:r>
        <w:t xml:space="preserve"> society,</w:t>
      </w:r>
      <w:r>
        <w:t xml:space="preserve"> hey?</w:t>
        <w:br/>
        <w:t>我想我了解得多到能把你气死</w:t>
      </w:r>
      <w:r>
        <w:t xml:space="preserve"> 老女人</w:t>
        <w:br/>
        <w:t>Well,</w:t>
      </w:r>
      <w:r>
        <w:t xml:space="preserve"> I</w:t>
      </w:r>
      <w:r>
        <w:t xml:space="preserve"> guess</w:t>
      </w:r>
      <w:r>
        <w:t xml:space="preserve"> I</w:t>
      </w:r>
      <w:r>
        <w:t xml:space="preserve"> know</w:t>
      </w:r>
      <w:r>
        <w:t xml:space="preserve"> enough</w:t>
      </w:r>
      <w:r>
        <w:t xml:space="preserve"> to</w:t>
      </w:r>
      <w:r>
        <w:t xml:space="preserve"> turn</w:t>
      </w:r>
      <w:r>
        <w:t xml:space="preserve"> you</w:t>
      </w:r>
      <w:r>
        <w:t xml:space="preserve"> inside</w:t>
      </w:r>
      <w:r>
        <w:t xml:space="preserve"> out,</w:t>
      </w:r>
      <w:r>
        <w:t xml:space="preserve"> old</w:t>
      </w:r>
      <w:r>
        <w:t xml:space="preserve"> gal.</w:t>
        <w:br/>
        <w:t>你这个该死的老人陷阱</w:t>
      </w:r>
      <w:r>
        <w:t xml:space="preserve"> -</w:t>
      </w:r>
      <w:r>
        <w:t xml:space="preserve"> 该死的老人陷阱</w:t>
        <w:br/>
        <w:t>You</w:t>
      </w:r>
      <w:r>
        <w:t xml:space="preserve"> sockdologizing</w:t>
      </w:r>
      <w:r>
        <w:t xml:space="preserve"> old</w:t>
      </w:r>
      <w:r>
        <w:t xml:space="preserve"> man-trap.</w:t>
      </w:r>
      <w:r>
        <w:t xml:space="preserve"> -</w:t>
      </w:r>
      <w:r>
        <w:t xml:space="preserve"> Sockdologizing</w:t>
      </w:r>
      <w:r>
        <w:t xml:space="preserve"> old</w:t>
      </w:r>
      <w:r>
        <w:t xml:space="preserve"> man-trap.</w:t>
        <w:br/>
        <w:t>为了南方的自&amp;hearts;由&amp;hearts;</w:t>
        <w:br/>
        <w:t>Freedom</w:t>
      </w:r>
      <w:r>
        <w:t xml:space="preserve"> for</w:t>
      </w:r>
      <w:r>
        <w:t xml:space="preserve"> the</w:t>
      </w:r>
      <w:r>
        <w:t xml:space="preserve"> South!</w:t>
        <w:br/>
        <w:t>这就是暴君的下场</w:t>
        <w:br/>
        <w:t>Sic</w:t>
      </w:r>
      <w:r>
        <w:t xml:space="preserve"> Semper</w:t>
      </w:r>
      <w:r>
        <w:t xml:space="preserve"> Tyrannis!</w:t>
        <w:br/>
        <w:t>有人枪击总统</w:t>
        <w:br/>
        <w:t>Someone</w:t>
      </w:r>
      <w:r>
        <w:t xml:space="preserve"> shot</w:t>
      </w:r>
      <w:r>
        <w:t xml:space="preserve"> the</w:t>
      </w:r>
      <w:r>
        <w:t xml:space="preserve"> president!</w:t>
        <w:br/>
        <w:t>有人被杀了</w:t>
        <w:br/>
        <w:t>We</w:t>
      </w:r>
      <w:r>
        <w:t xml:space="preserve"> have</w:t>
      </w:r>
      <w:r>
        <w:t xml:space="preserve"> a</w:t>
      </w:r>
      <w:r>
        <w:t xml:space="preserve"> man</w:t>
      </w:r>
    </w:p>
    <w:p>
      <w:r>
        <w:t xml:space="preserve"> murdered!</w:t>
        <w:br/>
        <w:t>凶手是他</w:t>
        <w:br/>
        <w:t>He's</w:t>
      </w:r>
      <w:r>
        <w:t xml:space="preserve"> the</w:t>
      </w:r>
      <w:r>
        <w:t xml:space="preserve"> one</w:t>
      </w:r>
      <w:r>
        <w:t xml:space="preserve"> who</w:t>
      </w:r>
      <w:r>
        <w:t xml:space="preserve"> did</w:t>
      </w:r>
      <w:r>
        <w:t xml:space="preserve"> it!</w:t>
        <w:br/>
        <w:t>拦下他</w:t>
      </w:r>
      <w:r>
        <w:t xml:space="preserve"> 他枪击了总统</w:t>
        <w:br/>
        <w:t>Stop</w:t>
      </w:r>
      <w:r>
        <w:t xml:space="preserve"> him!</w:t>
      </w:r>
      <w:r>
        <w:t xml:space="preserve"> He</w:t>
      </w:r>
      <w:r>
        <w:t xml:space="preserve"> shot</w:t>
      </w:r>
      <w:r>
        <w:t xml:space="preserve"> the</w:t>
      </w:r>
      <w:r>
        <w:t xml:space="preserve"> president!</w:t>
        <w:br/>
        <w:t>那边</w:t>
      </w:r>
      <w:r>
        <w:t xml:space="preserve"> 从后面</w:t>
        <w:br/>
        <w:t>That</w:t>
      </w:r>
      <w:r>
        <w:t xml:space="preserve"> way.</w:t>
      </w:r>
      <w:r>
        <w:t xml:space="preserve"> Out</w:t>
      </w:r>
      <w:r>
        <w:t xml:space="preserve"> the</w:t>
      </w:r>
      <w:r>
        <w:t xml:space="preserve"> back.</w:t>
        <w:br/>
        <w:t>快</w:t>
      </w:r>
      <w:r>
        <w:t xml:space="preserve"> -</w:t>
      </w:r>
      <w:r>
        <w:t xml:space="preserve"> 快拦住他</w:t>
      </w:r>
      <w:r>
        <w:t xml:space="preserve"> 该死</w:t>
        <w:br/>
        <w:t>Hurry!</w:t>
      </w:r>
      <w:r>
        <w:t xml:space="preserve"> -</w:t>
      </w:r>
      <w:r>
        <w:t xml:space="preserve"> Stop</w:t>
      </w:r>
      <w:r>
        <w:t xml:space="preserve"> him,</w:t>
      </w:r>
      <w:r>
        <w:t xml:space="preserve"> damn</w:t>
      </w:r>
      <w:r>
        <w:t xml:space="preserve"> it!</w:t>
        <w:br/>
        <w:t>让我出去</w:t>
        <w:br/>
        <w:t>Let</w:t>
      </w:r>
      <w:r>
        <w:t xml:space="preserve"> me</w:t>
      </w:r>
      <w:r>
        <w:t xml:space="preserve"> out!</w:t>
        <w:br/>
        <w:t>他枪击了总统</w:t>
        <w:br/>
        <w:t>He</w:t>
      </w:r>
      <w:r>
        <w:t xml:space="preserve"> shot</w:t>
      </w:r>
      <w:r>
        <w:t xml:space="preserve"> the</w:t>
      </w:r>
      <w:r>
        <w:t xml:space="preserve"> president!</w:t>
        <w:br/>
        <w:t>先生</w:t>
      </w:r>
      <w:r>
        <w:t xml:space="preserve"> 如果...</w:t>
        <w:br/>
        <w:t>Sir,</w:t>
      </w:r>
      <w:r>
        <w:t xml:space="preserve"> what</w:t>
      </w:r>
      <w:r>
        <w:t xml:space="preserve"> if--</w:t>
        <w:br/>
        <w:t>驾</w:t>
      </w:r>
      <w:r>
        <w:t xml:space="preserve"> -</w:t>
      </w:r>
      <w:r>
        <w:t xml:space="preserve"> 他枪击了总统</w:t>
        <w:br/>
        <w:t>Hyah!</w:t>
      </w:r>
      <w:r>
        <w:t xml:space="preserve"> -</w:t>
      </w:r>
      <w:r>
        <w:t xml:space="preserve"> He</w:t>
      </w:r>
      <w:r>
        <w:t xml:space="preserve"> shot</w:t>
      </w:r>
      <w:r>
        <w:t xml:space="preserve"> the</w:t>
      </w:r>
      <w:r>
        <w:t xml:space="preserve"> president!</w:t>
        <w:br/>
        <w:t>拦住他</w:t>
        <w:br/>
        <w:t>Stop</w:t>
      </w:r>
      <w:r>
        <w:t xml:space="preserve"> him!</w:t>
        <w:br/>
        <w:t>国务卿会活下来吗</w:t>
        <w:br/>
        <w:t>Will</w:t>
      </w:r>
      <w:r>
        <w:t xml:space="preserve"> the</w:t>
      </w:r>
      <w:r>
        <w:t xml:space="preserve"> secretary</w:t>
      </w:r>
      <w:r>
        <w:t xml:space="preserve"> live?</w:t>
        <w:br/>
        <w:t>男仆发现了这个</w:t>
        <w:br/>
        <w:t>The</w:t>
      </w:r>
      <w:r>
        <w:t xml:space="preserve"> footman</w:t>
      </w:r>
      <w:r>
        <w:t xml:space="preserve"> found</w:t>
      </w:r>
      <w:r>
        <w:t xml:space="preserve"> this.</w:t>
        <w:br/>
        <w:t>袭击者当时穿着这个</w:t>
        <w:br/>
        <w:t>The</w:t>
      </w:r>
      <w:r>
        <w:t xml:space="preserve"> assailant</w:t>
      </w:r>
      <w:r>
        <w:t xml:space="preserve"> was</w:t>
      </w:r>
      <w:r>
        <w:t xml:space="preserve"> wearing</w:t>
      </w:r>
      <w:r>
        <w:t xml:space="preserve"> that.</w:t>
        <w:br/>
        <w:t>他什么样子</w:t>
        <w:br/>
        <w:t>What</w:t>
      </w:r>
      <w:r>
        <w:t xml:space="preserve"> did</w:t>
      </w:r>
      <w:r>
        <w:t xml:space="preserve"> he</w:t>
      </w:r>
      <w:r>
        <w:t xml:space="preserve"> look</w:t>
      </w:r>
      <w:r>
        <w:t xml:space="preserve"> like?</w:t>
        <w:br/>
        <w:t>和我年龄差不多</w:t>
        <w:br/>
        <w:t>About</w:t>
      </w:r>
      <w:r>
        <w:t xml:space="preserve"> my</w:t>
      </w:r>
      <w:r>
        <w:t xml:space="preserve"> age.</w:t>
        <w:br/>
        <w:t>不</w:t>
      </w:r>
      <w:r>
        <w:t xml:space="preserve"> 要我说</w:t>
      </w:r>
      <w:r>
        <w:t xml:space="preserve"> 他年纪更小</w:t>
        <w:br/>
        <w:br/>
        <w:t>No.</w:t>
      </w:r>
      <w:r>
        <w:t xml:space="preserve"> I'd</w:t>
      </w:r>
      <w:r>
        <w:t xml:space="preserve"> say</w:t>
      </w:r>
      <w:r>
        <w:t xml:space="preserve"> he's</w:t>
      </w:r>
      <w:r>
        <w:t xml:space="preserve"> younger.</w:t>
        <w:br/>
        <w:t>他是怎么闯进来的</w:t>
        <w:br/>
        <w:t>How</w:t>
      </w:r>
      <w:r>
        <w:t xml:space="preserve"> did</w:t>
      </w:r>
      <w:r>
        <w:t xml:space="preserve"> he</w:t>
      </w:r>
      <w:r>
        <w:t xml:space="preserve"> break</w:t>
      </w:r>
      <w:r>
        <w:t xml:space="preserve"> in?</w:t>
        <w:br/>
        <w:t>我发誓不是故意放他进来</w:t>
      </w:r>
      <w:r>
        <w:t xml:space="preserve"> 他说他是来送药的</w:t>
        <w:br/>
        <w:t>I</w:t>
      </w:r>
      <w:r>
        <w:t xml:space="preserve"> swear</w:t>
      </w:r>
      <w:r>
        <w:t xml:space="preserve"> I</w:t>
      </w:r>
      <w:r>
        <w:t xml:space="preserve"> didn't</w:t>
      </w:r>
      <w:r>
        <w:t xml:space="preserve"> mean</w:t>
      </w:r>
      <w:r>
        <w:t xml:space="preserve"> to</w:t>
      </w:r>
      <w:r>
        <w:t xml:space="preserve"> let</w:t>
      </w:r>
      <w:r>
        <w:t xml:space="preserve"> him</w:t>
      </w:r>
      <w:r>
        <w:t xml:space="preserve"> past</w:t>
      </w:r>
      <w:r>
        <w:t xml:space="preserve"> me.</w:t>
      </w:r>
      <w:r>
        <w:t xml:space="preserve"> He</w:t>
      </w:r>
      <w:r>
        <w:t xml:space="preserve"> said</w:t>
      </w:r>
      <w:r>
        <w:t xml:space="preserve"> he</w:t>
      </w:r>
      <w:r>
        <w:t xml:space="preserve"> had</w:t>
      </w:r>
      <w:r>
        <w:t xml:space="preserve"> medicine</w:t>
      </w:r>
      <w:r>
        <w:t xml:space="preserve"> with</w:t>
      </w:r>
      <w:r>
        <w:t xml:space="preserve"> him.</w:t>
        <w:br/>
        <w:t>他从前门进来的</w:t>
        <w:br/>
        <w:t>He</w:t>
      </w:r>
      <w:r>
        <w:t xml:space="preserve"> came</w:t>
      </w:r>
      <w:r>
        <w:t xml:space="preserve"> through</w:t>
      </w:r>
      <w:r>
        <w:t xml:space="preserve"> the</w:t>
      </w:r>
      <w:r>
        <w:t xml:space="preserve"> front</w:t>
      </w:r>
      <w:r>
        <w:t xml:space="preserve"> door?</w:t>
        <w:br/>
        <w:t>他有个真的药箱</w:t>
        <w:br/>
        <w:t>He</w:t>
      </w:r>
      <w:r>
        <w:t xml:space="preserve"> had</w:t>
      </w:r>
      <w:r>
        <w:t xml:space="preserve"> a</w:t>
      </w:r>
      <w:r>
        <w:t xml:space="preserve"> genuine</w:t>
      </w:r>
      <w:r>
        <w:t xml:space="preserve"> pharmacy</w:t>
      </w:r>
      <w:r>
        <w:t xml:space="preserve"> box.</w:t>
        <w:br/>
        <w:t>看起来很真</w:t>
      </w:r>
      <w:r>
        <w:t xml:space="preserve"> 我没想到他很危险</w:t>
        <w:br/>
        <w:t>Seemed</w:t>
      </w:r>
      <w:r>
        <w:t xml:space="preserve"> legitimate,</w:t>
      </w:r>
      <w:r>
        <w:t xml:space="preserve"> so</w:t>
      </w:r>
      <w:r>
        <w:t xml:space="preserve"> I</w:t>
      </w:r>
      <w:r>
        <w:t xml:space="preserve"> didn't</w:t>
      </w:r>
      <w:r>
        <w:t xml:space="preserve"> think</w:t>
      </w:r>
      <w:r>
        <w:t xml:space="preserve"> he</w:t>
      </w:r>
      <w:r>
        <w:t xml:space="preserve"> was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https://d.book118.com/005303323341011123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3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00530332334101112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