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销售工作计划范文集合（33篇）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销售工作计划范文集合（通用33篇）</w:t>
      </w:r>
      <w:r>
        <w:rPr>
          <w:lang w:eastAsia="zh-CN"/>
        </w:rPr>
        <w:br/>
      </w:r>
      <w:r>
        <w:rPr>
          <w:lang w:eastAsia="zh-CN"/>
        </w:rPr>
        <w:t xml:space="preserve">    销售工作计划范文集合 篇1 </w:t>
      </w:r>
      <w:r>
        <w:rPr>
          <w:lang w:eastAsia="zh-CN"/>
        </w:rPr>
        <w:br/>
      </w:r>
      <w:r>
        <w:rPr>
          <w:lang w:eastAsia="zh-CN"/>
        </w:rPr>
        <w:t>　　一.客户接触流程</w:t>
      </w:r>
      <w:r>
        <w:rPr>
          <w:lang w:eastAsia="zh-CN"/>
        </w:rPr>
        <w:br/>
      </w:r>
      <w:r>
        <w:rPr>
          <w:lang w:eastAsia="zh-CN"/>
        </w:rPr>
        <w:t>　　1.客户信息收集 客户信息的收集是与客户接触的前提，因而平时业务员最主要的工作之一就是收集客户信息。获取客户信息的途径一般有：自己走访、朋友介绍、挖掘机老用户介绍、挖掘机机手介绍、在挖掘机集中地采集、同行之间的交流以及通过展示会、联谊会、座谈会等形式采集。实践表明，客户信息无处不在，关键是业务员一定要做到亲身、亲历、亲为，并在具体实践中不断提高自己的交际能力及交际水平，不断扩大自己的社交范围。 除客户购机信息外，客户信息收集还包括如下内容：</w:t>
      </w:r>
      <w:r>
        <w:rPr>
          <w:lang w:eastAsia="zh-CN"/>
        </w:rPr>
        <w:br/>
      </w:r>
      <w:r>
        <w:rPr>
          <w:lang w:eastAsia="zh-CN"/>
        </w:rPr>
        <w:t>　　①本公司销售产品信息收集，包括各地保有量、市场占有率、设备使用状况、用户反应等；</w:t>
      </w:r>
      <w:r>
        <w:rPr>
          <w:lang w:eastAsia="zh-CN"/>
        </w:rPr>
        <w:br/>
      </w:r>
      <w:r>
        <w:rPr>
          <w:lang w:eastAsia="zh-CN"/>
        </w:rPr>
        <w:t>　　②竞争对手产品信息收集：竞争对手产品特点、价格、成交条件、销售渠道、竞争策略、用户使用情况、社会保有情况、用户评价等；</w:t>
      </w:r>
      <w:r>
        <w:rPr>
          <w:lang w:eastAsia="zh-CN"/>
        </w:rPr>
        <w:br/>
      </w:r>
      <w:r>
        <w:rPr>
          <w:lang w:eastAsia="zh-CN"/>
        </w:rPr>
        <w:t>　　③潜在客户信息收集：潜在客户相关资料；</w:t>
      </w:r>
      <w:r>
        <w:rPr>
          <w:lang w:eastAsia="zh-CN"/>
        </w:rPr>
        <w:br/>
      </w:r>
      <w:r>
        <w:rPr>
          <w:lang w:eastAsia="zh-CN"/>
        </w:rPr>
        <w:t>　　④各地投资、建设情况及相关信息；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⑤竞争对手在目标地区的布点及销售力量分布情况等。</w:t>
      </w:r>
      <w:r>
        <w:rPr>
          <w:lang w:eastAsia="zh-CN"/>
        </w:rPr>
        <w:br/>
      </w:r>
      <w:r>
        <w:rPr>
          <w:lang w:eastAsia="zh-CN"/>
        </w:rPr>
        <w:t>　　2.客户筛选 业务员要养成将自己所收集到的客户信息进行及时汇总、分析的习惯，根据客户特征对客户信息进行汇总、分析、筛选，并在此基础上制定自己的客户拜访、跟踪计划，能够有效地提高业务员的工作效率与工作效果。具体按什么特征去对客户进行分类可由业务员自己根据实际情况把握，既可以根据客户类型、购机意向的强烈程度、客户资金实力、信誉情况等分别整理，也可以将各种情况综合汇总以便于对客户进行有效分级、评等。</w:t>
      </w:r>
      <w:r>
        <w:rPr>
          <w:lang w:eastAsia="zh-CN"/>
        </w:rPr>
        <w:br/>
      </w:r>
      <w:r>
        <w:rPr>
          <w:lang w:eastAsia="zh-CN"/>
        </w:rPr>
        <w:t>　　3.制定接触客户计划 提高工作效率最简单的办法就是制定工作计划，业务员要有计划地与客户进行各种形式的接触，如电话沟通、短信问候、登门拜访、雅室小聚、健身锻炼、体育活动等等，总之与客户的接触方式是多种多样的。业务员将自己所掌握的客户信息整理、分类、筛选后，根据每一个客户的具体情况确定接触的方式与流程，并将这些内容以月计划、周计划、日计划的形式体现出来，同时按计划实施自己的客户接触行动。</w:t>
      </w:r>
      <w:r>
        <w:rPr>
          <w:lang w:eastAsia="zh-CN"/>
        </w:rPr>
        <w:br/>
      </w:r>
      <w:r>
        <w:rPr>
          <w:lang w:eastAsia="zh-CN"/>
        </w:rPr>
        <w:t>　　4.明确与客户接触的目的 业务员在制定客户接触计划的时候，首先要明确针对每一个客户的接触目的，一般情况下业务员与客户接触基本上基于以下几种目的：</w:t>
      </w:r>
      <w:r>
        <w:rPr>
          <w:lang w:eastAsia="zh-CN"/>
        </w:rPr>
        <w:br/>
      </w:r>
      <w:r>
        <w:rPr>
          <w:lang w:eastAsia="zh-CN"/>
        </w:rPr>
        <w:t>　　①销售产品 销售产品是与客户接触的主要任务；</w:t>
      </w:r>
      <w:r>
        <w:rPr>
          <w:lang w:eastAsia="zh-CN"/>
        </w:rPr>
        <w:br/>
      </w:r>
      <w:r>
        <w:rPr>
          <w:lang w:eastAsia="zh-CN"/>
        </w:rPr>
        <w:t>　　②市场维护</w:t>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xml:space="preserve"> 客户开发与市场开发是一个延续的过程，销售人员不仅要建立起与客户之间的关系，而且要处理好市场运作中存在的相关问题，解决客户之间的矛盾，理顺渠道间、客户间关系，确保市场的正常、稳定，因而业务员必须承担所负责区域的市场维护工作。</w:t>
      </w:r>
      <w:r>
        <w:rPr>
          <w:lang w:eastAsia="zh-CN"/>
        </w:rPr>
        <w:br/>
      </w:r>
      <w:r>
        <w:rPr>
          <w:lang w:eastAsia="zh-CN"/>
        </w:rPr>
        <w:t>　　③建设客情 销售人员要在客户心中建立自己的品牌形象，这样才可能更好地赢得客户对你工作的配合与支持。</w:t>
      </w:r>
      <w:r>
        <w:rPr>
          <w:lang w:eastAsia="zh-CN"/>
        </w:rPr>
        <w:br/>
      </w:r>
      <w:r>
        <w:rPr>
          <w:lang w:eastAsia="zh-CN"/>
        </w:rPr>
        <w:t>　　④信息收集 销售人员要随时了解市场情况，把握市场的最新动态，与客户接触是最好、最及时把握市场情况的方式。</w:t>
      </w:r>
      <w:r>
        <w:rPr>
          <w:lang w:eastAsia="zh-CN"/>
        </w:rPr>
        <w:br/>
      </w:r>
      <w:r>
        <w:rPr>
          <w:lang w:eastAsia="zh-CN"/>
        </w:rPr>
        <w:t>　　⑤指导客户 业务人员分为两种类型，一种是只会向客户要订单的人；另一种是给客户出主意的人。两种业务人员的实际工作效果有很大差别，前者获得订单的道路漫长而遥远，后者则很容易赢得客户尊重。</w:t>
      </w:r>
      <w:r>
        <w:rPr>
          <w:lang w:eastAsia="zh-CN"/>
        </w:rPr>
        <w:br/>
      </w:r>
      <w:r>
        <w:rPr>
          <w:lang w:eastAsia="zh-CN"/>
        </w:rPr>
        <w:t>　　5.确定接触方式 业务员要根据客户的实际情况及自己与其交往程度确定每一次接触的具体接触方式，并采取循序渐进逐渐深入的方式不断拉近与客户之间的距离。具体接触方式很多，可由客户自己根据实际情况把握。如：电话沟通、短信问候、书信往来、登门拜访、宴请、共同参与体育项目及娱乐活动、座谈会、展示会、联谊会、组织旅游等等，几乎社会上存在的所有交际方式都可作为业务员与客户接触的选用方式。业务员如果能切实把握实际情况，将这些交际工具使用好了，业务工作的开展可能做到游刃有余。</w:t>
      </w:r>
      <w:r>
        <w:rPr>
          <w:lang w:eastAsia="zh-CN"/>
        </w:rPr>
        <w:br/>
      </w:r>
      <w:r>
        <w:rPr>
          <w:lang w:eastAsia="zh-CN"/>
        </w:rPr>
        <w:t>　　6.与客户接触前的准备</w:t>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xml:space="preserve"> 为了保证每一次与客户接触的效果，业务员在与客户接触前必须根据选定的接触方式做好相关的准备工作，包括所需的资料、知识、小礼品、记录工具、调节气氛的小道具、小故事等；如是登门拜访或其它见面性接触要根据见面方式及客户特点确定自己的衣着、仪表形式、交通工具、工作中需要的各种其它工具、表单等。</w:t>
      </w:r>
      <w:r>
        <w:rPr>
          <w:lang w:eastAsia="zh-CN"/>
        </w:rPr>
        <w:br/>
      </w:r>
      <w:r>
        <w:rPr>
          <w:lang w:eastAsia="zh-CN"/>
        </w:rPr>
        <w:t>　　7.客户接触 让客户接受你从而接受你推荐的产品是业务员与客户接触的主要目的。接触效果如何，客户是否能够接受你在许多情况下是取决于业务员自己的。如何让客户在最短的时间内接受你及你所推荐的产品时需要很多技巧的，这些技巧涉及语言、仪表、表达方式、客户心理、营销手段等各个方面，有效地利用这些技巧可以使你与客户的接触取得事半功倍的效果。在这方面一个新的业务员是不可能做到很专业的，但最起码要做到以下几点：</w:t>
      </w:r>
      <w:r>
        <w:rPr>
          <w:lang w:eastAsia="zh-CN"/>
        </w:rPr>
        <w:br/>
      </w:r>
      <w:r>
        <w:rPr>
          <w:lang w:eastAsia="zh-CN"/>
        </w:rPr>
        <w:t>　　①态度谦和，不亢不卑；</w:t>
      </w:r>
      <w:r>
        <w:rPr>
          <w:lang w:eastAsia="zh-CN"/>
        </w:rPr>
        <w:br/>
      </w:r>
      <w:r>
        <w:rPr>
          <w:lang w:eastAsia="zh-CN"/>
        </w:rPr>
        <w:t>　　②口齿清楚，表达明白；</w:t>
      </w:r>
      <w:r>
        <w:rPr>
          <w:lang w:eastAsia="zh-CN"/>
        </w:rPr>
        <w:br/>
      </w:r>
      <w:r>
        <w:rPr>
          <w:lang w:eastAsia="zh-CN"/>
        </w:rPr>
        <w:t>　　③善于聆听，尊重客户；</w:t>
      </w:r>
      <w:r>
        <w:rPr>
          <w:lang w:eastAsia="zh-CN"/>
        </w:rPr>
        <w:br/>
      </w:r>
      <w:r>
        <w:rPr>
          <w:lang w:eastAsia="zh-CN"/>
        </w:rPr>
        <w:t>　　④着装得体，仪态大方；</w:t>
      </w:r>
      <w:r>
        <w:rPr>
          <w:lang w:eastAsia="zh-CN"/>
        </w:rPr>
        <w:br/>
      </w:r>
      <w:r>
        <w:rPr>
          <w:lang w:eastAsia="zh-CN"/>
        </w:rPr>
        <w:t>　　⑤换位思考，以理服人；</w:t>
      </w:r>
      <w:r>
        <w:rPr>
          <w:lang w:eastAsia="zh-CN"/>
        </w:rPr>
        <w:br/>
      </w:r>
      <w:r>
        <w:rPr>
          <w:lang w:eastAsia="zh-CN"/>
        </w:rPr>
        <w:t>　　⑥注重效率，一诺千金。</w:t>
      </w:r>
      <w:r>
        <w:rPr>
          <w:lang w:eastAsia="zh-CN"/>
        </w:rPr>
        <w:br/>
      </w:r>
      <w:r>
        <w:rPr>
          <w:lang w:eastAsia="zh-CN"/>
        </w:rPr>
        <w:t>　　8.接触分析 业务员与客户进行各种形式、各种目的的接触，有的目的一次接触就可能达成，有的目的需要很多次不断深入的接触才可能达成。不管经过一次接触我们的目的有没有达到，我们都要对本次接触进行详细的分析，找出整个接触过程中我们掌握的比较好的地方以及明显或不明显的失误，通过对客户的言行及具体表现分析客户心理，为制定下一次接触计划提供依据。同时使我们在不断总结经验的基础上逐步提高自己的相关水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9.跟进接触 在对上一次接触进行分析、总结的基础上，对下一次接触做出计划。当然计划仍然包括目的、方式、环境、地点、实施时间等内容，并根据计划跟进、落实。</w:t>
      </w:r>
      <w:r>
        <w:rPr>
          <w:lang w:eastAsia="zh-CN"/>
        </w:rPr>
        <w:br/>
      </w:r>
      <w:r>
        <w:rPr>
          <w:lang w:eastAsia="zh-CN"/>
        </w:rPr>
        <w:t>　　10.接触分析 对跟进接触的效果进行分析、总结，以便进一步跟进。</w:t>
      </w:r>
      <w:r>
        <w:rPr>
          <w:lang w:eastAsia="zh-CN"/>
        </w:rPr>
        <w:br/>
      </w:r>
      <w:r>
        <w:rPr>
          <w:lang w:eastAsia="zh-CN"/>
        </w:rPr>
        <w:t>　　11.再跟进 不断跟进，不断分析总结，不断深化接触，直至达成最终目的。</w:t>
      </w:r>
      <w:r>
        <w:rPr>
          <w:lang w:eastAsia="zh-CN"/>
        </w:rPr>
        <w:br/>
      </w:r>
      <w:r>
        <w:rPr>
          <w:lang w:eastAsia="zh-CN"/>
        </w:rPr>
        <w:t>　　12.跟踪服务 一个接触目的达成后，随之会产生新的接触目的，在此接触目的基础上，业务员要与客户继续接触。</w:t>
      </w:r>
      <w:r>
        <w:rPr>
          <w:lang w:eastAsia="zh-CN"/>
        </w:rPr>
        <w:br/>
      </w:r>
      <w:r>
        <w:rPr>
          <w:lang w:eastAsia="zh-CN"/>
        </w:rPr>
        <w:t>　　二.销售拜访流程</w:t>
      </w:r>
      <w:r>
        <w:rPr>
          <w:lang w:eastAsia="zh-CN"/>
        </w:rPr>
        <w:br/>
      </w:r>
      <w:r>
        <w:rPr>
          <w:lang w:eastAsia="zh-CN"/>
        </w:rPr>
        <w:t>　　销售拜访是业务员以销售产品为目的对客户所作的拜访，目的明确、动机鲜明、毫不掩饰。一般业务员对客户的销售拜访按以下程序执行：</w:t>
      </w:r>
      <w:r>
        <w:rPr>
          <w:lang w:eastAsia="zh-CN"/>
        </w:rPr>
        <w:br/>
      </w:r>
      <w:r>
        <w:rPr>
          <w:lang w:eastAsia="zh-CN"/>
        </w:rPr>
        <w:t>　　1.寻找客户 寻找客户是销售拜访的基础，客户是销售拜访的目标，达成销售时销售拜访的目的。业务员销售产品必须从寻找客户开始，如果连客户在哪里都不知道，销售时无从谈起的。在前面的内容里，我们曾经讲过我们的客户群体，其中说明了挖掘机使用和停放最集中的地方，同时介绍业务员该到什么地方去寻找客户。只要用心，其实客户是不难找到的。为了把生意做得更好，客户也在随时随地宣传着自己，他们不可能把自己藏起来让我们使劲找。</w:t>
      </w:r>
      <w:r>
        <w:rPr>
          <w:lang w:eastAsia="zh-CN"/>
        </w:rPr>
        <w:br/>
      </w:r>
      <w:r>
        <w:rPr>
          <w:lang w:eastAsia="zh-CN"/>
        </w:rPr>
        <w:t>　　2.客户分析</w:t>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xml:space="preserve"> 寻找客户的过程是从大众人群内寻找对挖掘机感兴趣的人们的过程，客户分析的过程则是将对挖掘机感兴趣的人群进行分解的过程。</w:t>
      </w:r>
      <w:r>
        <w:rPr>
          <w:lang w:eastAsia="zh-CN"/>
        </w:rPr>
        <w:t xml:space="preserve"> 对挖掘机感兴趣的人群中除了业内人士之外，我们都可以把他们看作基础客户群体。我们的客户分析就是从分析基础客户群体开始的：</w:t>
      </w:r>
      <w:r>
        <w:rPr>
          <w:lang w:eastAsia="zh-CN"/>
        </w:rPr>
        <w:br/>
      </w:r>
      <w:r>
        <w:rPr>
          <w:lang w:eastAsia="zh-CN"/>
        </w:rPr>
        <w:t>　　①首先我们按购买意向的强烈程度将客户分成若干等级；</w:t>
      </w:r>
      <w:r>
        <w:rPr>
          <w:lang w:eastAsia="zh-CN"/>
        </w:rPr>
        <w:br/>
      </w:r>
      <w:r>
        <w:rPr>
          <w:lang w:eastAsia="zh-CN"/>
        </w:rPr>
        <w:t>　　②然后按资金实力再将客户分成若干等级；</w:t>
      </w:r>
      <w:r>
        <w:rPr>
          <w:lang w:eastAsia="zh-CN"/>
        </w:rPr>
        <w:br/>
      </w:r>
      <w:r>
        <w:rPr>
          <w:lang w:eastAsia="zh-CN"/>
        </w:rPr>
        <w:t>　　③还可按客户信誉的好坏将客户分成若干等级；</w:t>
      </w:r>
      <w:r>
        <w:rPr>
          <w:lang w:eastAsia="zh-CN"/>
        </w:rPr>
        <w:br/>
      </w:r>
      <w:r>
        <w:rPr>
          <w:lang w:eastAsia="zh-CN"/>
        </w:rPr>
        <w:t>　　④按是否拥有工程将客户分成若干等级；</w:t>
      </w:r>
      <w:r>
        <w:rPr>
          <w:lang w:eastAsia="zh-CN"/>
        </w:rPr>
        <w:br/>
      </w:r>
      <w:r>
        <w:rPr>
          <w:lang w:eastAsia="zh-CN"/>
        </w:rPr>
        <w:t>　　⑤其它分级、分等原则。</w:t>
      </w:r>
      <w:r>
        <w:rPr>
          <w:lang w:eastAsia="zh-CN"/>
        </w:rPr>
        <w:br/>
      </w:r>
      <w:r>
        <w:rPr>
          <w:lang w:eastAsia="zh-CN"/>
        </w:rPr>
        <w:t>　　购买意向与资金实力是我们进行客户分析的最关键因素，我们在具体分析过程中可以使用如下分析坐标： “1”为购买意向强烈且资金实力雄厚的客户，这是需要我们首先要争取的客户，这部分客户如经考察信誉良好，我们可放心按规定与其操作业务；</w:t>
      </w:r>
      <w:r>
        <w:rPr>
          <w:lang w:eastAsia="zh-CN"/>
        </w:rPr>
        <w:br/>
      </w:r>
      <w:r>
        <w:rPr>
          <w:lang w:eastAsia="zh-CN"/>
        </w:rPr>
        <w:t>　　“2”为购买意向强烈，但资金实力相对较弱客户，对于这部分客户，如果经考察这其中信誉良好且有工程合同的客户，我们可以主张以银行按揭、分期付款或融资租赁的方式与其操作业务；</w:t>
      </w:r>
      <w:r>
        <w:rPr>
          <w:lang w:eastAsia="zh-CN"/>
        </w:rPr>
        <w:br/>
      </w:r>
      <w:r>
        <w:rPr>
          <w:lang w:eastAsia="zh-CN"/>
        </w:rPr>
        <w:t>　　“3”为购买意向不够强烈，但资金实力雄厚的`客户，如经考察其信誉良好，我们可积极争取，以促成销售。“4”为购买意向不强，且没有资金实力用户，我们可暂先放松对其的跟踪，但放松不是放弃。 在具体实施分析过程中，我们可以把每一项考核原则分成更多的等级，针对不同等级的不同组合，我们可以采取各自不同的应对策略。</w:t>
      </w:r>
      <w:r>
        <w:rPr>
          <w:lang w:eastAsia="zh-CN"/>
        </w:rPr>
        <w:br/>
      </w:r>
      <w:r>
        <w:rPr>
          <w:lang w:eastAsia="zh-CN"/>
        </w:rPr>
        <w:t>　　3.制定拜访计划</w:t>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xml:space="preserve"> 在拜访实施前，业务员要根据客户分析结果制定客户拜访计划，计划包括拜访目的、时间、准备材料及资料、地点、行程、应对策略、小礼品等内容。</w:t>
      </w:r>
      <w:r>
        <w:rPr>
          <w:lang w:eastAsia="zh-CN"/>
        </w:rPr>
        <w:br/>
      </w:r>
      <w:r>
        <w:rPr>
          <w:lang w:eastAsia="zh-CN"/>
        </w:rPr>
        <w:t>　　4.访前准备 客户拜访前准备内容如下：</w:t>
      </w:r>
      <w:r>
        <w:rPr>
          <w:lang w:eastAsia="zh-CN"/>
        </w:rPr>
        <w:br/>
      </w:r>
      <w:r>
        <w:rPr>
          <w:lang w:eastAsia="zh-CN"/>
        </w:rPr>
        <w:t>　　①资料：样本、单页、宣传画册及其它宣传材料；</w:t>
      </w:r>
      <w:r>
        <w:rPr>
          <w:lang w:eastAsia="zh-CN"/>
        </w:rPr>
        <w:br/>
      </w:r>
      <w:r>
        <w:rPr>
          <w:lang w:eastAsia="zh-CN"/>
        </w:rPr>
        <w:t>　　②演示资料：宣传品、模型</w:t>
      </w:r>
      <w:r>
        <w:rPr>
          <w:lang w:eastAsia="zh-CN"/>
        </w:rPr>
        <w:br/>
      </w:r>
      <w:r>
        <w:rPr>
          <w:lang w:eastAsia="zh-CN"/>
        </w:rPr>
        <w:t>　　③市场资料、价格资料以及竞争对手资料，以便全方位向客户介绍产品；</w:t>
      </w:r>
      <w:r>
        <w:rPr>
          <w:lang w:eastAsia="zh-CN"/>
        </w:rPr>
        <w:br/>
      </w:r>
      <w:r>
        <w:rPr>
          <w:lang w:eastAsia="zh-CN"/>
        </w:rPr>
        <w:t>　　④工具、用具：记录本、笔、计算器等；</w:t>
      </w:r>
      <w:r>
        <w:rPr>
          <w:lang w:eastAsia="zh-CN"/>
        </w:rPr>
        <w:br/>
      </w:r>
      <w:r>
        <w:rPr>
          <w:lang w:eastAsia="zh-CN"/>
        </w:rPr>
        <w:t>　　⑤熟悉产品知识，包括所销售产品及竞争对手产品；</w:t>
      </w:r>
      <w:r>
        <w:rPr>
          <w:lang w:eastAsia="zh-CN"/>
        </w:rPr>
        <w:br/>
      </w:r>
      <w:r>
        <w:rPr>
          <w:lang w:eastAsia="zh-CN"/>
        </w:rPr>
        <w:t>　　⑥根据客户情况，准备既大方又得体的衣着；</w:t>
      </w:r>
      <w:r>
        <w:rPr>
          <w:lang w:eastAsia="zh-CN"/>
        </w:rPr>
        <w:br/>
      </w:r>
      <w:r>
        <w:rPr>
          <w:lang w:eastAsia="zh-CN"/>
        </w:rPr>
        <w:t>　　⑦其它准备事项。</w:t>
      </w:r>
      <w:r>
        <w:rPr>
          <w:lang w:eastAsia="zh-CN"/>
        </w:rPr>
        <w:br/>
      </w:r>
      <w:r>
        <w:rPr>
          <w:lang w:eastAsia="zh-CN"/>
        </w:rPr>
        <w:t>　　5.接触阶段 与客户初步接触不能直入主题，否则容易引起客户反感而得到相反效果。因而业务员在与客户初步接触的时候一定要讲究时机及切入点，利用良好的时机与切入点赢得客户的好感，在此基础上才能不断深入，渐近主题。如与客户初步接触时可用电话预约、朋友介绍、制造偶遇机会等方式与客户建立联系。</w:t>
      </w:r>
      <w:r>
        <w:rPr>
          <w:lang w:eastAsia="zh-CN"/>
        </w:rPr>
        <w:br/>
      </w:r>
      <w:r>
        <w:rPr>
          <w:lang w:eastAsia="zh-CN"/>
        </w:rPr>
        <w:t xml:space="preserve">    销售工作计划范文集合 篇2 </w:t>
      </w:r>
      <w:r>
        <w:rPr>
          <w:lang w:eastAsia="zh-CN"/>
        </w:rPr>
        <w:br/>
      </w:r>
      <w:r>
        <w:rPr>
          <w:lang w:eastAsia="zh-CN"/>
        </w:rPr>
        <w:t>　　一、想办法制订每日工作流程表没有工作目标和每天时间安排的人，总是很悠闲，而有了明确的目标，对自己每天时间安排得比较满的人，是没有空闲时间的，每一点时间都会过得很有意义很有价值。所以，我们要养成每天制订工作流程表的习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1、对家装业务员来说，工作表要把第二天要办的事、要见的人放在第一位，比方说和某客户约好第二天见面或量房，那你一定就要结合双方约定的时间和地点来安排自己的行程。最好在约定地点附近开展业务。</w:t>
      </w:r>
      <w:r>
        <w:rPr>
          <w:lang w:eastAsia="zh-CN"/>
        </w:rPr>
        <w:br/>
      </w:r>
      <w:r>
        <w:rPr>
          <w:lang w:eastAsia="zh-CN"/>
        </w:rPr>
        <w:t>　　2、工作表要学会预留出一段时间，不能把时间计算得很紧张。比方说，原定计划上午在小区做业务，下午2：00去见一个客户，中间有半个小时的车程，而你就不能将时间排到下午1：30分才行动，至少应该留出半个小时的空隙，一则防止路上有意外，二则提前到场等待客户，给客户体现出尊敬感。</w:t>
      </w:r>
      <w:r>
        <w:rPr>
          <w:lang w:eastAsia="zh-CN"/>
        </w:rPr>
        <w:br/>
      </w:r>
      <w:r>
        <w:rPr>
          <w:lang w:eastAsia="zh-CN"/>
        </w:rPr>
        <w:t>　　3、工作表要随身携带，随时查看。你不可能每天都按照工作一丝不变地去工作，但至少工作表能够让你抓住主要的工作。</w:t>
      </w:r>
      <w:r>
        <w:rPr>
          <w:lang w:eastAsia="zh-CN"/>
        </w:rPr>
        <w:br/>
      </w:r>
      <w:r>
        <w:rPr>
          <w:lang w:eastAsia="zh-CN"/>
        </w:rPr>
        <w:t xml:space="preserve">    销售工作计划范文集合 篇3 </w:t>
      </w:r>
      <w:r>
        <w:rPr>
          <w:lang w:eastAsia="zh-CN"/>
        </w:rPr>
        <w:br/>
      </w:r>
      <w:r>
        <w:rPr>
          <w:lang w:eastAsia="zh-CN"/>
        </w:rPr>
        <w:t>　　一；对于老客户，和固定客户，要经常保持联系，在有时间有条件的情况下，送一些小礼物或宴请客户，好稳定与客户关系，销售主管工作计划。</w:t>
      </w:r>
      <w:r>
        <w:rPr>
          <w:lang w:eastAsia="zh-CN"/>
        </w:rPr>
        <w:br/>
      </w:r>
      <w:r>
        <w:rPr>
          <w:lang w:eastAsia="zh-CN"/>
        </w:rPr>
        <w:t>　　二；在拥有老客户的同时还要不断从各种媒体获得 客户信息及业务信息。</w:t>
      </w:r>
      <w:r>
        <w:rPr>
          <w:lang w:eastAsia="zh-CN"/>
        </w:rPr>
        <w:br/>
      </w:r>
      <w:r>
        <w:rPr>
          <w:lang w:eastAsia="zh-CN"/>
        </w:rPr>
        <w:t>　　三；要有好业绩就得加强业务学习，开拓视野，丰富知识，采取多样化形式，把学业务与交流技能向结合。</w:t>
      </w:r>
      <w:r>
        <w:rPr>
          <w:lang w:eastAsia="zh-CN"/>
        </w:rPr>
        <w:br/>
      </w:r>
      <w:r>
        <w:rPr>
          <w:lang w:eastAsia="zh-CN"/>
        </w:rPr>
        <w:t>　　四；明年对自己有以下要求</w:t>
      </w:r>
      <w:r>
        <w:rPr>
          <w:lang w:eastAsia="zh-CN"/>
        </w:rPr>
        <w:br/>
      </w:r>
      <w:r>
        <w:rPr>
          <w:lang w:eastAsia="zh-CN"/>
        </w:rPr>
        <w:t>　　1：一周一小结，每月一大结，看看有哪些工作上的失误，及时改正下次不要再犯。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2：见客户之前要多了解客户的状态和需求，再做好准备工作争取这个客户。</w:t>
      </w:r>
      <w:r>
        <w:rPr>
          <w:lang w:eastAsia="zh-CN"/>
        </w:rPr>
        <w:br/>
      </w:r>
      <w:r>
        <w:rPr>
          <w:lang w:eastAsia="zh-CN"/>
        </w:rPr>
        <w:t>　　3：对客户不能有隐瞒和欺骗，这样不会有忠诚的客户。在有些问题上需要和客户达成一致，超越自己的权限，要及时向上级领导汇报申请。</w:t>
      </w:r>
      <w:r>
        <w:rPr>
          <w:lang w:eastAsia="zh-CN"/>
        </w:rPr>
        <w:br/>
      </w:r>
      <w:r>
        <w:rPr>
          <w:lang w:eastAsia="zh-CN"/>
        </w:rPr>
        <w:t>　　4：要不断加强业务方面的学习，多看书，上网查阅相关资料，与同行们交流，向他们学习更好的方式方法。</w:t>
      </w:r>
      <w:r>
        <w:rPr>
          <w:lang w:eastAsia="zh-CN"/>
        </w:rPr>
        <w:br/>
      </w:r>
      <w:r>
        <w:rPr>
          <w:lang w:eastAsia="zh-CN"/>
        </w:rPr>
        <w:t>　　5：对所有客户的工作态度都要一样，但不能太低三下气。给客户一好印象，为公司树立更好的形象，工作计划《销售主管工作计划》。</w:t>
      </w:r>
      <w:r>
        <w:rPr>
          <w:lang w:eastAsia="zh-CN"/>
        </w:rPr>
        <w:br/>
      </w:r>
      <w:r>
        <w:rPr>
          <w:lang w:eastAsia="zh-CN"/>
        </w:rPr>
        <w:t>　　6：客户遇到问题，不能置之不理一定要尽全力帮助他们解决。要先做人再做生意，让客户相信我们的工作实力，才能更好的完成任务。</w:t>
      </w:r>
      <w:r>
        <w:rPr>
          <w:lang w:eastAsia="zh-CN"/>
        </w:rPr>
        <w:br/>
      </w:r>
      <w:r>
        <w:rPr>
          <w:lang w:eastAsia="zh-CN"/>
        </w:rPr>
        <w:t>　　7：自信是非常重要的。要经常对自己说你是最好的，你是独一无二的。拥有健康乐观积极向上的工作态度才能更好的完成任务。</w:t>
      </w:r>
      <w:r>
        <w:rPr>
          <w:lang w:eastAsia="zh-CN"/>
        </w:rPr>
        <w:br/>
      </w:r>
      <w:r>
        <w:rPr>
          <w:lang w:eastAsia="zh-CN"/>
        </w:rPr>
        <w:t>　　8：和宾馆其他员工要有良好的沟通，有团队意识，多交流，多探讨，才能不断增长业务技能。</w:t>
      </w:r>
      <w:r>
        <w:rPr>
          <w:lang w:eastAsia="zh-CN"/>
        </w:rPr>
        <w:br/>
      </w:r>
      <w:r>
        <w:rPr>
          <w:lang w:eastAsia="zh-CN"/>
        </w:rPr>
        <w:t>　　9：20__年市场竞争的残酷性在加剧，只有及时解决市场营销的创新和有效手段问题才能更进一步的扩展业务，掌握市场的主动权,20__年要带领销售部全体员工共同努力，为宾馆创造更大利润空间。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工作中总会有各种各样的困难，我会向领导请示，向同事探讨，共同努力克服。为宾馆做出自己最大的贡献。不过现实来说，我目前还是有着很多的不足之处需要我来解决的，我相信自己能够有着更好的发展，不过前景才是最重要的，我相信自己能够做到最好，这是我应该做好的。以后的道路上，我会走的更远，因为我的人生旅途才刚刚开始，我相信自己会做的更好！以上就是我担任销售部主管工作以来的小结，也是我个人20__年下半年工作总结</w:t>
      </w:r>
      <w:r>
        <w:rPr>
          <w:lang w:eastAsia="zh-CN"/>
        </w:rPr>
        <w:t xml:space="preserve"> ，不足之处，请领导批评指正。</w:t>
      </w:r>
      <w:r>
        <w:rPr>
          <w:lang w:eastAsia="zh-CN"/>
        </w:rPr>
        <w:br/>
      </w:r>
      <w:r>
        <w:rPr>
          <w:lang w:eastAsia="zh-CN"/>
        </w:rPr>
        <w:t xml:space="preserve">    销售工作计划范文集合 篇4 </w:t>
      </w:r>
      <w:r>
        <w:rPr>
          <w:lang w:eastAsia="zh-CN"/>
        </w:rPr>
        <w:br/>
      </w:r>
      <w:r>
        <w:rPr>
          <w:lang w:eastAsia="zh-CN"/>
        </w:rPr>
        <w:t>　　20__年月度工作计划范文三在公司领导及各部门负责人的配合下，也在部门全体员工的努力下，较之以前各项工作有了显著的改变：首先表现在通过各部门分级管理中，全面提升了管理水平，增强了员工凝聚力和积极开展各项工作的`动力。作为人事行政部职能部门，首先也是要以身作则，严于律己，作好表率，同时在管理中体现“细心、原则与变通”。</w:t>
      </w:r>
      <w:r>
        <w:rPr>
          <w:lang w:eastAsia="zh-CN"/>
        </w:rPr>
        <w:br/>
      </w:r>
      <w:r>
        <w:rPr>
          <w:lang w:eastAsia="zh-CN"/>
        </w:rPr>
        <w:t>　　现对于一月份计划安排如下：</w:t>
      </w:r>
      <w:r>
        <w:rPr>
          <w:lang w:eastAsia="zh-CN"/>
        </w:rPr>
        <w:br/>
      </w:r>
      <w:r>
        <w:rPr>
          <w:lang w:eastAsia="zh-CN"/>
        </w:rPr>
        <w:t>　　1、逐步完善公司的组织架构，确定和区分每个职能部门的权责，修订公司管理制度。</w:t>
      </w:r>
      <w:r>
        <w:rPr>
          <w:lang w:eastAsia="zh-CN"/>
        </w:rPr>
        <w:br/>
      </w:r>
      <w:r>
        <w:rPr>
          <w:lang w:eastAsia="zh-CN"/>
        </w:rPr>
        <w:t>　　2、完成日常人事招聘与岗位配置。</w:t>
      </w:r>
      <w:r>
        <w:rPr>
          <w:lang w:eastAsia="zh-CN"/>
        </w:rPr>
        <w:br/>
      </w:r>
      <w:r>
        <w:rPr>
          <w:lang w:eastAsia="zh-CN"/>
        </w:rPr>
        <w:t>　　3、公司食堂与员工宿舍有效管理。</w:t>
      </w:r>
      <w:r>
        <w:rPr>
          <w:lang w:eastAsia="zh-CN"/>
        </w:rPr>
        <w:br/>
      </w:r>
      <w:r>
        <w:rPr>
          <w:lang w:eastAsia="zh-CN"/>
        </w:rPr>
        <w:t>　　4、加强车辆管理，严格要求按时对车辆进行保养、维护工作，合理安排车辆。</w:t>
      </w:r>
      <w:r>
        <w:rPr>
          <w:lang w:eastAsia="zh-CN"/>
        </w:rPr>
        <w:br/>
      </w:r>
      <w:r>
        <w:rPr>
          <w:lang w:eastAsia="zh-CN"/>
        </w:rPr>
        <w:t>　　5、年终会晚宴的筹备与安排。</w:t>
      </w:r>
      <w:r>
        <w:rPr>
          <w:lang w:eastAsia="zh-CN"/>
        </w:rPr>
        <w:br/>
      </w:r>
      <w:r>
        <w:rPr>
          <w:lang w:eastAsia="zh-CN"/>
        </w:rPr>
        <w:t>　　6、sap系统上线的积极配合。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7、公司办公用品及电脑物品盘点存库。</w:t>
      </w:r>
      <w:r>
        <w:rPr>
          <w:lang w:eastAsia="zh-CN"/>
        </w:rPr>
        <w:br/>
      </w:r>
      <w:r>
        <w:rPr>
          <w:lang w:eastAsia="zh-CN"/>
        </w:rPr>
        <w:t>　　8、做好节假日的排班、值班等工作，确保节假期间公司的安全保卫工作。</w:t>
      </w:r>
      <w:r>
        <w:rPr>
          <w:lang w:eastAsia="zh-CN"/>
        </w:rPr>
        <w:br/>
      </w:r>
      <w:r>
        <w:rPr>
          <w:lang w:eastAsia="zh-CN"/>
        </w:rPr>
        <w:t>　　9、对相关人事资料进行汇总整理，规范和执行文件资料管理制度，进行资料分类存档。</w:t>
      </w:r>
      <w:r>
        <w:rPr>
          <w:lang w:eastAsia="zh-CN"/>
        </w:rPr>
        <w:br/>
      </w:r>
      <w:r>
        <w:rPr>
          <w:lang w:eastAsia="zh-CN"/>
        </w:rPr>
        <w:t>　　人事行政工作是一个繁杂的工作体系，下一步，我必须加强行政人事工作的执行力度，搭建好企业与员工之间的桥梁，在工作中不断学习，不断增强自身修养，加强公司业务知识的学习，完成人事和行政工作任务及公司领导安排的各项事务。</w:t>
      </w:r>
      <w:r>
        <w:rPr>
          <w:lang w:eastAsia="zh-CN"/>
        </w:rPr>
        <w:br/>
      </w:r>
      <w:r>
        <w:rPr>
          <w:lang w:eastAsia="zh-CN"/>
        </w:rPr>
        <w:t xml:space="preserve">    销售工作计划范文集合 篇5 </w:t>
      </w:r>
      <w:r>
        <w:rPr>
          <w:lang w:eastAsia="zh-CN"/>
        </w:rPr>
        <w:br/>
      </w:r>
      <w:r>
        <w:rPr>
          <w:lang w:eastAsia="zh-CN"/>
        </w:rPr>
        <w:t>　　我曾在A集团任大区经理，主管C市场公司产品全面销售。在C市场，占主导地位的是B集团产品，A集团与B集团无论从企业实力、品牌知名度、产品质量、价格竞争力等方面势均力敌，但B集团提前2年进入了C市场，站稳了脚跟。我们利用销售淡季B集团大部分销售人员回公司休息的.机会，针对B集团二级商和终端零售点，疯旺抢夺。成功开发后，接着就在二级商和终端零售点周边搞一次“买产品，现场抽奖”的活动，宣传与推广公司产品，连续进行了4个月。下半年，当市场进入旺季的时候，公司产品一路飙升，最终A集团取代了B集团市场地位，成为C市场主导品牌。这个案例给我最大的启发是：销售淡季最好做市场终端基础工作，因为一没有太大销量压力，二没有竞争对手干预与跟进，可以放开手脚做终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一、调整市场</w:t>
      </w:r>
      <w:r>
        <w:rPr>
          <w:lang w:eastAsia="zh-CN"/>
        </w:rPr>
        <w:br/>
      </w:r>
      <w:r>
        <w:rPr>
          <w:lang w:eastAsia="zh-CN"/>
        </w:rPr>
        <w:t>　　销售淡季是调整市场最好时机，因为有很多时间，且调整市场不会导</w:t>
      </w:r>
      <w:r>
        <w:rPr>
          <w:lang w:eastAsia="zh-CN"/>
        </w:rPr>
        <w:br/>
      </w:r>
      <w:r>
        <w:rPr>
          <w:lang w:eastAsia="zh-CN"/>
        </w:rPr>
        <w:t>　　致销量一落千丈。什么市场应该调整呢？</w:t>
      </w:r>
      <w:r>
        <w:rPr>
          <w:lang w:eastAsia="zh-CN"/>
        </w:rPr>
        <w:br/>
      </w:r>
      <w:r>
        <w:rPr>
          <w:lang w:eastAsia="zh-CN"/>
        </w:rPr>
        <w:t>　　1、 总经销商完全掌控市场，不断要胁公司，公司市场处于危险境地；</w:t>
      </w:r>
      <w:r>
        <w:rPr>
          <w:lang w:eastAsia="zh-CN"/>
        </w:rPr>
        <w:br/>
      </w:r>
      <w:r>
        <w:rPr>
          <w:lang w:eastAsia="zh-CN"/>
        </w:rPr>
        <w:t>　　2、 总经销商制分销层级多，价格缺乏竞争力，市场信息反馈速度慢；</w:t>
      </w:r>
      <w:r>
        <w:rPr>
          <w:lang w:eastAsia="zh-CN"/>
        </w:rPr>
        <w:br/>
      </w:r>
      <w:r>
        <w:rPr>
          <w:lang w:eastAsia="zh-CN"/>
        </w:rPr>
        <w:t>　　3、 一级商缺乏激情，不积极开拓与维护市场，公司产品销售停滞不前；</w:t>
      </w:r>
      <w:r>
        <w:rPr>
          <w:lang w:eastAsia="zh-CN"/>
        </w:rPr>
        <w:br/>
      </w:r>
      <w:r>
        <w:rPr>
          <w:lang w:eastAsia="zh-CN"/>
        </w:rPr>
        <w:t>　　4、 一级商缺乏周转资金，影响公司产品市场可持续发展；</w:t>
      </w:r>
      <w:r>
        <w:rPr>
          <w:lang w:eastAsia="zh-CN"/>
        </w:rPr>
        <w:br/>
      </w:r>
      <w:r>
        <w:rPr>
          <w:lang w:eastAsia="zh-CN"/>
        </w:rPr>
        <w:t>　　5、 总经销商或一级商缺乏忠诚度，与公司关系僵化，不配合公司各项工作；</w:t>
      </w:r>
      <w:r>
        <w:rPr>
          <w:lang w:eastAsia="zh-CN"/>
        </w:rPr>
        <w:br/>
      </w:r>
      <w:r>
        <w:rPr>
          <w:lang w:eastAsia="zh-CN"/>
        </w:rPr>
        <w:t>　　调整方法：与原总经销充分沟通，增开新一级商，分品牌经营，互竞共荣；设立办事处，实现网络下沉。</w:t>
      </w:r>
      <w:r>
        <w:rPr>
          <w:lang w:eastAsia="zh-CN"/>
        </w:rPr>
        <w:br/>
      </w:r>
      <w:r>
        <w:rPr>
          <w:lang w:eastAsia="zh-CN"/>
        </w:rPr>
        <w:t>　　二、开发二级商和终端零售点</w:t>
      </w:r>
      <w:r>
        <w:rPr>
          <w:lang w:eastAsia="zh-CN"/>
        </w:rPr>
        <w:br/>
      </w:r>
      <w:r>
        <w:rPr>
          <w:lang w:eastAsia="zh-CN"/>
        </w:rPr>
        <w:t>　　销售淡季，开发二级商和终端零售点，短期内销量不会有大突破。庞大且健康二级商和终端零售点，只要市场升温，销量定会刚性增长。销售淡季，无论是时间上还是二级商和终端零售点思想上，都是开发二级商和终端零售点的大好时机。</w:t>
      </w:r>
      <w:r>
        <w:rPr>
          <w:lang w:eastAsia="zh-CN"/>
        </w:rPr>
        <w:br/>
      </w:r>
      <w:r>
        <w:rPr>
          <w:lang w:eastAsia="zh-CN"/>
        </w:rPr>
        <w:t>　　1、目标对象：主要竞争对手优秀二级商和终端零售点；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2、开发计划：每月制订开发计划，包括区域、走访数量、开发数量；每天有工作计划，包括行程计划、开发数量等；</w:t>
      </w:r>
      <w:r>
        <w:rPr>
          <w:lang w:eastAsia="zh-CN"/>
        </w:rPr>
        <w:br/>
      </w:r>
      <w:r>
        <w:rPr>
          <w:lang w:eastAsia="zh-CN"/>
        </w:rPr>
        <w:t>　　3、周分析与月考核：每周召开一次例会，汇报二级商和终端零售点开发进度、存在问题和成功经验，区域经理对每个销售员表现进行点评；每月底对当月开发计划达成情况进行考核，奖优罚劣。</w:t>
      </w:r>
      <w:r>
        <w:rPr>
          <w:lang w:eastAsia="zh-CN"/>
        </w:rPr>
        <w:br/>
      </w:r>
      <w:r>
        <w:rPr>
          <w:lang w:eastAsia="zh-CN"/>
        </w:rPr>
        <w:t>　　三、终端基础工作</w:t>
      </w:r>
      <w:r>
        <w:rPr>
          <w:lang w:eastAsia="zh-CN"/>
        </w:rPr>
        <w:br/>
      </w:r>
      <w:r>
        <w:rPr>
          <w:lang w:eastAsia="zh-CN"/>
        </w:rPr>
        <w:t>　　销售淡季，也是做终端基础工作好时机。红火市场，仅“经销商乐意卖”远远不够，还应做到“消费者点名要买”。“消费者点名要买”关键</w:t>
      </w:r>
      <w:r>
        <w:rPr>
          <w:lang w:eastAsia="zh-CN"/>
        </w:rPr>
        <w:br/>
      </w:r>
      <w:r>
        <w:rPr>
          <w:lang w:eastAsia="zh-CN"/>
        </w:rPr>
        <w:t xml:space="preserve">    销售工作计划范文集合 篇6 </w:t>
      </w:r>
      <w:r>
        <w:rPr>
          <w:lang w:eastAsia="zh-CN"/>
        </w:rPr>
        <w:br/>
      </w:r>
      <w:r>
        <w:rPr>
          <w:lang w:eastAsia="zh-CN"/>
        </w:rPr>
        <w:t>　　为了搞好__年我们公司电脑的销售情况，特制定了这份__年销售工作计划书。我到_公司主要负责电脑市场开发和业务方面的工作一年来，我已经完全的融入到了这个集体里。在一年里虽然存在着这样或者那样的问题，我们都尽量的解决了，在下一年里要从以下几方面入手：</w:t>
      </w:r>
      <w:r>
        <w:rPr>
          <w:lang w:eastAsia="zh-CN"/>
        </w:rPr>
        <w:br/>
      </w:r>
      <w:r>
        <w:rPr>
          <w:lang w:eastAsia="zh-CN"/>
        </w:rPr>
        <w:t>　　首先要降低成本，应该采取的主要措施有：进一步拓宽进货渠道，寻找多个供货商，进行价格、质量比较，选择质量好价格低的供货商供货;勤俭节约，节省开支、避免浪费，工程方案设计要合理;内部消耗降低，日常费用开支、水、电、日常办公耗材尤其是纸张、车辆开支要节俭等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其次也是最重要的部分-----培养意识，服务意识的加强、竞争意识的树立、市场创造意识的培养。我们是以服务为主的公司，可以借助服务去赢得市场，赢得用户的信任。同事之间，企业之间时时刻刻竞争都存在，自己业务水平不提高会被公司淘汰，企业不发展将会被社会淘汰。近几年，耗材市场竞争比较激烈，今年形势将更加严峻。</w:t>
      </w:r>
      <w:r>
        <w:rPr>
          <w:lang w:eastAsia="zh-CN"/>
        </w:rPr>
        <w:br/>
      </w:r>
      <w:r>
        <w:rPr>
          <w:lang w:eastAsia="zh-CN"/>
        </w:rPr>
        <w:t>　　业务水平和员工素质的提高至关重要，关系到整个企业的发展与命运。业务水平的高低影响到办事的工作效率;员工素质的高低直接影响到企业的社会地位和社会形象。只有具有一支高素质、技术水平过硬的队伍的企业才会有进步、有发展。</w:t>
      </w:r>
      <w:r>
        <w:rPr>
          <w:lang w:eastAsia="zh-CN"/>
        </w:rPr>
        <w:br/>
      </w:r>
      <w:r>
        <w:rPr>
          <w:lang w:eastAsia="zh-CN"/>
        </w:rPr>
        <w:t>　　加大宣传力度也是市场开发一种重要手段和措施。</w:t>
      </w:r>
      <w:r>
        <w:rPr>
          <w:lang w:eastAsia="zh-CN"/>
        </w:rPr>
        <w:br/>
      </w:r>
      <w:r>
        <w:rPr>
          <w:lang w:eastAsia="zh-CN"/>
        </w:rPr>
        <w:t>　　一、销售部获得利润的'途径和措施</w:t>
      </w:r>
      <w:r>
        <w:rPr>
          <w:lang w:eastAsia="zh-CN"/>
        </w:rPr>
        <w:br/>
      </w:r>
      <w:r>
        <w:rPr>
          <w:lang w:eastAsia="zh-CN"/>
        </w:rPr>
        <w:t>　　销售部利润主要来源有：计算机销售;电脑耗材;打印机耗材;打字复印;计算机网校等和计算机产业相关的业务。今年主要目标：家庭用户市场的开发、办公耗材市场的抢占。针对家庭用户加大宣传力度，办公耗材市场用价格去竞争、薄利多销。建立完善的销售档案，定期进行售后跟踪，抢占办公耗材市场，争取获得更大的利润。这里也需要我们做大量的工作，送货一定及时、售后服务一定要好，让客户信任我们、让客户真真切切的享受到上帝般的待遇。</w:t>
      </w:r>
      <w:r>
        <w:rPr>
          <w:lang w:eastAsia="zh-CN"/>
        </w:rPr>
        <w:br/>
      </w:r>
      <w:r>
        <w:rPr>
          <w:lang w:eastAsia="zh-CN"/>
        </w:rPr>
        <w:t>　　能够完成的利润指标，_万元，纯利润_万元。其中：打字复印_万元，网校_万元，计算机_万元，电脑耗材及配件_万元，其他：_万元，人员工资_万元。</w:t>
      </w:r>
      <w:r>
        <w:rPr>
          <w:lang w:eastAsia="zh-CN"/>
        </w:rPr>
        <w:br/>
      </w:r>
      <w:r>
        <w:rPr>
          <w:lang w:eastAsia="zh-CN"/>
        </w:rPr>
        <w:t>　　二、客户服务部获得的利润途径和措施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客服部利润主要七喜电脑维修站;打印机维修;计算机维修;电脑会员制。__年我们被授权为七喜电脑授权维修站;实创润邦打印机连锁维修站，所以说今年主要目标是客户服务部的统一化、规范化、标准化，实现自给自足，为来年服务市场打下坚实的基础。</w:t>
      </w:r>
      <w:r>
        <w:rPr>
          <w:lang w:eastAsia="zh-CN"/>
        </w:rPr>
        <w:br/>
      </w:r>
      <w:r>
        <w:rPr>
          <w:lang w:eastAsia="zh-CN"/>
        </w:rPr>
        <w:t>　　能够完成的利润指标，利润_万元。</w:t>
      </w:r>
      <w:r>
        <w:rPr>
          <w:lang w:eastAsia="zh-CN"/>
        </w:rPr>
        <w:br/>
      </w:r>
      <w:r>
        <w:rPr>
          <w:lang w:eastAsia="zh-CN"/>
        </w:rPr>
        <w:t>　　三、工程部获得的利润途径和措施</w:t>
      </w:r>
      <w:r>
        <w:rPr>
          <w:lang w:eastAsia="zh-CN"/>
        </w:rPr>
        <w:br/>
      </w:r>
      <w:r>
        <w:rPr>
          <w:lang w:eastAsia="zh-CN"/>
        </w:rPr>
        <w:t>　　工程部利润主要计算机网络工程;无线网络工程。由于本地网络实施基本建成，无线网络一旦推广开来可以带来更多的利润点，便于计算机网络工程的顺利开展，还能为其他部门创造出一个切入点，便于开展相应的业务工作。今年主要目标也是利润的增长点-----无线网，和一部分的上网费预计利润在_万元;单机多用户系统、集团电话、售饭系统这部分的利润_万元;多功能电子教室、多媒体会议室_万元;其余网络工程部分_万元;新业务部分_万元;电脑部分_万元，人员工资—_万元，能够完成的利润指标，利润_万元。 在追求利润完成的同时必须保证工程质量，建立完善的工程验收制度，由客户服务部监督、验收，这样可以激励工程部提高工程质量，从而更好的树立公司形象。</w:t>
      </w:r>
      <w:r>
        <w:rPr>
          <w:lang w:eastAsia="zh-CN"/>
        </w:rPr>
        <w:br/>
      </w:r>
      <w:r>
        <w:rPr>
          <w:lang w:eastAsia="zh-CN"/>
        </w:rPr>
        <w:t>　　四、在管理上下大力度、严格执行公司的各项规章制度、在工作效率、服务意识上上一个层次，树立公司在社会上的形象。</w:t>
      </w:r>
      <w:r>
        <w:rPr>
          <w:lang w:eastAsia="zh-CN"/>
        </w:rPr>
        <w:br/>
      </w:r>
      <w:r>
        <w:rPr>
          <w:lang w:eastAsia="zh-CN"/>
        </w:rPr>
        <w:t>　　对那些不遵守公司规章制度、懒散的员工决不手软，损坏公司形象的一定严肃处理。</w:t>
      </w:r>
      <w:r>
        <w:rPr>
          <w:lang w:eastAsia="zh-CN"/>
        </w:rPr>
        <w:br/>
      </w:r>
      <w:r>
        <w:rPr>
          <w:lang w:eastAsia="zh-CN"/>
        </w:rPr>
        <w:t>　　五、要建立一个比较完善、健全的管理运行体系。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1、从方案的设计、施工、验收、到工程的培训这一流程必须严格、坚决地贯彻执行，客户服务部要坚持不验收合格不进行维修的原则。</w:t>
      </w:r>
      <w:r>
        <w:rPr>
          <w:lang w:eastAsia="zh-CN"/>
        </w:rPr>
        <w:br/>
      </w:r>
      <w:r>
        <w:rPr>
          <w:lang w:eastAsia="zh-CN"/>
        </w:rPr>
        <w:t>　　2、尽量创造出一些固定收入群体，如计算机维修会员制、和比较完备的设备维修收费制度，把一些比较有实力、有经济基础的企事业单位、委办_变成我们长期客户。</w:t>
      </w:r>
      <w:r>
        <w:rPr>
          <w:lang w:eastAsia="zh-CN"/>
        </w:rPr>
        <w:br/>
      </w:r>
      <w:r>
        <w:rPr>
          <w:lang w:eastAsia="zh-CN"/>
        </w:rPr>
        <w:t>　　3、对大型客户要进行定期回访，进行免费技术支持，建立一个比较友好的客户关系。要利用各种手段、媒体，如利用我们自己的主页把公司的收费标准公布出去、从领导到每位员工要贯彻执行。</w:t>
      </w:r>
      <w:r>
        <w:rPr>
          <w:lang w:eastAsia="zh-CN"/>
        </w:rPr>
        <w:br/>
      </w:r>
      <w:r>
        <w:rPr>
          <w:lang w:eastAsia="zh-CN"/>
        </w:rPr>
        <w:t>　　4、服务、维修也能创造利润。近几年工程越来越少、电脑利润越做越薄、竞争越来越激烈，我们可以从服务、维修创造利润，比较看好的有保修期以外的计算机维修市场、打印机维修市场等。</w:t>
      </w:r>
      <w:r>
        <w:rPr>
          <w:lang w:eastAsia="zh-CN"/>
        </w:rPr>
        <w:br/>
      </w:r>
      <w:r>
        <w:rPr>
          <w:lang w:eastAsia="zh-CN"/>
        </w:rPr>
        <w:t xml:space="preserve">    销售工作计划范文集合 篇7 </w:t>
      </w:r>
      <w:r>
        <w:rPr>
          <w:lang w:eastAsia="zh-CN"/>
        </w:rPr>
        <w:br/>
      </w:r>
      <w:r>
        <w:rPr>
          <w:lang w:eastAsia="zh-CN"/>
        </w:rPr>
        <w:t>　　一、计划拟定</w:t>
      </w:r>
      <w:r>
        <w:rPr>
          <w:lang w:eastAsia="zh-CN"/>
        </w:rPr>
        <w:br/>
      </w:r>
      <w:r>
        <w:rPr>
          <w:lang w:eastAsia="zh-CN"/>
        </w:rPr>
        <w:t>　　1、年销售目标</w:t>
      </w:r>
      <w:r>
        <w:rPr>
          <w:lang w:eastAsia="zh-CN"/>
        </w:rPr>
        <w:br/>
      </w:r>
      <w:r>
        <w:rPr>
          <w:lang w:eastAsia="zh-CN"/>
        </w:rPr>
        <w:t>　　1)：作业本年销售目标300万元/年。 以每年10%-20%的销售额递增。</w:t>
      </w:r>
      <w:r>
        <w:rPr>
          <w:lang w:eastAsia="zh-CN"/>
        </w:rPr>
        <w:br/>
      </w:r>
      <w:r>
        <w:rPr>
          <w:lang w:eastAsia="zh-CN"/>
        </w:rPr>
        <w:t>　　2)：笔记本年销售目标200万元/年。 以每年10%-60%的销售额递增</w:t>
      </w:r>
      <w:r>
        <w:rPr>
          <w:lang w:eastAsia="zh-CN"/>
        </w:rPr>
        <w:br/>
      </w:r>
      <w:r>
        <w:rPr>
          <w:lang w:eastAsia="zh-CN"/>
        </w:rPr>
        <w:t>　　2、销售方向</w:t>
      </w:r>
      <w:r>
        <w:rPr>
          <w:lang w:eastAsia="zh-CN"/>
        </w:rPr>
        <w:br/>
      </w:r>
      <w:r>
        <w:rPr>
          <w:lang w:eastAsia="zh-CN"/>
        </w:rPr>
        <w:t>　　1、本地市场，以__市为根基，向周边县级市场拓展业务</w:t>
      </w:r>
      <w:r>
        <w:rPr>
          <w:lang w:eastAsia="zh-CN"/>
        </w:rPr>
        <w:br/>
      </w:r>
      <w:r>
        <w:rPr>
          <w:lang w:eastAsia="zh-CN"/>
        </w:rPr>
        <w:t>　　1)：__市区各批发市场发展经销商，每个批发市场必须发展一名以上经销商(长青路批发市场除外)其他市场尽量全面发展客户。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2)：__市区及郊区的文化用品零售店展开地毯式拓展。企业许配合零售文具店配货和配送。</w:t>
      </w:r>
      <w:r>
        <w:rPr>
          <w:lang w:eastAsia="zh-CN"/>
        </w:rPr>
        <w:br/>
      </w:r>
      <w:r>
        <w:rPr>
          <w:lang w:eastAsia="zh-CN"/>
        </w:rPr>
        <w:t>　　3)：__市区及郊区各学校以及学校内商店也需大力发展，潜力较大。</w:t>
      </w:r>
      <w:r>
        <w:rPr>
          <w:lang w:eastAsia="zh-CN"/>
        </w:rPr>
        <w:br/>
      </w:r>
      <w:r>
        <w:rPr>
          <w:lang w:eastAsia="zh-CN"/>
        </w:rPr>
        <w:t>　　4)：__地区每个县城的批发门市须努力开发，若县城批发门市无法做到客户资源意向可开发零售商，必须达到每个县城都多少有蓝辉印务有限企业的产品，或了解蓝辉印务有限企业的产品。</w:t>
      </w:r>
      <w:r>
        <w:rPr>
          <w:lang w:eastAsia="zh-CN"/>
        </w:rPr>
        <w:br/>
      </w:r>
      <w:r>
        <w:rPr>
          <w:lang w:eastAsia="zh-CN"/>
        </w:rPr>
        <w:t>　　2、外地市场</w:t>
      </w:r>
      <w:r>
        <w:rPr>
          <w:lang w:eastAsia="zh-CN"/>
        </w:rPr>
        <w:br/>
      </w:r>
      <w:r>
        <w:rPr>
          <w:lang w:eastAsia="zh-CN"/>
        </w:rPr>
        <w:t>　　1)：陕西省周围各省一级批发市场全力以赴发展代理商或经销商，暂时包括以下地区：西安、郑州、洛阳、太原、呼和浩特、银川、兰州、西宁、成都、重庆。</w:t>
      </w:r>
      <w:r>
        <w:rPr>
          <w:lang w:eastAsia="zh-CN"/>
        </w:rPr>
        <w:br/>
      </w:r>
      <w:r>
        <w:rPr>
          <w:lang w:eastAsia="zh-CN"/>
        </w:rPr>
        <w:t>　　2)：每个省一级批发市场至少发展一名代理商或2-3名经销商，暂且根据市场客户的实力、信誉，对本产品的认识积极性等以及一些客观性情况而定。</w:t>
      </w:r>
      <w:r>
        <w:rPr>
          <w:lang w:eastAsia="zh-CN"/>
        </w:rPr>
        <w:br/>
      </w:r>
      <w:r>
        <w:rPr>
          <w:lang w:eastAsia="zh-CN"/>
        </w:rPr>
        <w:t>　　3)：如果各省的一级批发市场，暂时很难做到市场的投入或投入后效果不明显，可以在其省内二级(地市级)批发市场发展经销商，使二级市场成熟之后包围一级市场，但二级市场至少做2-3家经销商，从而达到我们的销售目的，完成销售目标。</w:t>
      </w:r>
      <w:r>
        <w:rPr>
          <w:lang w:eastAsia="zh-CN"/>
        </w:rPr>
        <w:br/>
      </w:r>
      <w:r>
        <w:rPr>
          <w:lang w:eastAsia="zh-CN"/>
        </w:rPr>
        <w:t>　　二、客户回访</w:t>
      </w:r>
      <w:r>
        <w:rPr>
          <w:lang w:eastAsia="zh-CN"/>
        </w:rPr>
        <w:br/>
      </w:r>
      <w:r>
        <w:rPr>
          <w:lang w:eastAsia="zh-CN"/>
        </w:rPr>
        <w:t>　　目前在国内市场笔记本种类偏多，技术方面不相上下，为稳固和拓展市场，务必加强与客户的交流，协调与客户之间的关系</w:t>
      </w:r>
      <w:r>
        <w:rPr>
          <w:lang w:eastAsia="zh-CN"/>
        </w:rPr>
        <w:br/>
      </w:r>
      <w:r>
        <w:rPr>
          <w:lang w:eastAsia="zh-CN"/>
        </w:rPr>
        <w:t>　　1)关系维护</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为与客户加强信息交流，增进感情，对一级客户每两月拜访一次;对于二级客户根据实际际情况另行安排拜访时间。</w:t>
      </w:r>
      <w:r>
        <w:rPr>
          <w:lang w:eastAsia="zh-CN"/>
        </w:rPr>
        <w:br/>
      </w:r>
      <w:r>
        <w:rPr>
          <w:lang w:eastAsia="zh-CN"/>
        </w:rPr>
        <w:t>　　2)售后协调</w:t>
      </w:r>
      <w:r>
        <w:rPr>
          <w:lang w:eastAsia="zh-CN"/>
        </w:rPr>
        <w:br/>
      </w:r>
      <w:r>
        <w:rPr>
          <w:lang w:eastAsia="zh-CN"/>
        </w:rPr>
        <w:t>　　目前情况下，我企业应以：“卖产品不如卖服务”，在下一步工作中，我们要增强责任感，不断强化优质服务。用户使用我们的产品如同享受我们提供的服务，从稳固市场、长远合作的.角度，我们务必强化为客户负责的意识，把握每一次与客户接触的机会，提供热情详细周到的售后服务，给企业增加一个制胜的筹码。</w:t>
      </w:r>
      <w:r>
        <w:rPr>
          <w:lang w:eastAsia="zh-CN"/>
        </w:rPr>
        <w:br/>
      </w:r>
      <w:r>
        <w:rPr>
          <w:lang w:eastAsia="zh-CN"/>
        </w:rPr>
        <w:t>　　三、价格政策</w:t>
      </w:r>
      <w:r>
        <w:rPr>
          <w:lang w:eastAsia="zh-CN"/>
        </w:rPr>
        <w:br/>
      </w:r>
      <w:r>
        <w:rPr>
          <w:lang w:eastAsia="zh-CN"/>
        </w:rPr>
        <w:t>　　1、定价原则</w:t>
      </w:r>
      <w:r>
        <w:rPr>
          <w:lang w:eastAsia="zh-CN"/>
        </w:rPr>
        <w:br/>
      </w:r>
      <w:r>
        <w:rPr>
          <w:lang w:eastAsia="zh-CN"/>
        </w:rPr>
        <w:t>　　1)：拉大批零差价，调动代理积极性;</w:t>
      </w:r>
      <w:r>
        <w:rPr>
          <w:lang w:eastAsia="zh-CN"/>
        </w:rPr>
        <w:br/>
      </w:r>
      <w:r>
        <w:rPr>
          <w:lang w:eastAsia="zh-CN"/>
        </w:rPr>
        <w:t>　　2)：结合批量，鼓励大量多批;</w:t>
      </w:r>
      <w:r>
        <w:rPr>
          <w:lang w:eastAsia="zh-CN"/>
        </w:rPr>
        <w:br/>
      </w:r>
      <w:r>
        <w:rPr>
          <w:lang w:eastAsia="zh-CN"/>
        </w:rPr>
        <w:t>　　3)：以成本为基础，以同类产品价格为参考，使价格具有竞争力;</w:t>
      </w:r>
      <w:r>
        <w:rPr>
          <w:lang w:eastAsia="zh-CN"/>
        </w:rPr>
        <w:br/>
      </w:r>
      <w:r>
        <w:rPr>
          <w:lang w:eastAsia="zh-CN"/>
        </w:rPr>
        <w:t>　　4)：顺应市场变化，及时灵活调整。</w:t>
      </w:r>
      <w:r>
        <w:rPr>
          <w:lang w:eastAsia="zh-CN"/>
        </w:rPr>
        <w:br/>
      </w:r>
      <w:r>
        <w:rPr>
          <w:lang w:eastAsia="zh-CN"/>
        </w:rPr>
        <w:t>　　2、目的</w:t>
      </w:r>
      <w:r>
        <w:rPr>
          <w:lang w:eastAsia="zh-CN"/>
        </w:rPr>
        <w:br/>
      </w:r>
      <w:r>
        <w:rPr>
          <w:lang w:eastAsia="zh-CN"/>
        </w:rPr>
        <w:t>　　1)：树立蓝辉印务有限企业的产品标准形象，扩大其影响;</w:t>
      </w:r>
      <w:r>
        <w:rPr>
          <w:lang w:eastAsia="zh-CN"/>
        </w:rPr>
        <w:br/>
      </w:r>
      <w:r>
        <w:rPr>
          <w:lang w:eastAsia="zh-CN"/>
        </w:rPr>
        <w:t>　　2)：作为奖励代理的一种方式，刺激代理商的积极性。</w:t>
      </w:r>
      <w:r>
        <w:rPr>
          <w:lang w:eastAsia="zh-CN"/>
        </w:rPr>
        <w:br/>
      </w:r>
      <w:r>
        <w:rPr>
          <w:lang w:eastAsia="zh-CN"/>
        </w:rPr>
        <w:t>　　四、开拓创新，建立灵活的激励销售机制。</w:t>
      </w:r>
      <w:r>
        <w:rPr>
          <w:lang w:eastAsia="zh-CN"/>
        </w:rPr>
        <w:br/>
      </w:r>
      <w:r>
        <w:rPr>
          <w:lang w:eastAsia="zh-CN"/>
        </w:rPr>
        <w:t>　　开拓市场，争取客源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销售部将配合企业整体新的销售体制，制定完善市场销售任务计划及业绩考核管理实施细则，提高销售代表的工资待遇，激发、调动销售人员的积极性。销售人员实行工作日记志。以月度销售任务完成情况及工作日记志综合考核销售人员。督促销售人员，通过各种方式争取团体和零散客户，稳定老客户，开展新客户，并在拜访中及时了解收集宾客意见及建议，反馈给有关部门及总经理室。</w:t>
      </w:r>
      <w:r>
        <w:rPr>
          <w:lang w:eastAsia="zh-CN"/>
        </w:rPr>
        <w:br/>
      </w:r>
      <w:r>
        <w:rPr>
          <w:lang w:eastAsia="zh-CN"/>
        </w:rPr>
        <w:t>　　五、密切合作，主动协调</w:t>
      </w:r>
      <w:r>
        <w:rPr>
          <w:lang w:eastAsia="zh-CN"/>
        </w:rPr>
        <w:br/>
      </w:r>
      <w:r>
        <w:rPr>
          <w:lang w:eastAsia="zh-CN"/>
        </w:rPr>
        <w:t>　　与企业其他部门接好业务结合工作，密切配合，根据宾客的需求，主动与企业其他部门密切联系，互相配合，充分发挥企业的整体销售活力，创造最佳效益。加强有关宣传，充分利用多种广告形式推荐企业产品，宣传企业，努力提高企业知名度。</w:t>
      </w:r>
      <w:r>
        <w:rPr>
          <w:lang w:eastAsia="zh-CN"/>
        </w:rPr>
        <w:br/>
      </w:r>
      <w:r>
        <w:rPr>
          <w:lang w:eastAsia="zh-CN"/>
        </w:rPr>
        <w:t xml:space="preserve">    销售工作计划范文集合 篇8 </w:t>
      </w:r>
      <w:r>
        <w:rPr>
          <w:lang w:eastAsia="zh-CN"/>
        </w:rPr>
        <w:br/>
      </w:r>
      <w:r>
        <w:rPr>
          <w:lang w:eastAsia="zh-CN"/>
        </w:rPr>
        <w:t>　　一、市场分析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目前格兰仕在深圳空调市场的占有率约为2.8%左右,但根据行业数据显示近几年一直处于“洗牌”阶段，品牌市场占有率将形成高度的集中化。根据公司的实力及20__年度的产品线,公司20__年度销售目标完全有可能实现.20__年中国空调品牌约有400个，到20__年下降到140个左右,年均淘汰率32%.到20__年在格力、美的、海尔等一线品牌的“围剿”下，中国空调市场活跃的品牌不足50个，淘汰率达60%。20__年度lg受到美国指责倾销；科龙遇到财务问题，市场份额急剧下滑。新科、长虹、奥克斯也受到企业、品牌等方面的不良影响，市场份额也有所下滑。日资品牌如松下、三菱等品牌在20__年度受到中国人民的强烈抵日情绪的影响，市场份额下划较大。而格兰仕空调在广东市场则呈现出急速增长的趋势。但深圳市场基础比较薄弱，团队还比较年轻，品牌影响力还需要巩固与拓展。根据以上情况做以下工作规划。</w:t>
      </w:r>
      <w:r>
        <w:rPr>
          <w:lang w:eastAsia="zh-CN"/>
        </w:rPr>
        <w:br/>
      </w:r>
      <w:r>
        <w:rPr>
          <w:lang w:eastAsia="zh-CN"/>
        </w:rPr>
        <w:t>　　二、工作规划</w:t>
      </w:r>
      <w:r>
        <w:rPr>
          <w:lang w:eastAsia="zh-CN"/>
        </w:rPr>
        <w:br/>
      </w:r>
      <w:r>
        <w:rPr>
          <w:lang w:eastAsia="zh-CN"/>
        </w:rPr>
        <w:t>　　根据以上情况在20__年度计划主抓六项工作:</w:t>
      </w:r>
      <w:r>
        <w:rPr>
          <w:lang w:eastAsia="zh-CN"/>
        </w:rPr>
        <w:br/>
      </w:r>
      <w:r>
        <w:rPr>
          <w:lang w:eastAsia="zh-CN"/>
        </w:rPr>
        <w:t>　　1、销售业绩</w:t>
      </w:r>
      <w:r>
        <w:rPr>
          <w:lang w:eastAsia="zh-CN"/>
        </w:rPr>
        <w:br/>
      </w:r>
      <w:r>
        <w:rPr>
          <w:lang w:eastAsia="zh-CN"/>
        </w:rPr>
        <w:t>　　根据公司下达的年销任务，月销售任务。根据市场具体情况进行分解。分解到每月、每周、每日。以每月、每周、每日的销售目标分解到各个系统及各个门店，完成各个时段的销售任务。并在完成任务的基础上，提高销售业绩。主要手段是：提高团队素质，加强团队管理，开展各种促销活动，制定奖罚制度及激励方案（根据市场情况及各时间段的实际情况进行）此项工作不分淡旺季时时主抓。在销售旺季针对国美、苏宁等专业家电系统实施力度较大的销售促进活动，强势推进大型终端。</w:t>
      </w:r>
      <w:r>
        <w:rPr>
          <w:lang w:eastAsia="zh-CN"/>
        </w:rPr>
        <w:br/>
      </w:r>
      <w:r>
        <w:rPr>
          <w:lang w:eastAsia="zh-CN"/>
        </w:rPr>
        <w:t>　　2、k/a、代理商管理及关系维护</w:t>
      </w:r>
      <w:r>
        <w:rPr>
          <w:lang w:eastAsia="zh-CN"/>
        </w:rPr>
        <w:br/>
      </w:r>
      <w:r>
        <w:rPr>
          <w:lang w:eastAsia="zh-CN"/>
        </w:rPr>
        <w:t>　　针对现有的k/a客户、代理商或将拓展的k/a及代理商进行有效管理及关系维护，对各个k/a客户及代理商建立客户档案，了解前期销售情况及实力情况，进行公司的企业文化传播和公司20__年度的新产品传播。此项工作在8月末完成。在旺季结束后和旺季来临前不定时的进行传播。了解各k/a及代理商负责人的基本情况进行定期拜访，进行有效沟通。</w:t>
      </w:r>
      <w:r>
        <w:rPr>
          <w:lang w:eastAsia="zh-CN"/>
        </w:rPr>
        <w:br/>
      </w:r>
      <w:r>
        <w:rPr>
          <w:lang w:eastAsia="zh-CN"/>
        </w:rPr>
        <w:t>　　3、品牌及产品推广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品牌及产品推广配合及执行公司的定期品牌宣传及产品推广活动，并策划一些投入成本，较低的公共关系宣传活动，提升品牌形象。如“格兰仕空调健康、环保、爱我家”等公益活动。有可能的情况下与各个k/a系统联合进行推广，不但可以扩大影响力，还可以建立良好的客情关系。产品推广主要进行一些“路演”或户外静态展示进行一些产品推广和正常营业推广。</w:t>
      </w:r>
      <w:r>
        <w:rPr>
          <w:lang w:eastAsia="zh-CN"/>
        </w:rPr>
        <w:br/>
      </w:r>
      <w:r>
        <w:rPr>
          <w:lang w:eastAsia="zh-CN"/>
        </w:rPr>
        <w:t>　　4、终端布置（配合业务条线的渠道拓展）</w:t>
      </w:r>
      <w:r>
        <w:rPr>
          <w:lang w:eastAsia="zh-CN"/>
        </w:rPr>
        <w:br/>
      </w:r>
      <w:r>
        <w:rPr>
          <w:lang w:eastAsia="zh-CN"/>
        </w:rPr>
        <w:t>　　根据公司的的`销售目标，渠道网点普及还会大量的增加，根据此种情况随时随地积极配合业务部门的工作，积极配合店中店、园中园、店中柜的形象建设，（根据公司的展台布置六个氛围的要求进行）。积极对促销安排上岗及上样跟踪和产品陈列等工作。此项工作根据公司的业务部门的需要进行开展。布置标准严格按照公司的统一标准。（特殊情况再适时调整）</w:t>
      </w:r>
      <w:r>
        <w:rPr>
          <w:lang w:eastAsia="zh-CN"/>
        </w:rPr>
        <w:br/>
      </w:r>
      <w:r>
        <w:rPr>
          <w:lang w:eastAsia="zh-CN"/>
        </w:rPr>
        <w:t>　　·销售主管工作计划 ·销售部工作计划 ·房产销售工作计划</w:t>
      </w:r>
      <w:r>
        <w:rPr>
          <w:lang w:eastAsia="zh-CN"/>
        </w:rPr>
        <w:br/>
      </w:r>
      <w:r>
        <w:rPr>
          <w:lang w:eastAsia="zh-CN"/>
        </w:rPr>
        <w:t>　　5、促销活动的策划与执行</w:t>
      </w:r>
      <w:r>
        <w:rPr>
          <w:lang w:eastAsia="zh-CN"/>
        </w:rPr>
        <w:br/>
      </w:r>
      <w:r>
        <w:rPr>
          <w:lang w:eastAsia="zh-CN"/>
        </w:rPr>
        <w:t>　　促销活动的策划及执行主要在08年04月—8月销售旺季进行，第一严格执行公司的销售促进活动，第二根据届时的市场情况和竞争对手的销售促进活动，灵活策划一些销售促进活动。主题思路以避其优势，攻其劣势，根据公司的产品优势及资源优势，突出重点进行策划与执行。</w:t>
      </w:r>
      <w:r>
        <w:rPr>
          <w:lang w:eastAsia="zh-CN"/>
        </w:rPr>
        <w:br/>
      </w:r>
      <w:r>
        <w:rPr>
          <w:lang w:eastAsia="zh-CN"/>
        </w:rPr>
        <w:t xml:space="preserve">    销售工作计划范文集合 篇9 </w:t>
      </w:r>
      <w:r>
        <w:rPr>
          <w:lang w:eastAsia="zh-CN"/>
        </w:rPr>
        <w:br/>
      </w:r>
      <w:r>
        <w:rPr>
          <w:lang w:eastAsia="zh-CN"/>
        </w:rPr>
        <w:t>　　在没有接触这一行业，草草做这一份工作计划，如何把握，不得要领，只能尽其所能，聊表区区小解而已，应聘销售的工作计划。</w:t>
      </w:r>
      <w:r>
        <w:rPr>
          <w:lang w:eastAsia="zh-CN"/>
        </w:rPr>
        <w:br/>
      </w:r>
      <w:r>
        <w:rPr>
          <w:lang w:eastAsia="zh-CN"/>
        </w:rPr>
        <w:t>　　(一)国家对行业的新政策、新动向、新项目信息收集与处理。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(二)对市场进行SWOT分析</w:t>
      </w:r>
      <w:r>
        <w:rPr>
          <w:lang w:eastAsia="zh-CN"/>
        </w:rPr>
        <w:br/>
      </w:r>
      <w:r>
        <w:rPr>
          <w:lang w:eastAsia="zh-CN"/>
        </w:rPr>
        <w:t>　　对企业现在产品在市场中的优势、劣势、机会、威胁分析，来确定下一步的发展方向、途径、需要解决的问题、应加强的方面等等。</w:t>
      </w:r>
      <w:r>
        <w:rPr>
          <w:lang w:eastAsia="zh-CN"/>
        </w:rPr>
        <w:br/>
      </w:r>
      <w:r>
        <w:rPr>
          <w:lang w:eastAsia="zh-CN"/>
        </w:rPr>
        <w:t>　　(三)市场总体概况：宏观与微观方面的分析。如：行业现有的竞争状况、</w:t>
      </w:r>
      <w:r>
        <w:rPr>
          <w:lang w:eastAsia="zh-CN"/>
        </w:rPr>
        <w:br/>
      </w:r>
      <w:r>
        <w:rPr>
          <w:lang w:eastAsia="zh-CN"/>
        </w:rPr>
        <w:t>　　目标客户群体的分析与分类、替代品的威胁、新进入者的威胁等。</w:t>
      </w:r>
      <w:r>
        <w:rPr>
          <w:lang w:eastAsia="zh-CN"/>
        </w:rPr>
        <w:br/>
      </w:r>
      <w:r>
        <w:rPr>
          <w:lang w:eastAsia="zh-CN"/>
        </w:rPr>
        <w:t>　　(四)加强内部业务人员的素质提高，树立员工的团队意识、服务意识，打造一支优秀的团队并处理好与各部门的内部协作机制和外部服务机制。</w:t>
      </w:r>
      <w:r>
        <w:rPr>
          <w:lang w:eastAsia="zh-CN"/>
        </w:rPr>
        <w:br/>
      </w:r>
      <w:r>
        <w:rPr>
          <w:lang w:eastAsia="zh-CN"/>
        </w:rPr>
        <w:t>　　(五)加强与外部客户的联系与沟通，利用各种信息收集方式，来达到客户的优化与最大化。</w:t>
      </w:r>
      <w:r>
        <w:rPr>
          <w:lang w:eastAsia="zh-CN"/>
        </w:rPr>
        <w:br/>
      </w:r>
      <w:r>
        <w:rPr>
          <w:lang w:eastAsia="zh-CN"/>
        </w:rPr>
        <w:t>　　(六)对于不同的客户采用不同的策略，如：市场经销商客户还是最终的目标客户采取的市场策略、 产品策略、渠道策略、 价格策略、服务策略 、合作策略。</w:t>
      </w:r>
      <w:r>
        <w:rPr>
          <w:lang w:eastAsia="zh-CN"/>
        </w:rPr>
        <w:br/>
      </w:r>
      <w:r>
        <w:rPr>
          <w:lang w:eastAsia="zh-CN"/>
        </w:rPr>
        <w:t>　　(七)销售目标的制定和销售计划的组织、实施。</w:t>
      </w:r>
      <w:r>
        <w:rPr>
          <w:lang w:eastAsia="zh-CN"/>
        </w:rPr>
        <w:br/>
      </w:r>
      <w:r>
        <w:rPr>
          <w:lang w:eastAsia="zh-CN"/>
        </w:rPr>
        <w:t>　　(八)销售体系的建立、完善以及市场预测、判断。</w:t>
      </w:r>
      <w:r>
        <w:rPr>
          <w:lang w:eastAsia="zh-CN"/>
        </w:rPr>
        <w:br/>
      </w:r>
      <w:r>
        <w:rPr>
          <w:lang w:eastAsia="zh-CN"/>
        </w:rPr>
        <w:t>　　(九)绩效考核的制定、人员的培训、销售成本的控制等等。</w:t>
      </w:r>
      <w:r>
        <w:rPr>
          <w:lang w:eastAsia="zh-CN"/>
        </w:rPr>
        <w:br/>
      </w:r>
      <w:r>
        <w:rPr>
          <w:lang w:eastAsia="zh-CN"/>
        </w:rPr>
        <w:t>　　(十)具备营销知识结构，实践经验，不断学习的心态与优质的客户意识。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写到这里，怎么看理论太多，没有一点实际的，想想还是写一点实际的好了。</w:t>
      </w:r>
      <w:r>
        <w:rPr>
          <w:lang w:eastAsia="zh-CN"/>
        </w:rPr>
        <w:br/>
      </w:r>
      <w:r>
        <w:rPr>
          <w:lang w:eastAsia="zh-CN"/>
        </w:rPr>
        <w:t>　　(1) 首先熟悉产品、价格、分销渠道、促销方式这四个方面，销售工作计划《应聘销售的工作计划》。产品的性能把握程度是第一位的，针对不同的产品针对不同的客户，根据客户的需求，来相应推荐产品。价格与其内在性能相关，这里就不说了。分销渠道是面对经销商呢?还是终端客户，如银行部门，采用各种方式，只要能使交易成功，就是最好的方法。促销方式则需要企业的支持，个人的努力，来进入客户的利益群体，拉关系也好，利益好处也好，共同协作也好，“没有人做不了的事，只是你想做不想做的问题”而已。</w:t>
      </w:r>
      <w:r>
        <w:rPr>
          <w:lang w:eastAsia="zh-CN"/>
        </w:rPr>
        <w:br/>
      </w:r>
      <w:r>
        <w:rPr>
          <w:lang w:eastAsia="zh-CN"/>
        </w:rPr>
        <w:t>　　(2) 区域内的客户了解，也就是所谓的市场调研或市场细分也好，只是名字好听罢了。对区域内的客户进行分类，哪些是自己的主要客户，哪些是自己的辅助客户，80%的业绩来自于20%的客户，如何把握，具体问题具体分析，没有进入这一行业，什么细分、选择、定位、拓展、竞争，的品牌效应，现在都是空谈。</w:t>
      </w:r>
      <w:r>
        <w:rPr>
          <w:lang w:eastAsia="zh-CN"/>
        </w:rPr>
        <w:br/>
      </w:r>
      <w:r>
        <w:rPr>
          <w:lang w:eastAsia="zh-CN"/>
        </w:rPr>
        <w:t>　　(3) 在实际操作中，如何来运用新的销售模式如：40%是信任，30%是需求，20%是产品介绍，10%是结束销售。还是介绍产品益处特点的FAB方法，这里就不说了，都是促成合作的方法而已。“虚”的很，把握运用才是关键哟。</w:t>
      </w:r>
      <w:r>
        <w:rPr>
          <w:lang w:eastAsia="zh-CN"/>
        </w:rPr>
        <w:br/>
      </w:r>
      <w:r>
        <w:rPr>
          <w:lang w:eastAsia="zh-CN"/>
        </w:rPr>
        <w:t>　　(4)</w:t>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xml:space="preserve"> 当然，至于什么智商、情商，面对最终客户还涉及到操作层、管理层、决策层、使用部门等，哪一个都不能不考虑，哪一部门不合适也许都不行哟。“没有做不好的市场，只有做不好市场的人”，如何把握，自己明白就行了。</w:t>
      </w:r>
      <w:r>
        <w:rPr>
          <w:lang w:eastAsia="zh-CN"/>
        </w:rPr>
        <w:br/>
      </w:r>
      <w:r>
        <w:rPr>
          <w:lang w:eastAsia="zh-CN"/>
        </w:rPr>
        <w:t>　　(5) 为客户提供优质的客户服务，什么是优质的客户服务?说白了，也就是不买你的产品，依然提供好的服务哟。你是傻子呀，不买你的产品，你也提供。我记的在学校书本上有这么一个故事：</w:t>
      </w:r>
      <w:r>
        <w:rPr>
          <w:lang w:eastAsia="zh-CN"/>
        </w:rPr>
        <w:br/>
      </w:r>
      <w:r>
        <w:rPr>
          <w:lang w:eastAsia="zh-CN"/>
        </w:rPr>
        <w:t>　　公司派小张到北美的某个小岛去推销鞋，小张回来说“推销不了，那个小岛上人们根本不穿鞋”。公司又派小李去了，小李回来说“那个小岛上人们都不穿鞋，市场好大呀?”作为销售人员你会得到什么启示?</w:t>
      </w:r>
      <w:r>
        <w:rPr>
          <w:lang w:eastAsia="zh-CN"/>
        </w:rPr>
        <w:br/>
      </w:r>
      <w:r>
        <w:rPr>
          <w:lang w:eastAsia="zh-CN"/>
        </w:rPr>
        <w:t>　　“隐蔽性需求”，“隐性需求”，怎么化成“显性需求”才是关键，上面不提了，你知道以后他需要时会不会记的你呢?“满意客户口中的一句表扬之词远远胜过描述产品性能的一千个词”，这可不是我说的，是杰佛里说的哟。</w:t>
      </w:r>
      <w:r>
        <w:rPr>
          <w:lang w:eastAsia="zh-CN"/>
        </w:rPr>
        <w:br/>
      </w:r>
      <w:r>
        <w:rPr>
          <w:lang w:eastAsia="zh-CN"/>
        </w:rPr>
        <w:t>　　(6) 最后，不能不说一下要求了，信任是最主要的，“疑人不用，用人不疑”，相信我你就用我，不相信我你千万别用我，领导“前怕狼，后怕虎”，下面的更是“前怕狼，后怕虎”，于自身不利，于公司无益矣!</w:t>
      </w:r>
      <w:r>
        <w:rPr>
          <w:lang w:eastAsia="zh-CN"/>
        </w:rPr>
        <w:br/>
      </w:r>
      <w:r>
        <w:rPr>
          <w:lang w:eastAsia="zh-CN"/>
        </w:rPr>
        <w:t xml:space="preserve">    销售工作计划范文集合 篇10 </w:t>
      </w:r>
      <w:r>
        <w:rPr>
          <w:lang w:eastAsia="zh-CN"/>
        </w:rPr>
        <w:br/>
      </w:r>
      <w:r>
        <w:rPr>
          <w:lang w:eastAsia="zh-CN"/>
        </w:rPr>
        <w:t>　　一年的时间很快又过去了,在这个季节温差不大的城市,似乎觉得一年的时间过得更快,让人有点不愿意去相信。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20__年对于我来讲是成长的一年、奋斗的一年、学习的一年、是感恩的一年；谢接纳我工作的公司,感谢谆谆教诲的领导,感谢团结上进的同事帮助鼓励,感谢在我沮丧时鼓励我给我打气相信我的朋友,感谢那些给我微笑,接纳我的人,因为是他们的帮助、认可、信任、鼓励才能使我更加乐衷于我的工作，更加热爱我的工作。</w:t>
      </w:r>
      <w:r>
        <w:rPr>
          <w:lang w:eastAsia="zh-CN"/>
        </w:rPr>
        <w:br/>
      </w:r>
      <w:r>
        <w:rPr>
          <w:lang w:eastAsia="zh-CN"/>
        </w:rPr>
        <w:t>　　销售是一个竞争非常大的行业，也是最能锻炼人的行业，刚开始工作的`前一个月真的很没有信心，业绩没有上升，我除了天天的拜访和宣传，我不知道我还能从哪方面进行努力，两个月过去的时候，我已经不能说是一名新员工，市场我已经慢慢熟悉了，跟大部分的客户应该也算是熟悉了，可是月底销售总结的时候，我傻眼了。那个时候的夜晚总是让人难以入眠，躺在床上，关着灯，眼睛睁开着，看着由外渗入的一点微弱的光，怎么也没有睡意，脑子里都在想，明天该做什么，要见什么人，跟他们聊什么，希望得到什么样的结果，每晚都在想的问题，天天都照着做。可我心里是没底的，不知道这样下去成绩是否能上升。假如三个月试用期后我达不到公司的要求，我将如何？面对眼前的市场，我也没有信心了。但我还是希望在我的努力下，希望能有稍好的成绩，能让我继续这份工作。</w:t>
      </w:r>
      <w:r>
        <w:rPr>
          <w:lang w:eastAsia="zh-CN"/>
        </w:rPr>
        <w:br/>
      </w:r>
      <w:r>
        <w:rPr>
          <w:lang w:eastAsia="zh-CN"/>
        </w:rPr>
        <w:t>　　就这样生活还在一如既往的发生变故，而唯一不能变的就是自己对工作的态度，不管怎么样，每个工作日都容不得半点偷懒半点松懈，因为竞争无处不在，竞争者只要看见有一个空子，就一定会手插进来扰乱你的平衡，当然没有竞争就没有动力，就没有市场。</w:t>
      </w:r>
      <w:r>
        <w:rPr>
          <w:lang w:eastAsia="zh-CN"/>
        </w:rPr>
        <w:br/>
      </w:r>
      <w:r>
        <w:rPr>
          <w:lang w:eastAsia="zh-CN"/>
        </w:rPr>
        <w:t xml:space="preserve">    销售工作计划范文集合 篇11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销售部门经理的职责之重大无可厚非。作为一名销售部门经理，就必须对公司、对客户及销售人员尽职尽责。对公司而言，销售部门经理是公司上级领导与销售人员和具体工作之间的纽带，对客户而言，销售部门经理与销售团队代表着公司的形象与品牌，对销售人员而言，销售部门经理代表着管理、指令、纪律、执行力以及提高收入、晋升职位的代言者。</w:t>
      </w:r>
      <w:r>
        <w:rPr>
          <w:lang w:eastAsia="zh-CN"/>
        </w:rPr>
        <w:br/>
      </w:r>
      <w:r>
        <w:rPr>
          <w:lang w:eastAsia="zh-CN"/>
        </w:rPr>
        <w:t>　　承上启下的销售部门经理，除了要忠实履行本岗位职责，更要有清醒的市场意识、经营意识、创新意识、服务意识，俱有掌控、驾驭、分析、解决问题的能力和强烈的使命感。工作责任主要表现在：督促销售人员的工作、制定销售计划、销售团队的管理、定期的销售总结、定期对销售人员的绩效考核的评定、上下级的沟通、销售人员的培训、大客户定单的制定、展会的策划建议、销售人员工作的分配以及协助技术部、生产部研发新产品等等……</w:t>
      </w:r>
      <w:r>
        <w:rPr>
          <w:lang w:eastAsia="zh-CN"/>
        </w:rPr>
        <w:br/>
      </w:r>
      <w:r>
        <w:rPr>
          <w:lang w:eastAsia="zh-CN"/>
        </w:rPr>
        <w:t>　　销售部门经理的年度工作计划十二项：</w:t>
      </w:r>
      <w:r>
        <w:rPr>
          <w:lang w:eastAsia="zh-CN"/>
        </w:rPr>
        <w:br/>
      </w:r>
      <w:r>
        <w:rPr>
          <w:lang w:eastAsia="zh-CN"/>
        </w:rPr>
        <w:t>　　第一、督导销售人员的工作：</w:t>
      </w:r>
      <w:r>
        <w:rPr>
          <w:lang w:eastAsia="zh-CN"/>
        </w:rPr>
        <w:br/>
      </w:r>
      <w:r>
        <w:rPr>
          <w:lang w:eastAsia="zh-CN"/>
        </w:rPr>
        <w:t>　　其实要说督导还真不是很确切。首先，每位销售人员都会有自己的一套销售理念。一开始，销售部门经理是不能够即时知道每位销售人员的特色在哪里，需等完全了解的时候，就应该充分发挥其潜在的优势，如果某个别销售人员存在可挖掘的潜力，销售部门经理应对其进行相应的督导，帮助他（她）顺利完成公司下达的销售指标，从而来弥补其不足之处。</w:t>
      </w:r>
      <w:r>
        <w:rPr>
          <w:lang w:eastAsia="zh-CN"/>
        </w:rPr>
        <w:br/>
      </w:r>
      <w:r>
        <w:rPr>
          <w:lang w:eastAsia="zh-CN"/>
        </w:rPr>
        <w:t>　　作为销售部门经理，需要督导的方面：</w:t>
      </w:r>
      <w:r>
        <w:rPr>
          <w:lang w:eastAsia="zh-CN"/>
        </w:rPr>
        <w:br/>
      </w:r>
      <w:r>
        <w:rPr>
          <w:lang w:eastAsia="zh-CN"/>
        </w:rPr>
        <w:t>　　1. 分析市场状况，正确作出市场销售预测报批；</w:t>
      </w:r>
      <w:r>
        <w:rPr>
          <w:lang w:eastAsia="zh-CN"/>
        </w:rPr>
        <w:br/>
      </w:r>
      <w:r>
        <w:rPr>
          <w:lang w:eastAsia="zh-CN"/>
        </w:rPr>
        <w:t>　　2. 拟订年度销售计划，分解目标，报批并督导实施；</w:t>
      </w:r>
      <w:r>
        <w:rPr>
          <w:lang w:eastAsia="zh-CN"/>
        </w:rPr>
        <w:br/>
      </w:r>
      <w:r>
        <w:rPr>
          <w:lang w:eastAsia="zh-CN"/>
        </w:rPr>
        <w:t>　　3. 拟订年度预算，分解、报批并督导实施；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4. 根据中期及年度销售计划开拓完善经销网络；</w:t>
      </w:r>
      <w:r>
        <w:rPr>
          <w:lang w:eastAsia="zh-CN"/>
        </w:rPr>
        <w:br/>
      </w:r>
      <w:r>
        <w:rPr>
          <w:lang w:eastAsia="zh-CN"/>
        </w:rPr>
        <w:t>　　5. 根据业务发展规划合理进行人员配备；</w:t>
      </w:r>
      <w:r>
        <w:rPr>
          <w:lang w:eastAsia="zh-CN"/>
        </w:rPr>
        <w:br/>
      </w:r>
      <w:r>
        <w:rPr>
          <w:lang w:eastAsia="zh-CN"/>
        </w:rPr>
        <w:t>　　6. 汇总市场信息，提报产品改善或产品开发建议；</w:t>
      </w:r>
      <w:r>
        <w:rPr>
          <w:lang w:eastAsia="zh-CN"/>
        </w:rPr>
        <w:br/>
      </w:r>
      <w:r>
        <w:rPr>
          <w:lang w:eastAsia="zh-CN"/>
        </w:rPr>
        <w:t>　　7. 洞察、预测危机，及时提出改善意见报批；</w:t>
      </w:r>
      <w:r>
        <w:rPr>
          <w:lang w:eastAsia="zh-CN"/>
        </w:rPr>
        <w:br/>
      </w:r>
      <w:r>
        <w:rPr>
          <w:lang w:eastAsia="zh-CN"/>
        </w:rPr>
        <w:t>　　8. 把握重点客户，控制产品的销售动态；</w:t>
      </w:r>
      <w:r>
        <w:rPr>
          <w:lang w:eastAsia="zh-CN"/>
        </w:rPr>
        <w:br/>
      </w:r>
      <w:r>
        <w:rPr>
          <w:lang w:eastAsia="zh-CN"/>
        </w:rPr>
        <w:t>　　9. 关注所辖人员的思想动态，及时沟通解决；</w:t>
      </w:r>
      <w:r>
        <w:rPr>
          <w:lang w:eastAsia="zh-CN"/>
        </w:rPr>
        <w:br/>
      </w:r>
      <w:r>
        <w:rPr>
          <w:lang w:eastAsia="zh-CN"/>
        </w:rPr>
        <w:t>　　10.根据销售预算进行过程控制，降低销售费用；</w:t>
      </w:r>
      <w:r>
        <w:rPr>
          <w:lang w:eastAsia="zh-CN"/>
        </w:rPr>
        <w:br/>
      </w:r>
      <w:r>
        <w:rPr>
          <w:lang w:eastAsia="zh-CN"/>
        </w:rPr>
        <w:t>　　11.参与重大销售谈判和签定合同；</w:t>
      </w:r>
      <w:r>
        <w:rPr>
          <w:lang w:eastAsia="zh-CN"/>
        </w:rPr>
        <w:br/>
      </w:r>
      <w:r>
        <w:rPr>
          <w:lang w:eastAsia="zh-CN"/>
        </w:rPr>
        <w:t>　　12.组织建立、健全客户档案；</w:t>
      </w:r>
      <w:r>
        <w:rPr>
          <w:lang w:eastAsia="zh-CN"/>
        </w:rPr>
        <w:br/>
      </w:r>
      <w:r>
        <w:rPr>
          <w:lang w:eastAsia="zh-CN"/>
        </w:rPr>
        <w:t>　　13.指导、巡视、监督、检查所属下级的各项工作；</w:t>
      </w:r>
      <w:r>
        <w:rPr>
          <w:lang w:eastAsia="zh-CN"/>
        </w:rPr>
        <w:br/>
      </w:r>
      <w:r>
        <w:rPr>
          <w:lang w:eastAsia="zh-CN"/>
        </w:rPr>
        <w:t>　　14.向直接下级授权，并布置工作；</w:t>
      </w:r>
      <w:r>
        <w:rPr>
          <w:lang w:eastAsia="zh-CN"/>
        </w:rPr>
        <w:br/>
      </w:r>
      <w:r>
        <w:rPr>
          <w:lang w:eastAsia="zh-CN"/>
        </w:rPr>
        <w:t>　　15.定期向直接上级述职；</w:t>
      </w:r>
      <w:r>
        <w:rPr>
          <w:lang w:eastAsia="zh-CN"/>
        </w:rPr>
        <w:br/>
      </w:r>
      <w:r>
        <w:rPr>
          <w:lang w:eastAsia="zh-CN"/>
        </w:rPr>
        <w:t>　　16.定期听取直接下级述职，并对其作出工作评定；</w:t>
      </w:r>
      <w:r>
        <w:rPr>
          <w:lang w:eastAsia="zh-CN"/>
        </w:rPr>
        <w:br/>
      </w:r>
      <w:r>
        <w:rPr>
          <w:lang w:eastAsia="zh-CN"/>
        </w:rPr>
        <w:t>　　17.负责本部门主管级人员任用的提名；</w:t>
      </w:r>
      <w:r>
        <w:rPr>
          <w:lang w:eastAsia="zh-CN"/>
        </w:rPr>
        <w:br/>
      </w:r>
      <w:r>
        <w:rPr>
          <w:lang w:eastAsia="zh-CN"/>
        </w:rPr>
        <w:t>　　18.负责制定销售部门的工作程序和规章制度，报批后实行；</w:t>
      </w:r>
      <w:r>
        <w:rPr>
          <w:lang w:eastAsia="zh-CN"/>
        </w:rPr>
        <w:br/>
      </w:r>
      <w:r>
        <w:rPr>
          <w:lang w:eastAsia="zh-CN"/>
        </w:rPr>
        <w:t>　　19.负责统计成交率、费用率、利润率、月销量以及各类同期比较数据的准确统计；</w:t>
      </w:r>
      <w:r>
        <w:rPr>
          <w:lang w:eastAsia="zh-CN"/>
        </w:rPr>
        <w:br/>
      </w:r>
      <w:r>
        <w:rPr>
          <w:lang w:eastAsia="zh-CN"/>
        </w:rPr>
        <w:t>　　20.根据工作需要调配直接下级的工作岗位，报批后实行并转人力资源部备案。</w:t>
      </w:r>
      <w:r>
        <w:rPr>
          <w:lang w:eastAsia="zh-CN"/>
        </w:rPr>
        <w:br/>
      </w:r>
      <w:r>
        <w:rPr>
          <w:lang w:eastAsia="zh-CN"/>
        </w:rPr>
        <w:t>　　第二、督促销售人员的.工作：</w:t>
      </w:r>
      <w:r>
        <w:rPr>
          <w:lang w:eastAsia="zh-CN"/>
        </w:rPr>
        <w:br/>
      </w:r>
      <w:r>
        <w:rPr>
          <w:lang w:eastAsia="zh-CN"/>
        </w:rPr>
        <w:t>　　作为销售部门经理，需要督促的方面：</w:t>
      </w:r>
      <w:r>
        <w:rPr>
          <w:lang w:eastAsia="zh-CN"/>
        </w:rPr>
        <w:br/>
      </w:r>
      <w:r>
        <w:rPr>
          <w:lang w:eastAsia="zh-CN"/>
        </w:rPr>
        <w:t>　　1. 销售部门工作目标的完成；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2. 销售网络建设的合理性、健康性；</w:t>
      </w:r>
      <w:r>
        <w:rPr>
          <w:lang w:eastAsia="zh-CN"/>
        </w:rPr>
        <w:br/>
      </w:r>
      <w:r>
        <w:rPr>
          <w:lang w:eastAsia="zh-CN"/>
        </w:rPr>
        <w:t>　　3. 销售指标制定和分解的合理性；</w:t>
      </w:r>
      <w:r>
        <w:rPr>
          <w:lang w:eastAsia="zh-CN"/>
        </w:rPr>
        <w:br/>
      </w:r>
      <w:r>
        <w:rPr>
          <w:lang w:eastAsia="zh-CN"/>
        </w:rPr>
        <w:t>　　4. 工作流程的正确执行；</w:t>
      </w:r>
      <w:r>
        <w:rPr>
          <w:lang w:eastAsia="zh-CN"/>
        </w:rPr>
        <w:br/>
      </w:r>
      <w:r>
        <w:rPr>
          <w:lang w:eastAsia="zh-CN"/>
        </w:rPr>
        <w:t>　　5. 开发客户的数量；</w:t>
      </w:r>
      <w:r>
        <w:rPr>
          <w:lang w:eastAsia="zh-CN"/>
        </w:rPr>
        <w:br/>
      </w:r>
      <w:r>
        <w:rPr>
          <w:lang w:eastAsia="zh-CN"/>
        </w:rPr>
        <w:t>　　6. 拜访客户的数量；</w:t>
      </w:r>
      <w:r>
        <w:rPr>
          <w:lang w:eastAsia="zh-CN"/>
        </w:rPr>
        <w:br/>
      </w:r>
      <w:r>
        <w:rPr>
          <w:lang w:eastAsia="zh-CN"/>
        </w:rPr>
        <w:t>　　7. 客户的跟进程度；</w:t>
      </w:r>
      <w:r>
        <w:rPr>
          <w:lang w:eastAsia="zh-CN"/>
        </w:rPr>
        <w:br/>
      </w:r>
      <w:r>
        <w:rPr>
          <w:lang w:eastAsia="zh-CN"/>
        </w:rPr>
        <w:t>　　8. 独立的销售渠道；</w:t>
      </w:r>
      <w:r>
        <w:rPr>
          <w:lang w:eastAsia="zh-CN"/>
        </w:rPr>
        <w:br/>
      </w:r>
      <w:r>
        <w:rPr>
          <w:lang w:eastAsia="zh-CN"/>
        </w:rPr>
        <w:t>　　9. 销售策略的运用；</w:t>
      </w:r>
      <w:r>
        <w:rPr>
          <w:lang w:eastAsia="zh-CN"/>
        </w:rPr>
        <w:br/>
      </w:r>
      <w:r>
        <w:rPr>
          <w:lang w:eastAsia="zh-CN"/>
        </w:rPr>
        <w:t>　　10.销售指标的完成；</w:t>
      </w:r>
      <w:r>
        <w:rPr>
          <w:lang w:eastAsia="zh-CN"/>
        </w:rPr>
        <w:br/>
      </w:r>
      <w:r>
        <w:rPr>
          <w:lang w:eastAsia="zh-CN"/>
        </w:rPr>
        <w:t>　　11.确保货款及时回笼；</w:t>
      </w:r>
      <w:r>
        <w:rPr>
          <w:lang w:eastAsia="zh-CN"/>
        </w:rPr>
        <w:br/>
      </w:r>
      <w:r>
        <w:rPr>
          <w:lang w:eastAsia="zh-CN"/>
        </w:rPr>
        <w:t>　　12.预算开支的合理支配；</w:t>
      </w:r>
      <w:r>
        <w:rPr>
          <w:lang w:eastAsia="zh-CN"/>
        </w:rPr>
        <w:br/>
      </w:r>
      <w:r>
        <w:rPr>
          <w:lang w:eastAsia="zh-CN"/>
        </w:rPr>
        <w:t>　　13.良好的市场拓展能力；</w:t>
      </w:r>
      <w:r>
        <w:rPr>
          <w:lang w:eastAsia="zh-CN"/>
        </w:rPr>
        <w:br/>
      </w:r>
      <w:r>
        <w:rPr>
          <w:lang w:eastAsia="zh-CN"/>
        </w:rPr>
        <w:t>　　14.所辖人员的技能培训；</w:t>
      </w:r>
      <w:r>
        <w:rPr>
          <w:lang w:eastAsia="zh-CN"/>
        </w:rPr>
        <w:br/>
      </w:r>
      <w:r>
        <w:rPr>
          <w:lang w:eastAsia="zh-CN"/>
        </w:rPr>
        <w:t>　　15.所辖人员及各项业务工作；</w:t>
      </w:r>
      <w:r>
        <w:rPr>
          <w:lang w:eastAsia="zh-CN"/>
        </w:rPr>
        <w:br/>
      </w:r>
      <w:r>
        <w:rPr>
          <w:lang w:eastAsia="zh-CN"/>
        </w:rPr>
        <w:t>　　16.纪律行为、工作秩序、整体精神面貌；</w:t>
      </w:r>
      <w:r>
        <w:rPr>
          <w:lang w:eastAsia="zh-CN"/>
        </w:rPr>
        <w:br/>
      </w:r>
      <w:r>
        <w:rPr>
          <w:lang w:eastAsia="zh-CN"/>
        </w:rPr>
        <w:t>　　17.销售人员的计划及总结；</w:t>
      </w:r>
      <w:r>
        <w:rPr>
          <w:lang w:eastAsia="zh-CN"/>
        </w:rPr>
        <w:br/>
      </w:r>
      <w:r>
        <w:rPr>
          <w:lang w:eastAsia="zh-CN"/>
        </w:rPr>
        <w:t>　　18.市场调查与新市场机会的发现；</w:t>
      </w:r>
      <w:r>
        <w:rPr>
          <w:lang w:eastAsia="zh-CN"/>
        </w:rPr>
        <w:br/>
      </w:r>
      <w:r>
        <w:rPr>
          <w:lang w:eastAsia="zh-CN"/>
        </w:rPr>
        <w:t>　　19.潜在客户以及现有客户的管理与维护；</w:t>
      </w:r>
      <w:r>
        <w:rPr>
          <w:lang w:eastAsia="zh-CN"/>
        </w:rPr>
        <w:br/>
      </w:r>
      <w:r>
        <w:rPr>
          <w:lang w:eastAsia="zh-CN"/>
        </w:rPr>
        <w:t>　　20.成熟项目的营销组织、协调和销售绩效管理；</w:t>
      </w:r>
      <w:r>
        <w:rPr>
          <w:lang w:eastAsia="zh-CN"/>
        </w:rPr>
        <w:br/>
      </w:r>
      <w:r>
        <w:rPr>
          <w:lang w:eastAsia="zh-CN"/>
        </w:rPr>
        <w:t xml:space="preserve">    销售工作计划范文集合 篇12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按照国家局、省局和市局（公司）卷烟营销中心及县局（分公司）关于卷烟营销和零售终端建设的相关要求，客户服务中心通过认真研究，结合本科室工作实际和工作职责，按照国家局提出的“卷烟上水平”工作和省局提出的“2332”工程目标为思路，在五类卷烟逐步退出市场、有效控制四类卷烟的前提下，积极培育和扩大三类卷烟，主攻一、二类卷烟；严格按照“532”“461”为品牌发展战略，以“135”</w:t>
      </w:r>
      <w:r>
        <w:rPr>
          <w:lang w:eastAsia="zh-CN"/>
        </w:rPr>
        <w:t xml:space="preserve"> 工作法为指导，促进客户服务中心各项工作任务全面落实。20__年，综合科工作具体规划如下：</w:t>
      </w:r>
      <w:r>
        <w:rPr>
          <w:lang w:eastAsia="zh-CN"/>
        </w:rPr>
        <w:br/>
      </w:r>
      <w:r>
        <w:rPr>
          <w:lang w:eastAsia="zh-CN"/>
        </w:rPr>
        <w:t>　　一、20__年工作目标</w:t>
      </w:r>
      <w:r>
        <w:rPr>
          <w:lang w:eastAsia="zh-CN"/>
        </w:rPr>
        <w:br/>
      </w:r>
      <w:r>
        <w:rPr>
          <w:lang w:eastAsia="zh-CN"/>
        </w:rPr>
        <w:t>　　1、销量目标</w:t>
      </w:r>
      <w:r>
        <w:rPr>
          <w:lang w:eastAsia="zh-CN"/>
        </w:rPr>
        <w:br/>
      </w:r>
      <w:r>
        <w:rPr>
          <w:lang w:eastAsia="zh-CN"/>
        </w:rPr>
        <w:t>　　分公司全年卷烟计划销量29732箱，其中：一二类卷烟计划2170箱，三类卷烟计划销售6244箱，省外烟计划销量7879箱。</w:t>
      </w:r>
      <w:r>
        <w:rPr>
          <w:lang w:eastAsia="zh-CN"/>
        </w:rPr>
        <w:br/>
      </w:r>
      <w:r>
        <w:rPr>
          <w:lang w:eastAsia="zh-CN"/>
        </w:rPr>
        <w:t>　　2、网建阶段性目标</w:t>
      </w:r>
      <w:r>
        <w:rPr>
          <w:lang w:eastAsia="zh-CN"/>
        </w:rPr>
        <w:br/>
      </w:r>
      <w:r>
        <w:rPr>
          <w:lang w:eastAsia="zh-CN"/>
        </w:rPr>
        <w:t>　　1）、电话访销成功率达到95%以上。</w:t>
      </w:r>
      <w:r>
        <w:rPr>
          <w:lang w:eastAsia="zh-CN"/>
        </w:rPr>
        <w:br/>
      </w:r>
      <w:r>
        <w:rPr>
          <w:lang w:eastAsia="zh-CN"/>
        </w:rPr>
        <w:t>　　2）、网上订货成功率达到100%，在线代扣结算率要达到市局规定的标准，并确保此项工作达到全市前三名。</w:t>
      </w:r>
      <w:r>
        <w:rPr>
          <w:lang w:eastAsia="zh-CN"/>
        </w:rPr>
        <w:br/>
      </w:r>
      <w:r>
        <w:rPr>
          <w:lang w:eastAsia="zh-CN"/>
        </w:rPr>
        <w:t>　　3）、继续扩大中华烟核心商户规模，对于一些有潜力、有规模、有影响力的商户要进行重点扶植与培养。争取在年底前中华烟核心商户要达到50户以上。</w:t>
      </w:r>
      <w:r>
        <w:rPr>
          <w:lang w:eastAsia="zh-CN"/>
        </w:rPr>
        <w:br/>
      </w:r>
      <w:r>
        <w:rPr>
          <w:lang w:eastAsia="zh-CN"/>
        </w:rPr>
        <w:t>　　4）、加强对“村村通”工作的认识，同时加强对“村村通”商户的管理与服务，巩固“村村通”的成果，并做好下步规划。</w:t>
      </w:r>
      <w:r>
        <w:rPr>
          <w:lang w:eastAsia="zh-CN"/>
        </w:rPr>
        <w:br/>
      </w:r>
      <w:r>
        <w:rPr>
          <w:lang w:eastAsia="zh-CN"/>
        </w:rPr>
        <w:t>　　5）、坚持货源公开制度，每天对销售进度进行排名，激励后进，严格监督敏感品牌，做到日日有监督、事事有备案。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6）、规范经营，警钟长鸣。每位营销人员的营销工作必须以规范经营为出发点，常抓不懈。</w:t>
      </w:r>
      <w:r>
        <w:rPr>
          <w:lang w:eastAsia="zh-CN"/>
        </w:rPr>
        <w:br/>
      </w:r>
      <w:r>
        <w:rPr>
          <w:lang w:eastAsia="zh-CN"/>
        </w:rPr>
        <w:t>　　3、客户服务</w:t>
      </w:r>
      <w:r>
        <w:rPr>
          <w:lang w:eastAsia="zh-CN"/>
        </w:rPr>
        <w:br/>
      </w:r>
      <w:r>
        <w:rPr>
          <w:lang w:eastAsia="zh-CN"/>
        </w:rPr>
        <w:t>　　1）、每月对商户拜访不低于3次，每次间隔不得超过10天。</w:t>
      </w:r>
      <w:r>
        <w:rPr>
          <w:lang w:eastAsia="zh-CN"/>
        </w:rPr>
        <w:br/>
      </w:r>
      <w:r>
        <w:rPr>
          <w:lang w:eastAsia="zh-CN"/>
        </w:rPr>
        <w:t>　　2）、大力实施精准营销，围绕市局（公司）“精确信息、精准投放、精细管理”的要求，加快建立完善精细营销体系，提高高端品牌的营销水平，把精准营销的范围扩大到300元/条以上。</w:t>
      </w:r>
      <w:r>
        <w:rPr>
          <w:lang w:eastAsia="zh-CN"/>
        </w:rPr>
        <w:br/>
      </w:r>
      <w:r>
        <w:rPr>
          <w:lang w:eastAsia="zh-CN"/>
        </w:rPr>
        <w:t>　　3）、积极推广“135”工作法，首先对客户经理就“135”工作法的内容及要求进行全面的培训，其次把工作引入到实际工作中，从而促进工作目标化、操作信息化、作业标准化，全面提高营销人员的素质。</w:t>
      </w:r>
      <w:r>
        <w:rPr>
          <w:lang w:eastAsia="zh-CN"/>
        </w:rPr>
        <w:br/>
      </w:r>
      <w:r>
        <w:rPr>
          <w:lang w:eastAsia="zh-CN"/>
        </w:rPr>
        <w:t>　　4、品牌培育计划</w:t>
      </w:r>
      <w:r>
        <w:rPr>
          <w:lang w:eastAsia="zh-CN"/>
        </w:rPr>
        <w:br/>
      </w:r>
      <w:r>
        <w:rPr>
          <w:lang w:eastAsia="zh-CN"/>
        </w:rPr>
        <w:t>　　1）、加强品牌宣传引导力度。</w:t>
      </w:r>
      <w:r>
        <w:rPr>
          <w:lang w:eastAsia="zh-CN"/>
        </w:rPr>
        <w:br/>
      </w:r>
      <w:r>
        <w:rPr>
          <w:lang w:eastAsia="zh-CN"/>
        </w:rPr>
        <w:t>　　在品牌的宣传上，加大市场拜访力度，了解所培育的品牌的销售情况，将客户需求、市场反馈信息整理归纳，并认真研究，为商户提供销售建议，引导商户购进卷烟。</w:t>
      </w:r>
      <w:r>
        <w:rPr>
          <w:lang w:eastAsia="zh-CN"/>
        </w:rPr>
        <w:br/>
      </w:r>
      <w:r>
        <w:rPr>
          <w:lang w:eastAsia="zh-CN"/>
        </w:rPr>
        <w:t>　　2）、加强品牌培育的展示力度客户经理在走访过程中指导零售商户做好卷烟终端化陈列，提高卷烟品牌终端陈列效果，增强品牌终端消费吸引力，从而提升品牌的展示力度。</w:t>
      </w:r>
      <w:r>
        <w:rPr>
          <w:lang w:eastAsia="zh-CN"/>
        </w:rPr>
        <w:br/>
      </w:r>
      <w:r>
        <w:rPr>
          <w:lang w:eastAsia="zh-CN"/>
        </w:rPr>
        <w:t>　　3）、加强对零售商户的的市场引导能力。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客户经理在拜访过程中，要运用所掌握的营销知识，结合商户所处地理位置、销售规模、消费群体等特征，有针对的对品牌的吸食口味、价格、包装、档次和卖点等方面详细向商户推荐介绍，帮助商户树立品牌培育观念，提高品牌推荐能力。</w:t>
      </w:r>
      <w:r>
        <w:rPr>
          <w:lang w:eastAsia="zh-CN"/>
        </w:rPr>
        <w:br/>
      </w:r>
      <w:r>
        <w:rPr>
          <w:lang w:eastAsia="zh-CN"/>
        </w:rPr>
        <w:t>　　4）、最终达到的效果</w:t>
      </w:r>
      <w:r>
        <w:rPr>
          <w:lang w:eastAsia="zh-CN"/>
        </w:rPr>
        <w:br/>
      </w:r>
      <w:r>
        <w:rPr>
          <w:lang w:eastAsia="zh-CN"/>
        </w:rPr>
        <w:t>　　全县一二类卷烟凶手比重要在去年的基础上增长4%以上；单箱销售收入增长20__元以上；年底前，城区商户一二类卷烟的上柜率要达到90%以上，农村商户一二类卷烟的上柜率要达到60%以上。</w:t>
      </w:r>
      <w:r>
        <w:rPr>
          <w:lang w:eastAsia="zh-CN"/>
        </w:rPr>
        <w:br/>
      </w:r>
      <w:r>
        <w:rPr>
          <w:lang w:eastAsia="zh-CN"/>
        </w:rPr>
        <w:t>　　5、营销队伍培训计划</w:t>
      </w:r>
      <w:r>
        <w:rPr>
          <w:lang w:eastAsia="zh-CN"/>
        </w:rPr>
        <w:br/>
      </w:r>
      <w:r>
        <w:rPr>
          <w:lang w:eastAsia="zh-CN"/>
        </w:rPr>
        <w:t>　　1）、针对全年营销人员培训工作，制定培训计划表，每月不得低于8个学时，全年培训学时要高于80个学时。</w:t>
      </w:r>
      <w:r>
        <w:rPr>
          <w:lang w:eastAsia="zh-CN"/>
        </w:rPr>
        <w:br/>
      </w:r>
      <w:r>
        <w:rPr>
          <w:lang w:eastAsia="zh-CN"/>
        </w:rPr>
        <w:t>　　2）、培训内容：1、要涵盖拜访服务、客户关系管理、营销技巧等知识；2、培训方式要做到多样化，做到培训有签到，有考核。</w:t>
      </w:r>
      <w:r>
        <w:rPr>
          <w:lang w:eastAsia="zh-CN"/>
        </w:rPr>
        <w:br/>
      </w:r>
      <w:r>
        <w:rPr>
          <w:lang w:eastAsia="zh-CN"/>
        </w:rPr>
        <w:t>　　3）、做好四个季度的岗位练兵工作，切实做到培训有结果，有考核，有反馈。</w:t>
      </w:r>
      <w:r>
        <w:rPr>
          <w:lang w:eastAsia="zh-CN"/>
        </w:rPr>
        <w:br/>
      </w:r>
      <w:r>
        <w:rPr>
          <w:lang w:eastAsia="zh-CN"/>
        </w:rPr>
        <w:t>　　二、20__年工作措施</w:t>
      </w:r>
      <w:r>
        <w:rPr>
          <w:lang w:eastAsia="zh-CN"/>
        </w:rPr>
        <w:br/>
      </w:r>
      <w:r>
        <w:rPr>
          <w:lang w:eastAsia="zh-CN"/>
        </w:rPr>
        <w:t>　　1、销量任务：</w:t>
      </w:r>
      <w:r>
        <w:rPr>
          <w:lang w:eastAsia="zh-CN"/>
        </w:rPr>
        <w:br/>
      </w:r>
      <w:r>
        <w:rPr>
          <w:lang w:eastAsia="zh-CN"/>
        </w:rPr>
        <w:t>　　1）、每月按照市局（公司）营销中心分配的卷烟销售任务对客户经理进行二次分解，每日对客户经理完成情况进行上榜公布。激励客户经理赶超意识，真正实现销量往前赶，任务往前</w:t>
      </w:r>
      <w:r>
        <w:rPr>
          <w:lang w:eastAsia="zh-CN"/>
        </w:rPr>
        <w:br/>
      </w:r>
      <w:r>
        <w:rPr>
          <w:lang w:eastAsia="zh-CN"/>
        </w:rPr>
        <w:t>　　超的局面。</w:t>
      </w:r>
      <w:r>
        <w:rPr>
          <w:lang w:eastAsia="zh-CN"/>
        </w:rPr>
        <w:br/>
      </w:r>
      <w:r>
        <w:rPr>
          <w:lang w:eastAsia="zh-CN"/>
        </w:rPr>
        <w:t>　　2）、信息、内管部门实时监控各线路日常销售进度，出现异常，及时反馈。</w:t>
      </w:r>
      <w:r>
        <w:rPr>
          <w:lang w:eastAsia="zh-CN"/>
        </w:rPr>
        <w:br/>
      </w:r>
      <w:r>
        <w:rPr>
          <w:lang w:eastAsia="zh-CN"/>
        </w:rPr>
        <w:t>　　3）、晨会、周五例会按时召开，每日通报进度完成情况，并及时传达上级相关营销信息。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2、一二类烟的计划：</w:t>
      </w:r>
      <w:r>
        <w:rPr>
          <w:lang w:eastAsia="zh-CN"/>
        </w:rPr>
        <w:br/>
      </w:r>
      <w:r>
        <w:rPr>
          <w:lang w:eastAsia="zh-CN"/>
        </w:rPr>
        <w:t>　　1）根据县局（分公司）出台的《一二类卷烟品牌上柜率考核办法》，做好相关落实工作。</w:t>
      </w:r>
      <w:r>
        <w:rPr>
          <w:lang w:eastAsia="zh-CN"/>
        </w:rPr>
        <w:br/>
      </w:r>
      <w:r>
        <w:rPr>
          <w:lang w:eastAsia="zh-CN"/>
        </w:rPr>
        <w:t>　　2）、在保证销量的同时也要把握住结构，加大对一二类烟的宣传力度。</w:t>
      </w:r>
      <w:r>
        <w:rPr>
          <w:lang w:eastAsia="zh-CN"/>
        </w:rPr>
        <w:br/>
      </w:r>
      <w:r>
        <w:rPr>
          <w:lang w:eastAsia="zh-CN"/>
        </w:rPr>
        <w:t>　　3）、对网上订货商户进行每周一次的库存盘点，并且要确保网上订货商户销售入账的工作顺利进行。</w:t>
      </w:r>
      <w:r>
        <w:rPr>
          <w:lang w:eastAsia="zh-CN"/>
        </w:rPr>
        <w:br/>
      </w:r>
      <w:r>
        <w:rPr>
          <w:lang w:eastAsia="zh-CN"/>
        </w:rPr>
        <w:t>　　3、网建阶段性目标</w:t>
      </w:r>
      <w:r>
        <w:rPr>
          <w:lang w:eastAsia="zh-CN"/>
        </w:rPr>
        <w:br/>
      </w:r>
      <w:r>
        <w:rPr>
          <w:lang w:eastAsia="zh-CN"/>
        </w:rPr>
        <w:t>　　1）、网上订货成功率列入考核指标，客户经理要实时关注，加大对网上订货商户的拜访力度，以免影响其卷烟订购。</w:t>
      </w:r>
      <w:r>
        <w:rPr>
          <w:lang w:eastAsia="zh-CN"/>
        </w:rPr>
        <w:br/>
      </w:r>
      <w:r>
        <w:rPr>
          <w:lang w:eastAsia="zh-CN"/>
        </w:rPr>
        <w:t>　　2）、强力推进在线代扣工作，一方面客户经理提前一天查看商户账户余额，提前提醒商户存足金额。另一方面由助理客户经理当日对未按时存款的商户实行电话提醒。确保在线代扣成功率达到100%。</w:t>
      </w:r>
      <w:r>
        <w:rPr>
          <w:lang w:eastAsia="zh-CN"/>
        </w:rPr>
        <w:br/>
      </w:r>
      <w:r>
        <w:rPr>
          <w:lang w:eastAsia="zh-CN"/>
        </w:rPr>
        <w:t>　　3）、持续发展网上订货商户，以城市客户为重点，加强引导，注重实效，选择部门有效客户开展网上配货工作。努力保持商户达到10%以上的批零差价，从而建立良好的客我关系。4）中华烟商户的维护与管理，一方面要对现有的中华烟商户进行重点管理，市场经理每月至少拜访两次以上，客户经理每周至少一次；另一方面发展新的中华烟商户，对销售一二类卷烟较多，经营门面较好，地段繁华，并在社会上拥有一定的消费人群的商户进行申报，并做好门头标识更换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4、考核培训。</w:t>
      </w:r>
      <w:r>
        <w:rPr>
          <w:lang w:eastAsia="zh-CN"/>
        </w:rPr>
        <w:br/>
      </w:r>
      <w:r>
        <w:rPr>
          <w:lang w:eastAsia="zh-CN"/>
        </w:rPr>
        <w:t>　　1）、加大三级督察力度，发现拜访不到位，签字不规范的人员，将严肃处理。</w:t>
      </w:r>
      <w:r>
        <w:rPr>
          <w:lang w:eastAsia="zh-CN"/>
        </w:rPr>
        <w:br/>
      </w:r>
      <w:r>
        <w:rPr>
          <w:lang w:eastAsia="zh-CN"/>
        </w:rPr>
        <w:t>　　2）、积极准备筹划上、下半年的零售商户满意度调查工作，力求每次的调查真实有效，反映商户真实愿望。</w:t>
      </w:r>
      <w:r>
        <w:rPr>
          <w:lang w:eastAsia="zh-CN"/>
        </w:rPr>
        <w:br/>
      </w:r>
      <w:r>
        <w:rPr>
          <w:lang w:eastAsia="zh-CN"/>
        </w:rPr>
        <w:t>　　3）、做好四个季度的岗位练兵的考核准备工作，要使岗位练兵真正起到效果，不能流于形式。</w:t>
      </w:r>
      <w:r>
        <w:rPr>
          <w:lang w:eastAsia="zh-CN"/>
        </w:rPr>
        <w:br/>
      </w:r>
      <w:r>
        <w:rPr>
          <w:lang w:eastAsia="zh-CN"/>
        </w:rPr>
        <w:t>　　4）、出台各种相应考核方案，严格按照各项文件及规章制度进行培训考核。</w:t>
      </w:r>
      <w:r>
        <w:rPr>
          <w:lang w:eastAsia="zh-CN"/>
        </w:rPr>
        <w:br/>
      </w:r>
      <w:r>
        <w:rPr>
          <w:lang w:eastAsia="zh-CN"/>
        </w:rPr>
        <w:t>　　20__年四月十日篇三：近阶段卷烟销售工作思路</w:t>
      </w:r>
      <w:r>
        <w:rPr>
          <w:lang w:eastAsia="zh-CN"/>
        </w:rPr>
        <w:br/>
      </w:r>
      <w:r>
        <w:rPr>
          <w:lang w:eastAsia="zh-CN"/>
        </w:rPr>
        <w:t>　　近阶段卷烟销售工作思路</w:t>
      </w:r>
      <w:r>
        <w:rPr>
          <w:lang w:eastAsia="zh-CN"/>
        </w:rPr>
        <w:br/>
      </w:r>
      <w:r>
        <w:rPr>
          <w:lang w:eastAsia="zh-CN"/>
        </w:rPr>
        <w:t>　　根据营销、物流工作会议精神，为切实做好销售工作稳中有升，烟草专卖局（分公司）提出近阶段卷烟销售工作思路。</w:t>
      </w:r>
      <w:r>
        <w:rPr>
          <w:lang w:eastAsia="zh-CN"/>
        </w:rPr>
        <w:br/>
      </w:r>
      <w:r>
        <w:rPr>
          <w:lang w:eastAsia="zh-CN"/>
        </w:rPr>
        <w:t>　　一、主要工作回顾</w:t>
      </w:r>
      <w:r>
        <w:rPr>
          <w:lang w:eastAsia="zh-CN"/>
        </w:rPr>
        <w:br/>
      </w:r>
      <w:r>
        <w:rPr>
          <w:lang w:eastAsia="zh-CN"/>
        </w:rPr>
        <w:t>　　20__年以来分公司紧紧围绕以下几方面开展销售工作：</w:t>
      </w:r>
      <w:r>
        <w:rPr>
          <w:lang w:eastAsia="zh-CN"/>
        </w:rPr>
        <w:br/>
      </w:r>
      <w:r>
        <w:rPr>
          <w:lang w:eastAsia="zh-CN"/>
        </w:rPr>
        <w:t>　　2、查找薄弱环节，加强省外重点品牌的推介。结合__县市场的实际，以红金龙品牌系列作为省外烟销售提升的突破口，将红金龙品牌系列的销售量纳入客户经理考核中，加强客户经理对该品牌推介引导，以此促进省外烟销售总量的提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3、把握销售增长点，做好新品牌上市推介工作。在今年新品牌豪运狼、纯金狼、泰山、庐山、小熊猫上市之际，加强客户经理的走访宣传，以上柜增量为目标，将新品牌的上柜率作为当月客户经理kpi考核的重要指标，提高客户经理新品牌培育的积极性。</w:t>
      </w:r>
      <w:r>
        <w:rPr>
          <w:lang w:eastAsia="zh-CN"/>
        </w:rPr>
        <w:br/>
      </w:r>
      <w:r>
        <w:rPr>
          <w:lang w:eastAsia="zh-CN"/>
        </w:rPr>
        <w:t>　　4、实时跟踪，保证订货成功率。受季节性因素的影响，当前卷烟周转较慢，客户库存增多，造成客户容易忽视或者忘记订货，对此，__县分公司除了客户经理拜访提醒订货之外，在下午时间，再次用电话进行友情提示，要求覆盖面达到100%，保证客户的'订货成功率。</w:t>
      </w:r>
      <w:r>
        <w:rPr>
          <w:lang w:eastAsia="zh-CN"/>
        </w:rPr>
        <w:br/>
      </w:r>
      <w:r>
        <w:rPr>
          <w:lang w:eastAsia="zh-CN"/>
        </w:rPr>
        <w:t>　　5、专销结合，加强市场监管。春节过后这段时间是礼品烟回流的高峰期，为了防止乱渠道礼品烟的回流，__县加强对重点户的销售跟踪，收集卷烟市场信息，及时向市管员提供有价值的信息，以此加强专销两员的沟通，减少乱渠道卷对__县市场的冲击。</w:t>
      </w:r>
      <w:r>
        <w:rPr>
          <w:lang w:eastAsia="zh-CN"/>
        </w:rPr>
        <w:br/>
      </w:r>
      <w:r>
        <w:rPr>
          <w:lang w:eastAsia="zh-CN"/>
        </w:rPr>
        <w:t>　　二、市场现状分析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1、受经济因素影响，客户卷烟周转较慢。根了解，__县兴泰开发区有50%以上的工厂业务量减少，15%的工厂处于半停业状态，一些外来打工者回乡，或者处于半失业状态，消费能力和水平有所下降，零售户卷烟销售出现周转缓慢，库存量增大的现象。据调查，当前有70.7%的客户社会库存量超过周转数1倍以上。可见，消费者的购买力下降，造成零售客户卷烟库存量不断加大，从而影响到卷烟销售总量的提升。2、部分货源不能满足。一是省产三、四类卷烟无法满足市场需求；二是五类烟吉庆狮被整合，前门只投放农村市场，富健狮限量供应，最高只能订到10条，造成该档次的主销品牌无法满足消费者需求。该价位所腾出的市场空间，其它同档次品牌受口味因素的影响一时无法完全替代，从而给假、乱渠道卷烟带来市场机会，最终影响到卷烟销量。</w:t>
      </w:r>
      <w:r>
        <w:rPr>
          <w:lang w:eastAsia="zh-CN"/>
        </w:rPr>
        <w:br/>
      </w:r>
      <w:r>
        <w:rPr>
          <w:lang w:eastAsia="zh-CN"/>
        </w:rPr>
        <w:t>　　4、礼品烟、乱渠道卷烟增多，侵占市场空间。春节过后，一些礼品烟如中华、软灰狼开始回流市场，从而占领了部分高档卷烟市场。另外，乱渠道卷烟如阿诗玛、小熊猫也在一定程度上冲击着__县卷烟市场。</w:t>
      </w:r>
      <w:r>
        <w:rPr>
          <w:lang w:eastAsia="zh-CN"/>
        </w:rPr>
        <w:br/>
      </w:r>
      <w:r>
        <w:rPr>
          <w:lang w:eastAsia="zh-CN"/>
        </w:rPr>
        <w:t>　　分析__县今年销售总量不足的同时，我们从销售数据中也发现其他经营指标的差距，如条均价增长3.86%，与全市的5%有一定差距；省内一类烟同比下降2.74%，省外二类烟下降11.36%，在一定程度上影响着__县卷烟销售结构的提升。</w:t>
      </w:r>
      <w:r>
        <w:rPr>
          <w:lang w:eastAsia="zh-CN"/>
        </w:rPr>
        <w:br/>
      </w:r>
      <w:r>
        <w:rPr>
          <w:lang w:eastAsia="zh-CN"/>
        </w:rPr>
        <w:t>　　三、下阶段卷烟销售思路</w:t>
      </w:r>
      <w:r>
        <w:rPr>
          <w:lang w:eastAsia="zh-CN"/>
        </w:rPr>
        <w:br/>
      </w:r>
      <w:r>
        <w:rPr>
          <w:lang w:eastAsia="zh-CN"/>
        </w:rPr>
        <w:t>　　2、修订、完善现有考核办法，</w:t>
      </w:r>
      <w:r>
        <w:rPr>
          <w:lang w:eastAsia="zh-CN"/>
        </w:rPr>
        <w:br/>
      </w:r>
      <w:r>
        <w:rPr>
          <w:lang w:eastAsia="zh-CN"/>
        </w:rPr>
        <w:t>　　转变客户经理工作重点，提高客户经理工作积极性从四月份开始，在原有《客户经理考核方案》的基础上，结合当前卷烟销售工作情况，修整部分考核内容，以转变客户经理工作重点，提高客户经理工作积极性。</w:t>
      </w:r>
      <w:r>
        <w:rPr>
          <w:lang w:eastAsia="zh-CN"/>
        </w:rPr>
        <w:br/>
      </w:r>
      <w:r>
        <w:rPr>
          <w:lang w:eastAsia="zh-CN"/>
        </w:rPr>
        <w:t>　　一是改变销售指标考核内容。由原来的总量、低档烟、条均价改为总量、省内一类烟、二类烟，确保与近段的工作目标相一致。</w:t>
      </w:r>
      <w:r>
        <w:rPr>
          <w:lang w:eastAsia="zh-CN"/>
        </w:rPr>
        <w:br/>
      </w:r>
      <w:r>
        <w:rPr>
          <w:lang w:eastAsia="zh-CN"/>
        </w:rPr>
        <w:t>　　二是提高卷烟销售任务指标项目分值的比重，由原来的24分，提高到60分，提高36个百分点，以提高考核权重引起客户经理对销售工作的高度重视，同时降低其它各项目的分值。</w:t>
      </w:r>
      <w:r>
        <w:rPr>
          <w:lang w:eastAsia="zh-CN"/>
        </w:rPr>
        <w:br/>
      </w:r>
      <w:r>
        <w:rPr>
          <w:lang w:eastAsia="zh-CN"/>
        </w:rPr>
        <w:t>　　3、科学合理设定考核指标，提高客户经理工作热情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为确保所设定的考核指标科学合理，客户服务中心在制定指标时，根据历史销售数据和销售趋势预测等，确定总体目标（总量、狼系列一类烟、狼系列二类烟），再根据各片区的实际情况（所占比重），合理划分各片区每月的销售指标，并于每月最后一天下午召开部门会议，向各客户经理通报下个月所核定的指标值及该值是如何计算（客户经理可以提出意见），经客户经理确认后，与客户经理签订销售责任状，通过此项措施，增强考核指标的透明度，提高客户经理工作热情，确保客户经理全身心的投入到工作中去，完成销售指标。在确定销售指标后，客户经理应将任务指标合理划分到每个订货日，并做好销售跟踪，同时建立逐层销售情况反馈机制，每个订货日由客户经理反馈给服务部负责人，服务部负责人反馈给客户服务中心，以便客户服务中心及时掌握市场动态。</w:t>
      </w:r>
      <w:r>
        <w:rPr>
          <w:lang w:eastAsia="zh-CN"/>
        </w:rPr>
        <w:br/>
      </w:r>
      <w:r>
        <w:rPr>
          <w:lang w:eastAsia="zh-CN"/>
        </w:rPr>
        <w:t>　　4、加强专销结合，实现信息共享</w:t>
      </w:r>
      <w:r>
        <w:rPr>
          <w:lang w:eastAsia="zh-CN"/>
        </w:rPr>
        <w:br/>
      </w:r>
      <w:r>
        <w:rPr>
          <w:lang w:eastAsia="zh-CN"/>
        </w:rPr>
        <w:t>　　一是强化专销联席会议例会制度。为进一步加强专销结合，更好服务零售户和消费者，及时反馈、解决辖区市场存在的异常情况和问题，净化卷烟市场，维护卷烟经营秩序，经研究决定，制定专销联席会议例会制度，将每月第四周星期三下午15：30定为会议时间，会上与会人员必须根据各自岗位情况汇报一个月来的工作情况、收集的信息及存在问题进行交流与探讨，从而为卷烟经营和专卖管理提供有力的信息支撑和解决平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二是建立专销人员定期市场反馈机制。为便于专销人员间的信息交流与沟通，经研究决定，建立专销人员定期市场反馈机制，将每星期五下午定为专销人员交流沟通日。会上专销人员必须就一周以来市场走访情况、卷烟销售情况及收集到的各类信息、存在问题等进行交流，</w:t>
      </w:r>
      <w:r>
        <w:rPr>
          <w:lang w:eastAsia="zh-CN"/>
        </w:rPr>
        <w:br/>
      </w:r>
      <w:r>
        <w:rPr>
          <w:lang w:eastAsia="zh-CN"/>
        </w:rPr>
        <w:t xml:space="preserve">    销售工作计划范文集合 篇13 </w:t>
      </w:r>
      <w:r>
        <w:rPr>
          <w:lang w:eastAsia="zh-CN"/>
        </w:rPr>
        <w:br/>
      </w:r>
      <w:r>
        <w:rPr>
          <w:lang w:eastAsia="zh-CN"/>
        </w:rPr>
        <w:t>　　工作出色，为公司的发展做出自己应有的贡献，销售工作计划书。否则，哪一个公司也不会要一名白拿工资不干活的员工。我毕业之后就来到了公司工作，我相信自己能够在公司里发挥更大的作用。现在的我已经在公司销售部门工作有一年的时间了，可以说自己已经很好的熟悉了公司目前的工作了，也拟定了20__年销售工作计划，我相信在以后的工作中我还是会做的更好！</w:t>
      </w:r>
      <w:r>
        <w:rPr>
          <w:lang w:eastAsia="zh-CN"/>
        </w:rPr>
        <w:br/>
      </w:r>
      <w:r>
        <w:rPr>
          <w:lang w:eastAsia="zh-CN"/>
        </w:rPr>
        <w:t>　　在20__年刚接触这个行业时,在选择顾客的问题上走过不少弯路,那是因为对这个行业还不太熟悉,总是选择一些食品行业,但这些企业往往对标签的价格是非常注重的.所以今年不要在选一些只看价格,对质量没要求的顾客.没有要求的顾客不是好顾客。</w:t>
      </w:r>
      <w:r>
        <w:rPr>
          <w:lang w:eastAsia="zh-CN"/>
        </w:rPr>
        <w:br/>
      </w:r>
      <w:r>
        <w:rPr>
          <w:lang w:eastAsia="zh-CN"/>
        </w:rPr>
        <w:t>　　20__年工作计划如下：</w:t>
      </w:r>
      <w:r>
        <w:rPr>
          <w:lang w:eastAsia="zh-CN"/>
        </w:rPr>
        <w:br/>
      </w:r>
      <w:r>
        <w:rPr>
          <w:lang w:eastAsia="zh-CN"/>
        </w:rPr>
        <w:t>　　一；对于老顾客，和固定顾客，要经常保持联系，在有时间有条件的情况下，送一些小礼物或宴请顾客，好稳定与顾客关系。</w:t>
      </w:r>
      <w:r>
        <w:rPr>
          <w:lang w:eastAsia="zh-CN"/>
        </w:rPr>
        <w:br/>
      </w:r>
      <w:r>
        <w:rPr>
          <w:lang w:eastAsia="zh-CN"/>
        </w:rPr>
        <w:t>　　二；在拥有老顾客的同时还要不断从各种媒体获得 顾客信息。</w:t>
      </w:r>
      <w:r>
        <w:rPr>
          <w:lang w:eastAsia="zh-CN"/>
        </w:rPr>
        <w:br/>
      </w:r>
      <w:r>
        <w:rPr>
          <w:lang w:eastAsia="zh-CN"/>
        </w:rPr>
        <w:t>　　三；要有好业绩就得加强业务学习，开拓视野，丰富知识，采取多样化形式，把学业务与交流技能向结合，工作计划《销售工作计划书》。</w:t>
      </w:r>
      <w:r>
        <w:rPr>
          <w:lang w:eastAsia="zh-CN"/>
        </w:rPr>
        <w:br/>
      </w:r>
      <w:r>
        <w:rPr>
          <w:lang w:eastAsia="zh-CN"/>
        </w:rPr>
        <w:t>　　四；今年对自己有以下要求</w:t>
      </w:r>
      <w:r>
        <w:rPr>
          <w:lang w:eastAsia="zh-CN"/>
        </w:rPr>
        <w:br/>
      </w:r>
      <w:r>
        <w:rPr>
          <w:lang w:eastAsia="zh-CN"/>
        </w:rPr>
        <w:t>　　1：每周要增加?个以上的新顾客，还要有_到_个潜在顾客。</w:t>
      </w:r>
      <w:r>
        <w:rPr>
          <w:lang w:eastAsia="zh-CN"/>
        </w:rPr>
        <w:br/>
      </w:r>
    </w:p>
    <w:p w:rsidR="001B1F19" w14:textId="27C3F48A">
      <w:pPr>
        <w:rPr>
          <w:rFonts w:hint="eastAsia"/>
          <w:lang w:eastAsia="zh-CN"/>
        </w:rPr>
      </w:pPr>
      <w:r>
        <w:rPr>
          <w:lang w:eastAsia="zh-CN"/>
        </w:rPr>
        <w:t>　　2：一周一小结，每月一大结，看看有哪些工作上的失误，及时改正下次不要再犯。</w:t>
      </w:r>
      <w:r>
        <w:rPr>
          <w:lang w:eastAsia="zh-CN"/>
        </w:rPr>
        <w:br/>
      </w:r>
      <w:r>
        <w:rPr>
          <w:lang w:eastAsia="zh-CN"/>
        </w:rPr>
        <w:t>　　3：见顾客之前要多了解顾客的状态和需求，再做好准备工作有可能不会丢失这个顾客。</w:t>
      </w:r>
      <w:r>
        <w:rPr>
          <w:lang w:eastAsia="zh-CN"/>
        </w:rPr>
        <w:br/>
      </w:r>
      <w:r>
        <w:rPr>
          <w:lang w:eastAsia="zh-CN"/>
        </w:rPr>
        <w:t>　　4：对顾客不能有隐瞒和欺骗，这样不会有忠诚的顾客。在有些问题上你和顾客是一直。</w:t>
      </w:r>
      <w:r>
        <w:rPr>
          <w:lang w:eastAsia="zh-CN"/>
        </w:rPr>
        <w:br/>
      </w:r>
      <w:r>
        <w:rPr>
          <w:lang w:eastAsia="zh-CN"/>
        </w:rPr>
        <w:t>　　5：对所有顾客的工作态度都要一样，但不能太低三下气。给顾客一好印象，为公司树立更好的形象。</w:t>
      </w:r>
      <w:r>
        <w:rPr>
          <w:lang w:eastAsia="zh-CN"/>
        </w:rPr>
        <w:br/>
      </w:r>
      <w:r>
        <w:rPr>
          <w:lang w:eastAsia="zh-CN"/>
        </w:rPr>
        <w:t>　　7：顾客遇到问题，不能置之不理一定要尽全力帮助他们解决。要先做人再做生意，让顾客相信我们的工作实力，才能更好的完成任务。</w:t>
      </w:r>
      <w:r>
        <w:rPr>
          <w:lang w:eastAsia="zh-CN"/>
        </w:rPr>
        <w:br/>
      </w:r>
      <w:r>
        <w:rPr>
          <w:lang w:eastAsia="zh-CN"/>
        </w:rPr>
        <w:t>　　8：自信是非常重要的。要经常对自己说你是最好的，你是独一无二的。拥有健康乐观积极向上的工作态度才能更好的完成任务。</w:t>
      </w:r>
      <w:r>
        <w:rPr>
          <w:lang w:eastAsia="zh-CN"/>
        </w:rPr>
        <w:br/>
      </w:r>
      <w:r>
        <w:rPr>
          <w:lang w:eastAsia="zh-CN"/>
        </w:rPr>
        <w:t>　　9：和公司其他员工要有良好的沟通，有团队意识，多交流，多探讨，才能不断增长业务技能。</w:t>
      </w:r>
      <w:r>
        <w:rPr>
          <w:lang w:eastAsia="zh-CN"/>
        </w:rPr>
        <w:br/>
      </w:r>
      <w:r>
        <w:rPr>
          <w:lang w:eastAsia="zh-CN"/>
        </w:rPr>
        <w:t>　　：为了今年的销售任务每月我要努力完成?到?万元的任务额，为公司创造 利润。</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https://d.book118.com/006021235145010045</w:t>
        </w:r>
      </w:hyperlink>
    </w:p>
    <w:p w:rsidR="001B1F19">
      <w:pPr>
        <w:rPr>
          <w:rFonts w:hint="eastAsia"/>
          <w:lang w:eastAsia="zh-CN"/>
        </w:rPr>
      </w:pPr>
    </w:p>
    <w:sectPr>
      <w:type w:val="nextPage"/>
      <w:pgSz w:w="11906" w:h="16838"/>
      <w:pgMar w:top="1440" w:right="1800" w:bottom="1440" w:left="1800" w:header="851" w:footer="992" w:gutter="0"/>
      <w:pgNumType w:start="3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0602123514501004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50</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