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2024年食堂承包合同（30篇）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食堂承包合同范本一</w:t>
      </w:r>
      <w:r>
        <w:rPr>
          <w:lang w:eastAsia="zh-CN"/>
        </w:rPr>
        <w:br/>
      </w:r>
      <w:r>
        <w:rPr>
          <w:lang w:eastAsia="zh-CN"/>
        </w:rPr>
        <w:t>　　甲方：_________</w:t>
      </w:r>
      <w:r>
        <w:rPr>
          <w:lang w:eastAsia="zh-CN"/>
        </w:rPr>
        <w:br/>
      </w:r>
      <w:r>
        <w:rPr>
          <w:lang w:eastAsia="zh-CN"/>
        </w:rPr>
        <w:t>　　乙方：_________</w:t>
      </w:r>
      <w:r>
        <w:rPr>
          <w:lang w:eastAsia="zh-CN"/>
        </w:rPr>
        <w:br/>
      </w:r>
      <w:r>
        <w:rPr>
          <w:lang w:eastAsia="zh-CN"/>
        </w:rPr>
        <w:t>　　为了甲、乙双方的责权关系，特拟定以下合约，甲、乙双方须共同遵守。</w:t>
      </w:r>
      <w:r>
        <w:rPr>
          <w:lang w:eastAsia="zh-CN"/>
        </w:rPr>
        <w:br/>
      </w:r>
      <w:r>
        <w:rPr>
          <w:lang w:eastAsia="zh-CN"/>
        </w:rPr>
        <w:t>　　一、甲方无偿提供给乙方所用的厂地、厨具、水电、燃料以及工作人员住宿等。(注：如厂方不便之处可面议)</w:t>
      </w:r>
      <w:r>
        <w:rPr>
          <w:lang w:eastAsia="zh-CN"/>
        </w:rPr>
        <w:br/>
      </w:r>
      <w:r>
        <w:rPr>
          <w:lang w:eastAsia="zh-CN"/>
        </w:rPr>
        <w:t>　　二、厨房工人工资由乙方负责，工具损耗(如：冰箱、风扇、风机)等电器由甲方负责，其它厨具损耗由乙方负责。</w:t>
      </w:r>
      <w:r>
        <w:rPr>
          <w:lang w:eastAsia="zh-CN"/>
        </w:rPr>
        <w:br/>
      </w:r>
      <w:r>
        <w:rPr>
          <w:lang w:eastAsia="zh-CN"/>
        </w:rPr>
        <w:t>　　三、员工每天_________餐，中、晚餐各_________菜_________汤。每人每天伙食费_________元，加班夜宵费另计。</w:t>
      </w:r>
      <w:r>
        <w:rPr>
          <w:lang w:eastAsia="zh-CN"/>
        </w:rPr>
        <w:br/>
      </w:r>
      <w:r>
        <w:rPr>
          <w:lang w:eastAsia="zh-CN"/>
        </w:rPr>
        <w:t>　　四、干部每天_________餐，每人每天_________元，中、晚餐各_________菜_________汤。</w:t>
      </w:r>
      <w:r>
        <w:rPr>
          <w:lang w:eastAsia="zh-CN"/>
        </w:rPr>
        <w:br/>
      </w:r>
      <w:r>
        <w:rPr>
          <w:lang w:eastAsia="zh-CN"/>
        </w:rPr>
        <w:t>　　五、节假日乙方要安排正常开膳，厨房用具保持卫生清洁。</w:t>
      </w:r>
      <w:r>
        <w:rPr>
          <w:lang w:eastAsia="zh-CN"/>
        </w:rPr>
        <w:br/>
      </w:r>
      <w:r>
        <w:rPr>
          <w:lang w:eastAsia="zh-CN"/>
        </w:rPr>
        <w:t>　　六、乙方要定期变换食谱，严格执行(食品卫生法)同时负责厨房范围、设备、用具的卫生及管理工作由乙方负责。</w:t>
      </w:r>
      <w:r>
        <w:rPr>
          <w:lang w:eastAsia="zh-CN"/>
        </w:rPr>
        <w:br/>
      </w:r>
      <w:r>
        <w:rPr>
          <w:lang w:eastAsia="zh-CN"/>
        </w:rPr>
        <w:t>　　七、甲方有权随时抽检乙方食堂卫生和所采原辅料。乙方要做到原辅料新鲜无异味，并和甲方一道协调做好适合员工口味的饭菜。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八、甲方员工应自觉维护公共卫生，如骨头、菜渣等不得倒在地面及桌面上，应自觉把残渣倒入桶内，不自觉者应由甲方负责。</w:t>
      </w:r>
      <w:r>
        <w:rPr>
          <w:lang w:eastAsia="zh-CN"/>
        </w:rPr>
        <w:br/>
      </w:r>
      <w:r>
        <w:rPr>
          <w:lang w:eastAsia="zh-CN"/>
        </w:rPr>
        <w:t>　　九、甲方每天应在下午五点前提供第二天的人数给乙方。</w:t>
      </w:r>
      <w:r>
        <w:rPr>
          <w:lang w:eastAsia="zh-CN"/>
        </w:rPr>
        <w:br/>
      </w:r>
      <w:r>
        <w:rPr>
          <w:lang w:eastAsia="zh-CN"/>
        </w:rPr>
        <w:t>　　十、结算方式按甲方每天提供人数计算。</w:t>
      </w:r>
      <w:r>
        <w:rPr>
          <w:lang w:eastAsia="zh-CN"/>
        </w:rPr>
        <w:br/>
      </w:r>
      <w:r>
        <w:rPr>
          <w:lang w:eastAsia="zh-CN"/>
        </w:rPr>
        <w:t>　　十一、甲方员工伙食费由乙方先付，以_________天结算给乙方，最迟不超过_________天。</w:t>
      </w:r>
      <w:r>
        <w:rPr>
          <w:lang w:eastAsia="zh-CN"/>
        </w:rPr>
        <w:br/>
      </w:r>
      <w:r>
        <w:rPr>
          <w:lang w:eastAsia="zh-CN"/>
        </w:rPr>
        <w:t>　　十二、厨房里面的剩饭、残渣应由乙方负责。</w:t>
      </w:r>
      <w:r>
        <w:rPr>
          <w:lang w:eastAsia="zh-CN"/>
        </w:rPr>
        <w:br/>
      </w:r>
      <w:r>
        <w:rPr>
          <w:lang w:eastAsia="zh-CN"/>
        </w:rPr>
        <w:t>　　十三、乙方厨房员工应遵守甲方厂规。</w:t>
      </w:r>
      <w:r>
        <w:rPr>
          <w:lang w:eastAsia="zh-CN"/>
        </w:rPr>
        <w:br/>
      </w:r>
      <w:r>
        <w:rPr>
          <w:lang w:eastAsia="zh-CN"/>
        </w:rPr>
        <w:t>　　十四、甲方员工不得带零食到餐厅吃用及私自跑到厨房里骚乱，出事均由骚乱者负责。</w:t>
      </w:r>
      <w:r>
        <w:rPr>
          <w:lang w:eastAsia="zh-CN"/>
        </w:rPr>
        <w:br/>
      </w:r>
      <w:r>
        <w:rPr>
          <w:lang w:eastAsia="zh-CN"/>
        </w:rPr>
        <w:t>　　十五、乙方从_________年_________月_________日开始承包至_________年_________月_________日止。期间任何一方要求解约，须与对方协商，并提前半个月通知对方。本合同试用期为一个月，如双方满意，则按合同执行。</w:t>
      </w:r>
      <w:r>
        <w:rPr>
          <w:lang w:eastAsia="zh-CN"/>
        </w:rPr>
        <w:br/>
      </w:r>
      <w:r>
        <w:rPr>
          <w:lang w:eastAsia="zh-CN"/>
        </w:rPr>
        <w:t>　　十六、如有问题不在本合约，由双方协商解决。本合约甲、乙各执一份，经双方签字，盖章即日生效。</w:t>
      </w:r>
      <w:r>
        <w:rPr>
          <w:lang w:eastAsia="zh-CN"/>
        </w:rPr>
        <w:br/>
      </w:r>
      <w:r>
        <w:rPr>
          <w:lang w:eastAsia="zh-CN"/>
        </w:rPr>
        <w:t>　　甲方(签章)：_________乙方(签章)：_________</w:t>
      </w:r>
      <w:r>
        <w:rPr>
          <w:lang w:eastAsia="zh-CN"/>
        </w:rPr>
        <w:br/>
      </w:r>
      <w:r>
        <w:rPr>
          <w:lang w:eastAsia="zh-CN"/>
        </w:rPr>
        <w:t>　　_________年____月____日_________年____月____日</w:t>
      </w:r>
      <w:r>
        <w:rPr>
          <w:lang w:eastAsia="zh-CN"/>
        </w:rPr>
        <w:br/>
      </w:r>
      <w:r>
        <w:rPr>
          <w:lang w:eastAsia="zh-CN"/>
        </w:rPr>
        <w:t>　　食堂承包合同范本二</w:t>
      </w:r>
      <w:r>
        <w:rPr>
          <w:lang w:eastAsia="zh-CN"/>
        </w:rPr>
        <w:br/>
      </w:r>
      <w:r>
        <w:rPr>
          <w:lang w:eastAsia="zh-CN"/>
        </w:rPr>
        <w:t>　　甲方：</w:t>
      </w:r>
      <w:r>
        <w:rPr>
          <w:lang w:eastAsia="zh-CN"/>
        </w:rPr>
        <w:br/>
      </w:r>
      <w:r>
        <w:rPr>
          <w:lang w:eastAsia="zh-CN"/>
        </w:rPr>
        <w:t>　　乙方：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甲、乙方经充分协商后签订本合同，双方应共同遵守，严格执行，以保证办好食堂，服务广大师生。具体合同条款如下：</w:t>
      </w:r>
      <w:r>
        <w:rPr>
          <w:lang w:eastAsia="zh-CN"/>
        </w:rPr>
        <w:br/>
      </w:r>
      <w:r>
        <w:rPr>
          <w:lang w:eastAsia="zh-CN"/>
        </w:rPr>
        <w:t>　　一、甲方的权力与义务：</w:t>
      </w:r>
      <w:r>
        <w:rPr>
          <w:lang w:eastAsia="zh-CN"/>
        </w:rPr>
        <w:br/>
      </w:r>
      <w:r>
        <w:rPr>
          <w:lang w:eastAsia="zh-CN"/>
        </w:rPr>
        <w:t>　　1、甲方于20__年7月30日将第三食堂内场地即原后山第二食堂(注：若后山新盖食堂完工，则转入后山新盖食堂内经营)及学校固定资产(注：固定资产清单另付 )提供给乙方使用。</w:t>
      </w:r>
      <w:r>
        <w:rPr>
          <w:lang w:eastAsia="zh-CN"/>
        </w:rPr>
        <w:br/>
      </w:r>
      <w:r>
        <w:rPr>
          <w:lang w:eastAsia="zh-CN"/>
        </w:rPr>
        <w:t>　　2、甲方允许乙方在第三食堂内经营饮食、开水供应。不得经营烟、酒、生活用品、食杂(面包、蛋糕除外)、文具、水果、冷饮。乙方不得在食堂内开设小卖部，否则视为违约。</w:t>
      </w:r>
      <w:r>
        <w:rPr>
          <w:lang w:eastAsia="zh-CN"/>
        </w:rPr>
        <w:br/>
      </w:r>
      <w:r>
        <w:rPr>
          <w:lang w:eastAsia="zh-CN"/>
        </w:rPr>
        <w:t>　　3、甲方向第三食堂供水、供电( 注：若停电，甲方应及时发电;若自来水厂停水，甲方应及时供井水，以确保乙方能正常营业。)</w:t>
      </w:r>
      <w:r>
        <w:rPr>
          <w:lang w:eastAsia="zh-CN"/>
        </w:rPr>
        <w:br/>
      </w:r>
      <w:r>
        <w:rPr>
          <w:lang w:eastAsia="zh-CN"/>
        </w:rPr>
        <w:t>　　4、第三食堂的开业停业时间由甲方根据校历安排统一规定;</w:t>
      </w:r>
      <w:r>
        <w:rPr>
          <w:lang w:eastAsia="zh-CN"/>
        </w:rPr>
        <w:br/>
      </w:r>
      <w:r>
        <w:rPr>
          <w:lang w:eastAsia="zh-CN"/>
        </w:rPr>
        <w:t>　　5、甲方对乙方经营的食堂存在卫生、质量、价格、服务态度等方面有检查监督权力，乙方应服从甲方职能部门管理。</w:t>
      </w:r>
      <w:r>
        <w:rPr>
          <w:lang w:eastAsia="zh-CN"/>
        </w:rPr>
        <w:br/>
      </w:r>
      <w:r>
        <w:rPr>
          <w:lang w:eastAsia="zh-CN"/>
        </w:rPr>
        <w:t>　　6、在甲方召开膳食工作会议(每月一次)时，乙方(承包者)应亲自到场参加，听取学生代表及职能部门意见，及时改正，提高服务质量以利于乙方将食堂办得更好;若两次不亲自参加，当作不亲自经营管理，视为违约;</w:t>
      </w:r>
      <w:r>
        <w:rPr>
          <w:lang w:eastAsia="zh-CN"/>
        </w:rPr>
        <w:br/>
      </w:r>
      <w:r>
        <w:rPr>
          <w:lang w:eastAsia="zh-CN"/>
        </w:rPr>
        <w:t>　　7、甲方保证在承包期内不在校内开设第四家食堂。但甲方实验室进行面包、蛋糕等工艺实验或教工活动中心的正常活动不受此限。</w:t>
      </w:r>
      <w:r>
        <w:rPr>
          <w:lang w:eastAsia="zh-CN"/>
        </w:rPr>
        <w:br/>
      </w:r>
      <w:r>
        <w:rPr>
          <w:lang w:eastAsia="zh-CN"/>
        </w:rPr>
        <w:t>　　8、乙方对第三食堂的水、电装修及房屋结构改造需经甲方同意后方可施工;</w:t>
      </w:r>
      <w:r>
        <w:rPr>
          <w:lang w:eastAsia="zh-CN"/>
        </w:rPr>
        <w:br/>
      </w:r>
      <w:r>
        <w:rPr>
          <w:lang w:eastAsia="zh-CN"/>
        </w:rPr>
        <w:t>　　二、乙方的权力与义务：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r>
        <w:rPr>
          <w:lang w:eastAsia="zh-CN"/>
        </w:rPr>
        <w:br/>
      </w:r>
      <w:r>
        <w:rPr>
          <w:lang w:eastAsia="zh-CN"/>
        </w:rPr>
        <w:t>　　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__年9月1日前取得卫生部门颁发的卫生许可证，从业人员个人健康证。</w:t>
      </w:r>
      <w:r>
        <w:rPr>
          <w:lang w:eastAsia="zh-CN"/>
        </w:rPr>
        <w:br/>
      </w:r>
      <w:r>
        <w:rPr>
          <w:lang w:eastAsia="zh-CN"/>
        </w:rPr>
        <w:t>　　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w:t>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xml:space="preserve"> 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r>
        <w:rPr>
          <w:lang w:eastAsia="zh-CN"/>
        </w:rPr>
        <w:br/>
      </w:r>
      <w:r>
        <w:rPr>
          <w:lang w:eastAsia="zh-CN"/>
        </w:rPr>
        <w:t>　　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r>
        <w:rPr>
          <w:lang w:eastAsia="zh-CN"/>
        </w:rPr>
        <w:br/>
      </w:r>
      <w:r>
        <w:rPr>
          <w:lang w:eastAsia="zh-CN"/>
        </w:rPr>
        <w:t>　　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r>
        <w:rPr>
          <w:lang w:eastAsia="zh-CN"/>
        </w:rPr>
        <w:br/>
      </w:r>
      <w:r>
        <w:rPr>
          <w:lang w:eastAsia="zh-CN"/>
        </w:rPr>
        <w:t>　　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r>
        <w:rPr>
          <w:lang w:eastAsia="zh-CN"/>
        </w:rPr>
        <w:br/>
      </w:r>
      <w:r>
        <w:rPr>
          <w:lang w:eastAsia="zh-CN"/>
        </w:rPr>
        <w:t>　　8、乙方不得干涉学生在校内外选择就餐的自由，乙方应在分菜间设一个教工售菜窗口。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9、乙方不得与第一、第二食堂之间存在半成品及成品连代加工。乙方的家属及亲戚均不得参与第一食堂及第二食堂的经营与管理。否则以转包论处。</w:t>
      </w:r>
      <w:r>
        <w:rPr>
          <w:lang w:eastAsia="zh-CN"/>
        </w:rPr>
        <w:br/>
      </w:r>
      <w:r>
        <w:rPr>
          <w:lang w:eastAsia="zh-CN"/>
        </w:rPr>
        <w:t>　　10、乙方的经营场所以甲方提供的现有场所为限，乙方不得扩大经营场所，不得在现有场所范围外搭盖。</w:t>
      </w:r>
      <w:r>
        <w:rPr>
          <w:lang w:eastAsia="zh-CN"/>
        </w:rPr>
        <w:br/>
      </w:r>
      <w:r>
        <w:rPr>
          <w:lang w:eastAsia="zh-CN"/>
        </w:rPr>
        <w:t>　　11、若工商、税务等校外行政部门需要收取有关费用(含税费)由乙方自负。</w:t>
      </w:r>
      <w:r>
        <w:rPr>
          <w:lang w:eastAsia="zh-CN"/>
        </w:rPr>
        <w:br/>
      </w:r>
      <w:r>
        <w:rPr>
          <w:lang w:eastAsia="zh-CN"/>
        </w:rPr>
        <w:t>　　12、第三食堂设备投入费用的部分人民币壹拾万元整。由乙方于中标后两天内上交甲方财务科。</w:t>
      </w:r>
      <w:r>
        <w:rPr>
          <w:lang w:eastAsia="zh-CN"/>
        </w:rPr>
        <w:br/>
      </w:r>
      <w:r>
        <w:rPr>
          <w:lang w:eastAsia="zh-CN"/>
        </w:rPr>
        <w:t>　　三、违约责任及解决办法：</w:t>
      </w:r>
      <w:r>
        <w:rPr>
          <w:lang w:eastAsia="zh-CN"/>
        </w:rPr>
        <w:br/>
      </w:r>
      <w:r>
        <w:rPr>
          <w:lang w:eastAsia="zh-CN"/>
        </w:rPr>
        <w:t>　　1、乙方若中途停止营业，所交纳承包费及风险抵押金作为乙方不正常营业给甲方造成损失的补偿，不予退还。</w:t>
      </w:r>
      <w:r>
        <w:rPr>
          <w:lang w:eastAsia="zh-CN"/>
        </w:rPr>
        <w:br/>
      </w:r>
      <w:r>
        <w:rPr>
          <w:lang w:eastAsia="zh-CN"/>
        </w:rPr>
        <w:t>　　2、乙方因违反《食品卫生法》、《环境保护法》、《学校食堂与学生集体用餐卫生管理规定》给学校及师生造成损失，乙方应负相关法律责任及全部经济责任。</w:t>
      </w:r>
      <w:r>
        <w:rPr>
          <w:lang w:eastAsia="zh-CN"/>
        </w:rPr>
        <w:br/>
      </w:r>
      <w:r>
        <w:rPr>
          <w:lang w:eastAsia="zh-CN"/>
        </w:rPr>
        <w:t>　　3、合同期满后，甲方所有固定资产应完好交还学校，否则甲方将按实际收取修理费或赔偿费。</w:t>
      </w:r>
      <w:r>
        <w:rPr>
          <w:lang w:eastAsia="zh-CN"/>
        </w:rPr>
        <w:br/>
      </w:r>
      <w:r>
        <w:rPr>
          <w:lang w:eastAsia="zh-CN"/>
        </w:rPr>
        <w:t>　　4、乙方逾期无法办理卫生许可证及从业人员健康证，甲方有权责令乙方整改。因乙方不具备上述两证而被卫生防疫部门处罚，乙方应负赔偿责任。</w:t>
      </w:r>
      <w:r>
        <w:rPr>
          <w:lang w:eastAsia="zh-CN"/>
        </w:rPr>
        <w:br/>
      </w:r>
      <w:r>
        <w:rPr>
          <w:lang w:eastAsia="zh-CN"/>
        </w:rPr>
        <w:t>　　5、若乙方违反本合同的条款，甲方将有权责令其限期整改，并视情况直接从乙方所交的风险抵押金中每次抵扣500元直至全部，做为乙方违约给甲方造成损失的补偿，若违约金使用超过贰万元，超出的部分由乙方如数交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6、在合同期内，若甲方需要收回第三食堂，则应赔偿乙方在第三食堂投入的经济损失。</w:t>
      </w:r>
      <w:r>
        <w:rPr>
          <w:lang w:eastAsia="zh-CN"/>
        </w:rPr>
        <w:br/>
      </w:r>
      <w:r>
        <w:rPr>
          <w:lang w:eastAsia="zh-CN"/>
        </w:rPr>
        <w:t>　　7、若乙方将所承包的食堂转包给他人经营，则甲方有权中止合同。乙方的风险抵押金及所交承包费不予退还外，且停聘乙方或乙方担保人三年。</w:t>
      </w:r>
      <w:r>
        <w:rPr>
          <w:lang w:eastAsia="zh-CN"/>
        </w:rPr>
        <w:br/>
      </w:r>
      <w:r>
        <w:rPr>
          <w:lang w:eastAsia="zh-CN"/>
        </w:rPr>
        <w:t>　　8、甲方若违反本合同的有关约定，甲方应赔偿因甲方违约给乙方造成的相关经济损失。 四、承包期限：从20__年7月30日起至20__年7月15日止。</w:t>
      </w:r>
      <w:r>
        <w:rPr>
          <w:lang w:eastAsia="zh-CN"/>
        </w:rPr>
        <w:br/>
      </w:r>
      <w:r>
        <w:rPr>
          <w:lang w:eastAsia="zh-CN"/>
        </w:rPr>
        <w:t>　　五、承包金额：</w:t>
      </w:r>
      <w:r>
        <w:rPr>
          <w:lang w:eastAsia="zh-CN"/>
        </w:rPr>
        <w:br/>
      </w:r>
      <w:r>
        <w:rPr>
          <w:lang w:eastAsia="zh-CN"/>
        </w:rPr>
        <w:t>　　1、承包金额每年为人民币： 元整。</w:t>
      </w:r>
      <w:r>
        <w:rPr>
          <w:lang w:eastAsia="zh-CN"/>
        </w:rPr>
        <w:br/>
      </w:r>
      <w:r>
        <w:rPr>
          <w:lang w:eastAsia="zh-CN"/>
        </w:rPr>
        <w:t>　　2、承包金每年分两次交纳，乙方必须在每学期倒数第二周(以校历表为准)向甲方交清下学期承包费(即半年承包费)。本次交纳承包金时间为20__年7月22日之前。</w:t>
      </w:r>
      <w:r>
        <w:rPr>
          <w:lang w:eastAsia="zh-CN"/>
        </w:rPr>
        <w:br/>
      </w:r>
      <w:r>
        <w:rPr>
          <w:lang w:eastAsia="zh-CN"/>
        </w:rPr>
        <w:t>　　3、乙方逾期不交纳承包金，视为乙方自动放弃第三食堂承包经营权，以乙方中途停止论处。甲方有权终止合同，收回第三食堂另行发包。</w:t>
      </w:r>
      <w:r>
        <w:rPr>
          <w:lang w:eastAsia="zh-CN"/>
        </w:rPr>
        <w:br/>
      </w:r>
      <w:r>
        <w:rPr>
          <w:lang w:eastAsia="zh-CN"/>
        </w:rPr>
        <w:t>　　六、若因国家发生重大政策性调整，或发生自然灾害等不可抗拒的因素致使合同无法履行时，双方可协商变更或解除合同，甲、乙双方均不负连带责任。</w:t>
      </w:r>
      <w:r>
        <w:rPr>
          <w:lang w:eastAsia="zh-CN"/>
        </w:rPr>
        <w:br/>
      </w:r>
      <w:r>
        <w:rPr>
          <w:lang w:eastAsia="zh-CN"/>
        </w:rPr>
        <w:t>　　本合同一式两份，甲、乙双方各执一份，合同自双方签订之日起生效。</w:t>
      </w:r>
      <w:r>
        <w:rPr>
          <w:lang w:eastAsia="zh-CN"/>
        </w:rPr>
        <w:br/>
      </w:r>
      <w:r>
        <w:rPr>
          <w:lang w:eastAsia="zh-CN"/>
        </w:rPr>
        <w:t>　　七、担保人应承担相应连带责任。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本合同由甲方分别抄送人保科、财务科、总务科。</w:t>
      </w:r>
      <w:r>
        <w:rPr>
          <w:lang w:eastAsia="zh-CN"/>
        </w:rPr>
        <w:br/>
      </w:r>
      <w:r>
        <w:rPr>
          <w:lang w:eastAsia="zh-CN"/>
        </w:rPr>
        <w:t>　　甲方代表： 乙方：</w:t>
      </w:r>
      <w:r>
        <w:rPr>
          <w:lang w:eastAsia="zh-CN"/>
        </w:rPr>
        <w:br/>
      </w:r>
      <w:r>
        <w:rPr>
          <w:lang w:eastAsia="zh-CN"/>
        </w:rPr>
        <w:t>　　年 月 日</w:t>
      </w:r>
      <w:r>
        <w:rPr>
          <w:lang w:eastAsia="zh-CN"/>
        </w:rPr>
        <w:br/>
      </w:r>
      <w:r>
        <w:rPr>
          <w:lang w:eastAsia="zh-CN"/>
        </w:rPr>
        <w:t xml:space="preserve">    2024年食堂承包合同 篇16 </w:t>
      </w:r>
      <w:r>
        <w:rPr>
          <w:lang w:eastAsia="zh-CN"/>
        </w:rPr>
        <w:br/>
      </w:r>
      <w:r>
        <w:rPr>
          <w:lang w:eastAsia="zh-CN"/>
        </w:rPr>
        <w:t>　　发 包 方：____________ 以下简称(甲方)</w:t>
      </w:r>
      <w:r>
        <w:rPr>
          <w:lang w:eastAsia="zh-CN"/>
        </w:rPr>
        <w:br/>
      </w:r>
      <w:r>
        <w:rPr>
          <w:lang w:eastAsia="zh-CN"/>
        </w:rPr>
        <w:t>　　地 址：____________</w:t>
      </w:r>
      <w:r>
        <w:rPr>
          <w:lang w:eastAsia="zh-CN"/>
        </w:rPr>
        <w:br/>
      </w:r>
      <w:r>
        <w:rPr>
          <w:lang w:eastAsia="zh-CN"/>
        </w:rPr>
        <w:t>　　承 包 方：____________ 以下简称(乙方)</w:t>
      </w:r>
      <w:r>
        <w:rPr>
          <w:lang w:eastAsia="zh-CN"/>
        </w:rPr>
        <w:br/>
      </w:r>
      <w:r>
        <w:rPr>
          <w:lang w:eastAsia="zh-CN"/>
        </w:rPr>
        <w:t>　　地 址：____________</w:t>
      </w:r>
      <w:r>
        <w:rPr>
          <w:lang w:eastAsia="zh-CN"/>
        </w:rPr>
        <w:br/>
      </w:r>
      <w:r>
        <w:rPr>
          <w:lang w:eastAsia="zh-CN"/>
        </w:rPr>
        <w:t>　　现经甲、乙双方本着平等、自愿的原则，在公平协商、互惠互信的基础上，双方一致同意由乙方承包经营甲方的员工饭堂;为保障相互间的共同利益，特订立以下协议内容，并共同遵照执行。</w:t>
      </w:r>
      <w:r>
        <w:rPr>
          <w:lang w:eastAsia="zh-CN"/>
        </w:rPr>
        <w:br/>
      </w:r>
      <w:r>
        <w:rPr>
          <w:lang w:eastAsia="zh-CN"/>
        </w:rPr>
        <w:t>　　一、合约期限</w:t>
      </w:r>
      <w:r>
        <w:rPr>
          <w:lang w:eastAsia="zh-CN"/>
        </w:rPr>
        <w:br/>
      </w:r>
      <w:r>
        <w:rPr>
          <w:lang w:eastAsia="zh-CN"/>
        </w:rPr>
        <w:t>　　协议有效期 _______年，自 _______年 _______月 _______日至 _______年 _______月 _______日，协议期满，若双方无异议，合同自动延期一年，依此类推;协议期满，若任何一方要求解约，需提前一个月向对方发出书面的终止协议通知;</w:t>
      </w:r>
      <w:r>
        <w:rPr>
          <w:lang w:eastAsia="zh-CN"/>
        </w:rPr>
        <w:br/>
      </w:r>
      <w:r>
        <w:rPr>
          <w:lang w:eastAsia="zh-CN"/>
        </w:rPr>
        <w:t>　　二、合约内容</w:t>
      </w:r>
      <w:r>
        <w:rPr>
          <w:lang w:eastAsia="zh-CN"/>
        </w:rPr>
        <w:br/>
      </w:r>
      <w:r>
        <w:rPr>
          <w:lang w:eastAsia="zh-CN"/>
        </w:rPr>
        <w:t>　　2.1协议期间，若乙方发生重大责任事故的，如：____________食物中毒、火灾等，甲方有权随时单方面终止协议;</w:t>
      </w:r>
      <w:r>
        <w:rPr>
          <w:lang w:eastAsia="zh-CN"/>
        </w:rPr>
        <w:br/>
      </w:r>
      <w:r>
        <w:rPr>
          <w:lang w:eastAsia="zh-CN"/>
        </w:rPr>
        <w:t>　　2.2甲方应在规定的时间内付款给乙方，特殊情况如有超期，需知会乙方并征得乙方同意方可，否则需按照应付金额的1%每天支付违约金;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2.3若发生不可抗拒的事件(如：____________地震、战争、政府当局通告规定或其他动乱等),本协议自行终止。</w:t>
      </w:r>
      <w:r>
        <w:rPr>
          <w:lang w:eastAsia="zh-CN"/>
        </w:rPr>
        <w:br/>
      </w:r>
      <w:r>
        <w:rPr>
          <w:lang w:eastAsia="zh-CN"/>
        </w:rPr>
        <w:t>　　三、承包范围：____________</w:t>
      </w:r>
      <w:r>
        <w:rPr>
          <w:lang w:eastAsia="zh-CN"/>
        </w:rPr>
        <w:br/>
      </w:r>
      <w:r>
        <w:rPr>
          <w:lang w:eastAsia="zh-CN"/>
        </w:rPr>
        <w:t>　　3.1甲方将本厂 员工 餐厅承包给乙方经营。</w:t>
      </w:r>
      <w:r>
        <w:rPr>
          <w:lang w:eastAsia="zh-CN"/>
        </w:rPr>
        <w:br/>
      </w:r>
      <w:r>
        <w:rPr>
          <w:lang w:eastAsia="zh-CN"/>
        </w:rPr>
        <w:t>　　四、餐费标准：____________</w:t>
      </w:r>
      <w:r>
        <w:rPr>
          <w:lang w:eastAsia="zh-CN"/>
        </w:rPr>
        <w:br/>
      </w:r>
      <w:r>
        <w:rPr>
          <w:lang w:eastAsia="zh-CN"/>
        </w:rPr>
        <w:t>　　4.1 供餐标准：____________</w:t>
      </w:r>
      <w:r>
        <w:rPr>
          <w:lang w:eastAsia="zh-CN"/>
        </w:rPr>
        <w:br/>
      </w:r>
      <w:r>
        <w:rPr>
          <w:lang w:eastAsia="zh-CN"/>
        </w:rPr>
        <w:t>　　早餐：____________每人每餐 _______元;</w:t>
      </w:r>
      <w:r>
        <w:rPr>
          <w:lang w:eastAsia="zh-CN"/>
        </w:rPr>
        <w:br/>
      </w:r>
      <w:r>
        <w:rPr>
          <w:lang w:eastAsia="zh-CN"/>
        </w:rPr>
        <w:t>　　中、晚餐采取多元化的供餐模式，饭堂每餐提供有 _______元餐， _______元餐，</w:t>
      </w:r>
      <w:r>
        <w:rPr>
          <w:lang w:eastAsia="zh-CN"/>
        </w:rPr>
        <w:br/>
      </w:r>
      <w:r>
        <w:rPr>
          <w:lang w:eastAsia="zh-CN"/>
        </w:rPr>
        <w:t>　　_______元餐， _______元餐， _______元餐;</w:t>
      </w:r>
      <w:r>
        <w:rPr>
          <w:lang w:eastAsia="zh-CN"/>
        </w:rPr>
        <w:br/>
      </w:r>
      <w:r>
        <w:rPr>
          <w:lang w:eastAsia="zh-CN"/>
        </w:rPr>
        <w:t>　　特色菜品种标准：____________煲仔饭、蒸菜、炖菜、面食、点心、包子、小炒以及特色小吃等。</w:t>
      </w:r>
      <w:r>
        <w:rPr>
          <w:lang w:eastAsia="zh-CN"/>
        </w:rPr>
        <w:br/>
      </w:r>
      <w:r>
        <w:rPr>
          <w:lang w:eastAsia="zh-CN"/>
        </w:rPr>
        <w:t>　　五、供餐方式：____________</w:t>
      </w:r>
      <w:r>
        <w:rPr>
          <w:lang w:eastAsia="zh-CN"/>
        </w:rPr>
        <w:br/>
      </w:r>
      <w:r>
        <w:rPr>
          <w:lang w:eastAsia="zh-CN"/>
        </w:rPr>
        <w:t>　　5.1供餐服务宗旨：____________经营品种多元化、多样化，供餐服务专业化，以尽可能的满足员工不同需求为目标，制定相应的供餐方案;</w:t>
      </w:r>
      <w:r>
        <w:rPr>
          <w:lang w:eastAsia="zh-CN"/>
        </w:rPr>
        <w:br/>
      </w:r>
      <w:r>
        <w:rPr>
          <w:lang w:eastAsia="zh-CN"/>
        </w:rPr>
        <w:t>　　5.2甲方员工消费模式为：____________甲方每月补贴员工餐费金额 _______元/人/月为(虚拟数值)，该费用由甲方员工自由在饭堂内消费。</w:t>
      </w:r>
      <w:r>
        <w:rPr>
          <w:lang w:eastAsia="zh-CN"/>
        </w:rPr>
        <w:br/>
      </w:r>
      <w:r>
        <w:rPr>
          <w:lang w:eastAsia="zh-CN"/>
        </w:rPr>
        <w:t>　　5.3若消费不足 _______元/人/月(虚拟数值)时，月底余额自动清零，不另行以现金形式退回给甲方员工，不退还的余额归甲方所有;若有餐费不足使用的则由甲方员工自行充值消费。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5.4乙方将制作价格不等的菜式供甲方员工自由选择。</w:t>
      </w:r>
      <w:r>
        <w:rPr>
          <w:lang w:eastAsia="zh-CN"/>
        </w:rPr>
        <w:br/>
      </w:r>
      <w:r>
        <w:rPr>
          <w:lang w:eastAsia="zh-CN"/>
        </w:rPr>
        <w:t>　　六、 责任与义务：____________</w:t>
      </w:r>
      <w:r>
        <w:rPr>
          <w:lang w:eastAsia="zh-CN"/>
        </w:rPr>
        <w:br/>
      </w:r>
      <w:r>
        <w:rPr>
          <w:lang w:eastAsia="zh-CN"/>
        </w:rPr>
        <w:t>　　6.1甲方责任及义务</w:t>
      </w:r>
      <w:r>
        <w:rPr>
          <w:lang w:eastAsia="zh-CN"/>
        </w:rPr>
        <w:br/>
      </w:r>
      <w:r>
        <w:rPr>
          <w:lang w:eastAsia="zh-CN"/>
        </w:rPr>
        <w:t>　　6.1.1提供现有厨房、餐厅场地，以及现有厨房设备、设施，给乙方使用;</w:t>
      </w:r>
      <w:r>
        <w:rPr>
          <w:lang w:eastAsia="zh-CN"/>
        </w:rPr>
        <w:br/>
      </w:r>
      <w:r>
        <w:rPr>
          <w:lang w:eastAsia="zh-CN"/>
        </w:rPr>
        <w:t>　　6.1.2负责厨房餐厅水电燃料费用;</w:t>
      </w:r>
      <w:r>
        <w:rPr>
          <w:lang w:eastAsia="zh-CN"/>
        </w:rPr>
        <w:br/>
      </w:r>
      <w:r>
        <w:rPr>
          <w:lang w:eastAsia="zh-CN"/>
        </w:rPr>
        <w:t>　　6.1.3提供住宿给乙方员工;</w:t>
      </w:r>
      <w:r>
        <w:rPr>
          <w:lang w:eastAsia="zh-CN"/>
        </w:rPr>
        <w:br/>
      </w:r>
      <w:r>
        <w:rPr>
          <w:lang w:eastAsia="zh-CN"/>
        </w:rPr>
        <w:t>　　6.1.4质量监督</w:t>
      </w:r>
      <w:r>
        <w:rPr>
          <w:lang w:eastAsia="zh-CN"/>
        </w:rPr>
        <w:br/>
      </w:r>
      <w:r>
        <w:rPr>
          <w:lang w:eastAsia="zh-CN"/>
        </w:rPr>
        <w:t>　　_ 协助处理员工投诉;</w:t>
      </w:r>
      <w:r>
        <w:rPr>
          <w:lang w:eastAsia="zh-CN"/>
        </w:rPr>
        <w:br/>
      </w:r>
      <w:r>
        <w:rPr>
          <w:lang w:eastAsia="zh-CN"/>
        </w:rPr>
        <w:t>　　_ 检查乙方食物质量;</w:t>
      </w:r>
      <w:r>
        <w:rPr>
          <w:lang w:eastAsia="zh-CN"/>
        </w:rPr>
        <w:br/>
      </w:r>
      <w:r>
        <w:rPr>
          <w:lang w:eastAsia="zh-CN"/>
        </w:rPr>
        <w:t>　　_ 检查乙方服务质量;</w:t>
      </w:r>
      <w:r>
        <w:rPr>
          <w:lang w:eastAsia="zh-CN"/>
        </w:rPr>
        <w:br/>
      </w:r>
      <w:r>
        <w:rPr>
          <w:lang w:eastAsia="zh-CN"/>
        </w:rPr>
        <w:t>　　_ 检查乙方卫生质量;</w:t>
      </w:r>
      <w:r>
        <w:rPr>
          <w:lang w:eastAsia="zh-CN"/>
        </w:rPr>
        <w:br/>
      </w:r>
      <w:r>
        <w:rPr>
          <w:lang w:eastAsia="zh-CN"/>
        </w:rPr>
        <w:t>　　_ 监控乙方请购物料的质量;</w:t>
      </w:r>
      <w:r>
        <w:rPr>
          <w:lang w:eastAsia="zh-CN"/>
        </w:rPr>
        <w:br/>
      </w:r>
      <w:r>
        <w:rPr>
          <w:lang w:eastAsia="zh-CN"/>
        </w:rPr>
        <w:t>　　_ 监督乙方服务承诺完成情况;</w:t>
      </w:r>
      <w:r>
        <w:rPr>
          <w:lang w:eastAsia="zh-CN"/>
        </w:rPr>
        <w:br/>
      </w:r>
      <w:r>
        <w:rPr>
          <w:lang w:eastAsia="zh-CN"/>
        </w:rPr>
        <w:t>　　6.1.5其他事项</w:t>
      </w:r>
      <w:r>
        <w:rPr>
          <w:lang w:eastAsia="zh-CN"/>
        </w:rPr>
        <w:br/>
      </w:r>
      <w:r>
        <w:rPr>
          <w:lang w:eastAsia="zh-CN"/>
        </w:rPr>
        <w:t>　　_ 若员工需延迟下班，应及时通知乙方;</w:t>
      </w:r>
      <w:r>
        <w:rPr>
          <w:lang w:eastAsia="zh-CN"/>
        </w:rPr>
        <w:br/>
      </w:r>
      <w:r>
        <w:rPr>
          <w:lang w:eastAsia="zh-CN"/>
        </w:rPr>
        <w:t>　　_ 协助处理突发性紧急事务，如：____________饭堂员工急症、工伤及其它突发性事件，</w:t>
      </w:r>
      <w:r>
        <w:rPr>
          <w:lang w:eastAsia="zh-CN"/>
        </w:rPr>
        <w:br/>
      </w:r>
      <w:r>
        <w:rPr>
          <w:lang w:eastAsia="zh-CN"/>
        </w:rPr>
        <w:t>　　所产生费用由乙方承担;</w:t>
      </w:r>
      <w:r>
        <w:rPr>
          <w:lang w:eastAsia="zh-CN"/>
        </w:rPr>
        <w:br/>
      </w:r>
      <w:r>
        <w:rPr>
          <w:lang w:eastAsia="zh-CN"/>
        </w:rPr>
        <w:t>　　_ 安排保安人员予以配合维持就餐秩序;</w:t>
      </w:r>
      <w:r>
        <w:rPr>
          <w:lang w:eastAsia="zh-CN"/>
        </w:rPr>
        <w:br/>
      </w:r>
      <w:r>
        <w:rPr>
          <w:lang w:eastAsia="zh-CN"/>
        </w:rPr>
        <w:t>　　_ 不得以任何形式聘用乙方在职或曾在职的员工;</w:t>
      </w:r>
      <w:r>
        <w:rPr>
          <w:lang w:eastAsia="zh-CN"/>
        </w:rPr>
        <w:br/>
      </w:r>
      <w:r>
        <w:rPr>
          <w:lang w:eastAsia="zh-CN"/>
        </w:rPr>
        <w:t>　　_</w:t>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xml:space="preserve"> 当市场物价升幅较大时，甲方在经证实后，应与乙方共同协商调整餐费;</w:t>
      </w:r>
      <w:r>
        <w:rPr>
          <w:lang w:eastAsia="zh-CN"/>
        </w:rPr>
        <w:br/>
      </w:r>
      <w:r>
        <w:rPr>
          <w:lang w:eastAsia="zh-CN"/>
        </w:rPr>
        <w:t>　　6.2乙方责任及义务</w:t>
      </w:r>
      <w:r>
        <w:rPr>
          <w:lang w:eastAsia="zh-CN"/>
        </w:rPr>
        <w:br/>
      </w:r>
      <w:r>
        <w:rPr>
          <w:lang w:eastAsia="zh-CN"/>
        </w:rPr>
        <w:t>　　6.2.1运作及人员</w:t>
      </w:r>
      <w:r>
        <w:rPr>
          <w:lang w:eastAsia="zh-CN"/>
        </w:rPr>
        <w:br/>
      </w:r>
      <w:r>
        <w:rPr>
          <w:lang w:eastAsia="zh-CN"/>
        </w:rPr>
        <w:t>　　_ 饭堂工作人员的招聘及培训，进入甲方厂区前所有工作人员均必须执有效健</w:t>
      </w:r>
      <w:r>
        <w:rPr>
          <w:lang w:eastAsia="zh-CN"/>
        </w:rPr>
        <w:br/>
      </w:r>
      <w:r>
        <w:rPr>
          <w:lang w:eastAsia="zh-CN"/>
        </w:rPr>
        <w:t>　　康证明;</w:t>
      </w:r>
      <w:r>
        <w:rPr>
          <w:lang w:eastAsia="zh-CN"/>
        </w:rPr>
        <w:br/>
      </w:r>
      <w:r>
        <w:rPr>
          <w:lang w:eastAsia="zh-CN"/>
        </w:rPr>
        <w:t>　　_ 饭堂工作人员必须每年一次体检，检查结果应及时知会甲方，对体检不合</w:t>
      </w:r>
      <w:r>
        <w:rPr>
          <w:lang w:eastAsia="zh-CN"/>
        </w:rPr>
        <w:br/>
      </w:r>
      <w:r>
        <w:rPr>
          <w:lang w:eastAsia="zh-CN"/>
        </w:rPr>
        <w:t>　　格的工作人员予以实时辞退处理;</w:t>
      </w:r>
      <w:r>
        <w:rPr>
          <w:lang w:eastAsia="zh-CN"/>
        </w:rPr>
        <w:br/>
      </w:r>
      <w:r>
        <w:rPr>
          <w:lang w:eastAsia="zh-CN"/>
        </w:rPr>
        <w:t>　　_ 若出现人员异动时，乙方将主动及时的通知甲方;</w:t>
      </w:r>
      <w:r>
        <w:rPr>
          <w:lang w:eastAsia="zh-CN"/>
        </w:rPr>
        <w:br/>
      </w:r>
      <w:r>
        <w:rPr>
          <w:lang w:eastAsia="zh-CN"/>
        </w:rPr>
        <w:t>　　_ 对饭堂工作人员的管理，并严格遵循甲方的管理规定，若有违反甲方的管</w:t>
      </w:r>
      <w:r>
        <w:rPr>
          <w:lang w:eastAsia="zh-CN"/>
        </w:rPr>
        <w:br/>
      </w:r>
      <w:r>
        <w:rPr>
          <w:lang w:eastAsia="zh-CN"/>
        </w:rPr>
        <w:t>　　理规定，需接受甲方的处罚;</w:t>
      </w:r>
      <w:r>
        <w:rPr>
          <w:lang w:eastAsia="zh-CN"/>
        </w:rPr>
        <w:br/>
      </w:r>
      <w:r>
        <w:rPr>
          <w:lang w:eastAsia="zh-CN"/>
        </w:rPr>
        <w:t>　　6.2.2设备</w:t>
      </w:r>
      <w:r>
        <w:rPr>
          <w:lang w:eastAsia="zh-CN"/>
        </w:rPr>
        <w:br/>
      </w:r>
      <w:r>
        <w:rPr>
          <w:lang w:eastAsia="zh-CN"/>
        </w:rPr>
        <w:t>　　_ 厨房设备及用具由乙方负责保养;</w:t>
      </w:r>
      <w:r>
        <w:rPr>
          <w:lang w:eastAsia="zh-CN"/>
        </w:rPr>
        <w:br/>
      </w:r>
      <w:r>
        <w:rPr>
          <w:lang w:eastAsia="zh-CN"/>
        </w:rPr>
        <w:t>　　甲方提供现有厨房设备给乙方使用，双方对所交接的厨具、设备、餐具进行点算核准后移交乙方签收使用;乙方可以根据操作的需要添加部分餐具设备，合约到期由乙方自行处理;合同期满需续约时，继续由乙方签收使用，合同终止时，乙方按交接清单上的数量归还(自然使用损耗和经双方确认报废的设备除外)。</w:t>
      </w:r>
      <w:r>
        <w:rPr>
          <w:lang w:eastAsia="zh-CN"/>
        </w:rPr>
        <w:br/>
      </w:r>
      <w:r>
        <w:rPr>
          <w:lang w:eastAsia="zh-CN"/>
        </w:rPr>
        <w:t>　　6.2.3卫生</w:t>
      </w:r>
      <w:r>
        <w:rPr>
          <w:lang w:eastAsia="zh-CN"/>
        </w:rPr>
        <w:br/>
      </w:r>
      <w:r>
        <w:rPr>
          <w:lang w:eastAsia="zh-CN"/>
        </w:rPr>
        <w:t>　　_ 每餐餐后全面清洁厨房、工作间及餐厅;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_ 所有餐具用具及设施、设备用后及时清洁;</w:t>
      </w:r>
      <w:r>
        <w:rPr>
          <w:lang w:eastAsia="zh-CN"/>
        </w:rPr>
        <w:br/>
      </w:r>
      <w:r>
        <w:rPr>
          <w:lang w:eastAsia="zh-CN"/>
        </w:rPr>
        <w:t>　　_ 员工于工作期间，一定要穿工衣、戴帽子，供餐时戴口罩、手套;</w:t>
      </w:r>
      <w:r>
        <w:rPr>
          <w:lang w:eastAsia="zh-CN"/>
        </w:rPr>
        <w:br/>
      </w:r>
      <w:r>
        <w:rPr>
          <w:lang w:eastAsia="zh-CN"/>
        </w:rPr>
        <w:t>　　_ 餐具于每日餐后消毒，餐厅、工作间及厨房地面每周全面消毒二次;</w:t>
      </w:r>
      <w:r>
        <w:rPr>
          <w:lang w:eastAsia="zh-CN"/>
        </w:rPr>
        <w:br/>
      </w:r>
      <w:r>
        <w:rPr>
          <w:lang w:eastAsia="zh-CN"/>
        </w:rPr>
        <w:t>　　_ 不提供隔夜饭菜给甲方员工吃;</w:t>
      </w:r>
      <w:r>
        <w:rPr>
          <w:lang w:eastAsia="zh-CN"/>
        </w:rPr>
        <w:br/>
      </w:r>
      <w:r>
        <w:rPr>
          <w:lang w:eastAsia="zh-CN"/>
        </w:rPr>
        <w:t>　　_ 食品及原材料需按国家卫生标准的相关规定进行经营，确保所有提供之食</w:t>
      </w:r>
      <w:r>
        <w:rPr>
          <w:lang w:eastAsia="zh-CN"/>
        </w:rPr>
        <w:br/>
      </w:r>
      <w:r>
        <w:rPr>
          <w:lang w:eastAsia="zh-CN"/>
        </w:rPr>
        <w:t>　　品及各种原材料均符合国家卫生标准;</w:t>
      </w:r>
      <w:r>
        <w:rPr>
          <w:lang w:eastAsia="zh-CN"/>
        </w:rPr>
        <w:br/>
      </w:r>
      <w:r>
        <w:rPr>
          <w:lang w:eastAsia="zh-CN"/>
        </w:rPr>
        <w:t>　　6.2.4安全</w:t>
      </w:r>
      <w:r>
        <w:rPr>
          <w:lang w:eastAsia="zh-CN"/>
        </w:rPr>
        <w:br/>
      </w:r>
      <w:r>
        <w:rPr>
          <w:lang w:eastAsia="zh-CN"/>
        </w:rPr>
        <w:t>　　_ 乙方员工不得无故与甲方员工发生冲突、打架等现象;</w:t>
      </w:r>
      <w:r>
        <w:rPr>
          <w:lang w:eastAsia="zh-CN"/>
        </w:rPr>
        <w:br/>
      </w:r>
      <w:r>
        <w:rPr>
          <w:lang w:eastAsia="zh-CN"/>
        </w:rPr>
        <w:t>　　_ 乙方员工应严格遵循安全操作规则，遇工伤或急症需及时救冶，所有费用由</w:t>
      </w:r>
      <w:r>
        <w:rPr>
          <w:lang w:eastAsia="zh-CN"/>
        </w:rPr>
        <w:br/>
      </w:r>
      <w:r>
        <w:rPr>
          <w:lang w:eastAsia="zh-CN"/>
        </w:rPr>
        <w:t>　　乙方承担;</w:t>
      </w:r>
      <w:r>
        <w:rPr>
          <w:lang w:eastAsia="zh-CN"/>
        </w:rPr>
        <w:br/>
      </w:r>
      <w:r>
        <w:rPr>
          <w:lang w:eastAsia="zh-CN"/>
        </w:rPr>
        <w:t>　　_ 乙方员工不可以在除宿舍以外的区域里吸烟、大声喧哗;</w:t>
      </w:r>
      <w:r>
        <w:rPr>
          <w:lang w:eastAsia="zh-CN"/>
        </w:rPr>
        <w:br/>
      </w:r>
      <w:r>
        <w:rPr>
          <w:lang w:eastAsia="zh-CN"/>
        </w:rPr>
        <w:t>　　如饭堂发生火灾，甲、乙双方应全力救火，经调查事故原因，责任方为乙</w:t>
      </w:r>
      <w:r>
        <w:rPr>
          <w:lang w:eastAsia="zh-CN"/>
        </w:rPr>
        <w:br/>
      </w:r>
      <w:r>
        <w:rPr>
          <w:lang w:eastAsia="zh-CN"/>
        </w:rPr>
        <w:t>　　方的，则由乙方承担一切责任(含法律责任);</w:t>
      </w:r>
      <w:r>
        <w:rPr>
          <w:lang w:eastAsia="zh-CN"/>
        </w:rPr>
        <w:br/>
      </w:r>
      <w:r>
        <w:rPr>
          <w:lang w:eastAsia="zh-CN"/>
        </w:rPr>
        <w:t>　　_ 如发生食物中毒事件，甲、乙双方应全力救治，经调查事故原因，若责任</w:t>
      </w:r>
      <w:r>
        <w:rPr>
          <w:lang w:eastAsia="zh-CN"/>
        </w:rPr>
        <w:br/>
      </w:r>
      <w:r>
        <w:rPr>
          <w:lang w:eastAsia="zh-CN"/>
        </w:rPr>
        <w:t>　　方为乙方的，则由乙方承担一切责任(含法律责任);</w:t>
      </w:r>
      <w:r>
        <w:rPr>
          <w:lang w:eastAsia="zh-CN"/>
        </w:rPr>
        <w:br/>
      </w:r>
      <w:r>
        <w:rPr>
          <w:lang w:eastAsia="zh-CN"/>
        </w:rPr>
        <w:t>　　_ 为甲方员工购买食物中毒险，并提供保单给甲方;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_ 若发生无可抗据的灾难所导致的损失与乙方无关(如：____________地震、战争、政府</w:t>
      </w:r>
      <w:r>
        <w:rPr>
          <w:lang w:eastAsia="zh-CN"/>
        </w:rPr>
        <w:br/>
      </w:r>
      <w:r>
        <w:rPr>
          <w:lang w:eastAsia="zh-CN"/>
        </w:rPr>
        <w:t>　　当局通告规定或其他动乱等等)。</w:t>
      </w:r>
      <w:r>
        <w:rPr>
          <w:lang w:eastAsia="zh-CN"/>
        </w:rPr>
        <w:br/>
      </w:r>
      <w:r>
        <w:rPr>
          <w:lang w:eastAsia="zh-CN"/>
        </w:rPr>
        <w:t>　　6.2.5其他</w:t>
      </w:r>
      <w:r>
        <w:rPr>
          <w:lang w:eastAsia="zh-CN"/>
        </w:rPr>
        <w:br/>
      </w:r>
      <w:r>
        <w:rPr>
          <w:lang w:eastAsia="zh-CN"/>
        </w:rPr>
        <w:t>　　_ 乙方负责处理每日每餐的剩饭菜(饭堂潲水);</w:t>
      </w:r>
      <w:r>
        <w:rPr>
          <w:lang w:eastAsia="zh-CN"/>
        </w:rPr>
        <w:br/>
      </w:r>
      <w:r>
        <w:rPr>
          <w:lang w:eastAsia="zh-CN"/>
        </w:rPr>
        <w:t>　　_ 乙方极积配合甲方办理卫生许可证，硬件设置由甲方负责，个人卫生 及餐厅、厨房卫生则由乙方负责。</w:t>
      </w:r>
      <w:r>
        <w:rPr>
          <w:lang w:eastAsia="zh-CN"/>
        </w:rPr>
        <w:br/>
      </w:r>
      <w:r>
        <w:rPr>
          <w:lang w:eastAsia="zh-CN"/>
        </w:rPr>
        <w:t>　　七、 餐费核算方式：____________</w:t>
      </w:r>
      <w:r>
        <w:rPr>
          <w:lang w:eastAsia="zh-CN"/>
        </w:rPr>
        <w:br/>
      </w:r>
      <w:r>
        <w:rPr>
          <w:lang w:eastAsia="zh-CN"/>
        </w:rPr>
        <w:t>　　7.1 甲方员工持IC卡自由刷卡就餐，餐费按实际刷卡消费金额计算。</w:t>
      </w:r>
      <w:r>
        <w:rPr>
          <w:lang w:eastAsia="zh-CN"/>
        </w:rPr>
        <w:br/>
      </w:r>
      <w:r>
        <w:rPr>
          <w:lang w:eastAsia="zh-CN"/>
        </w:rPr>
        <w:t>　　八、 餐费支付方式：____________</w:t>
      </w:r>
      <w:r>
        <w:rPr>
          <w:lang w:eastAsia="zh-CN"/>
        </w:rPr>
        <w:br/>
      </w:r>
      <w:r>
        <w:rPr>
          <w:lang w:eastAsia="zh-CN"/>
        </w:rPr>
        <w:t>　　甲、乙双方人事及财务人员于每月5号前将根据上月的实际消费金额数核算(如一方以各种理由不予以配合核对餐费的，则视为认可对方的餐费计算数额)，甲方应根据对账单于次月30号前将已核算的餐费以现金或转账的方式一次性支付给乙方，(例如：____________甲方员工6月份的餐费应于7月30前付清)，如有特殊情况，未能及时付款时，应及时通知乙方。此餐费不含税，仅提供收据，若需提供税票，税金由甲方支付;</w:t>
      </w:r>
      <w:r>
        <w:rPr>
          <w:lang w:eastAsia="zh-CN"/>
        </w:rPr>
        <w:br/>
      </w:r>
      <w:r>
        <w:rPr>
          <w:lang w:eastAsia="zh-CN"/>
        </w:rPr>
        <w:t>　　九、本协议一式两份，每份四页，甲、乙双方各执一份，并经由双方盖章及代表人签名后生效。如执行过程中遇本协议未尽之事项则由双方另行友好协商解决。本协议一经生效，甲、乙双方须共同遵守。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xml:space="preserve">    2024年食堂承包合同 篇17 </w:t>
      </w:r>
      <w:r>
        <w:rPr>
          <w:lang w:eastAsia="zh-CN"/>
        </w:rPr>
        <w:br/>
      </w:r>
      <w:r>
        <w:rPr>
          <w:lang w:eastAsia="zh-CN"/>
        </w:rPr>
        <w:t>　　发包方：公司（下称甲方）承包方：__市远宏餐饮服务公司（下称乙方）</w:t>
      </w:r>
      <w:r>
        <w:rPr>
          <w:lang w:eastAsia="zh-CN"/>
        </w:rPr>
        <w:br/>
      </w:r>
      <w:r>
        <w:rPr>
          <w:lang w:eastAsia="zh-CN"/>
        </w:rPr>
        <w:t>　　根据双方条件的需要，甲、乙双方经平等协商，甲方食堂与乙方经营者的最终决定，作出明确双方的权利与责任，共同制定以下合同条约：</w:t>
      </w:r>
      <w:r>
        <w:rPr>
          <w:lang w:eastAsia="zh-CN"/>
        </w:rPr>
        <w:br/>
      </w:r>
      <w:r>
        <w:rPr>
          <w:lang w:eastAsia="zh-CN"/>
        </w:rPr>
        <w:t>　　一、伙食标准：甲方员工每天（二、三）餐伙食费标准为人民币元，（早餐元，中、晚餐各元）中级人员餐为人民币元；高级人员桌，餐元，夜宵一体式元，供给乙方经营输伙食。</w:t>
      </w:r>
      <w:r>
        <w:rPr>
          <w:lang w:eastAsia="zh-CN"/>
        </w:rPr>
        <w:br/>
      </w:r>
      <w:r>
        <w:rPr>
          <w:lang w:eastAsia="zh-CN"/>
        </w:rPr>
        <w:t>　　二、用餐人数及期份结算付款方式：</w:t>
      </w:r>
      <w:r>
        <w:rPr>
          <w:lang w:eastAsia="zh-CN"/>
        </w:rPr>
        <w:br/>
      </w:r>
      <w:r>
        <w:rPr>
          <w:lang w:eastAsia="zh-CN"/>
        </w:rPr>
        <w:t>　　a:用餐方式：1、按乙方专用饭卡交给甲方主管批条为准，但甲方主管部必须按领取卡数来开条据给乙方主管人员，方可作用期末结算证据。</w:t>
      </w:r>
      <w:r>
        <w:rPr>
          <w:lang w:eastAsia="zh-CN"/>
        </w:rPr>
        <w:br/>
      </w:r>
      <w:r>
        <w:rPr>
          <w:lang w:eastAsia="zh-CN"/>
        </w:rPr>
        <w:t>　　2、甲方员工需停餐可由甲方主管批条为准，而有三天以上可报停，需经饭堂盖章生效。</w:t>
      </w:r>
      <w:r>
        <w:rPr>
          <w:lang w:eastAsia="zh-CN"/>
        </w:rPr>
        <w:br/>
      </w:r>
      <w:r>
        <w:rPr>
          <w:lang w:eastAsia="zh-CN"/>
        </w:rPr>
        <w:t>　　3、中级、高级餐可由公司主管部提前一天报出次日人数给乙方，乙方可按数据（餐数、桌位）人数办理伙食。</w:t>
      </w:r>
      <w:r>
        <w:rPr>
          <w:lang w:eastAsia="zh-CN"/>
        </w:rPr>
        <w:br/>
      </w:r>
      <w:r>
        <w:rPr>
          <w:lang w:eastAsia="zh-CN"/>
        </w:rPr>
        <w:t>　　b:结算及付款：1、按日与甲方结帐一次，并在结帐后的三天内一次性付清。</w:t>
      </w:r>
      <w:r>
        <w:rPr>
          <w:lang w:eastAsia="zh-CN"/>
        </w:rPr>
        <w:br/>
      </w:r>
      <w:r>
        <w:rPr>
          <w:lang w:eastAsia="zh-CN"/>
        </w:rPr>
        <w:t>　　2、甲方设有节日或周期，需加菜膳食，可按实用数据份量另计付款。</w:t>
      </w:r>
      <w:r>
        <w:rPr>
          <w:lang w:eastAsia="zh-CN"/>
        </w:rPr>
        <w:br/>
      </w:r>
      <w:r>
        <w:rPr>
          <w:lang w:eastAsia="zh-CN"/>
        </w:rPr>
        <w:t>　　3、管理餐按实际用餐计算结帐。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4、甲方发生付款问题，须提前告知事因，否则乙方有权停止用餐。</w:t>
      </w:r>
      <w:r>
        <w:rPr>
          <w:lang w:eastAsia="zh-CN"/>
        </w:rPr>
        <w:br/>
      </w:r>
      <w:r>
        <w:rPr>
          <w:lang w:eastAsia="zh-CN"/>
        </w:rPr>
        <w:t>　　三、甲方责任：1、无偿提供现有的厨房、厨具、仓库及燃料、水电、住宿等厨房的正常运作之设施条件。</w:t>
      </w:r>
      <w:r>
        <w:rPr>
          <w:lang w:eastAsia="zh-CN"/>
        </w:rPr>
        <w:br/>
      </w:r>
      <w:r>
        <w:rPr>
          <w:lang w:eastAsia="zh-CN"/>
        </w:rPr>
        <w:t>　　2、甲方厨房所用的燃料及水电按标准计算需供人民币元，给乙方全权自由性使用（注：每人每天应用燃料费元，水电费元）。</w:t>
      </w:r>
      <w:r>
        <w:rPr>
          <w:lang w:eastAsia="zh-CN"/>
        </w:rPr>
        <w:br/>
      </w:r>
      <w:r>
        <w:rPr>
          <w:lang w:eastAsia="zh-CN"/>
        </w:rPr>
        <w:t>　　3、要维护厨房的治安管理及开餐时间的维护秩序。</w:t>
      </w:r>
      <w:r>
        <w:rPr>
          <w:lang w:eastAsia="zh-CN"/>
        </w:rPr>
        <w:br/>
      </w:r>
      <w:r>
        <w:rPr>
          <w:lang w:eastAsia="zh-CN"/>
        </w:rPr>
        <w:t>　　4、有指定人员负责与乙方配合有些细节工作。</w:t>
      </w:r>
      <w:r>
        <w:rPr>
          <w:lang w:eastAsia="zh-CN"/>
        </w:rPr>
        <w:br/>
      </w:r>
      <w:r>
        <w:rPr>
          <w:lang w:eastAsia="zh-CN"/>
        </w:rPr>
        <w:t>　　5、要向员工宣传保清洁、守制度等知识；但不得破坏食堂的环境卫生，如有此事，乙方有权对于处理。</w:t>
      </w:r>
      <w:r>
        <w:rPr>
          <w:lang w:eastAsia="zh-CN"/>
        </w:rPr>
        <w:br/>
      </w:r>
      <w:r>
        <w:rPr>
          <w:lang w:eastAsia="zh-CN"/>
        </w:rPr>
        <w:t>　　6、如有变动人数及开餐时间等事项，必须提前告知乙方。</w:t>
      </w:r>
      <w:r>
        <w:rPr>
          <w:lang w:eastAsia="zh-CN"/>
        </w:rPr>
        <w:br/>
      </w:r>
      <w:r>
        <w:rPr>
          <w:lang w:eastAsia="zh-CN"/>
        </w:rPr>
        <w:t>　　7、如饭堂的设施出现故障，须及时帮助维修。</w:t>
      </w:r>
      <w:r>
        <w:rPr>
          <w:lang w:eastAsia="zh-CN"/>
        </w:rPr>
        <w:br/>
      </w:r>
      <w:r>
        <w:rPr>
          <w:lang w:eastAsia="zh-CN"/>
        </w:rPr>
        <w:t>　　8、员工不能无根据的谣言，甲方将追究员工个人的'责任。</w:t>
      </w:r>
      <w:r>
        <w:rPr>
          <w:lang w:eastAsia="zh-CN"/>
        </w:rPr>
        <w:br/>
      </w:r>
      <w:r>
        <w:rPr>
          <w:lang w:eastAsia="zh-CN"/>
        </w:rPr>
        <w:t>　　9、员工投诉卫生、食量及伙食问题，甲方负责人须告知乙方主管人员，乙方应尽落实、提取结果、立即改正。</w:t>
      </w:r>
      <w:r>
        <w:rPr>
          <w:lang w:eastAsia="zh-CN"/>
        </w:rPr>
        <w:br/>
      </w:r>
      <w:r>
        <w:rPr>
          <w:lang w:eastAsia="zh-CN"/>
        </w:rPr>
        <w:t>　　四、乙方责任：</w:t>
      </w:r>
      <w:r>
        <w:rPr>
          <w:lang w:eastAsia="zh-CN"/>
        </w:rPr>
        <w:br/>
      </w:r>
      <w:r>
        <w:rPr>
          <w:lang w:eastAsia="zh-CN"/>
        </w:rPr>
        <w:t>　　1、厨房之工作人员，由乙方自行招聘、工资由乙方支付。</w:t>
      </w:r>
      <w:r>
        <w:rPr>
          <w:lang w:eastAsia="zh-CN"/>
        </w:rPr>
        <w:br/>
      </w:r>
      <w:r>
        <w:rPr>
          <w:lang w:eastAsia="zh-CN"/>
        </w:rPr>
        <w:t>　　2、根据甲方伙食标准及需求，调配、制成等应适合甲方员工的口味，符合能量消耗的伙食。</w:t>
      </w:r>
      <w:r>
        <w:rPr>
          <w:lang w:eastAsia="zh-CN"/>
        </w:rPr>
        <w:br/>
      </w:r>
      <w:r>
        <w:rPr>
          <w:lang w:eastAsia="zh-CN"/>
        </w:rPr>
        <w:t>　　3、在承包期间创以品种多样化，以质求量、色味合口的准则。</w:t>
      </w:r>
      <w:r>
        <w:rPr>
          <w:lang w:eastAsia="zh-CN"/>
        </w:rPr>
        <w:br/>
      </w:r>
      <w:r>
        <w:rPr>
          <w:lang w:eastAsia="zh-CN"/>
        </w:rPr>
        <w:t>　　4、保持所用的食物有卫生质量、饭菜及汤式清洁无杂物，如发现食物卫生问题，乙方负全部责任。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5、要不断听取多数员工意见进行改创、而达到卫生质量、份量等保持长期稳定一样标准。</w:t>
      </w:r>
      <w:r>
        <w:rPr>
          <w:lang w:eastAsia="zh-CN"/>
        </w:rPr>
        <w:br/>
      </w:r>
      <w:r>
        <w:rPr>
          <w:lang w:eastAsia="zh-CN"/>
        </w:rPr>
        <w:t>　　6、不得采购变质的肉类、蔬菜类和大米以及调味品等物品，甲方可对食物卫生进行不定期检查。</w:t>
      </w:r>
      <w:r>
        <w:rPr>
          <w:lang w:eastAsia="zh-CN"/>
        </w:rPr>
        <w:br/>
      </w:r>
      <w:r>
        <w:rPr>
          <w:lang w:eastAsia="zh-CN"/>
        </w:rPr>
        <w:t>　　7、保持厨房的环境卫生，做到餐冲、日洗、三天大清洗，做到随时检查随时达标的准则。</w:t>
      </w:r>
      <w:r>
        <w:rPr>
          <w:lang w:eastAsia="zh-CN"/>
        </w:rPr>
        <w:br/>
      </w:r>
      <w:r>
        <w:rPr>
          <w:lang w:eastAsia="zh-CN"/>
        </w:rPr>
        <w:t>　　8、按规定的就餐时间准备饭菜，不得拖延；如遇特殊情况须延迟应及时通知甲方。</w:t>
      </w:r>
      <w:r>
        <w:rPr>
          <w:lang w:eastAsia="zh-CN"/>
        </w:rPr>
        <w:br/>
      </w:r>
      <w:r>
        <w:rPr>
          <w:lang w:eastAsia="zh-CN"/>
        </w:rPr>
        <w:t>　　9、乙方的工作人员须遵守甲方的规章制度，未经批准不得随意出入禁区；如违反者，甲方有权将依厂规处理。</w:t>
      </w:r>
      <w:r>
        <w:rPr>
          <w:lang w:eastAsia="zh-CN"/>
        </w:rPr>
        <w:br/>
      </w:r>
      <w:r>
        <w:rPr>
          <w:lang w:eastAsia="zh-CN"/>
        </w:rPr>
        <w:t>　　10、如厨房设备及工具移交后，乙方应合理使用，妥善保管，不得人为损坏，否则折价赔偿，如有发生失落损耗等一切由乙方负责。</w:t>
      </w:r>
      <w:r>
        <w:rPr>
          <w:lang w:eastAsia="zh-CN"/>
        </w:rPr>
        <w:br/>
      </w:r>
      <w:r>
        <w:rPr>
          <w:lang w:eastAsia="zh-CN"/>
        </w:rPr>
        <w:t>　　11、做到服务周到文明待人笑面轻言。</w:t>
      </w:r>
      <w:r>
        <w:rPr>
          <w:lang w:eastAsia="zh-CN"/>
        </w:rPr>
        <w:br/>
      </w:r>
      <w:r>
        <w:rPr>
          <w:lang w:eastAsia="zh-CN"/>
        </w:rPr>
        <w:t>　　五、违约责任：1、因不可抗力或停水、停电而引起延迟开餐不开餐，乙方不负责任。</w:t>
      </w:r>
      <w:r>
        <w:rPr>
          <w:lang w:eastAsia="zh-CN"/>
        </w:rPr>
        <w:br/>
      </w:r>
      <w:r>
        <w:rPr>
          <w:lang w:eastAsia="zh-CN"/>
        </w:rPr>
        <w:t>　　2、若有意外发生食物病害事故，乙方必须配合甲方进行调查，若查明责任在乙方的错点，乙方应承担所有责任。</w:t>
      </w:r>
      <w:r>
        <w:rPr>
          <w:lang w:eastAsia="zh-CN"/>
        </w:rPr>
        <w:br/>
      </w:r>
      <w:r>
        <w:rPr>
          <w:lang w:eastAsia="zh-CN"/>
        </w:rPr>
        <w:t>　　3、若单方解约，必须提前十五天前以书面形式与对方协商，经双方同意，可终止合同；否则后果自负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六、合同期：乙方办理伙食试用期天，试用期后，甲方认为经营合格，合同期暂订为年，承包期满是否要续订或终止时，甲、乙双方均于十五天前通知对方，另行协商。</w:t>
      </w:r>
      <w:r>
        <w:rPr>
          <w:lang w:eastAsia="zh-CN"/>
        </w:rPr>
        <w:br/>
      </w:r>
      <w:r>
        <w:rPr>
          <w:lang w:eastAsia="zh-CN"/>
        </w:rPr>
        <w:t>　　此合同一式两份，甲、乙双方各执一份，自签订之日起生效，以上合同之条例，双方须共同遵守，不得违反，否则具有同等的法律效力。</w:t>
      </w:r>
      <w:r>
        <w:rPr>
          <w:lang w:eastAsia="zh-CN"/>
        </w:rPr>
        <w:br/>
      </w:r>
      <w:r>
        <w:rPr>
          <w:lang w:eastAsia="zh-CN"/>
        </w:rPr>
        <w:t>　　生效日期：年月日</w:t>
      </w:r>
      <w:r>
        <w:rPr>
          <w:lang w:eastAsia="zh-CN"/>
        </w:rPr>
        <w:br/>
      </w:r>
      <w:r>
        <w:rPr>
          <w:lang w:eastAsia="zh-CN"/>
        </w:rPr>
        <w:t>　　甲方代表签名：乙方代表签名：</w:t>
      </w:r>
      <w:r>
        <w:rPr>
          <w:lang w:eastAsia="zh-CN"/>
        </w:rPr>
        <w:br/>
      </w:r>
      <w:r>
        <w:rPr>
          <w:lang w:eastAsia="zh-CN"/>
        </w:rPr>
        <w:t>　　盖章：盖章：</w:t>
      </w:r>
      <w:r>
        <w:rPr>
          <w:lang w:eastAsia="zh-CN"/>
        </w:rPr>
        <w:br/>
      </w:r>
      <w:r>
        <w:rPr>
          <w:lang w:eastAsia="zh-CN"/>
        </w:rPr>
        <w:t>　　签订日期：年月日</w:t>
      </w:r>
      <w:r>
        <w:rPr>
          <w:lang w:eastAsia="zh-CN"/>
        </w:rPr>
        <w:br/>
      </w:r>
      <w:r>
        <w:rPr>
          <w:lang w:eastAsia="zh-CN"/>
        </w:rPr>
        <w:t xml:space="preserve">    2024年食堂承包合同 篇18 </w:t>
      </w:r>
      <w:r>
        <w:rPr>
          <w:lang w:eastAsia="zh-CN"/>
        </w:rPr>
        <w:br/>
      </w:r>
      <w:r>
        <w:rPr>
          <w:lang w:eastAsia="zh-CN"/>
        </w:rPr>
        <w:t>　　委托方（甲方）：　　承包方（乙方）：身份证：　　甲、乙双方经友好洽谈和协商，甲方决定委托乙方对承包内容进行供货及安装施工。为保证工程顺利进行，特签订本合同（包括本合同附件及部所有补充合同），以便共同遵守。　　</w:t>
      </w:r>
      <w:r>
        <w:rPr>
          <w:lang w:eastAsia="zh-CN"/>
        </w:rPr>
        <w:br/>
      </w:r>
      <w:r>
        <w:rPr>
          <w:lang w:eastAsia="zh-CN"/>
        </w:rPr>
        <w:t>　　第一条: 工程概况　　</w:t>
      </w:r>
      <w:r>
        <w:rPr>
          <w:lang w:eastAsia="zh-CN"/>
        </w:rPr>
        <w:br/>
      </w:r>
      <w:r>
        <w:rPr>
          <w:lang w:eastAsia="zh-CN"/>
        </w:rPr>
        <w:t>　　1. 工程名称:　　</w:t>
      </w:r>
      <w:r>
        <w:rPr>
          <w:lang w:eastAsia="zh-CN"/>
        </w:rPr>
        <w:br/>
      </w:r>
      <w:r>
        <w:rPr>
          <w:lang w:eastAsia="zh-CN"/>
        </w:rPr>
        <w:t>　　2. 工程地址:　　</w:t>
      </w:r>
      <w:r>
        <w:rPr>
          <w:lang w:eastAsia="zh-CN"/>
        </w:rPr>
        <w:br/>
      </w:r>
      <w:r>
        <w:rPr>
          <w:lang w:eastAsia="zh-CN"/>
        </w:rPr>
        <w:t>　　第二条: 工程价款　　双方以共同协商的各种材料价格定价，其材料款支付由以下</w:t>
      </w:r>
      <w:r>
        <w:rPr>
          <w:lang w:eastAsia="zh-CN"/>
        </w:rPr>
        <w:br/>
      </w:r>
      <w:r>
        <w:rPr>
          <w:lang w:eastAsia="zh-CN"/>
        </w:rPr>
        <w:t>　　第五条：付款方式为准。　　</w:t>
      </w:r>
      <w:r>
        <w:rPr>
          <w:lang w:eastAsia="zh-CN"/>
        </w:rPr>
        <w:br/>
      </w:r>
      <w:r>
        <w:rPr>
          <w:lang w:eastAsia="zh-CN"/>
        </w:rPr>
        <w:t>　　第三条:产品规格及单价　　</w:t>
      </w:r>
      <w:r>
        <w:rPr>
          <w:lang w:eastAsia="zh-CN"/>
        </w:rPr>
        <w:br/>
      </w:r>
      <w:r>
        <w:rPr>
          <w:lang w:eastAsia="zh-CN"/>
        </w:rPr>
        <w:t>　　第四条：工程施工　　</w:t>
      </w:r>
      <w:r>
        <w:rPr>
          <w:lang w:eastAsia="zh-CN"/>
        </w:rPr>
        <w:br/>
      </w:r>
      <w:r>
        <w:rPr>
          <w:lang w:eastAsia="zh-CN"/>
        </w:rPr>
        <w:t>　　1.</w:t>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xml:space="preserve"> 乙方应尽量提供给甲方需要的施工材料及辅料，如故意拖延耽误施工时间，一方责任自负。　　</w:t>
      </w:r>
      <w:r>
        <w:rPr>
          <w:lang w:eastAsia="zh-CN"/>
        </w:rPr>
        <w:br/>
      </w:r>
      <w:r>
        <w:rPr>
          <w:lang w:eastAsia="zh-CN"/>
        </w:rPr>
        <w:t>　　2. 乙方应尽量按照甲方验收标准及工程期限施工。　　</w:t>
      </w:r>
      <w:r>
        <w:rPr>
          <w:lang w:eastAsia="zh-CN"/>
        </w:rPr>
        <w:br/>
      </w:r>
      <w:r>
        <w:rPr>
          <w:lang w:eastAsia="zh-CN"/>
        </w:rPr>
        <w:t>　　3. 甲方施工过程中所遇乙方材料质量问题，乙方负责误工费及材料款。　　</w:t>
      </w:r>
      <w:r>
        <w:rPr>
          <w:lang w:eastAsia="zh-CN"/>
        </w:rPr>
        <w:br/>
      </w:r>
      <w:r>
        <w:rPr>
          <w:lang w:eastAsia="zh-CN"/>
        </w:rPr>
        <w:t>　　第四条: 质量要求　　</w:t>
      </w:r>
      <w:r>
        <w:rPr>
          <w:lang w:eastAsia="zh-CN"/>
        </w:rPr>
        <w:br/>
      </w:r>
      <w:r>
        <w:rPr>
          <w:lang w:eastAsia="zh-CN"/>
        </w:rPr>
        <w:t>　　1. 工程使用主要材料的品种、规格需双方认可。材料质量需按原厂实物为准。　　</w:t>
      </w:r>
      <w:r>
        <w:rPr>
          <w:lang w:eastAsia="zh-CN"/>
        </w:rPr>
        <w:br/>
      </w:r>
      <w:r>
        <w:rPr>
          <w:lang w:eastAsia="zh-CN"/>
        </w:rPr>
        <w:t>　　第五条：付款方式　　甲乙双方在合同生效起，支付乙方诚意金，材料款按每个月底工程量的 60</w:t>
      </w:r>
      <w:r>
        <w:rPr>
          <w:lang w:eastAsia="zh-CN"/>
        </w:rPr>
        <w:br/>
      </w:r>
      <w:r>
        <w:rPr>
          <w:lang w:eastAsia="zh-CN"/>
        </w:rPr>
        <w:t>　　%，工地完工后付材料款 35</w:t>
      </w:r>
      <w:r>
        <w:rPr>
          <w:lang w:eastAsia="zh-CN"/>
        </w:rPr>
        <w:br/>
      </w:r>
      <w:r>
        <w:rPr>
          <w:lang w:eastAsia="zh-CN"/>
        </w:rPr>
        <w:t>　　%，剩余5%待验收完成后____月内付清。　　</w:t>
      </w:r>
      <w:r>
        <w:rPr>
          <w:lang w:eastAsia="zh-CN"/>
        </w:rPr>
        <w:br/>
      </w:r>
      <w:r>
        <w:rPr>
          <w:lang w:eastAsia="zh-CN"/>
        </w:rPr>
        <w:t>　　第六条：工程工期　　双方按照具体情况协商。　　</w:t>
      </w:r>
      <w:r>
        <w:rPr>
          <w:lang w:eastAsia="zh-CN"/>
        </w:rPr>
        <w:br/>
      </w:r>
      <w:r>
        <w:rPr>
          <w:lang w:eastAsia="zh-CN"/>
        </w:rPr>
        <w:t>　　第七条：工程验收　　甲方按95％合格率予以验收，对不合格处提出整改意见。　　乙方应按要求予以整改。　　</w:t>
      </w:r>
      <w:r>
        <w:rPr>
          <w:lang w:eastAsia="zh-CN"/>
        </w:rPr>
        <w:br/>
      </w:r>
      <w:r>
        <w:rPr>
          <w:lang w:eastAsia="zh-CN"/>
        </w:rPr>
        <w:t>　　第八条：其他事项　　</w:t>
      </w:r>
      <w:r>
        <w:rPr>
          <w:lang w:eastAsia="zh-CN"/>
        </w:rPr>
        <w:br/>
      </w:r>
      <w:r>
        <w:rPr>
          <w:lang w:eastAsia="zh-CN"/>
        </w:rPr>
        <w:t>　　第九条：争议解决　　双方在履行本合同过程中若有争议可协商解决，协商不成可向当地人民法院起诉。　　</w:t>
      </w:r>
      <w:r>
        <w:rPr>
          <w:lang w:eastAsia="zh-CN"/>
        </w:rPr>
        <w:br/>
      </w:r>
      <w:r>
        <w:rPr>
          <w:lang w:eastAsia="zh-CN"/>
        </w:rPr>
        <w:t>　　第十条：合同的变更和终止　　合同的变更和终止需经双方协商；任何一方擅自变更或终止本合同应承担因此给对方造成的损失。　　</w:t>
      </w:r>
      <w:r>
        <w:rPr>
          <w:lang w:eastAsia="zh-CN"/>
        </w:rPr>
        <w:br/>
      </w:r>
      <w:r>
        <w:rPr>
          <w:lang w:eastAsia="zh-CN"/>
        </w:rPr>
        <w:t>　　第十一条：合同生效　　</w:t>
      </w:r>
      <w:r>
        <w:rPr>
          <w:lang w:eastAsia="zh-CN"/>
        </w:rPr>
        <w:br/>
      </w:r>
      <w:r>
        <w:rPr>
          <w:lang w:eastAsia="zh-CN"/>
        </w:rPr>
        <w:t>　　1. 本合同和合同附件向双方盖章或签字后生效。　　</w:t>
      </w:r>
      <w:r>
        <w:rPr>
          <w:lang w:eastAsia="zh-CN"/>
        </w:rPr>
        <w:br/>
      </w:r>
      <w:r>
        <w:rPr>
          <w:lang w:eastAsia="zh-CN"/>
        </w:rPr>
        <w:t>　　2. 补充合同与本合同具有同等法律效力。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3. 本合同（包括合同附件、补充合同）一式 份，甲乙双方各 份。　　甲方： （签章）</w:t>
      </w:r>
      <w:r>
        <w:rPr>
          <w:lang w:eastAsia="zh-CN"/>
        </w:rPr>
        <w:br/>
      </w:r>
      <w:r>
        <w:rPr>
          <w:lang w:eastAsia="zh-CN"/>
        </w:rPr>
        <w:t>　　乙方：</w:t>
      </w:r>
      <w:r>
        <w:rPr>
          <w:lang w:eastAsia="zh-CN"/>
        </w:rPr>
        <w:br/>
      </w:r>
      <w:r>
        <w:rPr>
          <w:lang w:eastAsia="zh-CN"/>
        </w:rPr>
        <w:t>　　（签章）　　公司地址：　　委托人： 委托人：　　电话： 电话：　　签约日期：________年____月____日承包合同 篇10　　甲方：　　乙方：　　经清泉村青山队群众会议通过决定，特将本队的荒山荒地承包给乙方，经双方同意协议如下：　　</w:t>
      </w:r>
      <w:r>
        <w:rPr>
          <w:lang w:eastAsia="zh-CN"/>
        </w:rPr>
        <w:br/>
      </w:r>
      <w:r>
        <w:rPr>
          <w:lang w:eastAsia="zh-CN"/>
        </w:rPr>
        <w:t>　　一、荒山总面积 亩，包括 山，该承包金额按荒山每亩 元计，合计大写 元。备注：经村民双方协商，________年付款一次，承包期为________年。承包期满后，乙方有优先承包权。如甲方不优先承包给乙方，甲方将承担违约责任。　　</w:t>
      </w:r>
      <w:r>
        <w:rPr>
          <w:lang w:eastAsia="zh-CN"/>
        </w:rPr>
        <w:br/>
      </w:r>
      <w:r>
        <w:rPr>
          <w:lang w:eastAsia="zh-CN"/>
        </w:rPr>
        <w:t>　　二、乙方本着不污染环境开办养殖业及种植果树等，有责任保护生态环境。　　</w:t>
      </w:r>
      <w:r>
        <w:rPr>
          <w:lang w:eastAsia="zh-CN"/>
        </w:rPr>
        <w:br/>
      </w:r>
      <w:r>
        <w:rPr>
          <w:lang w:eastAsia="zh-CN"/>
        </w:rPr>
        <w:t>　　三、荒山承包期间，若国家开发修路等，需征收其土地，土地归甲方所有，苗木及附属设施归乙方所有，同时承包款自征收之日起停付。　　</w:t>
      </w:r>
      <w:r>
        <w:rPr>
          <w:lang w:eastAsia="zh-CN"/>
        </w:rPr>
        <w:br/>
      </w:r>
      <w:r>
        <w:rPr>
          <w:lang w:eastAsia="zh-CN"/>
        </w:rPr>
        <w:t>　　四、山林改造，经营方式等管理自主权一切归乙方，但不得毁坏山上现有祖坟，但甲方自承包期内不得买卖坟地。　　</w:t>
      </w:r>
      <w:r>
        <w:rPr>
          <w:lang w:eastAsia="zh-CN"/>
        </w:rPr>
        <w:br/>
      </w:r>
      <w:r>
        <w:rPr>
          <w:lang w:eastAsia="zh-CN"/>
        </w:rPr>
        <w:t>　　五、在合同期内，任何乙方法定代表人或负责人的变更，都不得因此而解除本合同，如确需变更法定代表人或负责人签订本合同外的补充合同。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六、如甲方重复发包上述林地或长时间停电停水，致使乙方无法经营时，其违约责任由甲方承担。　　</w:t>
      </w:r>
      <w:r>
        <w:rPr>
          <w:lang w:eastAsia="zh-CN"/>
        </w:rPr>
        <w:br/>
      </w:r>
      <w:r>
        <w:rPr>
          <w:lang w:eastAsia="zh-CN"/>
        </w:rPr>
        <w:t>　　七、乙方承包期间，甲、乙双方不得随意更改经营方式，如有违约，责任自负。　　</w:t>
      </w:r>
      <w:r>
        <w:rPr>
          <w:lang w:eastAsia="zh-CN"/>
        </w:rPr>
        <w:br/>
      </w:r>
      <w:r>
        <w:rPr>
          <w:lang w:eastAsia="zh-CN"/>
        </w:rPr>
        <w:t>　　八、付款方式与时间为________年付一次。付款时间为村民签名当日之内付清，否则甲方有权收回山和地，本合同作废。　　</w:t>
      </w:r>
      <w:r>
        <w:rPr>
          <w:lang w:eastAsia="zh-CN"/>
        </w:rPr>
        <w:br/>
      </w:r>
      <w:r>
        <w:rPr>
          <w:lang w:eastAsia="zh-CN"/>
        </w:rPr>
        <w:t>　　九、本合同一式两份，甲、乙双方各执一份，自签字之日起生效，并具有法律效力。　　甲方(公章)：_________ 乙方(公章)：_________　　法定代表人(签字)：_________ 法定代表人(签字)：_________　　________年____月____日 ________年____月____日</w:t>
      </w:r>
      <w:r>
        <w:rPr>
          <w:lang w:eastAsia="zh-CN"/>
        </w:rPr>
        <w:br/>
      </w:r>
      <w:r>
        <w:rPr>
          <w:lang w:eastAsia="zh-CN"/>
        </w:rPr>
        <w:t xml:space="preserve">    2024年食堂承包合同 篇19 </w:t>
      </w:r>
      <w:r>
        <w:rPr>
          <w:lang w:eastAsia="zh-CN"/>
        </w:rPr>
        <w:br/>
      </w:r>
      <w:r>
        <w:rPr>
          <w:lang w:eastAsia="zh-CN"/>
        </w:rPr>
        <w:t>　　委托方：（以下简称甲方）</w:t>
      </w:r>
      <w:r>
        <w:rPr>
          <w:lang w:eastAsia="zh-CN"/>
        </w:rPr>
        <w:br/>
      </w:r>
      <w:r>
        <w:rPr>
          <w:lang w:eastAsia="zh-CN"/>
        </w:rPr>
        <w:t>　　管理方：（以下简称乙方）</w:t>
      </w:r>
      <w:r>
        <w:rPr>
          <w:lang w:eastAsia="zh-CN"/>
        </w:rPr>
        <w:br/>
      </w:r>
      <w:r>
        <w:rPr>
          <w:lang w:eastAsia="zh-CN"/>
        </w:rPr>
        <w:t>　　根据《中华人民共和国合同法》及其他相关法律规定，双方就员工伙食托管事宜，经共同协商，达成如下协议：</w:t>
      </w:r>
      <w:r>
        <w:rPr>
          <w:lang w:eastAsia="zh-CN"/>
        </w:rPr>
        <w:br/>
      </w:r>
      <w:r>
        <w:rPr>
          <w:lang w:eastAsia="zh-CN"/>
        </w:rPr>
        <w:t>　　一、经营方式：</w:t>
      </w:r>
      <w:r>
        <w:rPr>
          <w:lang w:eastAsia="zh-CN"/>
        </w:rPr>
        <w:br/>
      </w:r>
      <w:r>
        <w:rPr>
          <w:lang w:eastAsia="zh-CN"/>
        </w:rPr>
        <w:t>　　1.甲方免费提供厨房、餐厅全套的厨房设备，负责水电和燃气，并为乙方厨房员工解决住宿问题。</w:t>
      </w:r>
      <w:r>
        <w:rPr>
          <w:lang w:eastAsia="zh-CN"/>
        </w:rPr>
        <w:br/>
      </w:r>
      <w:r>
        <w:rPr>
          <w:lang w:eastAsia="zh-CN"/>
        </w:rPr>
        <w:t>　　2.承包期内厨房设备正常维修和必须添置或需要更换之设备，由乙方提出，经甲方同意后由甲方负责。</w:t>
      </w:r>
      <w:r>
        <w:rPr>
          <w:lang w:eastAsia="zh-CN"/>
        </w:rPr>
        <w:br/>
      </w:r>
      <w:r>
        <w:rPr>
          <w:lang w:eastAsia="zh-CN"/>
        </w:rPr>
        <w:t>　　3.厨房人员工资待遇及洗涤用品费用由乙方自行负责。</w:t>
      </w:r>
      <w:r>
        <w:rPr>
          <w:lang w:eastAsia="zh-CN"/>
        </w:rPr>
        <w:br/>
      </w:r>
      <w:r>
        <w:rPr>
          <w:lang w:eastAsia="zh-CN"/>
        </w:rPr>
        <w:t>　　二、双方权利及义务</w:t>
      </w:r>
      <w:r>
        <w:rPr>
          <w:lang w:eastAsia="zh-CN"/>
        </w:rPr>
        <w:br/>
      </w:r>
      <w:r>
        <w:rPr>
          <w:lang w:eastAsia="zh-CN"/>
        </w:rPr>
        <w:t>　　1.甲方权利及义务：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a)甲方按承包合同规定监督乙方依法经营、履行合同，做好指导和协调工作。</w:t>
      </w:r>
      <w:r>
        <w:rPr>
          <w:lang w:eastAsia="zh-CN"/>
        </w:rPr>
        <w:br/>
      </w:r>
      <w:r>
        <w:rPr>
          <w:lang w:eastAsia="zh-CN"/>
        </w:rPr>
        <w:t>　　b)甲方对乙方进菜、配菜、营养搭配、服务水平及卫生状况进行监督。并有权要求乙方及时整改。</w:t>
      </w:r>
      <w:r>
        <w:rPr>
          <w:lang w:eastAsia="zh-CN"/>
        </w:rPr>
        <w:br/>
      </w:r>
      <w:r>
        <w:rPr>
          <w:lang w:eastAsia="zh-CN"/>
        </w:rPr>
        <w:t>　　2.乙方权利及义务：</w:t>
      </w:r>
      <w:r>
        <w:rPr>
          <w:lang w:eastAsia="zh-CN"/>
        </w:rPr>
        <w:br/>
      </w:r>
      <w:r>
        <w:rPr>
          <w:lang w:eastAsia="zh-CN"/>
        </w:rPr>
        <w:t>　　a)乙方负责食堂的经营管，具体包括食堂人事、菜肴的'搭配与制作、就餐环境卫生、服务等。</w:t>
      </w:r>
      <w:r>
        <w:rPr>
          <w:lang w:eastAsia="zh-CN"/>
        </w:rPr>
        <w:br/>
      </w:r>
      <w:r>
        <w:rPr>
          <w:lang w:eastAsia="zh-CN"/>
        </w:rPr>
        <w:t>　　b)乙方必须遵守国家和地方有关环境和卫生的标准，严禁供应腐烂变质的食品，保菜肴的新鲜和卫生。</w:t>
      </w:r>
      <w:r>
        <w:rPr>
          <w:lang w:eastAsia="zh-CN"/>
        </w:rPr>
        <w:br/>
      </w:r>
      <w:r>
        <w:rPr>
          <w:lang w:eastAsia="zh-CN"/>
        </w:rPr>
        <w:t>　　c)乙方必须按时供应甲方工作日餐，做到新鲜可口、花样翻新，营养搭配好。</w:t>
      </w:r>
      <w:r>
        <w:rPr>
          <w:lang w:eastAsia="zh-CN"/>
        </w:rPr>
        <w:br/>
      </w:r>
      <w:r>
        <w:rPr>
          <w:lang w:eastAsia="zh-CN"/>
        </w:rPr>
        <w:t>　　d)餐后认真清洗食具并消毒，食堂内部、用餐大厅环境卫生全面清洁整理。经常清理食堂内外水池、下水道，确保畅通。</w:t>
      </w:r>
      <w:r>
        <w:rPr>
          <w:lang w:eastAsia="zh-CN"/>
        </w:rPr>
        <w:br/>
      </w:r>
      <w:r>
        <w:rPr>
          <w:lang w:eastAsia="zh-CN"/>
        </w:rPr>
        <w:t>　　e)不锈钢灶台及炊事用品油渍及时清理。</w:t>
      </w:r>
      <w:r>
        <w:rPr>
          <w:lang w:eastAsia="zh-CN"/>
        </w:rPr>
        <w:br/>
      </w:r>
      <w:r>
        <w:rPr>
          <w:lang w:eastAsia="zh-CN"/>
        </w:rPr>
        <w:t>　　f)消除蚊、蝇、鼠害。</w:t>
      </w:r>
      <w:r>
        <w:rPr>
          <w:lang w:eastAsia="zh-CN"/>
        </w:rPr>
        <w:br/>
      </w:r>
      <w:r>
        <w:rPr>
          <w:lang w:eastAsia="zh-CN"/>
        </w:rPr>
        <w:t>　　g)冰柜定期清理、除霜，消除异味，生熟物分开存放。</w:t>
      </w:r>
      <w:r>
        <w:rPr>
          <w:lang w:eastAsia="zh-CN"/>
        </w:rPr>
        <w:br/>
      </w:r>
      <w:r>
        <w:rPr>
          <w:lang w:eastAsia="zh-CN"/>
        </w:rPr>
        <w:t>　　h)乙方现场工作人员必须具有健康证。</w:t>
      </w:r>
      <w:r>
        <w:rPr>
          <w:lang w:eastAsia="zh-CN"/>
        </w:rPr>
        <w:br/>
      </w:r>
      <w:r>
        <w:rPr>
          <w:lang w:eastAsia="zh-CN"/>
        </w:rPr>
        <w:t>　　i)所有在食堂工作的员工工资和福利均由乙方负责。</w:t>
      </w:r>
      <w:r>
        <w:rPr>
          <w:lang w:eastAsia="zh-CN"/>
        </w:rPr>
        <w:br/>
      </w:r>
      <w:r>
        <w:rPr>
          <w:lang w:eastAsia="zh-CN"/>
        </w:rPr>
        <w:t>　　j)督促厨房员工遵守甲方的规章制度、厨房纪律及厂规厂纪。不轻易进入厂方员工宿舍。</w:t>
      </w:r>
      <w:r>
        <w:rPr>
          <w:lang w:eastAsia="zh-CN"/>
        </w:rPr>
        <w:br/>
      </w:r>
      <w:r>
        <w:rPr>
          <w:lang w:eastAsia="zh-CN"/>
        </w:rPr>
        <w:t>　　k)厨房及餐厅的残渣剩饭由乙方处理，但不得扔在甲方的厂区内。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三、伙食标准：</w:t>
      </w:r>
      <w:r>
        <w:rPr>
          <w:lang w:eastAsia="zh-CN"/>
        </w:rPr>
        <w:br/>
      </w:r>
      <w:r>
        <w:rPr>
          <w:lang w:eastAsia="zh-CN"/>
        </w:rPr>
        <w:t>　　早餐元，中餐元，晚餐元，夜宵元，其中中餐大荦小荦素菜汤，晚餐大荦小荦素菜汤，夜宵大荦小荦素菜汤。</w:t>
      </w:r>
      <w:r>
        <w:rPr>
          <w:lang w:eastAsia="zh-CN"/>
        </w:rPr>
        <w:br/>
      </w:r>
      <w:r>
        <w:rPr>
          <w:lang w:eastAsia="zh-CN"/>
        </w:rPr>
        <w:t>　　四、结算方法：</w:t>
      </w:r>
      <w:r>
        <w:rPr>
          <w:lang w:eastAsia="zh-CN"/>
        </w:rPr>
        <w:br/>
      </w:r>
      <w:r>
        <w:rPr>
          <w:lang w:eastAsia="zh-CN"/>
        </w:rPr>
        <w:t>　　1.甲方按实际用餐人数每半月（或天）计算一次餐费，于每月的日和日以现金或现金支票方式付给乙方。</w:t>
      </w:r>
      <w:r>
        <w:rPr>
          <w:lang w:eastAsia="zh-CN"/>
        </w:rPr>
        <w:br/>
      </w:r>
      <w:r>
        <w:rPr>
          <w:lang w:eastAsia="zh-CN"/>
        </w:rPr>
        <w:t>　　2.若有一方有意中止合作关系，需提前一个月通知对方。</w:t>
      </w:r>
      <w:r>
        <w:rPr>
          <w:lang w:eastAsia="zh-CN"/>
        </w:rPr>
        <w:br/>
      </w:r>
      <w:r>
        <w:rPr>
          <w:lang w:eastAsia="zh-CN"/>
        </w:rPr>
        <w:t>　　五、违约责任</w:t>
      </w:r>
      <w:r>
        <w:rPr>
          <w:lang w:eastAsia="zh-CN"/>
        </w:rPr>
        <w:br/>
      </w:r>
      <w:r>
        <w:rPr>
          <w:lang w:eastAsia="zh-CN"/>
        </w:rPr>
        <w:t>　　1.因乙方提供不洁食品造成甲方人员食物中毒的，由乙方负责适当赔偿并承担相应的法律后果。</w:t>
      </w:r>
      <w:r>
        <w:rPr>
          <w:lang w:eastAsia="zh-CN"/>
        </w:rPr>
        <w:br/>
      </w:r>
      <w:r>
        <w:rPr>
          <w:lang w:eastAsia="zh-CN"/>
        </w:rPr>
        <w:t>　　2.甲方无故未按时结清乙方帐款超过15天的，应承担违约责任0.3%天。</w:t>
      </w:r>
      <w:r>
        <w:rPr>
          <w:lang w:eastAsia="zh-CN"/>
        </w:rPr>
        <w:br/>
      </w:r>
      <w:r>
        <w:rPr>
          <w:lang w:eastAsia="zh-CN"/>
        </w:rPr>
        <w:t>　　六、合同期限：本合同自年 月 日起到年 月 日止。从双方签署合同之日起，到双方依照以上条约中止合作关系之日结束。</w:t>
      </w:r>
      <w:r>
        <w:rPr>
          <w:lang w:eastAsia="zh-CN"/>
        </w:rPr>
        <w:br/>
      </w:r>
      <w:r>
        <w:rPr>
          <w:lang w:eastAsia="zh-CN"/>
        </w:rPr>
        <w:t>　　七、争议解决：</w:t>
      </w:r>
      <w:r>
        <w:rPr>
          <w:lang w:eastAsia="zh-CN"/>
        </w:rPr>
        <w:br/>
      </w:r>
      <w:r>
        <w:rPr>
          <w:lang w:eastAsia="zh-CN"/>
        </w:rPr>
        <w:t>　　因执行该合同发生争议时，双方应协商解决，协商不成时，可向人民法院诉讼解决，该合同自双方签章后生效。</w:t>
      </w:r>
      <w:r>
        <w:rPr>
          <w:lang w:eastAsia="zh-CN"/>
        </w:rPr>
        <w:br/>
      </w:r>
      <w:r>
        <w:rPr>
          <w:lang w:eastAsia="zh-CN"/>
        </w:rPr>
        <w:t>　　合同文本一式两份，甲乙双方各执一份。</w:t>
      </w:r>
      <w:r>
        <w:rPr>
          <w:lang w:eastAsia="zh-CN"/>
        </w:rPr>
        <w:br/>
      </w:r>
      <w:r>
        <w:rPr>
          <w:lang w:eastAsia="zh-CN"/>
        </w:rPr>
        <w:t>　　甲方（盖章）：_________ 乙方（盖章）：_________</w:t>
      </w:r>
      <w:r>
        <w:rPr>
          <w:lang w:eastAsia="zh-CN"/>
        </w:rPr>
        <w:br/>
      </w:r>
      <w:r>
        <w:rPr>
          <w:lang w:eastAsia="zh-CN"/>
        </w:rPr>
        <w:t>　　代表（签）：_________ 代表（签）：_________</w:t>
      </w:r>
      <w:r>
        <w:rPr>
          <w:lang w:eastAsia="zh-CN"/>
        </w:rPr>
        <w:br/>
      </w:r>
      <w:r>
        <w:rPr>
          <w:lang w:eastAsia="zh-CN"/>
        </w:rPr>
        <w:t>　　_________年____月____日 _________年____月____日</w:t>
      </w:r>
      <w:r>
        <w:rPr>
          <w:lang w:eastAsia="zh-CN"/>
        </w:rPr>
        <w:br/>
      </w:r>
      <w:r>
        <w:rPr>
          <w:lang w:eastAsia="zh-CN"/>
        </w:rPr>
        <w:t xml:space="preserve">    2024年食堂承包合同 篇20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甲方</w:t>
      </w:r>
      <w:r>
        <w:rPr>
          <w:lang w:eastAsia="zh-CN"/>
        </w:rPr>
        <w:br/>
      </w:r>
      <w:r>
        <w:rPr>
          <w:lang w:eastAsia="zh-CN"/>
        </w:rPr>
        <w:t>　　乙方</w:t>
      </w:r>
      <w:r>
        <w:rPr>
          <w:lang w:eastAsia="zh-CN"/>
        </w:rPr>
        <w:br/>
      </w:r>
      <w:r>
        <w:rPr>
          <w:lang w:eastAsia="zh-CN"/>
        </w:rPr>
        <w:t>　　甲方根据教育部教财(1999)14号文件关于围绕服务教育教学，服务师生和人民群众生活需要，培养和发展教育市场体系的要求，经甲乙双方协商一致，特订立本合同，具体条款如下：</w:t>
      </w:r>
      <w:r>
        <w:rPr>
          <w:lang w:eastAsia="zh-CN"/>
        </w:rPr>
        <w:br/>
      </w:r>
      <w:r>
        <w:rPr>
          <w:lang w:eastAsia="zh-CN"/>
        </w:rPr>
        <w:t>　　一、甲方同意乙方承包学校食堂，承包期限为一年，即从年月日至年月日止。</w:t>
      </w:r>
      <w:r>
        <w:rPr>
          <w:lang w:eastAsia="zh-CN"/>
        </w:rPr>
        <w:br/>
      </w:r>
      <w:r>
        <w:rPr>
          <w:lang w:eastAsia="zh-CN"/>
        </w:rPr>
        <w:t>　　二、全年承包金为__元整，于合同签订时一次交清。承包期间乙方需向甲方交卫生保证金5000元;财产保证金5000元。承包期满未出现食物中毒、财产损坏、保证金全额退回给乙方。出现上述问题，视情节在保证金内扣除。并由乙方承担全部损失。</w:t>
      </w:r>
      <w:r>
        <w:rPr>
          <w:lang w:eastAsia="zh-CN"/>
        </w:rPr>
        <w:br/>
      </w:r>
      <w:r>
        <w:rPr>
          <w:lang w:eastAsia="zh-CN"/>
        </w:rPr>
        <w:t>　　三、甲方要求乙方法定代表人到甲方食堂具体负责管理，乙方对此表示同意。</w:t>
      </w:r>
      <w:r>
        <w:rPr>
          <w:lang w:eastAsia="zh-CN"/>
        </w:rPr>
        <w:br/>
      </w:r>
      <w:r>
        <w:rPr>
          <w:lang w:eastAsia="zh-CN"/>
        </w:rPr>
        <w:t>　　四、乙方在承包期间，必须确保校园整洁，遵章守法，维护学校名誉。服从创建、治安等部门和学校的管理，做好门前三包及食堂周边的环境卫生工作，出现问题，造成严重后果，后果由乙方自负，且甲方有权单方面终止合同。</w:t>
      </w:r>
      <w:r>
        <w:rPr>
          <w:lang w:eastAsia="zh-CN"/>
        </w:rPr>
        <w:br/>
      </w:r>
      <w:r>
        <w:rPr>
          <w:lang w:eastAsia="zh-CN"/>
        </w:rPr>
        <w:t>　　五、乙方承包期间，应多动脑筋，改善服务态度，提高服务质量。如出现服务态度差，不能保证正常的伙食供应，师生意见大，反映强烈，甲方有权采取应急措施，并单方面终止合同，且不退还承包金。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r>
        <w:rPr>
          <w:lang w:eastAsia="zh-CN"/>
        </w:rPr>
        <w:br/>
      </w:r>
      <w:r>
        <w:rPr>
          <w:lang w:eastAsia="zh-CN"/>
        </w:rPr>
        <w:t>　　七、合同期满甲方组织重新招标，乙方若需继续承包，可在规定时间内向甲方提出书面申请，同等条件下，优先参加投标，若未中标，乙方必须在合同期满前5天无条件移交房屋及有关设备。如强行占房，甲方有权按原承包价双倍收取占用金，并且依法强制搬出。</w:t>
      </w:r>
      <w:r>
        <w:rPr>
          <w:lang w:eastAsia="zh-CN"/>
        </w:rPr>
        <w:br/>
      </w:r>
      <w:r>
        <w:rPr>
          <w:lang w:eastAsia="zh-CN"/>
        </w:rPr>
        <w:t>　　八、甲方提供水、电源，费用由乙方按实际使用量与甲方总务处结算，超过三个月不结算费用，视为乙方违约。为确保用电安全，乙方不得私自乱接电器，超负荷用电。</w:t>
      </w:r>
      <w:r>
        <w:rPr>
          <w:lang w:eastAsia="zh-CN"/>
        </w:rPr>
        <w:br/>
      </w:r>
      <w:r>
        <w:rPr>
          <w:lang w:eastAsia="zh-CN"/>
        </w:rPr>
        <w:t>　　九、乙方经营中必须严格执行《食品卫生法》的各项条款，并接受学校总务处、校医室的卫生检查监督，所有从业人员必须持有健康证方可上岗服务。</w:t>
      </w:r>
      <w:r>
        <w:rPr>
          <w:lang w:eastAsia="zh-CN"/>
        </w:rPr>
        <w:br/>
      </w:r>
      <w:r>
        <w:rPr>
          <w:lang w:eastAsia="zh-CN"/>
        </w:rPr>
        <w:t>　　十、乙方一切债务与甲方无关。</w:t>
      </w:r>
      <w:r>
        <w:rPr>
          <w:lang w:eastAsia="zh-CN"/>
        </w:rPr>
        <w:br/>
      </w:r>
      <w:r>
        <w:rPr>
          <w:lang w:eastAsia="zh-CN"/>
        </w:rPr>
        <w:t>　　十一、乙方必须自觉遵守投标承诺，服从甲方统一领导，遵守国家有关法规，遵守校规校纪，不得以任何理由向室外延伸服务;不得在校园内对外服务。</w:t>
      </w:r>
      <w:r>
        <w:rPr>
          <w:lang w:eastAsia="zh-CN"/>
        </w:rPr>
        <w:br/>
      </w:r>
      <w:r>
        <w:rPr>
          <w:lang w:eastAsia="zh-CN"/>
        </w:rPr>
        <w:t>　　十二、承包期内，乙方不得擅自改变房屋结构和设备位置，如乙方确因经营需要，需征得甲方同意。承包期满，甲方将组织人员对房屋设备进行验收检查，如果损坏，必须修复或予以赔偿。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十三、乙方中途未经甲方同意，不得擅自转包或改变服务性质。若擅自变更经营者或改变服务性质，则视为乙方违约，甲方有权终止合同，且不承担因终止合同而造成的经济损失。</w:t>
      </w:r>
      <w:r>
        <w:rPr>
          <w:lang w:eastAsia="zh-CN"/>
        </w:rPr>
        <w:br/>
      </w:r>
      <w:r>
        <w:rPr>
          <w:lang w:eastAsia="zh-CN"/>
        </w:rPr>
        <w:t>　　十四、承包人因故需终止合同，须提前20日向乙方提出书面申请，甲方同意后5日内必须撤离。</w:t>
      </w:r>
      <w:r>
        <w:rPr>
          <w:lang w:eastAsia="zh-CN"/>
        </w:rPr>
        <w:br/>
      </w:r>
      <w:r>
        <w:rPr>
          <w:lang w:eastAsia="zh-CN"/>
        </w:rPr>
        <w:t>　　十五、本合同系甲、乙双方自愿签订，如一方违约，应支付另一方违约金壹万元整。</w:t>
      </w:r>
      <w:r>
        <w:rPr>
          <w:lang w:eastAsia="zh-CN"/>
        </w:rPr>
        <w:br/>
      </w:r>
      <w:r>
        <w:rPr>
          <w:lang w:eastAsia="zh-CN"/>
        </w:rPr>
        <w:t>　　十六、本次招标的.公告、招标须知和中标方投标书为本合同的附件与本合同具体同等效力。</w:t>
      </w:r>
      <w:r>
        <w:rPr>
          <w:lang w:eastAsia="zh-CN"/>
        </w:rPr>
        <w:br/>
      </w:r>
      <w:r>
        <w:rPr>
          <w:lang w:eastAsia="zh-CN"/>
        </w:rPr>
        <w:t>　　十七、如遇不可抗拒的原因而导致房屋毁损，致使合同无法履行，本合同自行终止，双方不承担责任。</w:t>
      </w:r>
      <w:r>
        <w:rPr>
          <w:lang w:eastAsia="zh-CN"/>
        </w:rPr>
        <w:br/>
      </w:r>
      <w:r>
        <w:rPr>
          <w:lang w:eastAsia="zh-CN"/>
        </w:rPr>
        <w:t>　　十八、本合同未尽事宜，一律按《中华人民共和国经济合同法》的有关规定，经合同双方共同协商，作出补充规定，补充规定与本合同具有同等效力。</w:t>
      </w:r>
      <w:r>
        <w:rPr>
          <w:lang w:eastAsia="zh-CN"/>
        </w:rPr>
        <w:br/>
      </w:r>
      <w:r>
        <w:rPr>
          <w:lang w:eastAsia="zh-CN"/>
        </w:rPr>
        <w:t>　　十九、本合同双方签字，见证后生效。</w:t>
      </w:r>
      <w:r>
        <w:rPr>
          <w:lang w:eastAsia="zh-CN"/>
        </w:rPr>
        <w:br/>
      </w:r>
      <w:r>
        <w:rPr>
          <w:lang w:eastAsia="zh-CN"/>
        </w:rPr>
        <w:t>　　二十、本合同一式叁份，甲乙双方各执一份，见证单位执一份。</w:t>
      </w:r>
      <w:r>
        <w:rPr>
          <w:lang w:eastAsia="zh-CN"/>
        </w:rPr>
        <w:br/>
      </w:r>
      <w:r>
        <w:rPr>
          <w:lang w:eastAsia="zh-CN"/>
        </w:rPr>
        <w:t>　　甲方(盖章)： 乙方(签字)：</w:t>
      </w:r>
      <w:r>
        <w:rPr>
          <w:lang w:eastAsia="zh-CN"/>
        </w:rPr>
        <w:br/>
      </w:r>
      <w:r>
        <w:rPr>
          <w:lang w:eastAsia="zh-CN"/>
        </w:rPr>
        <w:t>　　法定代表人：</w:t>
      </w:r>
      <w:r>
        <w:rPr>
          <w:lang w:eastAsia="zh-CN"/>
        </w:rPr>
        <w:br/>
      </w:r>
      <w:r>
        <w:rPr>
          <w:lang w:eastAsia="zh-CN"/>
        </w:rPr>
        <w:t>　　签定日期：</w:t>
      </w:r>
      <w:r>
        <w:rPr>
          <w:lang w:eastAsia="zh-CN"/>
        </w:rPr>
        <w:br/>
      </w:r>
      <w:r>
        <w:rPr>
          <w:lang w:eastAsia="zh-CN"/>
        </w:rPr>
        <w:t xml:space="preserve">    2024年食堂承包合同 篇21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甲方：　　乙方：　　根据《民法典》及有关法律、遵循平等自愿、公平和诚信的原则，双方就本工程装修事宜协商一致，特订立本合同。　　</w:t>
      </w:r>
      <w:r>
        <w:rPr>
          <w:lang w:eastAsia="zh-CN"/>
        </w:rPr>
        <w:br/>
      </w:r>
      <w:r>
        <w:rPr>
          <w:lang w:eastAsia="zh-CN"/>
        </w:rPr>
        <w:t>　　一、工程名称：　　</w:t>
      </w:r>
      <w:r>
        <w:rPr>
          <w:lang w:eastAsia="zh-CN"/>
        </w:rPr>
        <w:br/>
      </w:r>
      <w:r>
        <w:rPr>
          <w:lang w:eastAsia="zh-CN"/>
        </w:rPr>
        <w:t>　　二、工程地点　　</w:t>
      </w:r>
      <w:r>
        <w:rPr>
          <w:lang w:eastAsia="zh-CN"/>
        </w:rPr>
        <w:br/>
      </w:r>
      <w:r>
        <w:rPr>
          <w:lang w:eastAsia="zh-CN"/>
        </w:rPr>
        <w:t>　　三、承包方式：人工费清包　　</w:t>
      </w:r>
      <w:r>
        <w:rPr>
          <w:lang w:eastAsia="zh-CN"/>
        </w:rPr>
        <w:br/>
      </w:r>
      <w:r>
        <w:rPr>
          <w:lang w:eastAsia="zh-CN"/>
        </w:rPr>
        <w:t>　　四、工期根据甲方要求工期完成。　　</w:t>
      </w:r>
      <w:r>
        <w:rPr>
          <w:lang w:eastAsia="zh-CN"/>
        </w:rPr>
        <w:br/>
      </w:r>
      <w:r>
        <w:rPr>
          <w:lang w:eastAsia="zh-CN"/>
        </w:rPr>
        <w:t>　　五、承包内容：内墙抹灰　　</w:t>
      </w:r>
      <w:r>
        <w:rPr>
          <w:lang w:eastAsia="zh-CN"/>
        </w:rPr>
        <w:br/>
      </w:r>
      <w:r>
        <w:rPr>
          <w:lang w:eastAsia="zh-CN"/>
        </w:rPr>
        <w:t>　　六、结算方式：按抹灰墙面空口实算11元每平方计算，后来增加的人数抹灰以空口实算12元计算。(包括阳台全部空口实算)。　　</w:t>
      </w:r>
      <w:r>
        <w:rPr>
          <w:lang w:eastAsia="zh-CN"/>
        </w:rPr>
        <w:br/>
      </w:r>
      <w:r>
        <w:rPr>
          <w:lang w:eastAsia="zh-CN"/>
        </w:rPr>
        <w:t>　　七、质量要求：乙方严格按现行规范标准及甲方要求施工，工程质量必须达到合格。　　</w:t>
      </w:r>
      <w:r>
        <w:rPr>
          <w:lang w:eastAsia="zh-CN"/>
        </w:rPr>
        <w:br/>
      </w:r>
      <w:r>
        <w:rPr>
          <w:lang w:eastAsia="zh-CN"/>
        </w:rPr>
        <w:t>　　八、付款方式：按形象进度付款，即内墙面六层全部完成付10万元生活费，全部完成以后付工程款的90%，待全部完成并验收合格后工付工程量的95%，剩余的________年后全部付清。　　</w:t>
      </w:r>
      <w:r>
        <w:rPr>
          <w:lang w:eastAsia="zh-CN"/>
        </w:rPr>
        <w:br/>
      </w:r>
      <w:r>
        <w:rPr>
          <w:lang w:eastAsia="zh-CN"/>
        </w:rPr>
        <w:t>　　九、甲方责任：负责材料、机械进出场及技术监督、技术交底，提供乙方人员住宿条件及暂住治安费用，因材料及机械故障造成的停工及质量问题由甲方承担(室内砼突出部分均由甲方派人剔凿)。　　甲方：乙方：日期</w:t>
      </w:r>
      <w:r>
        <w:rPr>
          <w:lang w:eastAsia="zh-CN"/>
        </w:rPr>
        <w:br/>
      </w:r>
      <w:r>
        <w:rPr>
          <w:lang w:eastAsia="zh-CN"/>
        </w:rPr>
        <w:t xml:space="preserve">    2024年食堂承包合同 篇22 </w:t>
      </w:r>
      <w:r>
        <w:rPr>
          <w:lang w:eastAsia="zh-CN"/>
        </w:rPr>
        <w:br/>
      </w:r>
      <w:r>
        <w:rPr>
          <w:lang w:eastAsia="zh-CN"/>
        </w:rPr>
        <w:t>　　甲方（ 学校） ：</w:t>
      </w:r>
      <w:r>
        <w:rPr>
          <w:lang w:eastAsia="zh-CN"/>
        </w:rPr>
        <w:br/>
      </w:r>
      <w:r>
        <w:rPr>
          <w:lang w:eastAsia="zh-CN"/>
        </w:rPr>
        <w:t>　　地址：</w:t>
      </w:r>
      <w:r>
        <w:rPr>
          <w:lang w:eastAsia="zh-CN"/>
        </w:rPr>
        <w:br/>
      </w:r>
      <w:r>
        <w:rPr>
          <w:lang w:eastAsia="zh-CN"/>
        </w:rPr>
        <w:t>　　电话</w:t>
      </w:r>
      <w:r>
        <w:rPr>
          <w:lang w:eastAsia="zh-CN"/>
        </w:rPr>
        <w:br/>
      </w:r>
      <w:r>
        <w:rPr>
          <w:lang w:eastAsia="zh-CN"/>
        </w:rPr>
        <w:t>　　法定代表人：</w:t>
      </w:r>
      <w:r>
        <w:rPr>
          <w:lang w:eastAsia="zh-CN"/>
        </w:rPr>
        <w:br/>
      </w:r>
    </w:p>
    <w:p w:rsidR="001B1F19" w14:textId="27C3F48A">
      <w:pPr>
        <w:rPr>
          <w:rFonts w:hint="eastAsia"/>
          <w:lang w:eastAsia="zh-CN"/>
        </w:rPr>
      </w:pPr>
      <w:r>
        <w:rPr>
          <w:lang w:eastAsia="zh-CN"/>
        </w:rPr>
        <w:t>　　乙方（承包方）：</w:t>
      </w:r>
      <w:r>
        <w:rPr>
          <w:lang w:eastAsia="zh-CN"/>
        </w:rPr>
        <w:br/>
      </w:r>
      <w:r>
        <w:rPr>
          <w:lang w:eastAsia="zh-CN"/>
        </w:rPr>
        <w:t>　　地址：</w:t>
      </w:r>
      <w:r>
        <w:rPr>
          <w:lang w:eastAsia="zh-CN"/>
        </w:rPr>
        <w:br/>
      </w:r>
      <w:r>
        <w:rPr>
          <w:lang w:eastAsia="zh-CN"/>
        </w:rPr>
        <w:t>　　电话</w:t>
      </w:r>
      <w:r>
        <w:rPr>
          <w:lang w:eastAsia="zh-CN"/>
        </w:rPr>
        <w:br/>
      </w:r>
      <w:r>
        <w:rPr>
          <w:lang w:eastAsia="zh-CN"/>
        </w:rPr>
        <w:t>　　法定代表人：</w:t>
      </w:r>
      <w:r>
        <w:rPr>
          <w:lang w:eastAsia="zh-CN"/>
        </w:rPr>
        <w:br/>
      </w:r>
      <w:r>
        <w:rPr>
          <w:lang w:eastAsia="zh-CN"/>
        </w:rPr>
        <w:t>　　基于：</w:t>
      </w:r>
      <w:r>
        <w:rPr>
          <w:lang w:eastAsia="zh-CN"/>
        </w:rPr>
        <w:br/>
      </w:r>
      <w:r>
        <w:rPr>
          <w:lang w:eastAsia="zh-CN"/>
        </w:rPr>
        <w:t>　　1、根据 上海市教委《沪教委后 文16 号》文件精神，为了进一步办好学校食堂，改善师生生活，确保师生的饮食卫生 安全，为教育教学工作服务，学校食堂实行公益性原则。</w:t>
      </w:r>
      <w:r>
        <w:rPr>
          <w:lang w:eastAsia="zh-CN"/>
        </w:rPr>
        <w:br/>
      </w:r>
      <w:r>
        <w:rPr>
          <w:lang w:eastAsia="zh-CN"/>
        </w:rPr>
        <w:t>　　2、乙方依法具有师生盒饭的经营许可资质（许可证号：）。</w:t>
      </w:r>
      <w:r>
        <w:rPr>
          <w:lang w:eastAsia="zh-CN"/>
        </w:rPr>
        <w:br/>
      </w:r>
      <w:r>
        <w:rPr>
          <w:lang w:eastAsia="zh-CN"/>
        </w:rPr>
        <w:t>　　3、乙方 承包甲方位于上海市徐汇区路号的校内食堂， 以非盈利为目的，认真贯彻执行“公益性”的原则：甲方以“零租赁”的方式向乙方免费提供经营条件；乙方无须承担经营风险，净利润不得超过营业款额的5% 。</w:t>
      </w:r>
      <w:r>
        <w:rPr>
          <w:lang w:eastAsia="zh-CN"/>
        </w:rPr>
        <w:br/>
      </w:r>
      <w:r>
        <w:rPr>
          <w:lang w:eastAsia="zh-CN"/>
        </w:rPr>
        <w:t>　　甲、乙方双方本着诚实守信原则，经双方友好协商特订立本合同，共同遵守执行。</w:t>
      </w:r>
      <w:r>
        <w:rPr>
          <w:lang w:eastAsia="zh-CN"/>
        </w:rPr>
        <w:br/>
      </w:r>
      <w:r>
        <w:rPr>
          <w:lang w:eastAsia="zh-CN"/>
        </w:rPr>
        <w:t>　　一、承包内容</w:t>
      </w:r>
      <w:r>
        <w:rPr>
          <w:lang w:eastAsia="zh-CN"/>
        </w:rPr>
        <w:br/>
      </w:r>
      <w:r>
        <w:rPr>
          <w:lang w:eastAsia="zh-CN"/>
        </w:rPr>
        <w:t>　　乙方承包甲方位于上海市徐汇区路号学校的食堂。学生用餐人数为人，教师用餐为人。</w:t>
      </w:r>
      <w:r>
        <w:rPr>
          <w:lang w:eastAsia="zh-CN"/>
        </w:rPr>
        <w:br/>
      </w:r>
      <w:r>
        <w:rPr>
          <w:lang w:eastAsia="zh-CN"/>
        </w:rPr>
        <w:t>　　二、承包期限： 自年月日至年月日止。</w:t>
      </w:r>
      <w:r>
        <w:rPr>
          <w:lang w:eastAsia="zh-CN"/>
        </w:rPr>
        <w:br/>
      </w:r>
      <w:r>
        <w:rPr>
          <w:lang w:eastAsia="zh-CN"/>
        </w:rPr>
        <w:t>　　三、承包方式</w:t>
      </w:r>
      <w:r>
        <w:rPr>
          <w:lang w:eastAsia="zh-CN"/>
        </w:rPr>
        <w:br/>
      </w:r>
      <w:r>
        <w:rPr>
          <w:lang w:eastAsia="zh-CN"/>
        </w:rPr>
        <w:t>　　1、甲方作为食堂厨房、餐厅设备（</w:t>
      </w:r>
      <w:r>
        <w:rPr>
          <w:lang w:eastAsia="zh-CN"/>
        </w:rPr>
        <w:t xml:space="preserve"> 详见附件：</w:t>
      </w:r>
      <w:r>
        <w:rPr>
          <w:lang w:eastAsia="zh-CN"/>
        </w:rPr>
        <w:t xml:space="preserve"> 餐厅厨房厨具设备一览表）</w:t>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https://d.book118.com/008010051111006033</w:t>
        </w:r>
      </w:hyperlink>
    </w:p>
    <w:p w:rsidR="001B1F19">
      <w:pPr>
        <w:rPr>
          <w:rFonts w:hint="eastAsia"/>
          <w:lang w:eastAsia="zh-CN"/>
        </w:rPr>
      </w:pPr>
    </w:p>
    <w:sectPr>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0801005111100603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