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2024年新生军训心得体会范文参考（35篇）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2024年新生军训心得体会范文参考（精选35篇）</w:t>
      </w:r>
      <w:r>
        <w:rPr>
          <w:lang w:eastAsia="zh-CN"/>
        </w:rPr>
        <w:br/>
      </w:r>
      <w:r>
        <w:rPr>
          <w:lang w:eastAsia="zh-CN"/>
        </w:rPr>
        <w:t xml:space="preserve">    2024年新生军训心得体会范文参考 篇1 </w:t>
      </w:r>
      <w:r>
        <w:rPr>
          <w:lang w:eastAsia="zh-CN"/>
        </w:rPr>
        <w:br/>
      </w:r>
      <w:r>
        <w:rPr>
          <w:lang w:eastAsia="zh-CN"/>
        </w:rPr>
        <w:t>　　军训，是我们苦乐人生的缩影。在这一段痛苦的日子里，年少的我们告别了曾经安逸的生活，承受着训练时身体的疼痛和离家的失落。但是，在这炎炎的烈日下有我们火红的青春。虽然我们的身体还在疼痛，但是，在这片绿茵上，有我们洒下的汗水，相信在以后，必将开放出鲜艳的花朵。</w:t>
      </w:r>
      <w:r>
        <w:rPr>
          <w:lang w:eastAsia="zh-CN"/>
        </w:rPr>
        <w:br/>
      </w:r>
      <w:r>
        <w:rPr>
          <w:lang w:eastAsia="zh-CN"/>
        </w:rPr>
        <w:t>　　它教会我什么是团结的力量。那创造中的和谐摩擦出美丽的火花。看吧，统一而整洁的军装，豪迈而整齐的步伐，伴着那嘹亮的口号，一排排，一列列，是那样赏心悦目，振奋士气。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团结就是力量，再不是简简单单的一句话，它授予我们人生的哲理，告诫我们为人的理念，更在军训的训练中，铸起了一座不倒的城墙，集体的荣誉感让我们将它演绎得淋漓尽致，愈见丰美。不是吗？那拔河比赛上，跃跃欲试的激动，齐心协力的合作和抵制不住的欣喜，无一不在表现着我们六十三颗紧紧相连的心。团结的动力使我们反败为胜的那一刻，涨红的双脸，雀跃的欢呼，又让我们真实地体验着这份欣喜，更让我们感悟：有种力量叫团结。</w:t>
      </w:r>
      <w:r>
        <w:rPr>
          <w:lang w:eastAsia="zh-CN"/>
        </w:rPr>
        <w:br/>
      </w:r>
      <w:r>
        <w:rPr>
          <w:lang w:eastAsia="zh-CN"/>
        </w:rPr>
        <w:t>　　军训告诉了我们要坚持不懈。我们战胜了阳光，因为，我们比阳光更灿烂！</w:t>
      </w:r>
      <w:r>
        <w:rPr>
          <w:lang w:eastAsia="zh-CN"/>
        </w:rPr>
        <w:br/>
      </w:r>
      <w:r>
        <w:rPr>
          <w:lang w:eastAsia="zh-CN"/>
        </w:rPr>
        <w:t>　　军训，是我们苦乐人生的缩影。在这一段痛苦的日子里，年少的我们告别了曾经安逸的生活，承受着训练时身体的疼痛和离家的失落。但是，在这炎炎的烈日下有我们火红的青春。虽然我们的身体还在疼痛，但是，在这片绿茵上，有我们洒下的汗水，相信在以后，必将开放出鲜艳的花朵。</w:t>
      </w:r>
      <w:r>
        <w:rPr>
          <w:lang w:eastAsia="zh-CN"/>
        </w:rPr>
        <w:br/>
      </w:r>
      <w:r>
        <w:rPr>
          <w:lang w:eastAsia="zh-CN"/>
        </w:rPr>
        <w:t xml:space="preserve">    2024年新生军训心得体会范文参考 篇2 </w:t>
      </w:r>
      <w:r>
        <w:rPr>
          <w:lang w:eastAsia="zh-CN"/>
        </w:rPr>
        <w:br/>
      </w:r>
      <w:r>
        <w:rPr>
          <w:lang w:eastAsia="zh-CN"/>
        </w:rPr>
        <w:t>　　高中军训不仅仅是对我们的身体的考验，更多的是对我们的意志的磨练，同时提高我们的思想水平和团队精神，“宝剑锋从磨砺出，梅花香自苦寒来”人是在不断的磨练中长大的，就像一棵小树一样经历风雨后才能变成参天大树，军人的气质和钢铁般的意志给我很深刻的印象。</w:t>
      </w:r>
      <w:r>
        <w:rPr>
          <w:lang w:eastAsia="zh-CN"/>
        </w:rPr>
        <w:br/>
      </w:r>
      <w:r>
        <w:rPr>
          <w:lang w:eastAsia="zh-CN"/>
        </w:rPr>
        <w:t>　　在我们军训中我们军人、学生一家人，了解不少的军中生活，体会到了军人的艰辛，感受到了军人的豪迈气概，他们肩负着保卫国家的重任，苦中的乐，教官说：“当兵后悔二年，不当兵会后悔一辈子”。军人的奉献精神和大公无私深深的打动我们每个人，我们的班主任给我们讲解生活中要注意的事项，为我们今后的学习生活做准备。在这里有酸楚的泪水，有苦咸的汗水，有飘扬的歌声，有欢乐的笑声，这些就像不灭的音符跳动不已，我们是充实的，我们是快乐的，苦与累已化作美与甜，军训——我们不后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军训已过去_天，这_天中我的感触很深。感觉到我比以前坚强多了，总觉得自己全身都是力量，叠被子是我在军训_天中觉得最难的，因为以前没有叠好过被子，叠起来就头大，怎么也叠不好，尽管教官一而再的教，可我还是叠不好，使我都觉得我没有喝方面的天赋，呵呵，经过不懈的努力，我最终还是会叠了，军训中还有很多很多的感慨，它们都会影响我的一生。</w:t>
      </w:r>
      <w:r>
        <w:rPr>
          <w:lang w:eastAsia="zh-CN"/>
        </w:rPr>
        <w:br/>
      </w:r>
      <w:r>
        <w:rPr>
          <w:lang w:eastAsia="zh-CN"/>
        </w:rPr>
        <w:t>　　感谢军训，它教会了我很多以前没学到的东西。</w:t>
      </w:r>
      <w:r>
        <w:rPr>
          <w:lang w:eastAsia="zh-CN"/>
        </w:rPr>
        <w:br/>
      </w:r>
      <w:r>
        <w:rPr>
          <w:lang w:eastAsia="zh-CN"/>
        </w:rPr>
        <w:t xml:space="preserve">    2024年新生军训心得体会范文参考 篇3 </w:t>
      </w:r>
      <w:r>
        <w:rPr>
          <w:lang w:eastAsia="zh-CN"/>
        </w:rPr>
        <w:br/>
      </w:r>
      <w:r>
        <w:rPr>
          <w:lang w:eastAsia="zh-CN"/>
        </w:rPr>
        <w:t>　　军训讲求纪律。连长让我们记下的“纪律”一词，我已铭记于心。“能做好的不要做两遍，三遍，上十遍”，做到令出必行，禁出必止，这才是一代青年军队的优良作风，广之于生活，诸如过马路应该等红灯，吃饭不插队，这便是纪律。既使是没有了教官的命令，也应该遵守青年兴则国家兴，青年强则国家强，你我遵纪律，实现中国梦也就迈开了一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军训需要勇气。训练间的短暂休息，带给我们的是欢乐与丰富的活动。敢为人先，敢于登上表演的舞台，需要的是信心与勇气。尽管你在中心中揣摩了上千次，最后选择了，这便是勇气。回顾先烈，哪个不是敢为人先、前赴后继?在如今的和平时代，虽然不需要我们流血，但需要我们有勇气去面对生活中的种种挫折，不失人生的理想。如果有勇气活下去为什么不是像汶川大地震中渴望求生的小女孩，而是像那些为生活所困而跳楼轻生的人呢?军训给我礼仪。中国自古便是礼仪之邦，作为新世纪的一名青年，军训让我懂得了尊重他人，遇到了教官要敬礼、要问好，便是礼仪，教官让我们遇到师兄师姐，教官领导时要问好，无形之中便培养了我们待人接物的礼仪。礼仪不仅仅是对他人的尊重，更是对自我的综合素质的一种修养。只有人人有礼仪、有道德，才有文明和谐的新型社。</w:t>
      </w:r>
      <w:r>
        <w:rPr>
          <w:lang w:eastAsia="zh-CN"/>
        </w:rPr>
        <w:br/>
      </w:r>
      <w:r>
        <w:rPr>
          <w:lang w:eastAsia="zh-CN"/>
        </w:rPr>
        <w:t xml:space="preserve">    2024年新生军训心得体会范文参考 篇4 </w:t>
      </w:r>
      <w:r>
        <w:rPr>
          <w:lang w:eastAsia="zh-CN"/>
        </w:rPr>
        <w:br/>
      </w:r>
      <w:r>
        <w:rPr>
          <w:lang w:eastAsia="zh-CN"/>
        </w:rPr>
        <w:t>　　刚开始的时候的确是挺辛苦的，无论是做什么，都是身体特别的遭罪，但是经过一个星期的坚持之后，我也是感受到自己身体的变化很大，能适应了军训的强度，同时也是得到了进步，以前觉得难的，现在可以接受，同时也是更能吃了，当然身体也会是变好了。</w:t>
      </w:r>
      <w:r>
        <w:rPr>
          <w:lang w:eastAsia="zh-CN"/>
        </w:rPr>
        <w:br/>
      </w:r>
      <w:r>
        <w:rPr>
          <w:lang w:eastAsia="zh-CN"/>
        </w:rPr>
        <w:t>　　而一个月的锻炼，自己也是感觉到自己变得瘦了，不过身体里却是更有力量了，其实也是让我知道坚持的锻炼，对于自己的身体改变很大，同时精力也是更加的充沛，对于今后的学习也是有帮助，也是让我觉得以后每天还是要抽时间去锻炼，去让自己的身体变得更好，以前在高中其实也是有锻炼，只是到了高三的时候少了一些。而今到了大学，要重新的捡起来，让自己身体变得更有精力，来面对学习。</w:t>
      </w:r>
      <w:r>
        <w:rPr>
          <w:lang w:eastAsia="zh-CN"/>
        </w:rPr>
        <w:br/>
      </w:r>
      <w:r>
        <w:rPr>
          <w:lang w:eastAsia="zh-CN"/>
        </w:rPr>
        <w:t>　　军训的累也是让我更明白，坚持的重要性，以及在一个团体里面，大家一起的努力，会让这份坚持更加的持久，大家都不喊累，都不想放弃，其实学习里面也是一样，高三的时候有那种氛围，能大家一起努力，谁也不想放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而大学以后的学习却是更加的自由，想要坚持不是那么的容易，而自己其实也是要去找到一起想学习的同学，大家一起团结起来，一起去找资料，去自习室，督促着对方去进步，共同的努力也是会让我们的收获更大。</w:t>
      </w:r>
      <w:r>
        <w:rPr>
          <w:lang w:eastAsia="zh-CN"/>
        </w:rPr>
        <w:br/>
      </w:r>
      <w:r>
        <w:rPr>
          <w:lang w:eastAsia="zh-CN"/>
        </w:rPr>
        <w:t>　　而军训也是让我结识了这样的朋友，新的同学，新的校园，但一颗学习的心却是从未有过改变，为了自己的未来，也是要继续坚持下来。这次的军训也是算自己参加过的第三次军训了，不知道是不是最后的一次，但是我也是珍惜每一天，去认真做好，去听教官的话，去做好动作，让自己的每一天都是过得充实的。</w:t>
      </w:r>
      <w:r>
        <w:rPr>
          <w:lang w:eastAsia="zh-CN"/>
        </w:rPr>
        <w:br/>
      </w:r>
      <w:r>
        <w:rPr>
          <w:lang w:eastAsia="zh-CN"/>
        </w:rPr>
        <w:t>　　军训成为了回忆，但是军训里收获到了的，也是会在我今后的大学生涯里用到，去让我变得更为优秀，更勇敢的去面对困难，坚持下去，学好知识，让自己有更大的成长，我也是会继续的努力，珍惜在军训里收获的友谊，一起去进步。</w:t>
      </w:r>
      <w:r>
        <w:rPr>
          <w:lang w:eastAsia="zh-CN"/>
        </w:rPr>
        <w:br/>
      </w:r>
      <w:r>
        <w:rPr>
          <w:lang w:eastAsia="zh-CN"/>
        </w:rPr>
        <w:t xml:space="preserve">    2024年新生军训心得体会范文参考 篇5 </w:t>
      </w:r>
      <w:r>
        <w:rPr>
          <w:lang w:eastAsia="zh-CN"/>
        </w:rPr>
        <w:br/>
      </w:r>
      <w:r>
        <w:rPr>
          <w:lang w:eastAsia="zh-CN"/>
        </w:rPr>
        <w:t>　　军训生活虽苦，但我感到很甜，因为从军训中我深深地体会到了——你不能样样胜利，但可以事事尽力。</w:t>
      </w:r>
      <w:r>
        <w:rPr>
          <w:lang w:eastAsia="zh-CN"/>
        </w:rPr>
        <w:br/>
      </w:r>
      <w:r>
        <w:rPr>
          <w:lang w:eastAsia="zh-CN"/>
        </w:rPr>
        <w:t>　　在烈日炎炎下，有两支绿色的队伍整齐地站着。我们每个人都热得满头大汗，汗水从我的额头慢慢淌下，从我的鼻梁上很快划过，从我的脖子上静静滚下。我很想去擦，但又不能。汗水湿透了我的衣裳。那时我想到了：军人在训练时流的汗不知比我们多多少呢!我们已经是很轻松的了。再说，成功，在汗水的浸泡中发芽，在失败的锤炼中成长。我想着就坚持住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不久，我手也酸，腰也酸，腿也痛，脚也痛，喉干得快冒烟了。眼看着那桶矿泉水，真想喝一口呀!嘴唇干得都快裂了，面临着种种痛苦，我突然想到了小学时的一篇文章，内容是：军人与敌人斗争，几天都没有水喝，连尿都喝了，明明他们很渴，但有幸的是他们得到了一个苹果，可他们谁都不吃，还推来推去，连伤员都不吃。最后，他们还是决定一人吃一口。一只苹果有多大呢?一个人吃了都不解渴，别说这么多人吃了，他们每人能吃到多少呢?想到这我忍住了。没多久，休息时间到了，同学们一拥而上赶去喝水，而我等他们喝完了再喝。那时，我才体会到水有多珍贵。喝一口，一股清爽的感觉涌上心头。</w:t>
      </w:r>
      <w:r>
        <w:rPr>
          <w:lang w:eastAsia="zh-CN"/>
        </w:rPr>
        <w:br/>
      </w:r>
      <w:r>
        <w:rPr>
          <w:lang w:eastAsia="zh-CN"/>
        </w:rPr>
        <w:t>　　休息时，回想着在学走正步时，男生那歪斜的身体和不齐的脚步时，又想到国庆天安门广场的阅兵式，不知相差多少呢?他们的步伐是那样的整齐有力，是那样的气势磅礴，斜看，好象只有一个人在走，在他们背后一定付出了很大的代价吧!他们流了多少汗，甚至是血。我们军训就是应该学习他们那军人的可贵精神。</w:t>
      </w:r>
      <w:r>
        <w:rPr>
          <w:lang w:eastAsia="zh-CN"/>
        </w:rPr>
        <w:br/>
      </w:r>
      <w:r>
        <w:rPr>
          <w:lang w:eastAsia="zh-CN"/>
        </w:rPr>
        <w:t>　　晚上，我望着天空，天空中的星星好美啊!星星的光芒虽弱，但它每晚伴着我们，用它那微弱而又温暖的能量给世界添一分光明。我何不像星星那样默默无闻呢?经过这几天的军训生活，让我懂得了什么是苦，怎样吃苦。遇到困难时不要彷徨，不要失意，哪里跌倒，哪里站起。</w:t>
      </w:r>
      <w:r>
        <w:rPr>
          <w:lang w:eastAsia="zh-CN"/>
        </w:rPr>
        <w:br/>
      </w:r>
      <w:r>
        <w:rPr>
          <w:lang w:eastAsia="zh-CN"/>
        </w:rPr>
        <w:t xml:space="preserve">    2024年新生军训心得体会范文参考 篇6 </w:t>
      </w:r>
      <w:r>
        <w:rPr>
          <w:lang w:eastAsia="zh-CN"/>
        </w:rPr>
        <w:br/>
      </w:r>
      <w:r>
        <w:rPr>
          <w:lang w:eastAsia="zh-CN"/>
        </w:rPr>
        <w:t>　　提到兵，我们总是满怀敬仰!脑海里总是会立刻浮现出那些在风雪边关哨卡的战士，在抗洪前线的坚强臂膀，在地震灾区的奋勇绿流。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在检阅场上的飒爽英姿，挽日月与光明，救苍生于水火，每当在危于累卵的关键时刻，人们马上就会想起他们---人民的件事靠山，国家的中流砥柱。</w:t>
      </w:r>
      <w:r>
        <w:rPr>
          <w:lang w:eastAsia="zh-CN"/>
        </w:rPr>
        <w:br/>
      </w:r>
      <w:r>
        <w:rPr>
          <w:lang w:eastAsia="zh-CN"/>
        </w:rPr>
        <w:t>　　军人本色，是一条贯穿社会的红色的主旋律，是一首弘扬中国军人情操的赞美词!流逝的是岁月，转变的是沧桑，而不变的是那种执着、忠诚的军人本色!</w:t>
      </w:r>
      <w:r>
        <w:rPr>
          <w:lang w:eastAsia="zh-CN"/>
        </w:rPr>
        <w:br/>
      </w:r>
      <w:r>
        <w:rPr>
          <w:lang w:eastAsia="zh-CN"/>
        </w:rPr>
        <w:t>　　军训是我们大学的第一堂课。它将教会我们怎样做人，怎样吃苦耐劳，怎样迎接挑战，怎样把握自由与纪律的尺度。</w:t>
      </w:r>
      <w:r>
        <w:rPr>
          <w:lang w:eastAsia="zh-CN"/>
        </w:rPr>
        <w:br/>
      </w:r>
      <w:r>
        <w:rPr>
          <w:lang w:eastAsia="zh-CN"/>
        </w:rPr>
        <w:t>　　在这次特殊的训练中，也许，我们会遭遇烈日骄阳;也许，我们会面临瓢泼大雨;也许，我们会遇到体力不支的情况。</w:t>
      </w:r>
      <w:r>
        <w:rPr>
          <w:lang w:eastAsia="zh-CN"/>
        </w:rPr>
        <w:br/>
      </w:r>
      <w:r>
        <w:rPr>
          <w:lang w:eastAsia="zh-CN"/>
        </w:rPr>
        <w:t>　　但“逆境是阻挡弱者的大山，也是冶炼强者的熔炉”，因为我是一个兵，所以我们决不能屈服，要勇于克服困难，培养军人一样顽强拼搏的精神和毅力。</w:t>
      </w:r>
      <w:r>
        <w:rPr>
          <w:lang w:eastAsia="zh-CN"/>
        </w:rPr>
        <w:br/>
      </w:r>
      <w:r>
        <w:rPr>
          <w:lang w:eastAsia="zh-CN"/>
        </w:rPr>
        <w:t>　　巴尔扎克曾说，“没有伟大的意志力，就不可能有雄才大略”。</w:t>
      </w:r>
      <w:r>
        <w:rPr>
          <w:lang w:eastAsia="zh-CN"/>
        </w:rPr>
        <w:br/>
      </w:r>
      <w:r>
        <w:rPr>
          <w:lang w:eastAsia="zh-CN"/>
        </w:rPr>
        <w:t>　　我们要认真对待这次军训，发扬“特别能吃苦，特别能忍耐，特别能战斗的军人作风，磨练意志，强健体魄，提高思想觉悟，增强组织纪律性。</w:t>
      </w:r>
      <w:r>
        <w:rPr>
          <w:lang w:eastAsia="zh-CN"/>
        </w:rPr>
        <w:br/>
      </w:r>
      <w:r>
        <w:rPr>
          <w:lang w:eastAsia="zh-CN"/>
        </w:rPr>
        <w:t>　　我们将在军训中使自己变得更坚强，更勇敢，更自律!并把这种精神带到今后的学习和生活中去。</w:t>
      </w:r>
      <w:r>
        <w:rPr>
          <w:lang w:eastAsia="zh-CN"/>
        </w:rPr>
        <w:br/>
      </w:r>
      <w:r>
        <w:rPr>
          <w:lang w:eastAsia="zh-CN"/>
        </w:rPr>
        <w:t xml:space="preserve">    2024年新生军训心得体会范文参考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军训时间与学生未来的学习科学文化知识的时间相比较，虽然短暂，但却是人生难得的宝贵积累与沉淀。也相信同学们在军训中有许多的感悟，建议同学们把自己对军训的感悟记录下来，对自己以后的人生也是一笔宝贵的财富。与此同时，也在第一范文网作文网与大家分享了许多优秀的军训总结与感悟，希望能与你一起分享军训。</w:t>
      </w:r>
      <w:r>
        <w:rPr>
          <w:lang w:eastAsia="zh-CN"/>
        </w:rPr>
        <w:br/>
      </w:r>
      <w:r>
        <w:rPr>
          <w:lang w:eastAsia="zh-CN"/>
        </w:rPr>
        <w:t>　　在这秋高气爽，万物成熟的季节，我们联广新大一的同学们踏上了短暂的军训途中。</w:t>
      </w:r>
      <w:r>
        <w:rPr>
          <w:lang w:eastAsia="zh-CN"/>
        </w:rPr>
        <w:br/>
      </w:r>
      <w:r>
        <w:rPr>
          <w:lang w:eastAsia="zh-CN"/>
        </w:rPr>
        <w:t>　　军训，对于我而言已不是新鲜的名词了。高一时，我也曾军训过，那时感觉除了苦，就是累，总希望能够早日结束，但此次重温旧梦，又别有一番滋味在心头。</w:t>
      </w:r>
      <w:r>
        <w:rPr>
          <w:lang w:eastAsia="zh-CN"/>
        </w:rPr>
        <w:br/>
      </w:r>
      <w:r>
        <w:rPr>
          <w:lang w:eastAsia="zh-CN"/>
        </w:rPr>
        <w:t>　　军训在汗水疲劳的呼唤声中进行着，它像是一场没有硝烟的斗争，心中放弃与坚持一直在不停的争吵。不过说实话，尽管也踢了正步，站了军姿，进行了拉练，但总体感觉似乎要比高中时的军训松的多，不知是不是因为我的意志力变强了，还是我真的长大了。</w:t>
      </w:r>
      <w:r>
        <w:rPr>
          <w:lang w:eastAsia="zh-CN"/>
        </w:rPr>
        <w:br/>
      </w:r>
      <w:r>
        <w:rPr>
          <w:lang w:eastAsia="zh-CN"/>
        </w:rPr>
        <w:t>　　军训中最有趣最令人兴奋的就是歌咏比赛了。我们班登场，大家唱得热火朝天，歌声响彻云霄，大家都是兴致高昂，也正是这股劲，使我们班赢得了在场的第一名。</w:t>
      </w:r>
      <w:r>
        <w:rPr>
          <w:lang w:eastAsia="zh-CN"/>
        </w:rPr>
        <w:br/>
      </w:r>
      <w:r>
        <w:rPr>
          <w:lang w:eastAsia="zh-CN"/>
        </w:rPr>
        <w:t>　　临走时，当我看到往日严肃的教官脸上洋溢着热而依依不舍的笑容时，我深深地感受到了军对这个大家庭无声的爱。我们大家的心是连在一起的。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大学军训或许是我人生中最后一次军训，在军训中学会了坚强，在烈日的暴晒下，我能以坚强的意志去战胜软弱的心，我学会了团结，在练习齐步，正步走的时候，我意识到了团结就是力量;我学会了敢于吃苦，我知道在以后的道路上，这是无法避免的。聚沙成塔，积少成多，而一个个挫折和经历却让我明白了许多道理，它教我学会了无条件服从;学会了在最艰难的时候去忍受;学会了在自己犯错误后及时认错并改正。它也让我真正明白了什么是毅力、什么是团结、什么是一丝不苟。</w:t>
      </w:r>
      <w:r>
        <w:rPr>
          <w:lang w:eastAsia="zh-CN"/>
        </w:rPr>
        <w:br/>
      </w:r>
      <w:r>
        <w:rPr>
          <w:lang w:eastAsia="zh-CN"/>
        </w:rPr>
        <w:t>　　军训那点点滴滴美好的回忆，依然驻留在我心间，如同一曲优秀的乐章，曲已散，余音仍永存。它将时刻勉励着我，让我在以后的道路上走得更远，更坚定。</w:t>
      </w:r>
      <w:r>
        <w:rPr>
          <w:lang w:eastAsia="zh-CN"/>
        </w:rPr>
        <w:br/>
      </w:r>
      <w:r>
        <w:rPr>
          <w:lang w:eastAsia="zh-CN"/>
        </w:rPr>
        <w:t>　　军训是我生命中承上启下的一点，我的脑子里刻上了辛苦二字，在心理上赠给毅力的奖品。愿全体同学都能发扬军队里团结一心的精神，让我们这些雄鹰在未来的晴空中展翅翱翔!</w:t>
      </w:r>
      <w:r>
        <w:rPr>
          <w:lang w:eastAsia="zh-CN"/>
        </w:rPr>
        <w:br/>
      </w:r>
      <w:r>
        <w:rPr>
          <w:lang w:eastAsia="zh-CN"/>
        </w:rPr>
        <w:t xml:space="preserve">    2024年新生军训心得体会范文参考 篇8 </w:t>
      </w:r>
      <w:r>
        <w:rPr>
          <w:lang w:eastAsia="zh-CN"/>
        </w:rPr>
        <w:br/>
      </w:r>
      <w:r>
        <w:rPr>
          <w:lang w:eastAsia="zh-CN"/>
        </w:rPr>
        <w:t>　　每天六点多就起床，睡眠不足，训练紧张，胃口不好。不过，我倒是越来越健康了，你看我这脸一个同学苦笑着说。的确，脸是晒黑了，人也瘦了一圈，这七天来的军训不是玩虚的。</w:t>
      </w:r>
      <w:r>
        <w:rPr>
          <w:lang w:eastAsia="zh-CN"/>
        </w:rPr>
        <w:br/>
      </w:r>
      <w:r>
        <w:rPr>
          <w:lang w:eastAsia="zh-CN"/>
        </w:rPr>
        <w:t>　　不过虽是军训的最后一天，在军训场上的却是一张张丝毫没有倦怠的笑脸，依旧神采飞扬</w:t>
      </w:r>
      <w:r>
        <w:rPr>
          <w:lang w:eastAsia="zh-CN"/>
        </w:rPr>
        <w:br/>
      </w:r>
      <w:r>
        <w:rPr>
          <w:lang w:eastAsia="zh-CN"/>
        </w:rPr>
        <w:t>　　练，就这一个字</w:t>
      </w:r>
      <w:r>
        <w:rPr>
          <w:lang w:eastAsia="zh-CN"/>
        </w:rPr>
        <w:br/>
      </w:r>
      <w:r>
        <w:rPr>
          <w:lang w:eastAsia="zh-CN"/>
        </w:rPr>
        <w:t>　　在烈日下，重复着简单而枯燥的稍息、立正，在清晨微凉的雨中，齐步、跑步、喊着嘹亮的口号，在飞扬的沙土中，反复操练着军体拳的一招一式，这七来天的军训生活真可谓煎熬。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而教官们也几乎没有一个还是好嗓子。在操场上训练的滋味的确不好受，毒辣辣的阳光肆虐扫荡，一片阴凉的休息地也没留下。</w:t>
      </w:r>
      <w:r>
        <w:rPr>
          <w:lang w:eastAsia="zh-CN"/>
        </w:rPr>
        <w:br/>
      </w:r>
      <w:r>
        <w:rPr>
          <w:lang w:eastAsia="zh-CN"/>
        </w:rPr>
        <w:t>　　而我们军训的目的就是要从这高中第一课中，不仅要练出个军人样，还要学会忍耐，学会坚持，学会同甘共苦，学会适应。军训是什么?练，就这一个字!一位新生说道。</w:t>
      </w:r>
      <w:r>
        <w:rPr>
          <w:lang w:eastAsia="zh-CN"/>
        </w:rPr>
        <w:br/>
      </w:r>
      <w:r>
        <w:rPr>
          <w:lang w:eastAsia="zh-CN"/>
        </w:rPr>
        <w:t>　　教官也疯狂</w:t>
      </w:r>
      <w:r>
        <w:rPr>
          <w:lang w:eastAsia="zh-CN"/>
        </w:rPr>
        <w:br/>
      </w:r>
      <w:r>
        <w:rPr>
          <w:lang w:eastAsia="zh-CN"/>
        </w:rPr>
        <w:t>　　在教官的鼓动下，同学们放肆地拉起歌来。来一个!来一个!冬瓜皮，西瓜皮，不唱就是耍赖皮!于是，《团结就是力量》从这边拔地而起，那边《打靶归来》赢得阵阵掌声。</w:t>
      </w:r>
      <w:r>
        <w:rPr>
          <w:lang w:eastAsia="zh-CN"/>
        </w:rPr>
        <w:br/>
      </w:r>
      <w:r>
        <w:rPr>
          <w:lang w:eastAsia="zh-CN"/>
        </w:rPr>
        <w:t>　　短暂的军训休息时间成了赛歌会，好不热闹!而此时教官也一改往日的一脸严肃，和同学们一起疯狂起来：一会儿担当指挥，一会儿客串主持。同学们自然也不放过教官，教官，来一个!来一个!教官们大大方方露一手，雷鸣般的掌声又再次回荡在训练场上。</w:t>
      </w:r>
      <w:r>
        <w:rPr>
          <w:lang w:eastAsia="zh-CN"/>
        </w:rPr>
        <w:br/>
      </w:r>
      <w:r>
        <w:rPr>
          <w:lang w:eastAsia="zh-CN"/>
        </w:rPr>
        <w:t>　　走过检阅台</w:t>
      </w:r>
      <w:r>
        <w:rPr>
          <w:lang w:eastAsia="zh-CN"/>
        </w:rPr>
        <w:br/>
      </w:r>
      <w:r>
        <w:rPr>
          <w:lang w:eastAsia="zh-CN"/>
        </w:rPr>
        <w:t>　　当数十个方队以饱满的精神、整齐的步伐，面带自信的微笑，高喊着嘹亮的口号，从检阅台走过时，看台这边迎接他们的是校领导和老师们殷切的目光和一阵阵热烈的掌声。一位新生的家长，站在看台上，看着自己的孩子在队列中，步伐整齐地走过，欣慰地说：明天我可以放心的回家了。</w:t>
      </w:r>
      <w:r>
        <w:rPr>
          <w:lang w:eastAsia="zh-CN"/>
        </w:rPr>
        <w:br/>
      </w:r>
      <w:r>
        <w:rPr>
          <w:lang w:eastAsia="zh-CN"/>
        </w:rPr>
        <w:t>　　孩子刚放松了一个暑假，真不放心他会不会适应军训的生活。不过看他今天的表现，确实有很大的进步，教官们付出了很大的心血，孩子也坚持下来了，我放心了!</w:t>
      </w:r>
      <w:r>
        <w:rPr>
          <w:lang w:eastAsia="zh-CN"/>
        </w:rPr>
        <w:br/>
      </w:r>
      <w:r>
        <w:rPr>
          <w:lang w:eastAsia="zh-CN"/>
        </w:rPr>
        <w:t>　　依依惜别情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今天是最后一天我们通常意义上的军训了。大家都在感慨，时间飞逝，不即遮挡。虽然在军训过程中，同学们老爱抱怨，但到了要和军训暂别与教官说再见时，大家真还有些依依惜别之情。心底的文字堵住出口，我已失去表达，字字生涩。</w:t>
      </w:r>
      <w:r>
        <w:rPr>
          <w:lang w:eastAsia="zh-CN"/>
        </w:rPr>
        <w:br/>
      </w:r>
      <w:r>
        <w:rPr>
          <w:lang w:eastAsia="zh-CN"/>
        </w:rPr>
        <w:t>　　军训就是这么一段难以忘怀的经历，一份值得永远珍藏的回忆。</w:t>
      </w:r>
      <w:r>
        <w:rPr>
          <w:lang w:eastAsia="zh-CN"/>
        </w:rPr>
        <w:br/>
      </w:r>
      <w:r>
        <w:rPr>
          <w:lang w:eastAsia="zh-CN"/>
        </w:rPr>
        <w:t xml:space="preserve">    2024年新生军训心得体会范文参考 篇9 </w:t>
      </w:r>
      <w:r>
        <w:rPr>
          <w:lang w:eastAsia="zh-CN"/>
        </w:rPr>
        <w:br/>
      </w:r>
      <w:r>
        <w:rPr>
          <w:lang w:eastAsia="zh-CN"/>
        </w:rPr>
        <w:t>　　紧张而又充实的军训生活一天天拉下了帷幕，在这样说起来有些辛苦的军训时光中，我学到了很多做人的道理，“带人以善，则收获至深。”这是我生命中重要的一课。</w:t>
      </w:r>
      <w:r>
        <w:rPr>
          <w:lang w:eastAsia="zh-CN"/>
        </w:rPr>
        <w:br/>
      </w:r>
      <w:r>
        <w:rPr>
          <w:lang w:eastAsia="zh-CN"/>
        </w:rPr>
        <w:t>　　是军训让我体会到了集体的重要性，通常，会因为某个同学的姿态不正确或在站军姿时不小心动了一下而被集体罚站。其实最害怕的就是站军姿了，通常在半个小时或是在一个小时后全身酸痛…</w:t>
      </w:r>
      <w:r>
        <w:rPr>
          <w:lang w:eastAsia="zh-CN"/>
        </w:rPr>
        <w:br/>
      </w:r>
      <w:r>
        <w:rPr>
          <w:lang w:eastAsia="zh-CN"/>
        </w:rPr>
        <w:t>　　其实军训也并非是常人心目中的魔鬼训练，灰色的咏叹调，紧张忙碌的军训之余，我们一同感受军歌的嘹亮，尤其是其恢弘豪迈的气势，拉歌时大家围坐在一起的亲热劲以及互相争论的不服输劲儿，你一首我一首，气势豪迈的团结就是力量，宛如清风拂过心头，吹走疲惫，吹走炎热，吹来友爱，吹来团结。</w:t>
      </w:r>
      <w:r>
        <w:rPr>
          <w:lang w:eastAsia="zh-CN"/>
        </w:rPr>
        <w:br/>
      </w:r>
      <w:r>
        <w:rPr>
          <w:lang w:eastAsia="zh-CN"/>
        </w:rPr>
        <w:t>　　大家齐声喊出了当兵人的心声，并与之不可遏制地引起了强烈的共鸣，这些都是我们人生的奇遇，是青春途中的一次邂逅，所有的汗水，欢笑都将铭刻于心。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军训快要结束，未来的路却依然很艰辛，在以后的时光中，我会加倍努力，捧出一颗心对待他人，希望我们所有同学都会到达梦想的彼岸！</w:t>
      </w:r>
      <w:r>
        <w:rPr>
          <w:lang w:eastAsia="zh-CN"/>
        </w:rPr>
        <w:br/>
      </w:r>
      <w:r>
        <w:rPr>
          <w:lang w:eastAsia="zh-CN"/>
        </w:rPr>
        <w:t>　　最后，致以所有教官最亲切的问候，你们让我领略到了军人的风姿。教官，你们辛苦了！</w:t>
      </w:r>
      <w:r>
        <w:rPr>
          <w:lang w:eastAsia="zh-CN"/>
        </w:rPr>
        <w:br/>
      </w:r>
      <w:r>
        <w:rPr>
          <w:lang w:eastAsia="zh-CN"/>
        </w:rPr>
        <w:t>　　人们都说，军训会很苦很累，他不但会晒黑你的皮肤，而且会限制你的很多自由。但即使如此，我没有退缩，依然满怀信心去迎接。</w:t>
      </w:r>
      <w:r>
        <w:rPr>
          <w:lang w:eastAsia="zh-CN"/>
        </w:rPr>
        <w:br/>
      </w:r>
      <w:r>
        <w:rPr>
          <w:lang w:eastAsia="zh-CN"/>
        </w:rPr>
        <w:t>　　忘不了，第一次站军姿。汗流浃背人站如松的情景；忘不了，教官让我们休息，大家欢呼喜悦的样子……我不知道，是否很多的忘不了拼凑在一起组成一本军训成长之路。在这本成长记录里，记录了我的成长和成熟。</w:t>
      </w:r>
      <w:r>
        <w:rPr>
          <w:lang w:eastAsia="zh-CN"/>
        </w:rPr>
        <w:br/>
      </w:r>
      <w:r>
        <w:rPr>
          <w:lang w:eastAsia="zh-CN"/>
        </w:rPr>
        <w:t>　　在军训中，最喜欢的干的莫过于和大家一起拉歌、唱军歌，也只有在那时，才会觉得大家亲如一家，有时把嗓子都喊哑了，也不愿意停下来，随着军训，渐渐地喜欢上了这个团结而又亲切的团体；渐渐喜欢上了严肃而又不失幽默的教官，军训是我们生活的一个小片段，可这个小片段让我们学会如何去面对生活，如何在以后的路上走的更坚定，如何打造属于自己的一片天，这个小片段我们会珍藏，我会用更多的热情投入其中，任凭骄阳如何猛烈，我都会坚持到底。</w:t>
      </w:r>
      <w:r>
        <w:rPr>
          <w:lang w:eastAsia="zh-CN"/>
        </w:rPr>
        <w:br/>
      </w:r>
      <w:r>
        <w:rPr>
          <w:lang w:eastAsia="zh-CN"/>
        </w:rPr>
        <w:t>　　最后在军训快要结束的时候再激励一下自己：</w:t>
      </w:r>
      <w:r>
        <w:rPr>
          <w:lang w:eastAsia="zh-CN"/>
        </w:rPr>
        <w:br/>
      </w:r>
      <w:r>
        <w:rPr>
          <w:lang w:eastAsia="zh-CN"/>
        </w:rPr>
        <w:t>　　流血流汗不流泪。</w:t>
      </w:r>
      <w:r>
        <w:rPr>
          <w:lang w:eastAsia="zh-CN"/>
        </w:rPr>
        <w:br/>
      </w:r>
      <w:r>
        <w:rPr>
          <w:lang w:eastAsia="zh-CN"/>
        </w:rPr>
        <w:t>　　掉皮掉肉不掉队！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军训或许就如同一场登山旅行，过程虽然艰苦，汗水伴随一路，坚持是一场华美的邂逅。但坚持下去登到山顶，便会邂逅别样的风景，结束十五天的军训生活后，身体疲惫却心潮澎湃。或许是喜欢冒险热爱挑战的性格使然。越是艰辛的事情就越想要坚持。</w:t>
      </w:r>
      <w:r>
        <w:rPr>
          <w:lang w:eastAsia="zh-CN"/>
        </w:rPr>
        <w:br/>
      </w:r>
      <w:r>
        <w:rPr>
          <w:lang w:eastAsia="zh-CN"/>
        </w:rPr>
        <w:t>　　孟子云：“天降降大任于斯人也，必先苦其心志，劳其筋骨。”话虽是老生常谈，但很有道理。在军训中面对不同的考验，都给予我很多收获。烈日炎炎下，长时间的军姿站立让我明白坚持的内涵，也给了我金石般的顽强意志；持续的稍息，停止间转法，齐步走训练，让身穿军训服的我们汗流不止，但湿透的短袖，落在地上的汗滴，却彰显了每一个不屈服，不放弃学生的精神品质，军训固然很苦，但也让我们逐渐邂逅发现了不同的自己。烈日下的坚持，寒风冷雨中的站立，让我看到自己坚持的一面；绷直的双腿，挺直的后背，也让我看到自己自律的一面。所以军训坚持下去，不仅仅是会让我变得更坚强，更懂事，更多的是邂逅到不同的自己。</w:t>
      </w:r>
      <w:r>
        <w:rPr>
          <w:lang w:eastAsia="zh-CN"/>
        </w:rPr>
        <w:br/>
      </w:r>
      <w:r>
        <w:rPr>
          <w:lang w:eastAsia="zh-CN"/>
        </w:rPr>
        <w:t>　　西方先哲曾说过，要想体味葡萄的不同滋味，总要先坚持品尝下去。而此时军训就是我们要品尝的那一粒表面苦涩，但其实甘味无穷的葡萄。试想若轻言放弃而错过这一美妙滋味，我们不会觉得遗憾吗？</w:t>
      </w:r>
      <w:r>
        <w:rPr>
          <w:lang w:eastAsia="zh-CN"/>
        </w:rPr>
        <w:br/>
      </w:r>
      <w:r>
        <w:rPr>
          <w:lang w:eastAsia="zh-CN"/>
        </w:rPr>
        <w:t>　　坚持是每个人都应从军训中学到的品质，也是我们未来走向人生道路的必备锦囊。</w:t>
      </w:r>
      <w:r>
        <w:rPr>
          <w:lang w:eastAsia="zh-CN"/>
        </w:rPr>
        <w:br/>
      </w:r>
      <w:r>
        <w:rPr>
          <w:lang w:eastAsia="zh-CN"/>
        </w:rPr>
        <w:t>　　军训的道路上，我只是一个小小的攀登者，普通平凡，但我希望通过坚持，可以让我在这条路上看到别样的自己，也邂逅到别样美丽的人生风景！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2024年新生军训心得体会范文参考 篇10 </w:t>
      </w:r>
      <w:r>
        <w:rPr>
          <w:lang w:eastAsia="zh-CN"/>
        </w:rPr>
        <w:br/>
      </w:r>
      <w:r>
        <w:rPr>
          <w:lang w:eastAsia="zh-CN"/>
        </w:rPr>
        <w:t>　　军训既是一种苦，又是一种甜。</w:t>
      </w:r>
      <w:r>
        <w:rPr>
          <w:lang w:eastAsia="zh-CN"/>
        </w:rPr>
        <w:br/>
      </w:r>
      <w:r>
        <w:rPr>
          <w:lang w:eastAsia="zh-CN"/>
        </w:rPr>
        <w:t>　　在早晨去学校的路上，阵阵轻风吹来，凉快极了。我的心情因此十分舒畅，觉得可以摆脱昨天的酷热，凉快一天了。可天公不作美，不一会儿，微风便把天空中唯一的几片云彩吹走了，只留下那单调的蓝天和热辣辣的太阳。</w:t>
      </w:r>
      <w:r>
        <w:rPr>
          <w:lang w:eastAsia="zh-CN"/>
        </w:rPr>
        <w:br/>
      </w:r>
      <w:r>
        <w:rPr>
          <w:lang w:eastAsia="zh-CN"/>
        </w:rPr>
        <w:t>　　正步走&amp;&amp;很简单，但是越是简单，却越难以做好。一上午的时间，为了练好正步走，我们几乎没有休息，可由于大家心不齐，站不整，迟迟没有达到老师所满意的标准，在结束后，我们又加练了二十多分钟，成为了全初一最后走的班级。</w:t>
      </w:r>
      <w:r>
        <w:rPr>
          <w:lang w:eastAsia="zh-CN"/>
        </w:rPr>
        <w:br/>
      </w:r>
      <w:r>
        <w:rPr>
          <w:lang w:eastAsia="zh-CN"/>
        </w:rPr>
        <w:t>　　如果说上午的训练是艰苦的，那下午的训练就更加艰苦。教官的动作分解练习令人痛不欲生：手臂要够直，大臂与小臂续呈90度，腿要踢高，上半身要挺直，不能随意晃动。</w:t>
      </w:r>
      <w:r>
        <w:rPr>
          <w:lang w:eastAsia="zh-CN"/>
        </w:rPr>
        <w:br/>
      </w:r>
      <w:r>
        <w:rPr>
          <w:lang w:eastAsia="zh-CN"/>
        </w:rPr>
        <w:t>　　一个动作，就是3-6分钟之久的挑战。汗水从我的脸颊上滑过，只能呼吸不能擦拭，只能立着，一直立着与我来说，这无异是灭顶之灾，手臂痛到失去知觉，大腿整个麻木，汗水湿透衣衫想要叫喊，可是，没有理由。一切都是自己的选择，既然选择了来军训，这点疼痛就是必需的。</w:t>
      </w:r>
      <w:r>
        <w:rPr>
          <w:lang w:eastAsia="zh-CN"/>
        </w:rPr>
        <w:br/>
      </w:r>
      <w:r>
        <w:rPr>
          <w:lang w:eastAsia="zh-CN"/>
        </w:rPr>
        <w:t>　　我们班的队伍一共分7列，虽说是一个班，效果却不一样。我们后3列总是因为个别人的问题而影响了全体的发挥，与前4列列形成了天壤之别，为了能赶超他们，我们放弃了休息。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当大家都坐在一旁纳凉时，我们却还在一次次的练习;当别人都在嬉戏时，我们却依然反复重复练习着那单一的动作。终于，靠着汗水和不懈的努力，我们，在集训快要结束时更前4列的动作相差无几</w:t>
      </w:r>
      <w:r>
        <w:rPr>
          <w:lang w:eastAsia="zh-CN"/>
        </w:rPr>
        <w:br/>
      </w:r>
      <w:r>
        <w:rPr>
          <w:lang w:eastAsia="zh-CN"/>
        </w:rPr>
        <w:t>　　这只是军训中的一小部分，在军训中我得到的当然也不止这些，意志.毅力.勇气等一切的一切都在锻炼之中得到了提升。</w:t>
      </w:r>
      <w:r>
        <w:rPr>
          <w:lang w:eastAsia="zh-CN"/>
        </w:rPr>
        <w:br/>
      </w:r>
      <w:r>
        <w:rPr>
          <w:lang w:eastAsia="zh-CN"/>
        </w:rPr>
        <w:t>　　我知道，军训的所受的苦只是我人生旅途中所遇到的一点点小困难而已，在以后会有更大的困难，更多的苦要我自己承担，但是我不会再畏惧困难了，我会凭着在军训中所得到的一切，战胜困难，从此不再害怕。</w:t>
      </w:r>
      <w:r>
        <w:rPr>
          <w:lang w:eastAsia="zh-CN"/>
        </w:rPr>
        <w:br/>
      </w:r>
      <w:r>
        <w:rPr>
          <w:lang w:eastAsia="zh-CN"/>
        </w:rPr>
        <w:t xml:space="preserve">    2024年新生军训心得体会范文参考 篇11 </w:t>
      </w:r>
      <w:r>
        <w:rPr>
          <w:lang w:eastAsia="zh-CN"/>
        </w:rPr>
        <w:br/>
      </w:r>
      <w:r>
        <w:rPr>
          <w:lang w:eastAsia="zh-CN"/>
        </w:rPr>
        <w:t>　　在小学里曾经参加过无数次的体育活动，却没有经历过像现在这种事，既规模又严厉的军训事件，给我留下了深刻的印象，扣人心弦。</w:t>
      </w:r>
      <w:r>
        <w:rPr>
          <w:lang w:eastAsia="zh-CN"/>
        </w:rPr>
        <w:br/>
      </w:r>
      <w:r>
        <w:rPr>
          <w:lang w:eastAsia="zh-CN"/>
        </w:rPr>
        <w:t>　　军训开始时，同学们都各自怀着不同的心情，有恐惧的，也有好奇的，大家都一同来到了军训场地，然而，对于我们这些一直生活在父母依赖下的人，无疑就是一种挑战，要我们从原来的懒惰生活中跳出来，接受严格训练，接受阳光，以及对我们的重大考验。</w:t>
      </w:r>
      <w:r>
        <w:rPr>
          <w:lang w:eastAsia="zh-CN"/>
        </w:rPr>
        <w:br/>
      </w:r>
      <w:r>
        <w:rPr>
          <w:lang w:eastAsia="zh-CN"/>
        </w:rPr>
        <w:t>　　训练我们的教官，是个个子很高大的.人，教官的年龄就像我们的大哥哥，但是，他的脸上充满了严肃和认真，在训练中，他教我们做每一个动作都是非常的标准，首先学军姿的时候，他却从不放过一个不规范的动作，就比如，腰挺得不直，头不抬起，身体不向前倾斜，手的动作不规范等，都一一给我们指点，直到规范为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就在第一天刚开始的时候，由于我们平时锻炼的少，体质差，面对炎炎烈日，有好几名同学没站多少分就晕倒了，可教官们仍然对我们严格要求，接着第二天，第三天，我简直不敢相信同学们该怎么坚持下去。</w:t>
      </w:r>
      <w:r>
        <w:rPr>
          <w:lang w:eastAsia="zh-CN"/>
        </w:rPr>
        <w:br/>
      </w:r>
      <w:r>
        <w:rPr>
          <w:lang w:eastAsia="zh-CN"/>
        </w:rPr>
        <w:t>　　记得第二天军训的时候，突然肚子疼了起来，教师和老师说有什么不舒服的可以打报告，为了不影响训练还是忍了下来，看着这四天班训练的动作：军姿，稍息，跨立等，同学们都付出了最大努力，看着一个个晒黑的脖子，脸和手臂，还有汗水怎么也不能淹没我们付出的功劳，经过这四天半的训练和大家一丝不苟的心情，终于在训练结束后取得了优越的成绩，为我们班争取到了名誉。</w:t>
      </w:r>
      <w:r>
        <w:rPr>
          <w:lang w:eastAsia="zh-CN"/>
        </w:rPr>
        <w:br/>
      </w:r>
      <w:r>
        <w:rPr>
          <w:lang w:eastAsia="zh-CN"/>
        </w:rPr>
        <w:t>　　军训结束后，教官到我们办理给我们告别，我们每个人都怀着依依不舍的心情，向教官要联系方式，向他告别。</w:t>
      </w:r>
      <w:r>
        <w:rPr>
          <w:lang w:eastAsia="zh-CN"/>
        </w:rPr>
        <w:br/>
      </w:r>
      <w:r>
        <w:rPr>
          <w:lang w:eastAsia="zh-CN"/>
        </w:rPr>
        <w:t>　　这次军训，我得到了最大的感悟，对别人的关爱，理解到了保卫祖国的责任，面对困难，不要做娇滴滴的孩子，不再是好哭的小姑娘，坚强的面对每一个问题。</w:t>
      </w:r>
      <w:r>
        <w:rPr>
          <w:lang w:eastAsia="zh-CN"/>
        </w:rPr>
        <w:br/>
      </w:r>
      <w:r>
        <w:rPr>
          <w:lang w:eastAsia="zh-CN"/>
        </w:rPr>
        <w:t xml:space="preserve">    2024年新生军训心得体会范文参考 篇12 </w:t>
      </w:r>
      <w:r>
        <w:rPr>
          <w:lang w:eastAsia="zh-CN"/>
        </w:rPr>
        <w:br/>
      </w:r>
      <w:r>
        <w:rPr>
          <w:lang w:eastAsia="zh-CN"/>
        </w:rPr>
        <w:t>　　不论怎样，苦与累总是军训的代名词;不管怎样，训与罚总是教官的招牌动作;不知为何，狠毒与热辣总是太阳与大地共同联手的结果。三重危机，并肩袭来，最终能够胜利者的法宝，只有：不断的忍耐和顽强的坚持。这不就是军训吗?一种充满着忍耐与坚持的训练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阳光下，我们需要忍耐与坚持。由于总有人表现不佳，站军姿几乎成了白天我们男生的全部生活。站就站呗，站着有什么可怕的?但是要知道，天空中永远是炎炎烈日。天地是微波炉，阳光是发射出来的微波，我们则是盘中的食物。白云不想做好事，它也跑了。太阳光一路上毫无阻挡，直接射入了我们的胸膛。</w:t>
      </w:r>
      <w:r>
        <w:rPr>
          <w:lang w:eastAsia="zh-CN"/>
        </w:rPr>
        <w:br/>
      </w:r>
      <w:r>
        <w:rPr>
          <w:lang w:eastAsia="zh-CN"/>
        </w:rPr>
        <w:t>　　那种又痛又痒的感觉，就是火辣辣的太阳散发出的无限能量所赐予的。但是，站还是要站的，只有站到让教官赏心悦目了，才能休息。我们不能动，多动一动就要多站一站。但是，我们还能干什么别的呢?于是，我们个个贴紧手，直起腿，抬起头。最终，忍耐着身上痒痒痛痛和坚持着以标准姿势站下去的我们，得到了久违的休息。</w:t>
      </w:r>
      <w:r>
        <w:rPr>
          <w:lang w:eastAsia="zh-CN"/>
        </w:rPr>
        <w:br/>
      </w:r>
      <w:r>
        <w:rPr>
          <w:lang w:eastAsia="zh-CN"/>
        </w:rPr>
        <w:t>　　在被教官训与罚时，也只有忍耐与坚持。一次，全体男生被罚蹲着，个个蹲得腰酸背痛腿麻木。当时是晚上，蹲不好就不准睡觉。可是，累了一天的我们，谁不想睡觉啊!个个也只能强打精神，不顾酸痛，好好地蹲着。这时，也只能忍耐与坚持。我们还要站军姿。无奈，我们也只有把难熬的五天军训坚持了下来。</w:t>
      </w:r>
      <w:r>
        <w:rPr>
          <w:lang w:eastAsia="zh-CN"/>
        </w:rPr>
        <w:br/>
      </w:r>
      <w:r>
        <w:rPr>
          <w:lang w:eastAsia="zh-CN"/>
        </w:rPr>
        <w:t>　　泰戈尔说过：“只有经历地狱般的磨炼，才能炼出创造天堂的力量;只有流过血的手指，才能弹出世间的绝唱。”我们在军训基地里，磨炼了意志，增强了体质。通过军训，我明白了，只有学会忍耐与坚持，才能学有所成，将来才能做一个对人民对祖国有用的人!忍耐与坚持，就是我这次军训最大的收获。</w:t>
      </w:r>
      <w:r>
        <w:rPr>
          <w:lang w:eastAsia="zh-CN"/>
        </w:rPr>
        <w:br/>
      </w:r>
      <w:r>
        <w:rPr>
          <w:lang w:eastAsia="zh-CN"/>
        </w:rPr>
        <w:t xml:space="preserve">    2024年新生军训心得体会范文参考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今天训练了正步转齐步，齐步转正步，还有打拳。很开心，因为再一次站在了那个挥洒过我们汗水的操场时，我并没有像第一天那样累了，留在今天的是快乐，我们今天步调很整齐，我们今天很和谐。还有我们的标兵，一遍一遍的带着我们走，他们比我们更辛苦，我们的教官嗓子很不舒服，但还是认真的教我们，让我们在对比中找到自己和别人的优缺点，让我们在受到奖励和惩罚中更明了地了解自己和团队的关系，他教男生玩游戏，我们只是看，但我感觉很满足，因为我们可以免费看表演哈。</w:t>
      </w:r>
      <w:r>
        <w:rPr>
          <w:lang w:eastAsia="zh-CN"/>
        </w:rPr>
        <w:br/>
      </w:r>
      <w:r>
        <w:rPr>
          <w:lang w:eastAsia="zh-CN"/>
        </w:rPr>
        <w:t>　　总而言之，今天是快乐的一天，希望我们明天可以更加的默契，能够踢出整齐美观的步伐！</w:t>
      </w:r>
      <w:r>
        <w:rPr>
          <w:lang w:eastAsia="zh-CN"/>
        </w:rPr>
        <w:br/>
      </w:r>
      <w:r>
        <w:rPr>
          <w:lang w:eastAsia="zh-CN"/>
        </w:rPr>
        <w:t>　　它仍属于一段难忘的成长岁月。很喜欢对成长的一种定义。譬如说，“成长就是你不单单会沉迷于外表的光鲜亮丽，你还会懂得欣赏内在的善良、淡定、从容、坚韧等各种品质；你能够明白时间是怎样划过了你的肌肤，而时间又是怎样变成另一种风华正茂。”在军训的坚忍里，我们就是这样成长着。</w:t>
      </w:r>
      <w:r>
        <w:rPr>
          <w:lang w:eastAsia="zh-CN"/>
        </w:rPr>
        <w:br/>
      </w:r>
      <w:r>
        <w:rPr>
          <w:lang w:eastAsia="zh-CN"/>
        </w:rPr>
        <w:t>　　有时会抱怨烈日的猛烈；有时又会觉得飒爽的军姿很是帅气；有时会觉得教官凶凶的；更有些时会默默地认为教官很是可爱……微笑或哭泣，坚持或是放弃，最终都许给了青春的笃定。我走故我在，一个脚印接着一个脚印，到达幸福或者不幸福……但这没什么，至少我们曾经奔走在人间，至少我们一直努力让自己奔向幸福。我们正努力以奔走的姿态面对严酷军训，也正在努力用汗水播撒青春的誓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人的一生要坚持一次，无论为一个人，一段旅程，或一个梦想。有些事情不是看到希望采取坚持，而是坚持了才会看到希望”——也许多年以后，当我们回望这段苦乐参半的青葱岁月时，一定会为自己感动，为那种迷彩军装的身影感动，为那种绿色情怀感动而热泪盈眶的吧！</w:t>
      </w:r>
      <w:r>
        <w:rPr>
          <w:lang w:eastAsia="zh-CN"/>
        </w:rPr>
        <w:br/>
      </w:r>
      <w:r>
        <w:rPr>
          <w:lang w:eastAsia="zh-CN"/>
        </w:rPr>
        <w:t>　　加油！</w:t>
      </w:r>
      <w:r>
        <w:rPr>
          <w:lang w:eastAsia="zh-CN"/>
        </w:rPr>
        <w:br/>
      </w:r>
      <w:r>
        <w:rPr>
          <w:lang w:eastAsia="zh-CN"/>
        </w:rPr>
        <w:t>　　军训下来两个星期了，同学们基本的齐步走，正步走都已经差不多了，看着那些训练有素的分列式，对于我的未曾参与其中而心感失落，遗憾更是多，我想如果我是其中一员，我想我站在队伍中，心里会有多么愉悦与自豪。</w:t>
      </w:r>
      <w:r>
        <w:rPr>
          <w:lang w:eastAsia="zh-CN"/>
        </w:rPr>
        <w:br/>
      </w:r>
      <w:r>
        <w:rPr>
          <w:lang w:eastAsia="zh-CN"/>
        </w:rPr>
        <w:t>　　军训带给人的很多，它让人意识到加强锻炼的必要性，那不仅仅是对人的身体素质的考验，更是对人心理素质的考验，虽然我没有参与其中，但我却深切体会到了团结合作的必要性，如果其中又一个人出了错，那么方阵里就会出现不和谐的画面，会让人感到不舒服的，所以军训的成果的体现不是在一个人的身上，而是体现在所有人的身上。</w:t>
      </w:r>
      <w:r>
        <w:rPr>
          <w:lang w:eastAsia="zh-CN"/>
        </w:rPr>
        <w:br/>
      </w:r>
      <w:r>
        <w:rPr>
          <w:lang w:eastAsia="zh-CN"/>
        </w:rPr>
        <w:t>　　这些启示我们，在我们结束大学生活步入职业生涯，我们需要一些能力去学会适应一些东西，能够直面困难坦然面对生活中的得与失，做到得之使然，失之坦然，一个人的成功与否不在于你现在所能拥有什么而是你对生活所拥有的希望有多少。</w:t>
      </w:r>
      <w:r>
        <w:rPr>
          <w:lang w:eastAsia="zh-CN"/>
        </w:rPr>
        <w:br/>
      </w:r>
      <w:r>
        <w:rPr>
          <w:lang w:eastAsia="zh-CN"/>
        </w:rPr>
        <w:t>　　未来的路还很长，我仍然走在那条困难重重的路上我用军训所得到的感悟与我一起共闯风雨，让我们并肩作战。</w:t>
      </w:r>
      <w:r>
        <w:rPr>
          <w:lang w:eastAsia="zh-CN"/>
        </w:rPr>
        <w:br/>
      </w:r>
      <w:r>
        <w:rPr>
          <w:lang w:eastAsia="zh-CN"/>
        </w:rPr>
        <w:t>　　加油！我坚信会成功的！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2024年新生军训心得体会范文参考 篇14 </w:t>
      </w:r>
      <w:r>
        <w:rPr>
          <w:lang w:eastAsia="zh-CN"/>
        </w:rPr>
        <w:br/>
      </w:r>
      <w:r>
        <w:rPr>
          <w:lang w:eastAsia="zh-CN"/>
        </w:rPr>
        <w:t>　　风雨中的绿色，即使没有青春动感的五光十色那样炫丽，却充满着一股执着，令人敬畏。</w:t>
      </w:r>
      <w:r>
        <w:rPr>
          <w:lang w:eastAsia="zh-CN"/>
        </w:rPr>
        <w:br/>
      </w:r>
      <w:r>
        <w:rPr>
          <w:lang w:eastAsia="zh-CN"/>
        </w:rPr>
        <w:t>　　飘摇里的笔直，没有迪厅里那样动感与惹火，却洋溢出一片纪律性，那样令人敬慕。</w:t>
      </w:r>
      <w:r>
        <w:rPr>
          <w:lang w:eastAsia="zh-CN"/>
        </w:rPr>
        <w:br/>
      </w:r>
      <w:r>
        <w:rPr>
          <w:lang w:eastAsia="zh-CN"/>
        </w:rPr>
        <w:t>　　都说军人是世界上最可爱的人，只是那时候不懂：这抹绿色，是如何赢得世界的瞩目与尊重。</w:t>
      </w:r>
      <w:r>
        <w:rPr>
          <w:lang w:eastAsia="zh-CN"/>
        </w:rPr>
        <w:br/>
      </w:r>
      <w:r>
        <w:rPr>
          <w:lang w:eastAsia="zh-CN"/>
        </w:rPr>
        <w:t>　　这是另外一种生活，这种生活不是人人都可以过，但每个经历过的人都会知道：那是一种充实、一种自豪、一种骄傲！</w:t>
      </w:r>
      <w:r>
        <w:rPr>
          <w:lang w:eastAsia="zh-CN"/>
        </w:rPr>
        <w:br/>
      </w:r>
      <w:r>
        <w:rPr>
          <w:lang w:eastAsia="zh-CN"/>
        </w:rPr>
        <w:t>　　军训在以前对我来说是一件非常严肃的事情，如今自己终于已经站在这里军训了，在做每一个动作时我都有很大的感想。</w:t>
      </w:r>
      <w:r>
        <w:rPr>
          <w:lang w:eastAsia="zh-CN"/>
        </w:rPr>
        <w:br/>
      </w:r>
      <w:r>
        <w:rPr>
          <w:lang w:eastAsia="zh-CN"/>
        </w:rPr>
        <w:t>　　首先是站军姿，每当我站军姿的时候我都感觉到自己全身酸痛，简直快要散架了，但是面对每张严肃的面孔，我们都不敢有想动的念想，在做原地踏步运动时，我想到了自己在高中时期努力付出过后却得独自承受成绩上不去的苦果。这曾一度让我难过让我苦恼，而今天我才恍然明白原来学习上的原地踏步正是为进一步的提高做准备，正如原地踏步运动是为齐步走运动做准备一样。</w:t>
      </w:r>
      <w:r>
        <w:rPr>
          <w:lang w:eastAsia="zh-CN"/>
        </w:rPr>
        <w:br/>
      </w:r>
      <w:r>
        <w:rPr>
          <w:lang w:eastAsia="zh-CN"/>
        </w:rPr>
        <w:t>　　然后是齐步走运动，看似简单而机械的动作，但若要使其达到很好的视觉效果却是离不开集体的默契与配合，这使我想到自己的为人处事，要想拓宽自己的路就要积极和融入集体。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最后在学敬礼这个动作时，我心中油然升起一种感恩之情，我们的父母，朋友，老师及那些所有帮助我们的人，难道不应该接受我们一个正规的敬礼吗？</w:t>
      </w:r>
      <w:r>
        <w:rPr>
          <w:lang w:eastAsia="zh-CN"/>
        </w:rPr>
        <w:br/>
      </w:r>
      <w:r>
        <w:rPr>
          <w:lang w:eastAsia="zh-CN"/>
        </w:rPr>
        <w:t>　　以前很多同学都说军训是枯燥而劳累的，但我认为军训能及时唤醒我们一颗感恩的`心，所以我认为我己经深深地爱上了军训这堂课，它教会我好多东西，让我觉得军训非常有意义而又充满快乐。</w:t>
      </w:r>
      <w:r>
        <w:rPr>
          <w:lang w:eastAsia="zh-CN"/>
        </w:rPr>
        <w:br/>
      </w:r>
      <w:r>
        <w:rPr>
          <w:lang w:eastAsia="zh-CN"/>
        </w:rPr>
        <w:t>　　军训渐近尾声，看着两条晒黑了的手臂，就能记起烈日下的汗水。但是汗水不能淹没我所有的记忆，因为有更多的东西充实着我。记得军训刚开始的时候，似乎是那样的无声无息，它没流下太多的时间让我做好心理准备去应付它。就这样一点一滴的收获渐渐地烙在我的记忆深处。</w:t>
      </w:r>
      <w:r>
        <w:rPr>
          <w:lang w:eastAsia="zh-CN"/>
        </w:rPr>
        <w:br/>
      </w:r>
      <w:r>
        <w:rPr>
          <w:lang w:eastAsia="zh-CN"/>
        </w:rPr>
        <w:t>　　军训的内容或许是单调的。每天都做着一样的动作，心中抱怨着自己的汗水白流了好几尺。在教官的标准指导下，慢慢地发现自己和同学平时的习惯如此的便扭。纠正错误永远是困难的，炙热的太阳似乎为了惩罚我们这群有坏习惯的孩子，燃烧了自己每一寸的肌肤。不过努力的力量是巨大的，错误也不会永恒不灭。虽然离教官还有差距，但进步欣喜地摆在了每个人的眼前。</w:t>
      </w:r>
      <w:r>
        <w:rPr>
          <w:lang w:eastAsia="zh-CN"/>
        </w:rPr>
        <w:br/>
      </w:r>
      <w:r>
        <w:rPr>
          <w:lang w:eastAsia="zh-CN"/>
        </w:rPr>
        <w:t>　　军训也不总是枯燥的，每天的军歌都是单调的军训中的调节剂。在军歌中听到的了“原始的吼声”，那就是欢笑声。每一丝的欢笑声都能将要崩溃的身体唤醒。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军训不仅仅是对行为上的操练，更是对精神和思想上的深化。迎着刺眼的阳光，每天就这样开始了。一天下来的疲惫让我发觉在凉爽的空调间外头还有另一种生活；让我发觉其实自己还很稚嫩。汗水的浸泡需要忍耐，烈日的烘烤需要忍耐，时有时无的饥饿也需要忍耐，似乎一切都要不停地忍耐。就在这不知不觉的忍耐中，潜藏的坚强逐步被挖掘了出来。到了最后几天，几乎每个人都能以微笑的脸庞来结束当天的训练。</w:t>
      </w:r>
      <w:r>
        <w:rPr>
          <w:lang w:eastAsia="zh-CN"/>
        </w:rPr>
        <w:br/>
      </w:r>
      <w:r>
        <w:rPr>
          <w:lang w:eastAsia="zh-CN"/>
        </w:rPr>
        <w:t>　　军训中让我们要感谢的人有很多。我们要感谢教官,我们流汗,教官比我们流的更多；我们辛苦,教官比我们还要辛苦。是他们让我们看到了一个真正军人的样子，我能清晰地记得教官在我们耳边的口令声。那将会激励我勇敢的面对今后的困难！</w:t>
      </w:r>
      <w:r>
        <w:rPr>
          <w:lang w:eastAsia="zh-CN"/>
        </w:rPr>
        <w:br/>
      </w:r>
      <w:r>
        <w:rPr>
          <w:lang w:eastAsia="zh-CN"/>
        </w:rPr>
        <w:t>　　今天彩排，那声声嘹亮的口号和整齐的步伐便震慑了我的心灵。环顾四周，这里的每一件事物都是绿色的，充满着希望，朝气蓬勃，无处不盈溢着军人的气息：那顽强不屈的意志，那毫不动摇的信念，和那舍身保家卫国的壮志。</w:t>
      </w:r>
      <w:r>
        <w:rPr>
          <w:lang w:eastAsia="zh-CN"/>
        </w:rPr>
        <w:br/>
      </w:r>
      <w:r>
        <w:rPr>
          <w:lang w:eastAsia="zh-CN"/>
        </w:rPr>
        <w:t>　　烈日炎炎，许久不见一丝轻风拂过。在那寂寞的热空气里，我们足足站了十分钟。何时才会听到：“随风潜如夜，润物细无声”？何时才能看见“天街小雨润如酥，草色遥看近却无”？彼时，一阵扑面袭来的轻风或是一场雨的降临，便是我们的解脱。每当我按捺不住，偷偷抹开脸颊的汗滴，都会得到教官一声严肃的号令。就这样，我必须昂首挺胸，直立在天空下，无奈地等待这一分钟的逝去。心中默默的想着：我是否可以相别人一样，坚持到最后一秒，任汗水悄然而下。</w:t>
      </w:r>
      <w:r>
        <w:rPr>
          <w:lang w:eastAsia="zh-CN"/>
        </w:rPr>
        <w:br/>
      </w:r>
    </w:p>
    <w:p w:rsidR="001B1F19" w14:textId="27C3F48A">
      <w:pPr>
        <w:rPr>
          <w:rFonts w:hint="eastAsia"/>
          <w:lang w:eastAsia="zh-CN"/>
        </w:rPr>
      </w:pPr>
      <w:r>
        <w:rPr>
          <w:lang w:eastAsia="zh-CN"/>
        </w:rPr>
        <w:t>　　这次军训中，我学会了珍惜——去珍惜家庭，珍惜同学，珍惜友谊，珍惜生活。立正、踏步、齐步、正步。这些动作大家都会，困难的是怎么让它们整齐划一。为了实现在会操表演时的目标，同学们不厌其烦的重复着单调的动作。在一遍又一遍的练习中，大家相互磨合，学会了彼此迁就，一同去努力创造出一个为了共同的目标而学习的集体。</w:t>
      </w:r>
      <w:r>
        <w:rPr>
          <w:lang w:eastAsia="zh-CN"/>
        </w:rPr>
        <w:br/>
      </w:r>
      <w:r>
        <w:rPr>
          <w:lang w:eastAsia="zh-CN"/>
        </w:rPr>
        <w:t>　　夕阳西下，我们踏着一致的步伐，伴着魅力的黄昏一同返回。耳畔传来响彻山谷的歌声，荡漾在属于我们的空气里。“团结就是力量，这力量是铁，这力量是钢，比铁还硬，比钢还强……”也许太多人知道这首歌，可是又有多少人能理解其中的含义？只有那些勇敢的战士，那些坚守岗位、保家卫国的军人才会深深地明白，这是他们的职责。而我们，则要带着一颗永不屈服的心去迎接每一次挑战。军训是无声的老师，它培育了我们优良的品格，塑造了我们不屈的精神，摒弃了懒散的惰性，摆脱了无聊的幻想。咬紧牙关，奋力坚持，“宝剑锋从磨砺出，梅花香自苦寒来”，我懂得了从客观的角度正视生活。</w:t>
      </w:r>
      <w:r>
        <w:rPr>
          <w:lang w:eastAsia="zh-CN"/>
        </w:rPr>
        <w:br/>
      </w:r>
      <w:r>
        <w:rPr>
          <w:lang w:eastAsia="zh-CN"/>
        </w:rPr>
        <w:t>　　这是一个收获的季节，我们笑了，带着那丰硕的果实满载而归。这是一个美丽的插曲，我们笑了，带着优美的主旋律，踏入精彩的人生之旅，寻找一个完美的休止符。</w:t>
      </w:r>
      <w:r>
        <w:rPr>
          <w:lang w:eastAsia="zh-CN"/>
        </w:rPr>
        <w:br/>
      </w:r>
      <w:r>
        <w:rPr>
          <w:lang w:eastAsia="zh-CN"/>
        </w:rPr>
        <w:t xml:space="preserve">    2024年新生军训心得体会范文参考 篇15 </w:t>
      </w:r>
      <w:r>
        <w:rPr>
          <w:lang w:eastAsia="zh-CN"/>
        </w:rPr>
        <w:br/>
      </w:r>
      <w:r>
        <w:rPr>
          <w:lang w:eastAsia="zh-CN"/>
        </w:rPr>
        <w:t>　　通过十几天的大学军训，锻炼了我们的意志品质，提高了我们的组织纪律性，实现了思想上的转变，所以有这样的肺腑之言：青春是丰富多彩的；青春是多彩的；青春充满生机和活力；青春期对未来充满了无数的想象和期待。青春是苦的，也是甜的。有欢笑也有泪水.</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https://d.book118.com/008027002011006035</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8027002011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