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2024年会创意策划方案（33篇）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2024年会创意策划方案（精选33篇）</w:t>
      </w:r>
      <w:r>
        <w:rPr>
          <w:lang w:eastAsia="zh-CN"/>
        </w:rPr>
        <w:br/>
      </w:r>
      <w:r>
        <w:rPr>
          <w:lang w:eastAsia="zh-CN"/>
        </w:rPr>
        <w:t xml:space="preserve">    2024年会创意策划方案 篇1 </w:t>
      </w:r>
      <w:r>
        <w:rPr>
          <w:lang w:eastAsia="zh-CN"/>
        </w:rPr>
        <w:br/>
      </w:r>
      <w:r>
        <w:rPr>
          <w:lang w:eastAsia="zh-CN"/>
        </w:rPr>
        <w:t>　　20__年已经到来，为展现公司日新月异、蓬勃发展的良好风貌，增进友谊、增强凝聚力，公司决定于 年 月 日举办一场联欢会来答谢各位员工一年来辛勤的工作与默默付出。</w:t>
      </w:r>
      <w:r>
        <w:rPr>
          <w:lang w:eastAsia="zh-CN"/>
        </w:rPr>
        <w:br/>
      </w:r>
      <w:r>
        <w:rPr>
          <w:lang w:eastAsia="zh-CN"/>
        </w:rPr>
        <w:t>　　一、年会主题：增加公司于员工之间的凝聚力</w:t>
      </w:r>
      <w:r>
        <w:rPr>
          <w:lang w:eastAsia="zh-CN"/>
        </w:rPr>
        <w:br/>
      </w:r>
      <w:r>
        <w:rPr>
          <w:lang w:eastAsia="zh-CN"/>
        </w:rPr>
        <w:t>　　二、年会地点：办公区大会议室</w:t>
      </w:r>
      <w:r>
        <w:rPr>
          <w:lang w:eastAsia="zh-CN"/>
        </w:rPr>
        <w:br/>
      </w:r>
      <w:r>
        <w:rPr>
          <w:lang w:eastAsia="zh-CN"/>
        </w:rPr>
        <w:t>　　三、年会时间安排：</w:t>
      </w:r>
      <w:r>
        <w:rPr>
          <w:lang w:eastAsia="zh-CN"/>
        </w:rPr>
        <w:br/>
      </w:r>
      <w:r>
        <w:rPr>
          <w:lang w:eastAsia="zh-CN"/>
        </w:rPr>
        <w:t>　　(1)年会策划及准备期( 月 日 至 月 日)：本阶段主要完成通知、节目收集、主持人确定。</w:t>
      </w:r>
      <w:r>
        <w:rPr>
          <w:lang w:eastAsia="zh-CN"/>
        </w:rPr>
        <w:br/>
      </w:r>
      <w:r>
        <w:rPr>
          <w:lang w:eastAsia="zh-CN"/>
        </w:rPr>
        <w:t>　　(2)年会协调及进展期( 月 日至 月 日)：本阶段主要完成节目安排表、礼仪小姐确定、音响确定、物品购买。</w:t>
      </w:r>
      <w:r>
        <w:rPr>
          <w:lang w:eastAsia="zh-CN"/>
        </w:rPr>
        <w:br/>
      </w:r>
      <w:r>
        <w:rPr>
          <w:lang w:eastAsia="zh-CN"/>
        </w:rPr>
        <w:t>　　(3)年会倒计时期( 月 日)：本阶段主要完成年会全过程确定(包括节目单确定)。</w:t>
      </w:r>
      <w:r>
        <w:rPr>
          <w:lang w:eastAsia="zh-CN"/>
        </w:rPr>
        <w:br/>
      </w:r>
      <w:r>
        <w:rPr>
          <w:lang w:eastAsia="zh-CN"/>
        </w:rPr>
        <w:t>　　(4)年会正式演出时间： 年 月 日晚19：00至21：30</w:t>
      </w:r>
      <w:r>
        <w:rPr>
          <w:lang w:eastAsia="zh-CN"/>
        </w:rPr>
        <w:br/>
      </w:r>
      <w:r>
        <w:rPr>
          <w:lang w:eastAsia="zh-CN"/>
        </w:rPr>
        <w:t>　　四、年会节目报名方式：</w:t>
      </w:r>
      <w:r>
        <w:rPr>
          <w:lang w:eastAsia="zh-CN"/>
        </w:rPr>
        <w:br/>
      </w:r>
      <w:r>
        <w:rPr>
          <w:lang w:eastAsia="zh-CN"/>
        </w:rPr>
        <w:t>　　1.及时通报名、电话报名、现场报名</w:t>
      </w:r>
      <w:r>
        <w:rPr>
          <w:lang w:eastAsia="zh-CN"/>
        </w:rPr>
        <w:br/>
      </w:r>
      <w:r>
        <w:rPr>
          <w:lang w:eastAsia="zh-CN"/>
        </w:rPr>
        <w:t>　　2.联系人：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3.联系方式：</w:t>
      </w:r>
      <w:r>
        <w:rPr>
          <w:lang w:eastAsia="zh-CN"/>
        </w:rPr>
        <w:br/>
      </w:r>
      <w:r>
        <w:rPr>
          <w:lang w:eastAsia="zh-CN"/>
        </w:rPr>
        <w:t>　　五、参会人员：</w:t>
      </w:r>
      <w:r>
        <w:rPr>
          <w:lang w:eastAsia="zh-CN"/>
        </w:rPr>
        <w:br/>
      </w:r>
      <w:r>
        <w:rPr>
          <w:lang w:eastAsia="zh-CN"/>
        </w:rPr>
        <w:t>　　六、年会节目要求：</w:t>
      </w:r>
      <w:r>
        <w:rPr>
          <w:lang w:eastAsia="zh-CN"/>
        </w:rPr>
        <w:br/>
      </w:r>
      <w:r>
        <w:rPr>
          <w:lang w:eastAsia="zh-CN"/>
        </w:rPr>
        <w:t>　　1、歌曲类：</w:t>
      </w:r>
      <w:r>
        <w:rPr>
          <w:lang w:eastAsia="zh-CN"/>
        </w:rPr>
        <w:br/>
      </w:r>
      <w:r>
        <w:rPr>
          <w:lang w:eastAsia="zh-CN"/>
        </w:rPr>
        <w:t>　　(1)喜庆、祥和、热烈的歌曲;青春、阳光、健康、向上;(3)与以上主题相关的原创歌曲。</w:t>
      </w:r>
      <w:r>
        <w:rPr>
          <w:lang w:eastAsia="zh-CN"/>
        </w:rPr>
        <w:br/>
      </w:r>
      <w:r>
        <w:rPr>
          <w:lang w:eastAsia="zh-CN"/>
        </w:rPr>
        <w:t>　　2、舞蹈类：</w:t>
      </w:r>
      <w:r>
        <w:rPr>
          <w:lang w:eastAsia="zh-CN"/>
        </w:rPr>
        <w:br/>
      </w:r>
      <w:r>
        <w:rPr>
          <w:lang w:eastAsia="zh-CN"/>
        </w:rPr>
        <w:t>　　(1)积极向上、寓意深刻的'艺术性舞蹈;</w:t>
      </w:r>
      <w:r>
        <w:rPr>
          <w:lang w:eastAsia="zh-CN"/>
        </w:rPr>
        <w:br/>
      </w:r>
      <w:r>
        <w:rPr>
          <w:lang w:eastAsia="zh-CN"/>
        </w:rPr>
        <w:t>　　(2)具有高科技时代气息的创意性舞蹈。</w:t>
      </w:r>
      <w:r>
        <w:rPr>
          <w:lang w:eastAsia="zh-CN"/>
        </w:rPr>
        <w:br/>
      </w:r>
      <w:r>
        <w:rPr>
          <w:lang w:eastAsia="zh-CN"/>
        </w:rPr>
        <w:t>　　(3)喜闻乐见的街舞、现代舞、健美操、武术等;</w:t>
      </w:r>
      <w:r>
        <w:rPr>
          <w:lang w:eastAsia="zh-CN"/>
        </w:rPr>
        <w:br/>
      </w:r>
      <w:r>
        <w:rPr>
          <w:lang w:eastAsia="zh-CN"/>
        </w:rPr>
        <w:t>　　(4)相关歌曲的伴舞。</w:t>
      </w:r>
      <w:r>
        <w:rPr>
          <w:lang w:eastAsia="zh-CN"/>
        </w:rPr>
        <w:br/>
      </w:r>
      <w:r>
        <w:rPr>
          <w:lang w:eastAsia="zh-CN"/>
        </w:rPr>
        <w:t>　　3、曲艺类：</w:t>
      </w:r>
      <w:r>
        <w:rPr>
          <w:lang w:eastAsia="zh-CN"/>
        </w:rPr>
        <w:br/>
      </w:r>
      <w:r>
        <w:rPr>
          <w:lang w:eastAsia="zh-CN"/>
        </w:rPr>
        <w:t>　　(1)喜庆、热闹反映生活的的相声、小品;</w:t>
      </w:r>
      <w:r>
        <w:rPr>
          <w:lang w:eastAsia="zh-CN"/>
        </w:rPr>
        <w:br/>
      </w:r>
      <w:r>
        <w:rPr>
          <w:lang w:eastAsia="zh-CN"/>
        </w:rPr>
        <w:t>　　(2)经典的传统曲艺类节目(戏曲、话剧、评书等);</w:t>
      </w:r>
      <w:r>
        <w:rPr>
          <w:lang w:eastAsia="zh-CN"/>
        </w:rPr>
        <w:br/>
      </w:r>
      <w:r>
        <w:rPr>
          <w:lang w:eastAsia="zh-CN"/>
        </w:rPr>
        <w:t>　　(3)其它类型的曲艺节目(乐器类)。</w:t>
      </w:r>
      <w:r>
        <w:rPr>
          <w:lang w:eastAsia="zh-CN"/>
        </w:rPr>
        <w:br/>
      </w:r>
      <w:r>
        <w:rPr>
          <w:lang w:eastAsia="zh-CN"/>
        </w:rPr>
        <w:t>　　4、每个部门所报节目不限;</w:t>
      </w:r>
      <w:r>
        <w:rPr>
          <w:lang w:eastAsia="zh-CN"/>
        </w:rPr>
        <w:br/>
      </w:r>
      <w:r>
        <w:rPr>
          <w:lang w:eastAsia="zh-CN"/>
        </w:rPr>
        <w:t>　　5、提倡跨部门组合报名;</w:t>
      </w:r>
      <w:r>
        <w:rPr>
          <w:lang w:eastAsia="zh-CN"/>
        </w:rPr>
        <w:br/>
      </w:r>
      <w:r>
        <w:rPr>
          <w:lang w:eastAsia="zh-CN"/>
        </w:rPr>
        <w:t>　　七、年会进行流程</w:t>
      </w:r>
      <w:r>
        <w:rPr>
          <w:lang w:eastAsia="zh-CN"/>
        </w:rPr>
        <w:br/>
      </w:r>
      <w:r>
        <w:rPr>
          <w:lang w:eastAsia="zh-CN"/>
        </w:rPr>
        <w:t>　　1. 参会人员入场</w:t>
      </w:r>
      <w:r>
        <w:rPr>
          <w:lang w:eastAsia="zh-CN"/>
        </w:rPr>
        <w:br/>
      </w:r>
      <w:r>
        <w:rPr>
          <w:lang w:eastAsia="zh-CN"/>
        </w:rPr>
        <w:t>　　2.主持人宣布年会开始</w:t>
      </w:r>
      <w:r>
        <w:rPr>
          <w:lang w:eastAsia="zh-CN"/>
        </w:rPr>
        <w:br/>
      </w:r>
      <w:r>
        <w:rPr>
          <w:lang w:eastAsia="zh-CN"/>
        </w:rPr>
        <w:t>　　3. 总经理董事长 讲话</w:t>
      </w:r>
      <w:r>
        <w:rPr>
          <w:lang w:eastAsia="zh-CN"/>
        </w:rPr>
        <w:br/>
      </w:r>
      <w:r>
        <w:rPr>
          <w:lang w:eastAsia="zh-CN"/>
        </w:rPr>
        <w:t>　　对年终做总结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表彰员工</w:t>
      </w:r>
      <w:r>
        <w:rPr>
          <w:lang w:eastAsia="zh-CN"/>
        </w:rPr>
        <w:br/>
      </w:r>
      <w:r>
        <w:rPr>
          <w:lang w:eastAsia="zh-CN"/>
        </w:rPr>
        <w:t>　　4. 表彰</w:t>
      </w:r>
      <w:r>
        <w:rPr>
          <w:lang w:eastAsia="zh-CN"/>
        </w:rPr>
        <w:br/>
      </w:r>
      <w:r>
        <w:rPr>
          <w:lang w:eastAsia="zh-CN"/>
        </w:rPr>
        <w:t>　　各部门负责人做度与计划。</w:t>
      </w:r>
      <w:r>
        <w:rPr>
          <w:lang w:eastAsia="zh-CN"/>
        </w:rPr>
        <w:br/>
      </w:r>
      <w:r>
        <w:rPr>
          <w:lang w:eastAsia="zh-CN"/>
        </w:rPr>
        <w:t>　　对优秀员工予以表彰</w:t>
      </w:r>
      <w:r>
        <w:rPr>
          <w:lang w:eastAsia="zh-CN"/>
        </w:rPr>
        <w:br/>
      </w:r>
      <w:r>
        <w:rPr>
          <w:lang w:eastAsia="zh-CN"/>
        </w:rPr>
        <w:t>　　为优秀员工发奖</w:t>
      </w:r>
      <w:r>
        <w:rPr>
          <w:lang w:eastAsia="zh-CN"/>
        </w:rPr>
        <w:br/>
      </w:r>
      <w:r>
        <w:rPr>
          <w:lang w:eastAsia="zh-CN"/>
        </w:rPr>
        <w:t>　　优秀员工发言</w:t>
      </w:r>
      <w:r>
        <w:rPr>
          <w:lang w:eastAsia="zh-CN"/>
        </w:rPr>
        <w:br/>
      </w:r>
      <w:r>
        <w:rPr>
          <w:lang w:eastAsia="zh-CN"/>
        </w:rPr>
        <w:t>　　5.联欢会节目表演</w:t>
      </w:r>
      <w:r>
        <w:rPr>
          <w:lang w:eastAsia="zh-CN"/>
        </w:rPr>
        <w:br/>
      </w:r>
      <w:r>
        <w:rPr>
          <w:lang w:eastAsia="zh-CN"/>
        </w:rPr>
        <w:t>　　6.互动小游戏</w:t>
      </w:r>
      <w:r>
        <w:rPr>
          <w:lang w:eastAsia="zh-CN"/>
        </w:rPr>
        <w:br/>
      </w:r>
      <w:r>
        <w:rPr>
          <w:lang w:eastAsia="zh-CN"/>
        </w:rPr>
        <w:t>　　7.闭幕词</w:t>
      </w:r>
      <w:r>
        <w:rPr>
          <w:lang w:eastAsia="zh-CN"/>
        </w:rPr>
        <w:br/>
      </w:r>
      <w:r>
        <w:rPr>
          <w:lang w:eastAsia="zh-CN"/>
        </w:rPr>
        <w:t>　　注意事项：</w:t>
      </w:r>
      <w:r>
        <w:rPr>
          <w:lang w:eastAsia="zh-CN"/>
        </w:rPr>
        <w:br/>
      </w:r>
      <w:r>
        <w:rPr>
          <w:lang w:eastAsia="zh-CN"/>
        </w:rPr>
        <w:t>　　雪世界滑雪、龙脉温泉休闲二日游</w:t>
      </w:r>
      <w:r>
        <w:rPr>
          <w:lang w:eastAsia="zh-CN"/>
        </w:rPr>
        <w:br/>
      </w:r>
      <w:r>
        <w:rPr>
          <w:lang w:eastAsia="zh-CN"/>
        </w:rPr>
        <w:t>　　报价：度假村标间：638元/人(按22人团队核算)</w:t>
      </w:r>
      <w:r>
        <w:rPr>
          <w:lang w:eastAsia="zh-CN"/>
        </w:rPr>
        <w:br/>
      </w:r>
      <w:r>
        <w:rPr>
          <w:lang w:eastAsia="zh-CN"/>
        </w:rPr>
        <w:t>　　两室一厅公寓：688元/人</w:t>
      </w:r>
      <w:r>
        <w:rPr>
          <w:lang w:eastAsia="zh-CN"/>
        </w:rPr>
        <w:br/>
      </w:r>
      <w:r>
        <w:rPr>
          <w:lang w:eastAsia="zh-CN"/>
        </w:rPr>
        <w:t>　　酒店标间：748元/人</w:t>
      </w:r>
      <w:r>
        <w:rPr>
          <w:lang w:eastAsia="zh-CN"/>
        </w:rPr>
        <w:br/>
      </w:r>
      <w:r>
        <w:rPr>
          <w:lang w:eastAsia="zh-CN"/>
        </w:rPr>
        <w:t>　　报价包含：</w:t>
      </w:r>
      <w:r>
        <w:rPr>
          <w:lang w:eastAsia="zh-CN"/>
        </w:rPr>
        <w:br/>
      </w:r>
      <w:r>
        <w:rPr>
          <w:lang w:eastAsia="zh-CN"/>
        </w:rPr>
        <w:t>　　1、交通：空调车往返，含高速;</w:t>
      </w:r>
      <w:r>
        <w:rPr>
          <w:lang w:eastAsia="zh-CN"/>
        </w:rPr>
        <w:br/>
      </w:r>
      <w:r>
        <w:rPr>
          <w:lang w:eastAsia="zh-CN"/>
        </w:rPr>
        <w:t>　　2、住宿：龙脉温泉度假村双标间或两室一厅公寓或酒店双标间(空调、电视、独立卫浴，温泉水洗浴);</w:t>
      </w:r>
      <w:r>
        <w:rPr>
          <w:lang w:eastAsia="zh-CN"/>
        </w:rPr>
        <w:br/>
      </w:r>
      <w:r>
        <w:rPr>
          <w:lang w:eastAsia="zh-CN"/>
        </w:rPr>
        <w:t>　　3、用餐：一早三正餐，早餐餐标：30元/人，正餐餐标：60元/人，十人一桌，不含酒水，不足十人补餐差;</w:t>
      </w:r>
      <w:r>
        <w:rPr>
          <w:lang w:eastAsia="zh-CN"/>
        </w:rPr>
        <w:br/>
      </w:r>
      <w:r>
        <w:rPr>
          <w:lang w:eastAsia="zh-CN"/>
        </w:rPr>
        <w:t>　　4、滑雪：雪世界滑雪场周末日场不限时滑雪，含：门票、雪板、雪鞋、手杖、索道、拖牵、日场不限时滑雪;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5、温泉：龙脉室内温泉一次;</w:t>
      </w:r>
      <w:r>
        <w:rPr>
          <w:lang w:eastAsia="zh-CN"/>
        </w:rPr>
        <w:br/>
      </w:r>
      <w:r>
        <w:rPr>
          <w:lang w:eastAsia="zh-CN"/>
        </w:rPr>
        <w:t>　　6、娱乐：竹林温泉一次(竹林温泉高温浴、中药桑拿浴、温泉戏水池、温泉中药浴、温泉香茶浴、温泉盐雾浴、温泉芳香浴、水柱浴、水捶浴)、保龄球3局、羽毛球、乒乓球、台球、沙狐球一次不限时(不含鞋租费)，射箭10支，骑马1圈(500米)。</w:t>
      </w:r>
      <w:r>
        <w:rPr>
          <w:lang w:eastAsia="zh-CN"/>
        </w:rPr>
        <w:br/>
      </w:r>
      <w:r>
        <w:rPr>
          <w:lang w:eastAsia="zh-CN"/>
        </w:rPr>
        <w:t>　　7、导服：旅行社工作人员全程陪同;</w:t>
      </w:r>
      <w:r>
        <w:rPr>
          <w:lang w:eastAsia="zh-CN"/>
        </w:rPr>
        <w:br/>
      </w:r>
      <w:r>
        <w:rPr>
          <w:lang w:eastAsia="zh-CN"/>
        </w:rPr>
        <w:t>　　8、保险：旅行社责任险。</w:t>
      </w:r>
      <w:r>
        <w:rPr>
          <w:lang w:eastAsia="zh-CN"/>
        </w:rPr>
        <w:br/>
      </w:r>
      <w:r>
        <w:rPr>
          <w:lang w:eastAsia="zh-CN"/>
        </w:rPr>
        <w:t>　　自费项目</w:t>
      </w:r>
      <w:r>
        <w:rPr>
          <w:lang w:eastAsia="zh-CN"/>
        </w:rPr>
        <w:br/>
      </w:r>
      <w:r>
        <w:rPr>
          <w:lang w:eastAsia="zh-CN"/>
        </w:rPr>
        <w:t>　　1、雪服租金：30元/套/次(可穿自己的休闲服装)，衣柜租金：20元/个/次;</w:t>
      </w:r>
      <w:r>
        <w:rPr>
          <w:lang w:eastAsia="zh-CN"/>
        </w:rPr>
        <w:br/>
      </w:r>
      <w:r>
        <w:rPr>
          <w:lang w:eastAsia="zh-CN"/>
        </w:rPr>
        <w:t>　　2、雪具押金： 200元/人;</w:t>
      </w:r>
      <w:r>
        <w:rPr>
          <w:lang w:eastAsia="zh-CN"/>
        </w:rPr>
        <w:br/>
      </w:r>
      <w:r>
        <w:rPr>
          <w:lang w:eastAsia="zh-CN"/>
        </w:rPr>
        <w:t>　　友情提示：</w:t>
      </w:r>
      <w:r>
        <w:rPr>
          <w:lang w:eastAsia="zh-CN"/>
        </w:rPr>
        <w:br/>
      </w:r>
      <w:r>
        <w:rPr>
          <w:lang w:eastAsia="zh-CN"/>
        </w:rPr>
        <w:t>　　1、不含因国家政策性调整和人力不可抗拒因素而产生的费用。</w:t>
      </w:r>
      <w:r>
        <w:rPr>
          <w:lang w:eastAsia="zh-CN"/>
        </w:rPr>
        <w:br/>
      </w:r>
      <w:r>
        <w:rPr>
          <w:lang w:eastAsia="zh-CN"/>
        </w:rPr>
        <w:t>　　2、如产生自然房差，由客人补足房差。</w:t>
      </w:r>
      <w:r>
        <w:rPr>
          <w:lang w:eastAsia="zh-CN"/>
        </w:rPr>
        <w:br/>
      </w:r>
      <w:r>
        <w:rPr>
          <w:lang w:eastAsia="zh-CN"/>
        </w:rPr>
        <w:t>　　3、不含滑雪场所注明的自费项目。</w:t>
      </w:r>
      <w:r>
        <w:rPr>
          <w:lang w:eastAsia="zh-CN"/>
        </w:rPr>
        <w:br/>
      </w:r>
      <w:r>
        <w:rPr>
          <w:lang w:eastAsia="zh-CN"/>
        </w:rPr>
        <w:t xml:space="preserve">    2024年会创意策划方案 篇2 </w:t>
      </w:r>
      <w:r>
        <w:rPr>
          <w:lang w:eastAsia="zh-CN"/>
        </w:rPr>
        <w:br/>
      </w:r>
      <w:r>
        <w:rPr>
          <w:lang w:eastAsia="zh-CN"/>
        </w:rPr>
        <w:t>　　一、年会主题：</w:t>
      </w:r>
      <w:r>
        <w:rPr>
          <w:lang w:eastAsia="zh-CN"/>
        </w:rPr>
        <w:br/>
      </w:r>
      <w:r>
        <w:rPr>
          <w:lang w:eastAsia="zh-CN"/>
        </w:rPr>
        <w:t>　　__公司20__年度年终总结大会。</w:t>
      </w:r>
      <w:r>
        <w:rPr>
          <w:lang w:eastAsia="zh-CN"/>
        </w:rPr>
        <w:br/>
      </w:r>
      <w:r>
        <w:rPr>
          <w:lang w:eastAsia="zh-CN"/>
        </w:rPr>
        <w:t>　　二、年会时间。</w:t>
      </w:r>
      <w:r>
        <w:rPr>
          <w:lang w:eastAsia="zh-CN"/>
        </w:rPr>
        <w:br/>
      </w:r>
      <w:r>
        <w:rPr>
          <w:lang w:eastAsia="zh-CN"/>
        </w:rPr>
        <w:t>　　20__年__月__日下午点分至点分。</w:t>
      </w:r>
      <w:r>
        <w:rPr>
          <w:lang w:eastAsia="zh-CN"/>
        </w:rPr>
        <w:br/>
      </w:r>
      <w:r>
        <w:rPr>
          <w:lang w:eastAsia="zh-CN"/>
        </w:rPr>
        <w:t>　　1、会议时间：14：00——17：30。</w:t>
      </w:r>
      <w:r>
        <w:rPr>
          <w:lang w:eastAsia="zh-CN"/>
        </w:rPr>
        <w:br/>
      </w:r>
      <w:r>
        <w:rPr>
          <w:lang w:eastAsia="zh-CN"/>
        </w:rPr>
        <w:t>　　2、晚宴时间：18：00——21：30。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三、年会地点。</w:t>
      </w:r>
      <w:r>
        <w:rPr>
          <w:lang w:eastAsia="zh-CN"/>
        </w:rPr>
        <w:br/>
      </w:r>
      <w:r>
        <w:rPr>
          <w:lang w:eastAsia="zh-CN"/>
        </w:rPr>
        <w:t>　　_酒店一层多功能宴会厅。</w:t>
      </w:r>
      <w:r>
        <w:rPr>
          <w:lang w:eastAsia="zh-CN"/>
        </w:rPr>
        <w:br/>
      </w:r>
      <w:r>
        <w:rPr>
          <w:lang w:eastAsia="zh-CN"/>
        </w:rPr>
        <w:t>　　四、年会参会人员。</w:t>
      </w:r>
      <w:r>
        <w:rPr>
          <w:lang w:eastAsia="zh-CN"/>
        </w:rPr>
        <w:br/>
      </w:r>
      <w:r>
        <w:rPr>
          <w:lang w:eastAsia="zh-CN"/>
        </w:rPr>
        <w:t>　　公司全体员工。</w:t>
      </w:r>
      <w:r>
        <w:rPr>
          <w:lang w:eastAsia="zh-CN"/>
        </w:rPr>
        <w:br/>
      </w:r>
      <w:r>
        <w:rPr>
          <w:lang w:eastAsia="zh-CN"/>
        </w:rPr>
        <w:t>　　五、年会流程与安排。</w:t>
      </w:r>
      <w:r>
        <w:rPr>
          <w:lang w:eastAsia="zh-CN"/>
        </w:rPr>
        <w:br/>
      </w:r>
      <w:r>
        <w:rPr>
          <w:lang w:eastAsia="zh-CN"/>
        </w:rPr>
        <w:t>　　本次年会的流程与安排包括以下两部分：</w:t>
      </w:r>
      <w:r>
        <w:rPr>
          <w:lang w:eastAsia="zh-CN"/>
        </w:rPr>
        <w:br/>
      </w:r>
      <w:r>
        <w:rPr>
          <w:lang w:eastAsia="zh-CN"/>
        </w:rPr>
        <w:t>　　（一）年终大会议程安排。</w:t>
      </w:r>
      <w:r>
        <w:rPr>
          <w:lang w:eastAsia="zh-CN"/>
        </w:rPr>
        <w:br/>
      </w:r>
      <w:r>
        <w:rPr>
          <w:lang w:eastAsia="zh-CN"/>
        </w:rPr>
        <w:t>　　1、13：50——全体参会员工提前到达指定会堂，按指定排座就位，等待员工大会开始；</w:t>
      </w:r>
      <w:r>
        <w:rPr>
          <w:lang w:eastAsia="zh-CN"/>
        </w:rPr>
        <w:br/>
      </w:r>
      <w:r>
        <w:rPr>
          <w:lang w:eastAsia="zh-CN"/>
        </w:rPr>
        <w:t>　　2、14：00——15：30——大会进行第一项，各部门及各项目负责人上台分别做年终述职报告。</w:t>
      </w:r>
      <w:r>
        <w:rPr>
          <w:lang w:eastAsia="zh-CN"/>
        </w:rPr>
        <w:br/>
      </w:r>
      <w:r>
        <w:rPr>
          <w:lang w:eastAsia="zh-CN"/>
        </w:rPr>
        <w:t>　　3、15：30——15：45——大会进行第二项，由行政人事部负责人上台宣读公司各部门及项目主要负责人人事任命决定书。</w:t>
      </w:r>
      <w:r>
        <w:rPr>
          <w:lang w:eastAsia="zh-CN"/>
        </w:rPr>
        <w:br/>
      </w:r>
      <w:r>
        <w:rPr>
          <w:lang w:eastAsia="zh-CN"/>
        </w:rPr>
        <w:t>　　4、15：45——16：00——大会进行第三项，副总经理宣读20__年度优秀员工获得者名单；优秀员工上台领奖，总经理为优秀员工颁发荣誉证书及奖金；优秀员工与总经理合影留念；优秀员工代表发表获奖感言。</w:t>
      </w:r>
      <w:r>
        <w:rPr>
          <w:lang w:eastAsia="zh-CN"/>
        </w:rPr>
        <w:br/>
      </w:r>
      <w:r>
        <w:rPr>
          <w:lang w:eastAsia="zh-CN"/>
        </w:rPr>
        <w:t>　　5、16：00——17：30——大会进行第四项，总经理做总结性发言。</w:t>
      </w:r>
      <w:r>
        <w:rPr>
          <w:lang w:eastAsia="zh-CN"/>
        </w:rPr>
        <w:br/>
      </w:r>
      <w:r>
        <w:rPr>
          <w:lang w:eastAsia="zh-CN"/>
        </w:rPr>
        <w:t>　　6、17：30——大会结束，员工散会休息，酒店布置晚宴会场。</w:t>
      </w:r>
      <w:r>
        <w:rPr>
          <w:lang w:eastAsia="zh-CN"/>
        </w:rPr>
        <w:br/>
      </w:r>
      <w:r>
        <w:rPr>
          <w:lang w:eastAsia="zh-CN"/>
        </w:rPr>
        <w:t>　　（二）晚宴安排。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1、18：00——晚宴正式开始，晚宴主持人引导大家共同举杯，祝福大家新年快乐，祝愿公司的明天更加美好。使用创意沙画视频作为公司年会晚宴背景视频和音乐</w:t>
      </w:r>
      <w:r>
        <w:rPr>
          <w:lang w:eastAsia="zh-CN"/>
        </w:rPr>
        <w:br/>
      </w:r>
      <w:r>
        <w:rPr>
          <w:lang w:eastAsia="zh-CN"/>
        </w:rPr>
        <w:t>　　2、18：00——19：00——用餐时段：公司领导及员工到各桌敬酒，同事间交流沟通，拉近彼此距离。</w:t>
      </w:r>
      <w:r>
        <w:rPr>
          <w:lang w:eastAsia="zh-CN"/>
        </w:rPr>
        <w:br/>
      </w:r>
      <w:r>
        <w:rPr>
          <w:lang w:eastAsia="zh-CN"/>
        </w:rPr>
        <w:t>　　3、19：00——21：00——娱乐时段：</w:t>
      </w:r>
      <w:r>
        <w:rPr>
          <w:lang w:eastAsia="zh-CN"/>
        </w:rPr>
        <w:br/>
      </w:r>
      <w:r>
        <w:rPr>
          <w:lang w:eastAsia="zh-CN"/>
        </w:rPr>
        <w:t>　　（三）文艺节目（23个节目）。</w:t>
      </w:r>
      <w:r>
        <w:rPr>
          <w:lang w:eastAsia="zh-CN"/>
        </w:rPr>
        <w:br/>
      </w:r>
      <w:r>
        <w:rPr>
          <w:lang w:eastAsia="zh-CN"/>
        </w:rPr>
        <w:t>　　1、游戏一：</w:t>
      </w:r>
      <w:r>
        <w:rPr>
          <w:lang w:eastAsia="zh-CN"/>
        </w:rPr>
        <w:br/>
      </w:r>
      <w:r>
        <w:rPr>
          <w:lang w:eastAsia="zh-CN"/>
        </w:rPr>
        <w:t>　　（1）坐气球比赛，用具：3把椅子、各装20支气球的3个箱子。</w:t>
      </w:r>
      <w:r>
        <w:rPr>
          <w:lang w:eastAsia="zh-CN"/>
        </w:rPr>
        <w:br/>
      </w:r>
      <w:r>
        <w:rPr>
          <w:lang w:eastAsia="zh-CN"/>
        </w:rPr>
        <w:t>　　（2）2人一组，共3组，一个人递球，一个人坐球，限定时间为3分钟，3分钟后，箱子内省的球最少的胜出。</w:t>
      </w:r>
      <w:r>
        <w:rPr>
          <w:lang w:eastAsia="zh-CN"/>
        </w:rPr>
        <w:br/>
      </w:r>
      <w:r>
        <w:rPr>
          <w:lang w:eastAsia="zh-CN"/>
        </w:rPr>
        <w:t>　　2、游戏二：</w:t>
      </w:r>
      <w:r>
        <w:rPr>
          <w:lang w:eastAsia="zh-CN"/>
        </w:rPr>
        <w:br/>
      </w:r>
      <w:r>
        <w:rPr>
          <w:lang w:eastAsia="zh-CN"/>
        </w:rPr>
        <w:t>　　（1）抢凳子；用具：5把椅子，围成一圈。</w:t>
      </w:r>
      <w:r>
        <w:rPr>
          <w:lang w:eastAsia="zh-CN"/>
        </w:rPr>
        <w:br/>
      </w:r>
      <w:r>
        <w:rPr>
          <w:lang w:eastAsia="zh-CN"/>
        </w:rPr>
        <w:t>　　（2）游戏规则：将椅子围成一圈，响音乐，6个人转圈围着椅子走，音乐停，6个人抢坐，没有抢着的输。</w:t>
      </w:r>
      <w:r>
        <w:rPr>
          <w:lang w:eastAsia="zh-CN"/>
        </w:rPr>
        <w:br/>
      </w:r>
      <w:r>
        <w:rPr>
          <w:lang w:eastAsia="zh-CN"/>
        </w:rPr>
        <w:t>　　3、游戏三：</w:t>
      </w:r>
      <w:r>
        <w:rPr>
          <w:lang w:eastAsia="zh-CN"/>
        </w:rPr>
        <w:br/>
      </w:r>
      <w:r>
        <w:rPr>
          <w:lang w:eastAsia="zh-CN"/>
        </w:rPr>
        <w:t>　　（1）筷子运钥匙链；用具：12支筷子、2个钥匙链；</w:t>
      </w:r>
      <w:r>
        <w:rPr>
          <w:lang w:eastAsia="zh-CN"/>
        </w:rPr>
        <w:br/>
      </w:r>
      <w:r>
        <w:rPr>
          <w:lang w:eastAsia="zh-CN"/>
        </w:rPr>
        <w:t>　　（2）6个人一组，分为两组，每个人嘴里叼一只筷子，将钥匙链挂在第一个人的筷子上，第一个人将钥匙链传给第二个人，必须用筷子传，不能用手，哪个组最先将筷子传到最后一个人的筷子上，为赢。</w:t>
      </w:r>
      <w:r>
        <w:rPr>
          <w:lang w:eastAsia="zh-CN"/>
        </w:rPr>
        <w:br/>
      </w:r>
      <w:r>
        <w:rPr>
          <w:lang w:eastAsia="zh-CN"/>
        </w:rPr>
        <w:t>　　4、游戏四：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（1）呼啦圈传区别针；用具：呼啦圈3个、曲别针18个。</w:t>
      </w:r>
      <w:r>
        <w:rPr>
          <w:lang w:eastAsia="zh-CN"/>
        </w:rPr>
        <w:br/>
      </w:r>
      <w:r>
        <w:rPr>
          <w:lang w:eastAsia="zh-CN"/>
        </w:rPr>
        <w:t>　　（2）3个人，每人一个呼啦圈，手里6个曲别针，每个人在转呼啦圈的同时，要将手里的6个曲别针连在一起，谁先将6个曲别针连在一起，谁就胜出。</w:t>
      </w:r>
      <w:r>
        <w:rPr>
          <w:lang w:eastAsia="zh-CN"/>
        </w:rPr>
        <w:br/>
      </w:r>
      <w:r>
        <w:rPr>
          <w:lang w:eastAsia="zh-CN"/>
        </w:rPr>
        <w:t>　　5、游戏三：</w:t>
      </w:r>
      <w:r>
        <w:rPr>
          <w:lang w:eastAsia="zh-CN"/>
        </w:rPr>
        <w:br/>
      </w:r>
      <w:r>
        <w:rPr>
          <w:lang w:eastAsia="zh-CN"/>
        </w:rPr>
        <w:t>　　（1）踩气球；用具：100个气球。</w:t>
      </w:r>
      <w:r>
        <w:rPr>
          <w:lang w:eastAsia="zh-CN"/>
        </w:rPr>
        <w:br/>
      </w:r>
      <w:r>
        <w:rPr>
          <w:lang w:eastAsia="zh-CN"/>
        </w:rPr>
        <w:t>　　（2）分为两组，一组5个人，每个人球上绑10个气球，主持人限定时间3分钟，互相踩对方队员腿上的气球，3分钟后，看哪个组队员总署气球省的多，就胜出。</w:t>
      </w:r>
      <w:r>
        <w:rPr>
          <w:lang w:eastAsia="zh-CN"/>
        </w:rPr>
        <w:br/>
      </w:r>
      <w:r>
        <w:rPr>
          <w:lang w:eastAsia="zh-CN"/>
        </w:rPr>
        <w:t>　　（四）幸运抽奖活动：用具：抽奖箱、卡片49张、乒乓球49个。</w:t>
      </w:r>
      <w:r>
        <w:rPr>
          <w:lang w:eastAsia="zh-CN"/>
        </w:rPr>
        <w:br/>
      </w:r>
      <w:r>
        <w:rPr>
          <w:lang w:eastAsia="zh-CN"/>
        </w:rPr>
        <w:t>　　每个人手里有一张带数字的卡片，将乒乓球上写上相应的数字，放进抽奖箱，指派专人分别来抽一至四等奖。</w:t>
      </w:r>
      <w:r>
        <w:rPr>
          <w:lang w:eastAsia="zh-CN"/>
        </w:rPr>
        <w:br/>
      </w:r>
      <w:r>
        <w:rPr>
          <w:lang w:eastAsia="zh-CN"/>
        </w:rPr>
        <w:t>　　（五）主持人邀请全体员工上台合影留念。</w:t>
      </w:r>
      <w:r>
        <w:rPr>
          <w:lang w:eastAsia="zh-CN"/>
        </w:rPr>
        <w:br/>
      </w:r>
      <w:r>
        <w:rPr>
          <w:lang w:eastAsia="zh-CN"/>
        </w:rPr>
        <w:t>　　六、年会准备及相关注意事项。</w:t>
      </w:r>
      <w:r>
        <w:rPr>
          <w:lang w:eastAsia="zh-CN"/>
        </w:rPr>
        <w:br/>
      </w:r>
      <w:r>
        <w:rPr>
          <w:lang w:eastAsia="zh-CN"/>
        </w:rPr>
        <w:t>　　（一）年会的通知与宣传：</w:t>
      </w:r>
      <w:r>
        <w:rPr>
          <w:lang w:eastAsia="zh-CN"/>
        </w:rPr>
        <w:br/>
      </w:r>
      <w:r>
        <w:rPr>
          <w:lang w:eastAsia="zh-CN"/>
        </w:rPr>
        <w:t>　　公司办公室于今天向机关各部门及各项目部发出书面的《关于20__年度年终总结会的通知》，对本次年会活动进行公示和宣传，达到全员知悉。</w:t>
      </w:r>
      <w:r>
        <w:rPr>
          <w:lang w:eastAsia="zh-CN"/>
        </w:rPr>
        <w:br/>
      </w:r>
      <w:r>
        <w:rPr>
          <w:lang w:eastAsia="zh-CN"/>
        </w:rPr>
        <w:t>　　（二）条幅的制作：</w:t>
      </w:r>
      <w:r>
        <w:rPr>
          <w:lang w:eastAsia="zh-CN"/>
        </w:rPr>
        <w:br/>
      </w:r>
      <w:r>
        <w:rPr>
          <w:lang w:eastAsia="zh-CN"/>
        </w:rPr>
        <w:t>　　红底黄字字幅，具体文字内容：__公司__年度年终总结会（条幅规格：_）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（三）物品的采购：</w:t>
      </w:r>
      <w:r>
        <w:rPr>
          <w:lang w:eastAsia="zh-CN"/>
        </w:rPr>
        <w:br/>
      </w:r>
      <w:r>
        <w:rPr>
          <w:lang w:eastAsia="zh-CN"/>
        </w:rPr>
        <w:t>　　抽奖礼品、生肖礼品、游戏奖品、大会席位人名牌（会议用）、笔、纸、员工席位卡（晚宴用）、会场布置所需气球、拉花、花篮；游戏所用乒乓球拍、乒乓球；抽奖箱；会议所需矿泉水、晚宴所需酒水、各类干果小食品。</w:t>
      </w:r>
      <w:r>
        <w:rPr>
          <w:lang w:eastAsia="zh-CN"/>
        </w:rPr>
        <w:br/>
      </w:r>
      <w:r>
        <w:rPr>
          <w:lang w:eastAsia="zh-CN"/>
        </w:rPr>
        <w:t>　　（四）现场拍照：</w:t>
      </w:r>
      <w:r>
        <w:rPr>
          <w:lang w:eastAsia="zh-CN"/>
        </w:rPr>
        <w:br/>
      </w:r>
      <w:r>
        <w:rPr>
          <w:lang w:eastAsia="zh-CN"/>
        </w:rPr>
        <w:t>　　提前安排好相关人员携带数码相机，做好大会及晚宴活动现场的拍照工作。</w:t>
      </w:r>
      <w:r>
        <w:rPr>
          <w:lang w:eastAsia="zh-CN"/>
        </w:rPr>
        <w:br/>
      </w:r>
      <w:r>
        <w:rPr>
          <w:lang w:eastAsia="zh-CN"/>
        </w:rPr>
        <w:t xml:space="preserve">    2024年会创意策划方案 篇3 </w:t>
      </w:r>
      <w:r>
        <w:rPr>
          <w:lang w:eastAsia="zh-CN"/>
        </w:rPr>
        <w:br/>
      </w:r>
      <w:r>
        <w:rPr>
          <w:lang w:eastAsia="zh-CN"/>
        </w:rPr>
        <w:t>　　辞旧迎新之际，为展现公司日新月异、蓬勃发展的良好风貌，增进友谊、增强凝聚力，公司将举办_年度总结表彰暨_年迎新年会，以此来答谢各位员工一年来辛勤的工作与默默付出。</w:t>
      </w:r>
      <w:r>
        <w:rPr>
          <w:lang w:eastAsia="zh-CN"/>
        </w:rPr>
        <w:br/>
      </w:r>
      <w:r>
        <w:rPr>
          <w:lang w:eastAsia="zh-CN"/>
        </w:rPr>
        <w:t>　　一、年会主题：</w:t>
      </w:r>
      <w:r>
        <w:rPr>
          <w:lang w:eastAsia="zh-CN"/>
        </w:rPr>
        <w:br/>
      </w:r>
      <w:r>
        <w:rPr>
          <w:lang w:eastAsia="zh-CN"/>
        </w:rPr>
        <w:t>　　_年度总结表彰暨_年迎新年会</w:t>
      </w:r>
      <w:r>
        <w:rPr>
          <w:lang w:eastAsia="zh-CN"/>
        </w:rPr>
        <w:br/>
      </w:r>
      <w:r>
        <w:rPr>
          <w:lang w:eastAsia="zh-CN"/>
        </w:rPr>
        <w:t>　　二、年会时间：（时间待定）</w:t>
      </w:r>
      <w:r>
        <w:rPr>
          <w:lang w:eastAsia="zh-CN"/>
        </w:rPr>
        <w:br/>
      </w:r>
      <w:r>
        <w:rPr>
          <w:lang w:eastAsia="zh-CN"/>
        </w:rPr>
        <w:t>　　（1）年会策划及准备期（_年1月13日至1月15日）：本阶段主要完成年会方案策划、通知发布。</w:t>
      </w:r>
      <w:r>
        <w:rPr>
          <w:lang w:eastAsia="zh-CN"/>
        </w:rPr>
        <w:br/>
      </w:r>
      <w:r>
        <w:rPr>
          <w:lang w:eastAsia="zh-CN"/>
        </w:rPr>
        <w:t>　　（2）年会协调及进展期（_年1月15日至1月17日）：本阶段主要完成安排表、音响确定、物品购买。</w:t>
      </w:r>
      <w:r>
        <w:rPr>
          <w:lang w:eastAsia="zh-CN"/>
        </w:rPr>
        <w:br/>
      </w:r>
      <w:r>
        <w:rPr>
          <w:lang w:eastAsia="zh-CN"/>
        </w:rPr>
        <w:t>　　（3）年会倒计时期（_年1月17日）：本阶段主要完成礼仪小姐、主持人、节目单等全过程确定。</w:t>
      </w:r>
      <w:r>
        <w:rPr>
          <w:lang w:eastAsia="zh-CN"/>
        </w:rPr>
        <w:br/>
      </w:r>
      <w:r>
        <w:rPr>
          <w:lang w:eastAsia="zh-CN"/>
        </w:rPr>
        <w:t>　　（4）年会正式演出时间：_年1月18日00：00至00：00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三、年会地点：（待定）</w:t>
      </w:r>
      <w:r>
        <w:rPr>
          <w:lang w:eastAsia="zh-CN"/>
        </w:rPr>
        <w:br/>
      </w:r>
      <w:r>
        <w:rPr>
          <w:lang w:eastAsia="zh-CN"/>
        </w:rPr>
        <w:t>　　四、年会目的：</w:t>
      </w:r>
      <w:r>
        <w:rPr>
          <w:lang w:eastAsia="zh-CN"/>
        </w:rPr>
        <w:br/>
      </w:r>
      <w:r>
        <w:rPr>
          <w:lang w:eastAsia="zh-CN"/>
        </w:rPr>
        <w:t>　　（1）对_年公司发展成绩总结，以及制定_年公司总体规划，包括新年度计划、方向、目标等。</w:t>
      </w:r>
      <w:r>
        <w:rPr>
          <w:lang w:eastAsia="zh-CN"/>
        </w:rPr>
        <w:br/>
      </w:r>
      <w:r>
        <w:rPr>
          <w:lang w:eastAsia="zh-CN"/>
        </w:rPr>
        <w:t>　　（2）加强员工之间的交流，增强团队协助的意识，提升公司的综合竞争能力。</w:t>
      </w:r>
      <w:r>
        <w:rPr>
          <w:lang w:eastAsia="zh-CN"/>
        </w:rPr>
        <w:br/>
      </w:r>
      <w:r>
        <w:rPr>
          <w:lang w:eastAsia="zh-CN"/>
        </w:rPr>
        <w:t>　　（3）表彰优秀，通过奖励方式，调动员工积极性，鼓励大家在新的一年，工作都有出色的表现。</w:t>
      </w:r>
      <w:r>
        <w:rPr>
          <w:lang w:eastAsia="zh-CN"/>
        </w:rPr>
        <w:br/>
      </w:r>
      <w:r>
        <w:rPr>
          <w:lang w:eastAsia="zh-CN"/>
        </w:rPr>
        <w:t>　　（4）丰富员工生活，答谢全体员工一年以来付出的辛勤努力。</w:t>
      </w:r>
      <w:r>
        <w:rPr>
          <w:lang w:eastAsia="zh-CN"/>
        </w:rPr>
        <w:br/>
      </w:r>
      <w:r>
        <w:rPr>
          <w:lang w:eastAsia="zh-CN"/>
        </w:rPr>
        <w:t>　　（5）让员工充分的展现自我，在年会的.过程中认知自我及对企业大家庭的认同感。</w:t>
      </w:r>
      <w:r>
        <w:rPr>
          <w:lang w:eastAsia="zh-CN"/>
        </w:rPr>
        <w:br/>
      </w:r>
      <w:r>
        <w:rPr>
          <w:lang w:eastAsia="zh-CN"/>
        </w:rPr>
        <w:t>　　（6）加强领导与员工之间的互动，让我们在同一舞台共同交流、联欢。</w:t>
      </w:r>
      <w:r>
        <w:rPr>
          <w:lang w:eastAsia="zh-CN"/>
        </w:rPr>
        <w:br/>
      </w:r>
      <w:r>
        <w:rPr>
          <w:lang w:eastAsia="zh-CN"/>
        </w:rPr>
        <w:t>　　五、参会人员：</w:t>
      </w:r>
      <w:r>
        <w:rPr>
          <w:lang w:eastAsia="zh-CN"/>
        </w:rPr>
        <w:br/>
      </w:r>
      <w:r>
        <w:rPr>
          <w:lang w:eastAsia="zh-CN"/>
        </w:rPr>
        <w:t>　　公司全体人员，约50人左右。参会人员：</w:t>
      </w:r>
      <w:r>
        <w:rPr>
          <w:lang w:eastAsia="zh-CN"/>
        </w:rPr>
        <w:br/>
      </w:r>
      <w:r>
        <w:rPr>
          <w:lang w:eastAsia="zh-CN"/>
        </w:rPr>
        <w:t>　　部门（门店）值班人员：部门（门店）姓名部门（门店）姓名姓名部门（门店）姓名</w:t>
      </w:r>
      <w:r>
        <w:rPr>
          <w:lang w:eastAsia="zh-CN"/>
        </w:rPr>
        <w:br/>
      </w:r>
      <w:r>
        <w:rPr>
          <w:lang w:eastAsia="zh-CN"/>
        </w:rPr>
        <w:t>　　六、年会设置奖项：（待定）</w:t>
      </w:r>
      <w:r>
        <w:rPr>
          <w:lang w:eastAsia="zh-CN"/>
        </w:rPr>
        <w:br/>
      </w:r>
      <w:r>
        <w:rPr>
          <w:lang w:eastAsia="zh-CN"/>
        </w:rPr>
        <w:t>　　奖项优秀员工优秀店面优秀店长优秀服务个人评选标准</w:t>
      </w:r>
      <w:r>
        <w:rPr>
          <w:lang w:eastAsia="zh-CN"/>
        </w:rPr>
        <w:br/>
      </w:r>
      <w:r>
        <w:rPr>
          <w:lang w:eastAsia="zh-CN"/>
        </w:rPr>
        <w:t>　　七、年会预算</w:t>
      </w:r>
      <w:r>
        <w:rPr>
          <w:lang w:eastAsia="zh-CN"/>
        </w:rPr>
        <w:br/>
      </w:r>
      <w:r>
        <w:rPr>
          <w:lang w:eastAsia="zh-CN"/>
        </w:rPr>
        <w:t>　　项目</w:t>
      </w:r>
      <w:r>
        <w:rPr>
          <w:lang w:eastAsia="zh-CN"/>
        </w:rPr>
        <w:br/>
      </w:r>
      <w:r>
        <w:rPr>
          <w:lang w:eastAsia="zh-CN"/>
        </w:rPr>
        <w:t>　　（一）场地费用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（二）背景布</w:t>
      </w:r>
      <w:r>
        <w:rPr>
          <w:lang w:eastAsia="zh-CN"/>
        </w:rPr>
        <w:br/>
      </w:r>
      <w:r>
        <w:rPr>
          <w:lang w:eastAsia="zh-CN"/>
        </w:rPr>
        <w:t>　　（三）条幅</w:t>
      </w:r>
      <w:r>
        <w:rPr>
          <w:lang w:eastAsia="zh-CN"/>
        </w:rPr>
        <w:br/>
      </w:r>
      <w:r>
        <w:rPr>
          <w:lang w:eastAsia="zh-CN"/>
        </w:rPr>
        <w:t>　　（四）奖品</w:t>
      </w:r>
      <w:r>
        <w:rPr>
          <w:lang w:eastAsia="zh-CN"/>
        </w:rPr>
        <w:br/>
      </w:r>
      <w:r>
        <w:rPr>
          <w:lang w:eastAsia="zh-CN"/>
        </w:rPr>
        <w:t>　　①优秀员工、优秀门店；</w:t>
      </w:r>
      <w:r>
        <w:rPr>
          <w:lang w:eastAsia="zh-CN"/>
        </w:rPr>
        <w:br/>
      </w:r>
      <w:r>
        <w:rPr>
          <w:lang w:eastAsia="zh-CN"/>
        </w:rPr>
        <w:t>　　②如有游戏、抽奖、贺卡等，奖品数量待定；</w:t>
      </w:r>
      <w:r>
        <w:rPr>
          <w:lang w:eastAsia="zh-CN"/>
        </w:rPr>
        <w:br/>
      </w:r>
      <w:r>
        <w:rPr>
          <w:lang w:eastAsia="zh-CN"/>
        </w:rPr>
        <w:t>　　（五）摄影摄像</w:t>
      </w:r>
      <w:r>
        <w:rPr>
          <w:lang w:eastAsia="zh-CN"/>
        </w:rPr>
        <w:br/>
      </w:r>
      <w:r>
        <w:rPr>
          <w:lang w:eastAsia="zh-CN"/>
        </w:rPr>
        <w:t>　　（六）其他预计总费用</w:t>
      </w:r>
      <w:r>
        <w:rPr>
          <w:lang w:eastAsia="zh-CN"/>
        </w:rPr>
        <w:br/>
      </w:r>
      <w:r>
        <w:rPr>
          <w:lang w:eastAsia="zh-CN"/>
        </w:rPr>
        <w:t>　　八、年会分工及时间进度</w:t>
      </w:r>
      <w:r>
        <w:rPr>
          <w:lang w:eastAsia="zh-CN"/>
        </w:rPr>
        <w:br/>
      </w:r>
      <w:r>
        <w:rPr>
          <w:lang w:eastAsia="zh-CN"/>
        </w:rPr>
        <w:t>　　项目筹备项目名单奖励奖品购卖、奖项酒店联系人各负责人通讯录主持人确定晚会活动晚会场景布置晚会现场电脑、投影现场摄像、照相抽奖奖券管理、奖品保管（如有游戏环节）嘉宾胸花配载、席位引导后勤协调奖券设计、发放、回收、登记（如有抽奖环节）会后工作车辆、车程安排活动明细筹备小组一次讨论会活动方案策划敲定筹备小组第二次会议筹备小组第三次会议参会人员名单统计分批责任人完成时间跟进人备注</w:t>
      </w:r>
      <w:r>
        <w:rPr>
          <w:lang w:eastAsia="zh-CN"/>
        </w:rPr>
        <w:br/>
      </w:r>
      <w:r>
        <w:rPr>
          <w:lang w:eastAsia="zh-CN"/>
        </w:rPr>
        <w:t>　　九、年会流程</w:t>
      </w:r>
      <w:r>
        <w:rPr>
          <w:lang w:eastAsia="zh-CN"/>
        </w:rPr>
        <w:br/>
      </w:r>
      <w:r>
        <w:rPr>
          <w:lang w:eastAsia="zh-CN"/>
        </w:rPr>
        <w:t>　　时间活动内容签到环节人物细节描述站位，热情物料签字簿、签字笔</w:t>
      </w:r>
      <w:r>
        <w:rPr>
          <w:lang w:eastAsia="zh-CN"/>
        </w:rPr>
        <w:br/>
      </w:r>
      <w:r>
        <w:rPr>
          <w:lang w:eastAsia="zh-CN"/>
        </w:rPr>
        <w:t>　　引领主持人开场总经理致辞颁奖用餐结束动作标准音乐、灯光指示牌，桌牌主持人上场音乐，照相摄像麦克风，酒杯颁奖嘉宾，颁奖颁奖证书，礼品词，音乐，灯光用餐音乐、互动新年贺卡，礼品行政人事部-1-10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2024年会创意策划方案 篇4 </w:t>
      </w:r>
      <w:r>
        <w:rPr>
          <w:lang w:eastAsia="zh-CN"/>
        </w:rPr>
        <w:br/>
      </w:r>
      <w:r>
        <w:rPr>
          <w:lang w:eastAsia="zh-CN"/>
        </w:rPr>
        <w:t>　　一、年会主题：</w:t>
      </w:r>
      <w:r>
        <w:rPr>
          <w:lang w:eastAsia="zh-CN"/>
        </w:rPr>
        <w:br/>
      </w:r>
      <w:r>
        <w:rPr>
          <w:lang w:eastAsia="zh-CN"/>
        </w:rPr>
        <w:t>　　_有限公司20__年年终</w:t>
      </w:r>
      <w:r>
        <w:rPr>
          <w:lang w:eastAsia="zh-CN"/>
        </w:rPr>
        <w:br/>
      </w:r>
      <w:r>
        <w:rPr>
          <w:lang w:eastAsia="zh-CN"/>
        </w:rPr>
        <w:t>　　二、年会时间：</w:t>
      </w:r>
      <w:r>
        <w:rPr>
          <w:lang w:eastAsia="zh-CN"/>
        </w:rPr>
        <w:br/>
      </w:r>
      <w:r>
        <w:rPr>
          <w:lang w:eastAsia="zh-CN"/>
        </w:rPr>
        <w:t>　　20__年1月__日上午09点00分至18点00分</w:t>
      </w:r>
      <w:r>
        <w:rPr>
          <w:lang w:eastAsia="zh-CN"/>
        </w:rPr>
        <w:br/>
      </w:r>
      <w:r>
        <w:rPr>
          <w:lang w:eastAsia="zh-CN"/>
        </w:rPr>
        <w:t>　　会议时间：09:10——11:10</w:t>
      </w:r>
      <w:r>
        <w:rPr>
          <w:lang w:eastAsia="zh-CN"/>
        </w:rPr>
        <w:br/>
      </w:r>
      <w:r>
        <w:rPr>
          <w:lang w:eastAsia="zh-CN"/>
        </w:rPr>
        <w:t>　　午宴时间：12:00——14:00</w:t>
      </w:r>
      <w:r>
        <w:rPr>
          <w:lang w:eastAsia="zh-CN"/>
        </w:rPr>
        <w:br/>
      </w:r>
      <w:r>
        <w:rPr>
          <w:lang w:eastAsia="zh-CN"/>
        </w:rPr>
        <w:t>　　迎新年会时间：14:00——18:00</w:t>
      </w:r>
      <w:r>
        <w:rPr>
          <w:lang w:eastAsia="zh-CN"/>
        </w:rPr>
        <w:br/>
      </w:r>
      <w:r>
        <w:rPr>
          <w:lang w:eastAsia="zh-CN"/>
        </w:rPr>
        <w:t>　　三、年会地点：</w:t>
      </w:r>
      <w:r>
        <w:rPr>
          <w:lang w:eastAsia="zh-CN"/>
        </w:rPr>
        <w:br/>
      </w:r>
      <w:r>
        <w:rPr>
          <w:lang w:eastAsia="zh-CN"/>
        </w:rPr>
        <w:t>　　会议室地点：公司</w:t>
      </w:r>
      <w:r>
        <w:rPr>
          <w:lang w:eastAsia="zh-CN"/>
        </w:rPr>
        <w:br/>
      </w:r>
      <w:r>
        <w:rPr>
          <w:lang w:eastAsia="zh-CN"/>
        </w:rPr>
        <w:t>　　午宴地点：</w:t>
      </w:r>
      <w:r>
        <w:rPr>
          <w:lang w:eastAsia="zh-CN"/>
        </w:rPr>
        <w:br/>
      </w:r>
      <w:r>
        <w:rPr>
          <w:lang w:eastAsia="zh-CN"/>
        </w:rPr>
        <w:t>　　年会娱乐地点：KTV</w:t>
      </w:r>
      <w:r>
        <w:rPr>
          <w:lang w:eastAsia="zh-CN"/>
        </w:rPr>
        <w:br/>
      </w:r>
      <w:r>
        <w:rPr>
          <w:lang w:eastAsia="zh-CN"/>
        </w:rPr>
        <w:t>　　四、年会参会人员：</w:t>
      </w:r>
      <w:r>
        <w:rPr>
          <w:lang w:eastAsia="zh-CN"/>
        </w:rPr>
        <w:br/>
      </w:r>
      <w:r>
        <w:rPr>
          <w:lang w:eastAsia="zh-CN"/>
        </w:rPr>
        <w:t>　　公司全体员工</w:t>
      </w:r>
      <w:r>
        <w:rPr>
          <w:lang w:eastAsia="zh-CN"/>
        </w:rPr>
        <w:br/>
      </w:r>
      <w:r>
        <w:rPr>
          <w:lang w:eastAsia="zh-CN"/>
        </w:rPr>
        <w:t>　　五、年会流程与安排：</w:t>
      </w:r>
      <w:r>
        <w:rPr>
          <w:lang w:eastAsia="zh-CN"/>
        </w:rPr>
        <w:br/>
      </w:r>
      <w:r>
        <w:rPr>
          <w:lang w:eastAsia="zh-CN"/>
        </w:rPr>
        <w:t>　　本次年会的流程与安排包括以下两部分：</w:t>
      </w:r>
      <w:r>
        <w:rPr>
          <w:lang w:eastAsia="zh-CN"/>
        </w:rPr>
        <w:br/>
      </w:r>
      <w:r>
        <w:rPr>
          <w:lang w:eastAsia="zh-CN"/>
        </w:rPr>
        <w:t>　　(一)年终</w:t>
      </w:r>
      <w:r>
        <w:rPr>
          <w:lang w:eastAsia="zh-CN"/>
        </w:rPr>
        <w:br/>
      </w:r>
      <w:r>
        <w:rPr>
          <w:lang w:eastAsia="zh-CN"/>
        </w:rPr>
        <w:t>　　09:00—09:10全体参会人员准时到达公司参加会议。(组织签到)</w:t>
      </w:r>
      <w:r>
        <w:rPr>
          <w:lang w:eastAsia="zh-CN"/>
        </w:rPr>
        <w:br/>
      </w:r>
      <w:r>
        <w:rPr>
          <w:lang w:eastAsia="zh-CN"/>
        </w:rPr>
        <w:t>　　09:10—09:25大会第一项：由总经理何雄先生主持(会议)，致开幕辞。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09:25—10:30大会进行第二项，各部门及各项目负责人分别做年终述职报告。</w:t>
      </w:r>
      <w:r>
        <w:rPr>
          <w:lang w:eastAsia="zh-CN"/>
        </w:rPr>
        <w:br/>
      </w:r>
      <w:r>
        <w:rPr>
          <w:lang w:eastAsia="zh-CN"/>
        </w:rPr>
        <w:t>　　10:30—11:10大会进行第三项，总经理做</w:t>
      </w:r>
      <w:r>
        <w:rPr>
          <w:lang w:eastAsia="zh-CN"/>
        </w:rPr>
        <w:br/>
      </w:r>
      <w:r>
        <w:rPr>
          <w:lang w:eastAsia="zh-CN"/>
        </w:rPr>
        <w:t>　　11:10—14:00大会结束，员工散会休息，然后乘车到午宴地点就餐。</w:t>
      </w:r>
      <w:r>
        <w:rPr>
          <w:lang w:eastAsia="zh-CN"/>
        </w:rPr>
        <w:br/>
      </w:r>
      <w:r>
        <w:rPr>
          <w:lang w:eastAsia="zh-CN"/>
        </w:rPr>
        <w:t>　　14:00—18:00午宴结束，员工饭后稍做休息，到活动地点参加迎新会。</w:t>
      </w:r>
      <w:r>
        <w:rPr>
          <w:lang w:eastAsia="zh-CN"/>
        </w:rPr>
        <w:br/>
      </w:r>
      <w:r>
        <w:rPr>
          <w:lang w:eastAsia="zh-CN"/>
        </w:rPr>
        <w:t>　　(二)午宴安排</w:t>
      </w:r>
      <w:r>
        <w:rPr>
          <w:lang w:eastAsia="zh-CN"/>
        </w:rPr>
        <w:br/>
      </w:r>
      <w:r>
        <w:rPr>
          <w:lang w:eastAsia="zh-CN"/>
        </w:rPr>
        <w:t>　　12:00—12:10午宴正式开始：午宴主持人引导大家共同举杯并致辞。</w:t>
      </w:r>
      <w:r>
        <w:rPr>
          <w:lang w:eastAsia="zh-CN"/>
        </w:rPr>
        <w:br/>
      </w:r>
      <w:r>
        <w:rPr>
          <w:lang w:eastAsia="zh-CN"/>
        </w:rPr>
        <w:t>　　12:10—14:00用餐时段：</w:t>
      </w:r>
      <w:r>
        <w:rPr>
          <w:lang w:eastAsia="zh-CN"/>
        </w:rPr>
        <w:br/>
      </w:r>
      <w:r>
        <w:rPr>
          <w:lang w:eastAsia="zh-CN"/>
        </w:rPr>
        <w:t>　　14:00—18:00娱乐时段：</w:t>
      </w:r>
      <w:r>
        <w:rPr>
          <w:lang w:eastAsia="zh-CN"/>
        </w:rPr>
        <w:br/>
      </w:r>
      <w:r>
        <w:rPr>
          <w:lang w:eastAsia="zh-CN"/>
        </w:rPr>
        <w:t>　　18:00—20:00晚宴时段</w:t>
      </w:r>
      <w:r>
        <w:rPr>
          <w:lang w:eastAsia="zh-CN"/>
        </w:rPr>
        <w:br/>
      </w:r>
      <w:r>
        <w:rPr>
          <w:lang w:eastAsia="zh-CN"/>
        </w:rPr>
        <w:t>　　(一)KTV时段:</w:t>
      </w:r>
      <w:r>
        <w:rPr>
          <w:lang w:eastAsia="zh-CN"/>
        </w:rPr>
        <w:br/>
      </w:r>
      <w:r>
        <w:rPr>
          <w:lang w:eastAsia="zh-CN"/>
        </w:rPr>
        <w:t>　　游戏一：(猜成语)成语：(道具)：以准备好的成语名片</w:t>
      </w:r>
      <w:r>
        <w:rPr>
          <w:lang w:eastAsia="zh-CN"/>
        </w:rPr>
        <w:br/>
      </w:r>
      <w:r>
        <w:rPr>
          <w:lang w:eastAsia="zh-CN"/>
        </w:rPr>
        <w:t>　　游戏规则：由组织提前将成语标签贴在KTV里面有，入场后由员工自行抽取一份标签。答对的就与机会抽取一个，答案不太符合奖励一杯酒或一杯水。</w:t>
      </w:r>
      <w:r>
        <w:rPr>
          <w:lang w:eastAsia="zh-CN"/>
        </w:rPr>
        <w:br/>
      </w:r>
      <w:r>
        <w:rPr>
          <w:lang w:eastAsia="zh-CN"/>
        </w:rPr>
        <w:t>　　1、由主持人邀请总经理引领全体员工唱</w:t>
      </w:r>
      <w:r>
        <w:rPr>
          <w:lang w:eastAsia="zh-CN"/>
        </w:rPr>
        <w:br/>
      </w:r>
      <w:r>
        <w:rPr>
          <w:lang w:eastAsia="zh-CN"/>
        </w:rPr>
        <w:t>　　2、公司总经理</w:t>
      </w:r>
      <w:r>
        <w:rPr>
          <w:lang w:eastAsia="zh-CN"/>
        </w:rPr>
        <w:br/>
      </w:r>
      <w:r>
        <w:rPr>
          <w:lang w:eastAsia="zh-CN"/>
        </w:rPr>
        <w:t>　　游戏3：踩气球;(道具)：100个气球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游戏规则：分为两组，一组2-3个人，每个人球上绑8个气球，主持人限定时间3分钟，互相踩对方队员腿上的气球，3分钟后，看哪个组队员总署气球省的多，就胜出。获胜者奖励抽取一次，反之奖励一杯酒或一杯水</w:t>
      </w:r>
      <w:r>
        <w:rPr>
          <w:lang w:eastAsia="zh-CN"/>
        </w:rPr>
        <w:br/>
      </w:r>
      <w:r>
        <w:rPr>
          <w:lang w:eastAsia="zh-CN"/>
        </w:rPr>
        <w:t>　　游戏2：击鼓传花;用具：新年吉祥物</w:t>
      </w:r>
      <w:r>
        <w:rPr>
          <w:lang w:eastAsia="zh-CN"/>
        </w:rPr>
        <w:br/>
      </w:r>
      <w:r>
        <w:rPr>
          <w:lang w:eastAsia="zh-CN"/>
        </w:rPr>
        <w:t>　　游戏规则：全体员工做成一排，其中一人新年吉祥物;另有一人背着大家或蒙眼击鼓(桌子、黑板或其他能发出声音的物体)，鼓响时众人开始依次传花，至鼓停止为止。此时花在谁手中(或其座位前)，谁就上台表演节目(有抽奖机会)或则奖励一杯酒(无抽奖机会)或一杯水(无抽奖机会);偶然如果花在两人手中，则两人可通过猜拳或其它方式决定胜负者。</w:t>
      </w:r>
      <w:r>
        <w:rPr>
          <w:lang w:eastAsia="zh-CN"/>
        </w:rPr>
        <w:br/>
      </w:r>
      <w:r>
        <w:rPr>
          <w:lang w:eastAsia="zh-CN"/>
        </w:rPr>
        <w:t>　　主持人带领全体员工一起合唱一首《明天会更好》</w:t>
      </w:r>
      <w:r>
        <w:rPr>
          <w:lang w:eastAsia="zh-CN"/>
        </w:rPr>
        <w:br/>
      </w:r>
      <w:r>
        <w:rPr>
          <w:lang w:eastAsia="zh-CN"/>
        </w:rPr>
        <w:t>　　幸运抽奖活动：用具：抽奖箱、</w:t>
      </w:r>
      <w:r>
        <w:rPr>
          <w:lang w:eastAsia="zh-CN"/>
        </w:rPr>
        <w:br/>
      </w:r>
      <w:r>
        <w:rPr>
          <w:lang w:eastAsia="zh-CN"/>
        </w:rPr>
        <w:t>　　有主持人带领相聚抽奖，__里面奖励大小不一。</w:t>
      </w:r>
      <w:r>
        <w:rPr>
          <w:lang w:eastAsia="zh-CN"/>
        </w:rPr>
        <w:br/>
      </w:r>
      <w:r>
        <w:rPr>
          <w:lang w:eastAsia="zh-CN"/>
        </w:rPr>
        <w:t>　　最后主持人邀请全体员工上台合影留念</w:t>
      </w:r>
      <w:r>
        <w:rPr>
          <w:lang w:eastAsia="zh-CN"/>
        </w:rPr>
        <w:br/>
      </w:r>
      <w:r>
        <w:rPr>
          <w:lang w:eastAsia="zh-CN"/>
        </w:rPr>
        <w:t>　　六、年会准备及相关注意事项：</w:t>
      </w:r>
      <w:r>
        <w:rPr>
          <w:lang w:eastAsia="zh-CN"/>
        </w:rPr>
        <w:br/>
      </w:r>
      <w:r>
        <w:rPr>
          <w:lang w:eastAsia="zh-CN"/>
        </w:rPr>
        <w:t>　　(一)年会的`通知与宣传：公司办公室于今天向机关各部门及各项目部发出书面的活动进行公示和宣传，达到全员知悉。</w:t>
      </w:r>
      <w:r>
        <w:rPr>
          <w:lang w:eastAsia="zh-CN"/>
        </w:rPr>
        <w:br/>
      </w:r>
      <w:r>
        <w:rPr>
          <w:lang w:eastAsia="zh-CN"/>
        </w:rPr>
        <w:t>　　物品的采购：抽奖礼品、礼品、笔、纸、抽奖箱。</w:t>
      </w:r>
      <w:r>
        <w:rPr>
          <w:lang w:eastAsia="zh-CN"/>
        </w:rPr>
        <w:br/>
      </w:r>
      <w:r>
        <w:rPr>
          <w:lang w:eastAsia="zh-CN"/>
        </w:rPr>
        <w:t>　　(二)现场拍照：提前安排好相关人员携带数码相机，做好大会及午宴活动现场的拍照工作。</w:t>
      </w:r>
      <w:r>
        <w:rPr>
          <w:lang w:eastAsia="zh-CN"/>
        </w:rPr>
        <w:br/>
      </w:r>
      <w:r>
        <w:rPr>
          <w:lang w:eastAsia="zh-CN"/>
        </w:rPr>
        <w:t xml:space="preserve">    2024年会创意策划方案 篇5 </w:t>
      </w:r>
      <w:r>
        <w:rPr>
          <w:lang w:eastAsia="zh-CN"/>
        </w:rPr>
        <w:br/>
      </w:r>
      <w:r>
        <w:rPr>
          <w:lang w:eastAsia="zh-CN"/>
        </w:rPr>
        <w:t>　　一、活动目的：</w:t>
      </w:r>
      <w:r>
        <w:rPr>
          <w:lang w:eastAsia="zh-CN"/>
        </w:rPr>
        <w:br/>
      </w:r>
      <w:r>
        <w:rPr>
          <w:lang w:eastAsia="zh-CN"/>
        </w:rPr>
        <w:t>　　1、增强员工的团队凝聚力，提升_的竞争力;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2、对20__年营销工作进行总结，对市场业绩进行分析;制订新年度营销工作总体规划，明确20__年度工作方向和目标。</w:t>
      </w:r>
      <w:r>
        <w:rPr>
          <w:lang w:eastAsia="zh-CN"/>
        </w:rPr>
        <w:br/>
      </w:r>
      <w:r>
        <w:rPr>
          <w:lang w:eastAsia="zh-CN"/>
        </w:rPr>
        <w:t>　　3、表彰业绩优秀的公司优秀员工，通过激励作用，将全体员工的主观能动性充分调动起来，投入到未来的工作之中。</w:t>
      </w:r>
      <w:r>
        <w:rPr>
          <w:lang w:eastAsia="zh-CN"/>
        </w:rPr>
        <w:br/>
      </w:r>
      <w:r>
        <w:rPr>
          <w:lang w:eastAsia="zh-CN"/>
        </w:rPr>
        <w:t>　　二、年会主题：一个团队一个梦想</w:t>
      </w:r>
      <w:r>
        <w:rPr>
          <w:lang w:eastAsia="zh-CN"/>
        </w:rPr>
        <w:br/>
      </w:r>
      <w:r>
        <w:rPr>
          <w:lang w:eastAsia="zh-CN"/>
        </w:rPr>
        <w:t>　　三、年会时间：20__年__月__日下午时</w:t>
      </w:r>
      <w:r>
        <w:rPr>
          <w:lang w:eastAsia="zh-CN"/>
        </w:rPr>
        <w:br/>
      </w:r>
      <w:r>
        <w:rPr>
          <w:lang w:eastAsia="zh-CN"/>
        </w:rPr>
        <w:t>　　领导致辞、表彰优秀员工、表演节目同时聚餐</w:t>
      </w:r>
      <w:r>
        <w:rPr>
          <w:lang w:eastAsia="zh-CN"/>
        </w:rPr>
        <w:br/>
      </w:r>
      <w:r>
        <w:rPr>
          <w:lang w:eastAsia="zh-CN"/>
        </w:rPr>
        <w:t>　　四、年会地点：_大酒店_楼__厅</w:t>
      </w:r>
      <w:r>
        <w:rPr>
          <w:lang w:eastAsia="zh-CN"/>
        </w:rPr>
        <w:br/>
      </w:r>
      <w:r>
        <w:rPr>
          <w:lang w:eastAsia="zh-CN"/>
        </w:rPr>
        <w:t>　　五、年会组织形式：由公司年会工作项目小组统一组织、执行。</w:t>
      </w:r>
      <w:r>
        <w:rPr>
          <w:lang w:eastAsia="zh-CN"/>
        </w:rPr>
        <w:br/>
      </w:r>
      <w:r>
        <w:rPr>
          <w:lang w:eastAsia="zh-CN"/>
        </w:rPr>
        <w:t>　　六、参加人员：客户群、领导;邀请业界领导;公司工作人员。</w:t>
      </w:r>
      <w:r>
        <w:rPr>
          <w:lang w:eastAsia="zh-CN"/>
        </w:rPr>
        <w:br/>
      </w:r>
      <w:r>
        <w:rPr>
          <w:lang w:eastAsia="zh-CN"/>
        </w:rPr>
        <w:t>　　1.会场总负责：</w:t>
      </w:r>
      <w:r>
        <w:rPr>
          <w:lang w:eastAsia="zh-CN"/>
        </w:rPr>
        <w:br/>
      </w:r>
      <w:r>
        <w:rPr>
          <w:lang w:eastAsia="zh-CN"/>
        </w:rPr>
        <w:t>　　主要工作：总体工作协调、人员调配。</w:t>
      </w:r>
      <w:r>
        <w:rPr>
          <w:lang w:eastAsia="zh-CN"/>
        </w:rPr>
        <w:br/>
      </w:r>
      <w:r>
        <w:rPr>
          <w:lang w:eastAsia="zh-CN"/>
        </w:rPr>
        <w:t>　　2.策划、会场协调、邀请嘉宾：</w:t>
      </w:r>
      <w:r>
        <w:rPr>
          <w:lang w:eastAsia="zh-CN"/>
        </w:rPr>
        <w:br/>
      </w:r>
      <w:r>
        <w:rPr>
          <w:lang w:eastAsia="zh-CN"/>
        </w:rPr>
        <w:t>　　主要工作：年会策划、会议节目安排、彩排、舞台协调;对外协调、现场资讯采集。</w:t>
      </w:r>
      <w:r>
        <w:rPr>
          <w:lang w:eastAsia="zh-CN"/>
        </w:rPr>
        <w:br/>
      </w:r>
      <w:r>
        <w:rPr>
          <w:lang w:eastAsia="zh-CN"/>
        </w:rPr>
        <w:t>　　3.人员分工、布场撤场安排：</w:t>
      </w:r>
      <w:r>
        <w:rPr>
          <w:lang w:eastAsia="zh-CN"/>
        </w:rPr>
        <w:br/>
      </w:r>
      <w:r>
        <w:rPr>
          <w:lang w:eastAsia="zh-CN"/>
        </w:rPr>
        <w:t>　　4.嘉宾接待、签到：</w:t>
      </w:r>
      <w:r>
        <w:rPr>
          <w:lang w:eastAsia="zh-CN"/>
        </w:rPr>
        <w:br/>
      </w:r>
      <w:r>
        <w:rPr>
          <w:lang w:eastAsia="zh-CN"/>
        </w:rPr>
        <w:t>　　5.音响、灯光：(会前半小时检查音响、灯光等设备)</w:t>
      </w:r>
      <w:r>
        <w:rPr>
          <w:lang w:eastAsia="zh-CN"/>
        </w:rPr>
        <w:br/>
      </w:r>
      <w:r>
        <w:rPr>
          <w:lang w:eastAsia="zh-CN"/>
        </w:rPr>
        <w:t>　　6.物品准备：</w:t>
      </w:r>
      <w:r>
        <w:rPr>
          <w:lang w:eastAsia="zh-CN"/>
        </w:rPr>
        <w:br/>
      </w:r>
      <w:r>
        <w:rPr>
          <w:lang w:eastAsia="zh-CN"/>
        </w:rPr>
        <w:t>　　主要工作：礼品、奖品等物品的准备。</w:t>
      </w:r>
      <w:r>
        <w:rPr>
          <w:lang w:eastAsia="zh-CN"/>
        </w:rPr>
        <w:br/>
      </w:r>
      <w:r>
        <w:rPr>
          <w:lang w:eastAsia="zh-CN"/>
        </w:rPr>
        <w:t>　　七、会场布置：</w:t>
      </w:r>
      <w:r>
        <w:rPr>
          <w:lang w:eastAsia="zh-CN"/>
        </w:rPr>
        <w:br/>
      </w:r>
      <w:r>
        <w:rPr>
          <w:lang w:eastAsia="zh-CN"/>
        </w:rPr>
        <w:t>　　■会场内：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方案：</w:t>
      </w:r>
      <w:r>
        <w:rPr>
          <w:lang w:eastAsia="zh-CN"/>
        </w:rPr>
        <w:br/>
      </w:r>
      <w:r>
        <w:rPr>
          <w:lang w:eastAsia="zh-CN"/>
        </w:rPr>
        <w:t>　　1、舞台背景喷画：</w:t>
      </w:r>
      <w:r>
        <w:rPr>
          <w:lang w:eastAsia="zh-CN"/>
        </w:rPr>
        <w:br/>
      </w:r>
      <w:r>
        <w:rPr>
          <w:lang w:eastAsia="zh-CN"/>
        </w:rPr>
        <w:t>　　内容：</w:t>
      </w:r>
      <w:r>
        <w:rPr>
          <w:lang w:eastAsia="zh-CN"/>
        </w:rPr>
        <w:br/>
      </w:r>
      <w:r>
        <w:rPr>
          <w:lang w:eastAsia="zh-CN"/>
        </w:rPr>
        <w:t>　　文字内容：</w:t>
      </w:r>
      <w:r>
        <w:rPr>
          <w:lang w:eastAsia="zh-CN"/>
        </w:rPr>
        <w:br/>
      </w:r>
      <w:r>
        <w:rPr>
          <w:lang w:eastAsia="zh-CN"/>
        </w:rPr>
        <w:t>　　2、舞台悬挂烘托气氛的红灯笼;四周墙壁挂烘托节日气氛的装饰。</w:t>
      </w:r>
      <w:r>
        <w:rPr>
          <w:lang w:eastAsia="zh-CN"/>
        </w:rPr>
        <w:br/>
      </w:r>
      <w:r>
        <w:rPr>
          <w:lang w:eastAsia="zh-CN"/>
        </w:rPr>
        <w:t>　　3、舞台两侧放置易拉宝各4个，内容：宣传企业文化。</w:t>
      </w:r>
      <w:r>
        <w:rPr>
          <w:lang w:eastAsia="zh-CN"/>
        </w:rPr>
        <w:br/>
      </w:r>
      <w:r>
        <w:rPr>
          <w:lang w:eastAsia="zh-CN"/>
        </w:rPr>
        <w:t>　　■会场外：</w:t>
      </w:r>
      <w:r>
        <w:rPr>
          <w:lang w:eastAsia="zh-CN"/>
        </w:rPr>
        <w:br/>
      </w:r>
      <w:r>
        <w:rPr>
          <w:lang w:eastAsia="zh-CN"/>
        </w:rPr>
        <w:t>　　1、充气拱门放置宾馆大门外主要通道。</w:t>
      </w:r>
      <w:r>
        <w:rPr>
          <w:lang w:eastAsia="zh-CN"/>
        </w:rPr>
        <w:br/>
      </w:r>
      <w:r>
        <w:rPr>
          <w:lang w:eastAsia="zh-CN"/>
        </w:rPr>
        <w:t>　　2、酒店入口处挂红布幅。</w:t>
      </w:r>
      <w:r>
        <w:rPr>
          <w:lang w:eastAsia="zh-CN"/>
        </w:rPr>
        <w:br/>
      </w:r>
      <w:r>
        <w:rPr>
          <w:lang w:eastAsia="zh-CN"/>
        </w:rPr>
        <w:t>　　3、酒店内放置指示牌。</w:t>
      </w:r>
      <w:r>
        <w:rPr>
          <w:lang w:eastAsia="zh-CN"/>
        </w:rPr>
        <w:br/>
      </w:r>
      <w:r>
        <w:rPr>
          <w:lang w:eastAsia="zh-CN"/>
        </w:rPr>
        <w:t>　　八、年会流程：</w:t>
      </w:r>
      <w:r>
        <w:rPr>
          <w:lang w:eastAsia="zh-CN"/>
        </w:rPr>
        <w:br/>
      </w:r>
      <w:r>
        <w:rPr>
          <w:lang w:eastAsia="zh-CN"/>
        </w:rPr>
        <w:t>　　形式：领导致辞、表彰优秀员工、表演节目，同时公司聚餐。</w:t>
      </w:r>
      <w:r>
        <w:rPr>
          <w:lang w:eastAsia="zh-CN"/>
        </w:rPr>
        <w:br/>
      </w:r>
      <w:r>
        <w:rPr>
          <w:lang w:eastAsia="zh-CN"/>
        </w:rPr>
        <w:t>　　备注</w:t>
      </w:r>
      <w:r>
        <w:rPr>
          <w:lang w:eastAsia="zh-CN"/>
        </w:rPr>
        <w:br/>
      </w:r>
      <w:r>
        <w:rPr>
          <w:lang w:eastAsia="zh-CN"/>
        </w:rPr>
        <w:t>　　1.主持人开场白，介绍到会领导和嘉宾，邀请领导上台致辞。</w:t>
      </w:r>
      <w:r>
        <w:rPr>
          <w:lang w:eastAsia="zh-CN"/>
        </w:rPr>
        <w:br/>
      </w:r>
      <w:r>
        <w:rPr>
          <w:lang w:eastAsia="zh-CN"/>
        </w:rPr>
        <w:t>　　2.公司领导上台致辞。</w:t>
      </w:r>
      <w:r>
        <w:rPr>
          <w:lang w:eastAsia="zh-CN"/>
        </w:rPr>
        <w:br/>
      </w:r>
      <w:r>
        <w:rPr>
          <w:lang w:eastAsia="zh-CN"/>
        </w:rPr>
        <w:t>　　3.嘉宾致辞。</w:t>
      </w:r>
      <w:r>
        <w:rPr>
          <w:lang w:eastAsia="zh-CN"/>
        </w:rPr>
        <w:br/>
      </w:r>
      <w:r>
        <w:rPr>
          <w:lang w:eastAsia="zh-CN"/>
        </w:rPr>
        <w:t>　　4.表彰优秀员工员工文艺汇演、现场有奖问答、游戏。</w:t>
      </w:r>
      <w:r>
        <w:rPr>
          <w:lang w:eastAsia="zh-CN"/>
        </w:rPr>
        <w:br/>
      </w:r>
      <w:r>
        <w:rPr>
          <w:lang w:eastAsia="zh-CN"/>
        </w:rPr>
        <w:t>　　外请演员表演节目、中间抽奖。</w:t>
      </w:r>
      <w:r>
        <w:rPr>
          <w:lang w:eastAsia="zh-CN"/>
        </w:rPr>
        <w:br/>
      </w:r>
      <w:r>
        <w:rPr>
          <w:lang w:eastAsia="zh-CN"/>
        </w:rPr>
        <w:t>　　演出内容：20__年会节目单</w:t>
      </w:r>
      <w:r>
        <w:rPr>
          <w:lang w:eastAsia="zh-CN"/>
        </w:rPr>
        <w:br/>
      </w:r>
      <w:r>
        <w:rPr>
          <w:lang w:eastAsia="zh-CN"/>
        </w:rPr>
        <w:t>　　策划主线:结合增强员工的团队凝聚力，提升竞争力,以中西结合的节目，加以时尚元素打造一台视听盛宴。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气氛:欢乐、和谐、热烈</w:t>
      </w:r>
      <w:r>
        <w:rPr>
          <w:lang w:eastAsia="zh-CN"/>
        </w:rPr>
        <w:br/>
      </w:r>
      <w:r>
        <w:rPr>
          <w:lang w:eastAsia="zh-CN"/>
        </w:rPr>
        <w:t>　　时间:20__年月日晚</w:t>
      </w:r>
      <w:r>
        <w:rPr>
          <w:lang w:eastAsia="zh-CN"/>
        </w:rPr>
        <w:br/>
      </w:r>
      <w:r>
        <w:rPr>
          <w:lang w:eastAsia="zh-CN"/>
        </w:rPr>
        <w:t>　　地点:宴会厅</w:t>
      </w:r>
      <w:r>
        <w:rPr>
          <w:lang w:eastAsia="zh-CN"/>
        </w:rPr>
        <w:br/>
      </w:r>
      <w:r>
        <w:rPr>
          <w:lang w:eastAsia="zh-CN"/>
        </w:rPr>
        <w:t>　　主办:</w:t>
      </w:r>
      <w:r>
        <w:rPr>
          <w:lang w:eastAsia="zh-CN"/>
        </w:rPr>
        <w:br/>
      </w:r>
      <w:r>
        <w:rPr>
          <w:lang w:eastAsia="zh-CN"/>
        </w:rPr>
        <w:t>　　主持人：</w:t>
      </w:r>
      <w:r>
        <w:rPr>
          <w:lang w:eastAsia="zh-CN"/>
        </w:rPr>
        <w:br/>
      </w:r>
      <w:r>
        <w:rPr>
          <w:lang w:eastAsia="zh-CN"/>
        </w:rPr>
        <w:t>　　19：00―19：05女子动感打击乐中国的传统乐器-红色的大鼓，鼓身上全部绣有金色的龙，鼓面上装水，修发飘逸的女演员配上动感震撼的音乐激情演奏《中国龙》、《龙腾虎跃》等经典曲目</w:t>
      </w:r>
      <w:r>
        <w:rPr>
          <w:lang w:eastAsia="zh-CN"/>
        </w:rPr>
        <w:br/>
      </w:r>
      <w:r>
        <w:rPr>
          <w:lang w:eastAsia="zh-CN"/>
        </w:rPr>
        <w:t>　　19：05―19：10：主持人开场词</w:t>
      </w:r>
      <w:r>
        <w:rPr>
          <w:lang w:eastAsia="zh-CN"/>
        </w:rPr>
        <w:br/>
      </w:r>
      <w:r>
        <w:rPr>
          <w:lang w:eastAsia="zh-CN"/>
        </w:rPr>
        <w:t>　　19：10―19：15：跳动的'嘉年华巴西最热情的舞蹈，绚丽的服装，激情的音乐，节日的喜悦此时此刻进入观众的眼帘，让观众有一起欢乐舞动的欲望。将贵宾们带入节日氛围。(女8人)</w:t>
      </w:r>
      <w:r>
        <w:rPr>
          <w:lang w:eastAsia="zh-CN"/>
        </w:rPr>
        <w:br/>
      </w:r>
      <w:r>
        <w:rPr>
          <w:lang w:eastAsia="zh-CN"/>
        </w:rPr>
        <w:t>　　19：15―19：25：男声独唱刘德华超级模仿秀(20__年央视梦想剧场总冠军，20__年央视星光大道季冠军)激情演唱刘德华经典歌曲《中国人》等。(歌曲可以挑选)</w:t>
      </w:r>
      <w:r>
        <w:rPr>
          <w:lang w:eastAsia="zh-CN"/>
        </w:rPr>
        <w:br/>
      </w:r>
      <w:r>
        <w:rPr>
          <w:lang w:eastAsia="zh-CN"/>
        </w:rPr>
        <w:t>　　19：25― 19：35：领导发言，嘉宾发言表彰优秀员工敬酒。</w:t>
      </w:r>
      <w:r>
        <w:rPr>
          <w:lang w:eastAsia="zh-CN"/>
        </w:rPr>
        <w:br/>
      </w:r>
      <w:r>
        <w:rPr>
          <w:lang w:eastAsia="zh-CN"/>
        </w:rPr>
        <w:t>　　19：30―19：45：游戏及幸运抽奖</w:t>
      </w:r>
      <w:r>
        <w:rPr>
          <w:lang w:eastAsia="zh-CN"/>
        </w:rPr>
        <w:br/>
      </w:r>
      <w:r>
        <w:rPr>
          <w:lang w:eastAsia="zh-CN"/>
        </w:rPr>
        <w:t>　　19：45―20：00：《动感街头元素》前卫时尚的少男少女，激情表演街舞花式篮球，动感小轮车等。欢快震撼的音乐，加上惊险刺激，朝气蓬勃表演，把现场观众带到那个前卫青春的年代。(女2人，男4人)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20：00―20：05川剧变脸神奇的蜀中绝技，几百年的中华艺术瑰宝，让您身历其境的体会传统艺术源远流长，亘古不灭的艺术魅力。三个人同时在舞台上演绎变脸绝活更为精彩，在舞台下面和观众零距离接触，体验变脸的魅力男1人</w:t>
      </w:r>
      <w:r>
        <w:rPr>
          <w:lang w:eastAsia="zh-CN"/>
        </w:rPr>
        <w:br/>
      </w:r>
      <w:r>
        <w:rPr>
          <w:lang w:eastAsia="zh-CN"/>
        </w:rPr>
        <w:t>　　20：05―20：20游戏及幸运抽奖</w:t>
      </w:r>
      <w:r>
        <w:rPr>
          <w:lang w:eastAsia="zh-CN"/>
        </w:rPr>
        <w:br/>
      </w:r>
      <w:r>
        <w:rPr>
          <w:lang w:eastAsia="zh-CN"/>
        </w:rPr>
        <w:t>　　20：20―20：25武术《武魂》中华武术源远流长，他体现了中华儿女的博大情怀。队员全部来自于中国武术的发源地―河南嵩山少林寺。他们将激情表演―拳术、兵器演练、硬气功、太极等。(男6人)</w:t>
      </w:r>
      <w:r>
        <w:rPr>
          <w:lang w:eastAsia="zh-CN"/>
        </w:rPr>
        <w:br/>
      </w:r>
      <w:r>
        <w:rPr>
          <w:lang w:eastAsia="zh-CN"/>
        </w:rPr>
        <w:t>　　20:25―20:30傣族舞蹈《吉庆有余》美丽的傣族少女，身着鲤鱼一样的服装装，在优美的音乐下翩翩起舞。就像一条一条漂亮的鲤鱼，在水里畅游，跳跃，祝福在场嘉宾年年有余。(女8人)</w:t>
      </w:r>
      <w:r>
        <w:rPr>
          <w:lang w:eastAsia="zh-CN"/>
        </w:rPr>
        <w:br/>
      </w:r>
      <w:r>
        <w:rPr>
          <w:lang w:eastAsia="zh-CN"/>
        </w:rPr>
        <w:t>　　20：30―20：40时尚电音组合:《火美娃娃》动感青春的四人电子弦乐组合，节奏时尚动感，青春逼人，曾多次参加山东，河南等地春节晚会的录制，现场气氛热烈，配合灯光的运用，将现场推向高潮。她们将演奏《胜利》《赋格》等火爆曲目。(女4人)</w:t>
      </w:r>
      <w:r>
        <w:rPr>
          <w:lang w:eastAsia="zh-CN"/>
        </w:rPr>
        <w:br/>
      </w:r>
      <w:r>
        <w:rPr>
          <w:lang w:eastAsia="zh-CN"/>
        </w:rPr>
        <w:t>　　20：40―20：45墨舞丹青：北京奥运会开幕式表演上的墨舞让全世界人们惊叹，他将做过的古典舞蹈和书法完美的结合，用夸张的舞蹈形式把中国书法的精髓体现得淋漓尽致。(男2人)</w:t>
      </w:r>
      <w:r>
        <w:rPr>
          <w:lang w:eastAsia="zh-CN"/>
        </w:rPr>
        <w:br/>
      </w:r>
      <w:r>
        <w:rPr>
          <w:lang w:eastAsia="zh-CN"/>
        </w:rPr>
        <w:t>　　20：45―20：55游戏及幸运抽奖</w:t>
      </w:r>
      <w:r>
        <w:rPr>
          <w:lang w:eastAsia="zh-CN"/>
        </w:rPr>
        <w:br/>
      </w:r>
      <w:r>
        <w:rPr>
          <w:lang w:eastAsia="zh-CN"/>
        </w:rPr>
        <w:t>　　20：55―21：00大型舞蹈《千手观音》绚丽的灯光，优美的音乐再加上古朴，典雅的舞姿让现场观众震撼、感动。(女8人)</w:t>
      </w:r>
      <w:r>
        <w:rPr>
          <w:lang w:eastAsia="zh-CN"/>
        </w:rPr>
        <w:br/>
      </w:r>
      <w:r>
        <w:rPr>
          <w:lang w:eastAsia="zh-CN"/>
        </w:rPr>
        <w:t>　　21：50―22：05幸运抽奖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22：05―22：10主持人致结束词：</w:t>
      </w:r>
      <w:r>
        <w:rPr>
          <w:lang w:eastAsia="zh-CN"/>
        </w:rPr>
        <w:br/>
      </w:r>
      <w:r>
        <w:rPr>
          <w:lang w:eastAsia="zh-CN"/>
        </w:rPr>
        <w:t>　　20__年迎春联欢年会物品准备(建议)</w:t>
      </w:r>
      <w:r>
        <w:rPr>
          <w:lang w:eastAsia="zh-CN"/>
        </w:rPr>
        <w:br/>
      </w:r>
      <w:r>
        <w:rPr>
          <w:lang w:eastAsia="zh-CN"/>
        </w:rPr>
        <w:t>　　类别</w:t>
      </w:r>
      <w:r>
        <w:rPr>
          <w:lang w:eastAsia="zh-CN"/>
        </w:rPr>
        <w:br/>
      </w:r>
      <w:r>
        <w:rPr>
          <w:lang w:eastAsia="zh-CN"/>
        </w:rPr>
        <w:t>　　名称</w:t>
      </w:r>
      <w:r>
        <w:rPr>
          <w:lang w:eastAsia="zh-CN"/>
        </w:rPr>
        <w:br/>
      </w:r>
      <w:r>
        <w:rPr>
          <w:lang w:eastAsia="zh-CN"/>
        </w:rPr>
        <w:t>　　内容</w:t>
      </w:r>
      <w:r>
        <w:rPr>
          <w:lang w:eastAsia="zh-CN"/>
        </w:rPr>
        <w:br/>
      </w:r>
      <w:r>
        <w:rPr>
          <w:lang w:eastAsia="zh-CN"/>
        </w:rPr>
        <w:t>　　份数</w:t>
      </w:r>
      <w:r>
        <w:rPr>
          <w:lang w:eastAsia="zh-CN"/>
        </w:rPr>
        <w:br/>
      </w:r>
      <w:r>
        <w:rPr>
          <w:lang w:eastAsia="zh-CN"/>
        </w:rPr>
        <w:t>　　1.员工激励奖</w:t>
      </w:r>
      <w:r>
        <w:rPr>
          <w:lang w:eastAsia="zh-CN"/>
        </w:rPr>
        <w:br/>
      </w:r>
      <w:r>
        <w:rPr>
          <w:lang w:eastAsia="zh-CN"/>
        </w:rPr>
        <w:t>　　2.幸运抽奖奖品</w:t>
      </w:r>
      <w:r>
        <w:rPr>
          <w:lang w:eastAsia="zh-CN"/>
        </w:rPr>
        <w:br/>
      </w:r>
      <w:r>
        <w:rPr>
          <w:lang w:eastAsia="zh-CN"/>
        </w:rPr>
        <w:t>　　特等奖</w:t>
      </w:r>
      <w:r>
        <w:rPr>
          <w:lang w:eastAsia="zh-CN"/>
        </w:rPr>
        <w:br/>
      </w:r>
      <w:r>
        <w:rPr>
          <w:lang w:eastAsia="zh-CN"/>
        </w:rPr>
        <w:t>　　一等奖</w:t>
      </w:r>
      <w:r>
        <w:rPr>
          <w:lang w:eastAsia="zh-CN"/>
        </w:rPr>
        <w:br/>
      </w:r>
      <w:r>
        <w:rPr>
          <w:lang w:eastAsia="zh-CN"/>
        </w:rPr>
        <w:t>　　二等奖</w:t>
      </w:r>
      <w:r>
        <w:rPr>
          <w:lang w:eastAsia="zh-CN"/>
        </w:rPr>
        <w:br/>
      </w:r>
      <w:r>
        <w:rPr>
          <w:lang w:eastAsia="zh-CN"/>
        </w:rPr>
        <w:t>　　三等奖</w:t>
      </w:r>
      <w:r>
        <w:rPr>
          <w:lang w:eastAsia="zh-CN"/>
        </w:rPr>
        <w:br/>
      </w:r>
      <w:r>
        <w:rPr>
          <w:lang w:eastAsia="zh-CN"/>
        </w:rPr>
        <w:t>　　幸运奖</w:t>
      </w:r>
      <w:r>
        <w:rPr>
          <w:lang w:eastAsia="zh-CN"/>
        </w:rPr>
        <w:br/>
      </w:r>
      <w:r>
        <w:rPr>
          <w:lang w:eastAsia="zh-CN"/>
        </w:rPr>
        <w:t>　　3.问答题奖:1.抢答奖2.游戏奖3.参与奖</w:t>
      </w:r>
      <w:r>
        <w:rPr>
          <w:lang w:eastAsia="zh-CN"/>
        </w:rPr>
        <w:br/>
      </w:r>
      <w:r>
        <w:rPr>
          <w:lang w:eastAsia="zh-CN"/>
        </w:rPr>
        <w:t>　　嘉宾纪念品</w:t>
      </w:r>
      <w:r>
        <w:rPr>
          <w:lang w:eastAsia="zh-CN"/>
        </w:rPr>
        <w:br/>
      </w:r>
      <w:r>
        <w:rPr>
          <w:lang w:eastAsia="zh-CN"/>
        </w:rPr>
        <w:t>　　参加纪念品</w:t>
      </w:r>
      <w:r>
        <w:rPr>
          <w:lang w:eastAsia="zh-CN"/>
        </w:rPr>
        <w:br/>
      </w:r>
      <w:r>
        <w:rPr>
          <w:lang w:eastAsia="zh-CN"/>
        </w:rPr>
        <w:t>　　20：40―20：45墨舞丹青：北京奥运会开幕式表演上的墨舞让全世界人们惊叹，他将做过的古典舞蹈和书法完美的结合，用夸张的舞蹈形式把中国书法的精髓体现得淋漓尽致。(男2人)</w:t>
      </w:r>
      <w:r>
        <w:rPr>
          <w:lang w:eastAsia="zh-CN"/>
        </w:rPr>
        <w:br/>
      </w:r>
      <w:r>
        <w:rPr>
          <w:lang w:eastAsia="zh-CN"/>
        </w:rPr>
        <w:t>　　20：45―20：55游戏及幸运抽奖</w:t>
      </w:r>
      <w:r>
        <w:rPr>
          <w:lang w:eastAsia="zh-CN"/>
        </w:rPr>
        <w:br/>
      </w:r>
      <w:r>
        <w:rPr>
          <w:lang w:eastAsia="zh-CN"/>
        </w:rPr>
        <w:t>　　20：55―21：00大型舞蹈《千手观音》绚丽的灯光，优美的音乐再加上古朴，典雅的舞姿让现场观众震撼、感动。(女8人)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21：50―22：05幸运抽奖</w:t>
      </w:r>
      <w:r>
        <w:rPr>
          <w:lang w:eastAsia="zh-CN"/>
        </w:rPr>
        <w:br/>
      </w:r>
      <w:r>
        <w:rPr>
          <w:lang w:eastAsia="zh-CN"/>
        </w:rPr>
        <w:t>　　22：05―22：10主持人致结束词：</w:t>
      </w:r>
      <w:r>
        <w:rPr>
          <w:lang w:eastAsia="zh-CN"/>
        </w:rPr>
        <w:br/>
      </w:r>
      <w:r>
        <w:rPr>
          <w:lang w:eastAsia="zh-CN"/>
        </w:rPr>
        <w:t>　　20__年迎春联欢年会物品准备(建议)</w:t>
      </w:r>
      <w:r>
        <w:rPr>
          <w:lang w:eastAsia="zh-CN"/>
        </w:rPr>
        <w:br/>
      </w:r>
      <w:r>
        <w:rPr>
          <w:lang w:eastAsia="zh-CN"/>
        </w:rPr>
        <w:t>　　类别</w:t>
      </w:r>
      <w:r>
        <w:rPr>
          <w:lang w:eastAsia="zh-CN"/>
        </w:rPr>
        <w:br/>
      </w:r>
      <w:r>
        <w:rPr>
          <w:lang w:eastAsia="zh-CN"/>
        </w:rPr>
        <w:t>　　名称</w:t>
      </w:r>
      <w:r>
        <w:rPr>
          <w:lang w:eastAsia="zh-CN"/>
        </w:rPr>
        <w:br/>
      </w:r>
      <w:r>
        <w:rPr>
          <w:lang w:eastAsia="zh-CN"/>
        </w:rPr>
        <w:t>　　内容</w:t>
      </w:r>
      <w:r>
        <w:rPr>
          <w:lang w:eastAsia="zh-CN"/>
        </w:rPr>
        <w:br/>
      </w:r>
      <w:r>
        <w:rPr>
          <w:lang w:eastAsia="zh-CN"/>
        </w:rPr>
        <w:t>　　份数</w:t>
      </w:r>
      <w:r>
        <w:rPr>
          <w:lang w:eastAsia="zh-CN"/>
        </w:rPr>
        <w:br/>
      </w:r>
      <w:r>
        <w:rPr>
          <w:lang w:eastAsia="zh-CN"/>
        </w:rPr>
        <w:t>　　1.员工激励奖</w:t>
      </w:r>
      <w:r>
        <w:rPr>
          <w:lang w:eastAsia="zh-CN"/>
        </w:rPr>
        <w:br/>
      </w:r>
      <w:r>
        <w:rPr>
          <w:lang w:eastAsia="zh-CN"/>
        </w:rPr>
        <w:t>　　2.幸运抽奖奖品</w:t>
      </w:r>
      <w:r>
        <w:rPr>
          <w:lang w:eastAsia="zh-CN"/>
        </w:rPr>
        <w:br/>
      </w:r>
      <w:r>
        <w:rPr>
          <w:lang w:eastAsia="zh-CN"/>
        </w:rPr>
        <w:t>　　特等奖</w:t>
      </w:r>
      <w:r>
        <w:rPr>
          <w:lang w:eastAsia="zh-CN"/>
        </w:rPr>
        <w:br/>
      </w:r>
      <w:r>
        <w:rPr>
          <w:lang w:eastAsia="zh-CN"/>
        </w:rPr>
        <w:t>　　一等奖</w:t>
      </w:r>
      <w:r>
        <w:rPr>
          <w:lang w:eastAsia="zh-CN"/>
        </w:rPr>
        <w:br/>
      </w:r>
      <w:r>
        <w:rPr>
          <w:lang w:eastAsia="zh-CN"/>
        </w:rPr>
        <w:t>　　二等奖</w:t>
      </w:r>
      <w:r>
        <w:rPr>
          <w:lang w:eastAsia="zh-CN"/>
        </w:rPr>
        <w:br/>
      </w:r>
      <w:r>
        <w:rPr>
          <w:lang w:eastAsia="zh-CN"/>
        </w:rPr>
        <w:t>　　三等奖</w:t>
      </w:r>
      <w:r>
        <w:rPr>
          <w:lang w:eastAsia="zh-CN"/>
        </w:rPr>
        <w:br/>
      </w:r>
      <w:r>
        <w:rPr>
          <w:lang w:eastAsia="zh-CN"/>
        </w:rPr>
        <w:t>　　幸运奖</w:t>
      </w:r>
      <w:r>
        <w:rPr>
          <w:lang w:eastAsia="zh-CN"/>
        </w:rPr>
        <w:br/>
      </w:r>
      <w:r>
        <w:rPr>
          <w:lang w:eastAsia="zh-CN"/>
        </w:rPr>
        <w:t>　　3.问答题奖:1.抢答奖2.游戏奖3.参与奖</w:t>
      </w:r>
      <w:r>
        <w:rPr>
          <w:lang w:eastAsia="zh-CN"/>
        </w:rPr>
        <w:br/>
      </w:r>
      <w:r>
        <w:rPr>
          <w:lang w:eastAsia="zh-CN"/>
        </w:rPr>
        <w:t>　　嘉宾纪念品</w:t>
      </w:r>
      <w:r>
        <w:rPr>
          <w:lang w:eastAsia="zh-CN"/>
        </w:rPr>
        <w:br/>
      </w:r>
      <w:r>
        <w:rPr>
          <w:lang w:eastAsia="zh-CN"/>
        </w:rPr>
        <w:t>　　参加纪念品</w:t>
      </w:r>
      <w:r>
        <w:rPr>
          <w:lang w:eastAsia="zh-CN"/>
        </w:rPr>
        <w:br/>
      </w:r>
      <w:r>
        <w:rPr>
          <w:lang w:eastAsia="zh-CN"/>
        </w:rPr>
        <w:t xml:space="preserve">    2024年会创意策划方案 篇6 </w:t>
      </w:r>
      <w:r>
        <w:rPr>
          <w:lang w:eastAsia="zh-CN"/>
        </w:rPr>
        <w:br/>
      </w:r>
      <w:r>
        <w:rPr>
          <w:lang w:eastAsia="zh-CN"/>
        </w:rPr>
        <w:t>　　一、活动目的：</w:t>
      </w:r>
      <w:r>
        <w:rPr>
          <w:lang w:eastAsia="zh-CN"/>
        </w:rPr>
        <w:br/>
      </w:r>
      <w:r>
        <w:rPr>
          <w:lang w:eastAsia="zh-CN"/>
        </w:rPr>
        <w:t>　　1、增强员工的团队凝聚力，提升竞争力；</w:t>
      </w:r>
      <w:r>
        <w:rPr>
          <w:lang w:eastAsia="zh-CN"/>
        </w:rPr>
        <w:br/>
      </w:r>
      <w:r>
        <w:rPr>
          <w:lang w:eastAsia="zh-CN"/>
        </w:rPr>
        <w:t>　　2、对__年营销工作进行总结，对市场业绩进行分析；制订新年度营销工作总体规划，明确__年度工作方向和目标。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3、表彰业绩优秀的公司优秀员工，通过激励作用，将全体员工的主观能动性充分调动起来，投入到未来的工作之中。</w:t>
      </w:r>
      <w:r>
        <w:rPr>
          <w:lang w:eastAsia="zh-CN"/>
        </w:rPr>
        <w:br/>
      </w:r>
      <w:r>
        <w:rPr>
          <w:lang w:eastAsia="zh-CN"/>
        </w:rPr>
        <w:t>　　二、年会主题：</w:t>
      </w:r>
      <w:r>
        <w:rPr>
          <w:lang w:eastAsia="zh-CN"/>
        </w:rPr>
        <w:br/>
      </w:r>
      <w:r>
        <w:rPr>
          <w:lang w:eastAsia="zh-CN"/>
        </w:rPr>
        <w:t>　　一个团队一个梦想</w:t>
      </w:r>
      <w:r>
        <w:rPr>
          <w:lang w:eastAsia="zh-CN"/>
        </w:rPr>
        <w:br/>
      </w:r>
      <w:r>
        <w:rPr>
          <w:lang w:eastAsia="zh-CN"/>
        </w:rPr>
        <w:t>　　三、年会时间：</w:t>
      </w:r>
      <w:r>
        <w:rPr>
          <w:lang w:eastAsia="zh-CN"/>
        </w:rPr>
        <w:br/>
      </w:r>
      <w:r>
        <w:rPr>
          <w:lang w:eastAsia="zh-CN"/>
        </w:rPr>
        <w:t>　　领导致辞、表彰优秀员工、表演节目同时聚餐</w:t>
      </w:r>
      <w:r>
        <w:rPr>
          <w:lang w:eastAsia="zh-CN"/>
        </w:rPr>
        <w:br/>
      </w:r>
      <w:r>
        <w:rPr>
          <w:lang w:eastAsia="zh-CN"/>
        </w:rPr>
        <w:t>　　四、年会地点：</w:t>
      </w:r>
      <w:r>
        <w:rPr>
          <w:lang w:eastAsia="zh-CN"/>
        </w:rPr>
        <w:br/>
      </w:r>
      <w:r>
        <w:rPr>
          <w:lang w:eastAsia="zh-CN"/>
        </w:rPr>
        <w:t>　　_大酒店_楼__厅</w:t>
      </w:r>
      <w:r>
        <w:rPr>
          <w:lang w:eastAsia="zh-CN"/>
        </w:rPr>
        <w:br/>
      </w:r>
      <w:r>
        <w:rPr>
          <w:lang w:eastAsia="zh-CN"/>
        </w:rPr>
        <w:t>　　五、年会组织形式：</w:t>
      </w:r>
      <w:r>
        <w:rPr>
          <w:lang w:eastAsia="zh-CN"/>
        </w:rPr>
        <w:br/>
      </w:r>
      <w:r>
        <w:rPr>
          <w:lang w:eastAsia="zh-CN"/>
        </w:rPr>
        <w:t>　　由公司年会工作项目小组统一组织、执行。</w:t>
      </w:r>
      <w:r>
        <w:rPr>
          <w:lang w:eastAsia="zh-CN"/>
        </w:rPr>
        <w:br/>
      </w:r>
      <w:r>
        <w:rPr>
          <w:lang w:eastAsia="zh-CN"/>
        </w:rPr>
        <w:t>　　六、参加人员：</w:t>
      </w:r>
      <w:r>
        <w:rPr>
          <w:lang w:eastAsia="zh-CN"/>
        </w:rPr>
        <w:br/>
      </w:r>
      <w:r>
        <w:rPr>
          <w:lang w:eastAsia="zh-CN"/>
        </w:rPr>
        <w:t>　　客户群、领导；邀请业界领导；公司工作人员。</w:t>
      </w:r>
      <w:r>
        <w:rPr>
          <w:lang w:eastAsia="zh-CN"/>
        </w:rPr>
        <w:br/>
      </w:r>
      <w:r>
        <w:rPr>
          <w:lang w:eastAsia="zh-CN"/>
        </w:rPr>
        <w:t>　　1、会场总负责：</w:t>
      </w:r>
      <w:r>
        <w:rPr>
          <w:lang w:eastAsia="zh-CN"/>
        </w:rPr>
        <w:br/>
      </w:r>
      <w:r>
        <w:rPr>
          <w:lang w:eastAsia="zh-CN"/>
        </w:rPr>
        <w:t>　　主要工作：总体工作协调、人员调配。</w:t>
      </w:r>
      <w:r>
        <w:rPr>
          <w:lang w:eastAsia="zh-CN"/>
        </w:rPr>
        <w:br/>
      </w:r>
      <w:r>
        <w:rPr>
          <w:lang w:eastAsia="zh-CN"/>
        </w:rPr>
        <w:t>　　2、策划、会场协调、邀请嘉宾：</w:t>
      </w:r>
      <w:r>
        <w:rPr>
          <w:lang w:eastAsia="zh-CN"/>
        </w:rPr>
        <w:br/>
      </w:r>
      <w:r>
        <w:rPr>
          <w:lang w:eastAsia="zh-CN"/>
        </w:rPr>
        <w:t>　　主要工作：年会策划、会议节目安排、彩排、舞台协调；对外协调、现场资讯采集。</w:t>
      </w:r>
      <w:r>
        <w:rPr>
          <w:lang w:eastAsia="zh-CN"/>
        </w:rPr>
        <w:br/>
      </w:r>
      <w:r>
        <w:rPr>
          <w:lang w:eastAsia="zh-CN"/>
        </w:rPr>
        <w:t>　　3、人员分工、布场撤场安排：</w:t>
      </w:r>
      <w:r>
        <w:rPr>
          <w:lang w:eastAsia="zh-CN"/>
        </w:rPr>
        <w:br/>
      </w:r>
      <w:r>
        <w:rPr>
          <w:lang w:eastAsia="zh-CN"/>
        </w:rPr>
        <w:t>　　4、嘉宾接待、签到：</w:t>
      </w:r>
      <w:r>
        <w:rPr>
          <w:lang w:eastAsia="zh-CN"/>
        </w:rPr>
        <w:br/>
      </w:r>
      <w:r>
        <w:rPr>
          <w:lang w:eastAsia="zh-CN"/>
        </w:rPr>
        <w:t>　　5、音响、灯光：（会前半小时检查音响、灯光等设备）</w:t>
      </w:r>
      <w:r>
        <w:rPr>
          <w:lang w:eastAsia="zh-CN"/>
        </w:rPr>
        <w:br/>
      </w:r>
      <w:r>
        <w:rPr>
          <w:lang w:eastAsia="zh-CN"/>
        </w:rPr>
        <w:t>　　6、物品准备：</w:t>
      </w:r>
      <w:r>
        <w:rPr>
          <w:lang w:eastAsia="zh-CN"/>
        </w:rPr>
        <w:br/>
      </w:r>
      <w:r>
        <w:rPr>
          <w:lang w:eastAsia="zh-CN"/>
        </w:rPr>
        <w:t>　　主要工作：礼品、奖品等物品的准备。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七、会场布置：</w:t>
      </w:r>
      <w:r>
        <w:rPr>
          <w:lang w:eastAsia="zh-CN"/>
        </w:rPr>
        <w:br/>
      </w:r>
      <w:r>
        <w:rPr>
          <w:lang w:eastAsia="zh-CN"/>
        </w:rPr>
        <w:t>　　■会场内：</w:t>
      </w:r>
      <w:r>
        <w:rPr>
          <w:lang w:eastAsia="zh-CN"/>
        </w:rPr>
        <w:br/>
      </w:r>
      <w:r>
        <w:rPr>
          <w:lang w:eastAsia="zh-CN"/>
        </w:rPr>
        <w:t>　　方案：</w:t>
      </w:r>
      <w:r>
        <w:rPr>
          <w:lang w:eastAsia="zh-CN"/>
        </w:rPr>
        <w:br/>
      </w:r>
      <w:r>
        <w:rPr>
          <w:lang w:eastAsia="zh-CN"/>
        </w:rPr>
        <w:t>　　1、舞台背景喷画：</w:t>
      </w:r>
      <w:r>
        <w:rPr>
          <w:lang w:eastAsia="zh-CN"/>
        </w:rPr>
        <w:br/>
      </w:r>
      <w:r>
        <w:rPr>
          <w:lang w:eastAsia="zh-CN"/>
        </w:rPr>
        <w:t>　　内容：</w:t>
      </w:r>
      <w:r>
        <w:rPr>
          <w:lang w:eastAsia="zh-CN"/>
        </w:rPr>
        <w:br/>
      </w:r>
      <w:r>
        <w:rPr>
          <w:lang w:eastAsia="zh-CN"/>
        </w:rPr>
        <w:t>　　文字内容：</w:t>
      </w:r>
      <w:r>
        <w:rPr>
          <w:lang w:eastAsia="zh-CN"/>
        </w:rPr>
        <w:br/>
      </w:r>
      <w:r>
        <w:rPr>
          <w:lang w:eastAsia="zh-CN"/>
        </w:rPr>
        <w:t>　　2、舞台悬挂烘托气氛的红灯笼；四周墙壁挂烘托节日气氛的装饰。</w:t>
      </w:r>
      <w:r>
        <w:rPr>
          <w:lang w:eastAsia="zh-CN"/>
        </w:rPr>
        <w:br/>
      </w:r>
      <w:r>
        <w:rPr>
          <w:lang w:eastAsia="zh-CN"/>
        </w:rPr>
        <w:t>　　3、舞台两侧放置易拉宝各4个，内容：宣传企业文化。</w:t>
      </w:r>
      <w:r>
        <w:rPr>
          <w:lang w:eastAsia="zh-CN"/>
        </w:rPr>
        <w:br/>
      </w:r>
      <w:r>
        <w:rPr>
          <w:lang w:eastAsia="zh-CN"/>
        </w:rPr>
        <w:t>　　■会场外：</w:t>
      </w:r>
      <w:r>
        <w:rPr>
          <w:lang w:eastAsia="zh-CN"/>
        </w:rPr>
        <w:br/>
      </w:r>
      <w:r>
        <w:rPr>
          <w:lang w:eastAsia="zh-CN"/>
        </w:rPr>
        <w:t>　　1、充气拱门放置宾馆大门外主要通道。</w:t>
      </w:r>
      <w:r>
        <w:rPr>
          <w:lang w:eastAsia="zh-CN"/>
        </w:rPr>
        <w:br/>
      </w:r>
      <w:r>
        <w:rPr>
          <w:lang w:eastAsia="zh-CN"/>
        </w:rPr>
        <w:t>　　2、酒店入口处挂红布幅。</w:t>
      </w:r>
      <w:r>
        <w:rPr>
          <w:lang w:eastAsia="zh-CN"/>
        </w:rPr>
        <w:br/>
      </w:r>
      <w:r>
        <w:rPr>
          <w:lang w:eastAsia="zh-CN"/>
        </w:rPr>
        <w:t>　　3、酒店内放置指示牌。</w:t>
      </w:r>
      <w:r>
        <w:rPr>
          <w:lang w:eastAsia="zh-CN"/>
        </w:rPr>
        <w:br/>
      </w:r>
      <w:r>
        <w:rPr>
          <w:lang w:eastAsia="zh-CN"/>
        </w:rPr>
        <w:t>　　文字内容：</w:t>
      </w:r>
      <w:r>
        <w:rPr>
          <w:lang w:eastAsia="zh-CN"/>
        </w:rPr>
        <w:br/>
      </w:r>
      <w:r>
        <w:rPr>
          <w:lang w:eastAsia="zh-CN"/>
        </w:rPr>
        <w:t>　　八、年会流程：</w:t>
      </w:r>
      <w:r>
        <w:rPr>
          <w:lang w:eastAsia="zh-CN"/>
        </w:rPr>
        <w:br/>
      </w:r>
      <w:r>
        <w:rPr>
          <w:lang w:eastAsia="zh-CN"/>
        </w:rPr>
        <w:t>　　形式：领导致辞、表彰优秀员工、表演节目，同时公司聚餐。</w:t>
      </w:r>
      <w:r>
        <w:rPr>
          <w:lang w:eastAsia="zh-CN"/>
        </w:rPr>
        <w:br/>
      </w:r>
      <w:r>
        <w:rPr>
          <w:lang w:eastAsia="zh-CN"/>
        </w:rPr>
        <w:t>　　备注</w:t>
      </w:r>
      <w:r>
        <w:rPr>
          <w:lang w:eastAsia="zh-CN"/>
        </w:rPr>
        <w:br/>
      </w:r>
      <w:r>
        <w:rPr>
          <w:lang w:eastAsia="zh-CN"/>
        </w:rPr>
        <w:t>　　1、主持人开场白，介绍到会领导和嘉宾，邀请领导上台致辞。</w:t>
      </w:r>
      <w:r>
        <w:rPr>
          <w:lang w:eastAsia="zh-CN"/>
        </w:rPr>
        <w:br/>
      </w:r>
      <w:r>
        <w:rPr>
          <w:lang w:eastAsia="zh-CN"/>
        </w:rPr>
        <w:t>　　2、公司领导上台致辞。</w:t>
      </w:r>
      <w:r>
        <w:rPr>
          <w:lang w:eastAsia="zh-CN"/>
        </w:rPr>
        <w:br/>
      </w:r>
      <w:r>
        <w:rPr>
          <w:lang w:eastAsia="zh-CN"/>
        </w:rPr>
        <w:t>　　3、嘉宾致辞。</w:t>
      </w:r>
      <w:r>
        <w:rPr>
          <w:lang w:eastAsia="zh-CN"/>
        </w:rPr>
        <w:br/>
      </w:r>
      <w:r>
        <w:rPr>
          <w:lang w:eastAsia="zh-CN"/>
        </w:rPr>
        <w:t>　　4、表彰优秀员工员工文艺汇演、现场有奖问答、游戏。</w:t>
      </w:r>
      <w:r>
        <w:rPr>
          <w:lang w:eastAsia="zh-CN"/>
        </w:rPr>
        <w:br/>
      </w:r>
      <w:r>
        <w:rPr>
          <w:lang w:eastAsia="zh-CN"/>
        </w:rPr>
        <w:t>　　外请演员表演节目、中间抽奖。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演出内容：__年会节目单</w:t>
      </w:r>
      <w:r>
        <w:rPr>
          <w:lang w:eastAsia="zh-CN"/>
        </w:rPr>
        <w:br/>
      </w:r>
      <w:r>
        <w:rPr>
          <w:lang w:eastAsia="zh-CN"/>
        </w:rPr>
        <w:t>　　策划主线：结合增强员工的团队凝聚力，提升竞争力，以中西结合的节目，加以时尚元素打造一台视听盛宴。</w:t>
      </w:r>
      <w:r>
        <w:rPr>
          <w:lang w:eastAsia="zh-CN"/>
        </w:rPr>
        <w:br/>
      </w:r>
      <w:r>
        <w:rPr>
          <w:lang w:eastAsia="zh-CN"/>
        </w:rPr>
        <w:t>　　气氛：欢乐、和谐、热烈</w:t>
      </w:r>
      <w:r>
        <w:rPr>
          <w:lang w:eastAsia="zh-CN"/>
        </w:rPr>
        <w:br/>
      </w:r>
      <w:r>
        <w:rPr>
          <w:lang w:eastAsia="zh-CN"/>
        </w:rPr>
        <w:t>　　时间：__年__月__日晚</w:t>
      </w:r>
      <w:r>
        <w:rPr>
          <w:lang w:eastAsia="zh-CN"/>
        </w:rPr>
        <w:br/>
      </w:r>
      <w:r>
        <w:rPr>
          <w:lang w:eastAsia="zh-CN"/>
        </w:rPr>
        <w:t>　　地点：宴会厅</w:t>
      </w:r>
      <w:r>
        <w:rPr>
          <w:lang w:eastAsia="zh-CN"/>
        </w:rPr>
        <w:br/>
      </w:r>
      <w:r>
        <w:rPr>
          <w:lang w:eastAsia="zh-CN"/>
        </w:rPr>
        <w:t>　　主办：</w:t>
      </w:r>
      <w:r>
        <w:rPr>
          <w:lang w:eastAsia="zh-CN"/>
        </w:rPr>
        <w:br/>
      </w:r>
      <w:r>
        <w:rPr>
          <w:lang w:eastAsia="zh-CN"/>
        </w:rPr>
        <w:t>　　主持人：</w:t>
      </w:r>
      <w:r>
        <w:rPr>
          <w:lang w:eastAsia="zh-CN"/>
        </w:rPr>
        <w:br/>
      </w:r>
      <w:r>
        <w:rPr>
          <w:lang w:eastAsia="zh-CN"/>
        </w:rPr>
        <w:t>　　19：00—19：05女子动感打击乐中国的传统乐器—红色的大鼓，鼓身上全部绣有金色的龙，鼓面上装水，修发飘逸的女演员配上动感震撼的音乐激情演奏《中国龙》、《龙腾虎跃》等经典曲目</w:t>
      </w:r>
      <w:r>
        <w:rPr>
          <w:lang w:eastAsia="zh-CN"/>
        </w:rPr>
        <w:br/>
      </w:r>
      <w:r>
        <w:rPr>
          <w:lang w:eastAsia="zh-CN"/>
        </w:rPr>
        <w:t>　　19：05—19：10：主持人开场词</w:t>
      </w:r>
      <w:r>
        <w:rPr>
          <w:lang w:eastAsia="zh-CN"/>
        </w:rPr>
        <w:br/>
      </w:r>
      <w:r>
        <w:rPr>
          <w:lang w:eastAsia="zh-CN"/>
        </w:rPr>
        <w:t>　　19：10—19：15：跳动的嘉年华巴西最热情的舞蹈，绚丽的服装，激情的音乐，节日的喜悦此时此刻进入观众的眼帘，让观众有一起欢乐舞动的欲望。将贵宾们带入节日氛围。（女8人）</w:t>
      </w:r>
      <w:r>
        <w:rPr>
          <w:lang w:eastAsia="zh-CN"/>
        </w:rPr>
        <w:br/>
      </w:r>
      <w:r>
        <w:rPr>
          <w:lang w:eastAsia="zh-CN"/>
        </w:rPr>
        <w:t>　　19：15—19：25：男声独唱刘德华超级模仿秀（__年央视梦想剧场总冠军，__年央视星光大道季冠军）激情演唱刘德华经典歌曲《中国人》等。（歌曲可以挑选）</w:t>
      </w:r>
      <w:r>
        <w:rPr>
          <w:lang w:eastAsia="zh-CN"/>
        </w:rPr>
        <w:br/>
      </w:r>
      <w:r>
        <w:rPr>
          <w:lang w:eastAsia="zh-CN"/>
        </w:rPr>
        <w:t>　　19：25—19：35：领导发言，嘉宾发言表彰优秀员工敬酒。</w:t>
      </w:r>
      <w:r>
        <w:rPr>
          <w:lang w:eastAsia="zh-CN"/>
        </w:rPr>
        <w:br/>
      </w:r>
      <w:r>
        <w:rPr>
          <w:lang w:eastAsia="zh-CN"/>
        </w:rPr>
        <w:t>　　19：30—19：45：游戏及幸运抽奖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19：45—20：00：《动感街头元素》前卫时尚的少男少女，激情表演街舞花式篮球，动感小轮车等。欢快震撼的音乐，加上惊险刺激，朝气蓬勃表演，把现场观众带到那个前卫青春的年代。（女2人，男4人）</w:t>
      </w:r>
      <w:r>
        <w:rPr>
          <w:lang w:eastAsia="zh-CN"/>
        </w:rPr>
        <w:br/>
      </w:r>
      <w:r>
        <w:rPr>
          <w:lang w:eastAsia="zh-CN"/>
        </w:rPr>
        <w:t>　　20：00—20：05川剧变脸神奇的蜀中绝技，几百年的中华艺术瑰宝，让您身历其境的体会传统艺术源远流长，亘古不灭的艺术魅力。三个人同时在舞台上演绎变脸绝活更为精彩，在舞台下面和观众零距离接触，体验变脸的魅力男1人</w:t>
      </w:r>
      <w:r>
        <w:rPr>
          <w:lang w:eastAsia="zh-CN"/>
        </w:rPr>
        <w:br/>
      </w:r>
      <w:r>
        <w:rPr>
          <w:lang w:eastAsia="zh-CN"/>
        </w:rPr>
        <w:t>　　20：05—20：20游戏及幸运抽奖</w:t>
      </w:r>
      <w:r>
        <w:rPr>
          <w:lang w:eastAsia="zh-CN"/>
        </w:rPr>
        <w:br/>
      </w:r>
      <w:r>
        <w:rPr>
          <w:lang w:eastAsia="zh-CN"/>
        </w:rPr>
        <w:t>　　20：20—20：25武术《武魂》中华武术源远流长，他体现了中华儿女的博大情怀。队员全部来自于中国武术的发源地—河南嵩山少林寺。他们将激情表演—拳术、兵器演练、硬气功、太极等。（男6人）</w:t>
      </w:r>
      <w:r>
        <w:rPr>
          <w:lang w:eastAsia="zh-CN"/>
        </w:rPr>
        <w:br/>
      </w:r>
      <w:r>
        <w:rPr>
          <w:lang w:eastAsia="zh-CN"/>
        </w:rPr>
        <w:t>　　20：25—20：30傣族舞蹈《吉庆有余》美丽的傣族少女，身着鲤鱼一样的`服装装，在优美的音乐下翩翩起舞。就像一条一条漂亮的鲤鱼，在水里畅游，跳跃，祝福在场嘉宾年年有余。（女8人）</w:t>
      </w:r>
      <w:r>
        <w:rPr>
          <w:lang w:eastAsia="zh-CN"/>
        </w:rPr>
        <w:br/>
      </w:r>
      <w:r>
        <w:rPr>
          <w:lang w:eastAsia="zh-CN"/>
        </w:rPr>
        <w:t>　　20：30—20：40时尚电音组合：《火美娃娃》动感青春的四人电子弦乐组合，节奏时尚动感，青春逼人，曾多次参加山东，河南等地春节晚会的录制，现场气氛热烈，配合灯光的运用，将现场推向高潮。她们将演奏《胜利》《赋格》等火爆曲目。（女4人）</w:t>
      </w:r>
      <w:r>
        <w:rPr>
          <w:lang w:eastAsia="zh-CN"/>
        </w:rPr>
        <w:br/>
      </w:r>
      <w:r>
        <w:rPr>
          <w:lang w:eastAsia="zh-CN"/>
        </w:rPr>
        <w:t>　　20：40—20：45墨舞丹青：北京奥运会开幕式表演上的墨舞让全世界人们惊叹，他将做过的古典舞蹈和书法完美的结合，用夸张的舞蹈形式把中国书法的精髓体现得淋漓尽致。（男2人）</w:t>
      </w:r>
      <w:r>
        <w:rPr>
          <w:lang w:eastAsia="zh-CN"/>
        </w:rPr>
        <w:br/>
      </w:r>
      <w:r>
        <w:rPr>
          <w:lang w:eastAsia="zh-CN"/>
        </w:rPr>
        <w:t>　　20：45—20：55游戏及幸运抽奖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20：55—21：00大型舞蹈《千手观音》绚丽的灯光，优美的音乐再加上古朴，典雅的舞姿让现场观众震撼、感动。（女8人）</w:t>
      </w:r>
      <w:r>
        <w:rPr>
          <w:lang w:eastAsia="zh-CN"/>
        </w:rPr>
        <w:br/>
      </w:r>
      <w:r>
        <w:rPr>
          <w:lang w:eastAsia="zh-CN"/>
        </w:rPr>
        <w:t>　　21：50—22：05幸运抽奖</w:t>
      </w:r>
      <w:r>
        <w:rPr>
          <w:lang w:eastAsia="zh-CN"/>
        </w:rPr>
        <w:br/>
      </w:r>
      <w:r>
        <w:rPr>
          <w:lang w:eastAsia="zh-CN"/>
        </w:rPr>
        <w:t>　　22：05—22：10主持人致结束词：</w:t>
      </w:r>
      <w:r>
        <w:rPr>
          <w:lang w:eastAsia="zh-CN"/>
        </w:rPr>
        <w:br/>
      </w:r>
      <w:r>
        <w:rPr>
          <w:lang w:eastAsia="zh-CN"/>
        </w:rPr>
        <w:t>　　__年迎春联欢年会物品准备（建议）</w:t>
      </w:r>
      <w:r>
        <w:rPr>
          <w:lang w:eastAsia="zh-CN"/>
        </w:rPr>
        <w:br/>
      </w:r>
      <w:r>
        <w:rPr>
          <w:lang w:eastAsia="zh-CN"/>
        </w:rPr>
        <w:t>　　类别</w:t>
      </w:r>
      <w:r>
        <w:rPr>
          <w:lang w:eastAsia="zh-CN"/>
        </w:rPr>
        <w:br/>
      </w:r>
      <w:r>
        <w:rPr>
          <w:lang w:eastAsia="zh-CN"/>
        </w:rPr>
        <w:t>　　名称</w:t>
      </w:r>
      <w:r>
        <w:rPr>
          <w:lang w:eastAsia="zh-CN"/>
        </w:rPr>
        <w:br/>
      </w:r>
      <w:r>
        <w:rPr>
          <w:lang w:eastAsia="zh-CN"/>
        </w:rPr>
        <w:t>　　内容</w:t>
      </w:r>
      <w:r>
        <w:rPr>
          <w:lang w:eastAsia="zh-CN"/>
        </w:rPr>
        <w:br/>
      </w:r>
      <w:r>
        <w:rPr>
          <w:lang w:eastAsia="zh-CN"/>
        </w:rPr>
        <w:t>　　份数</w:t>
      </w:r>
      <w:r>
        <w:rPr>
          <w:lang w:eastAsia="zh-CN"/>
        </w:rPr>
        <w:br/>
      </w:r>
      <w:r>
        <w:rPr>
          <w:lang w:eastAsia="zh-CN"/>
        </w:rPr>
        <w:t>　　1、员工激励奖</w:t>
      </w:r>
      <w:r>
        <w:rPr>
          <w:lang w:eastAsia="zh-CN"/>
        </w:rPr>
        <w:br/>
      </w:r>
      <w:r>
        <w:rPr>
          <w:lang w:eastAsia="zh-CN"/>
        </w:rPr>
        <w:t>　　2、幸运抽奖奖品</w:t>
      </w:r>
      <w:r>
        <w:rPr>
          <w:lang w:eastAsia="zh-CN"/>
        </w:rPr>
        <w:br/>
      </w:r>
      <w:r>
        <w:rPr>
          <w:lang w:eastAsia="zh-CN"/>
        </w:rPr>
        <w:t>　　特等奖</w:t>
      </w:r>
      <w:r>
        <w:rPr>
          <w:lang w:eastAsia="zh-CN"/>
        </w:rPr>
        <w:br/>
      </w:r>
      <w:r>
        <w:rPr>
          <w:lang w:eastAsia="zh-CN"/>
        </w:rPr>
        <w:t>　　一等奖</w:t>
      </w:r>
      <w:r>
        <w:rPr>
          <w:lang w:eastAsia="zh-CN"/>
        </w:rPr>
        <w:br/>
      </w:r>
      <w:r>
        <w:rPr>
          <w:lang w:eastAsia="zh-CN"/>
        </w:rPr>
        <w:t>　　二等奖</w:t>
      </w:r>
      <w:r>
        <w:rPr>
          <w:lang w:eastAsia="zh-CN"/>
        </w:rPr>
        <w:br/>
      </w:r>
      <w:r>
        <w:rPr>
          <w:lang w:eastAsia="zh-CN"/>
        </w:rPr>
        <w:t>　　三等奖</w:t>
      </w:r>
      <w:r>
        <w:rPr>
          <w:lang w:eastAsia="zh-CN"/>
        </w:rPr>
        <w:br/>
      </w:r>
      <w:r>
        <w:rPr>
          <w:lang w:eastAsia="zh-CN"/>
        </w:rPr>
        <w:t>　　幸运奖</w:t>
      </w:r>
      <w:r>
        <w:rPr>
          <w:lang w:eastAsia="zh-CN"/>
        </w:rPr>
        <w:br/>
      </w:r>
      <w:r>
        <w:rPr>
          <w:lang w:eastAsia="zh-CN"/>
        </w:rPr>
        <w:t xml:space="preserve">    2024年会创意策划方案 篇7 </w:t>
      </w:r>
      <w:r>
        <w:rPr>
          <w:lang w:eastAsia="zh-CN"/>
        </w:rPr>
        <w:br/>
      </w:r>
      <w:r>
        <w:rPr>
          <w:lang w:eastAsia="zh-CN"/>
        </w:rPr>
        <w:t>　　一、活动主题：亲如一家、情满明德</w:t>
      </w:r>
      <w:r>
        <w:rPr>
          <w:lang w:eastAsia="zh-CN"/>
        </w:rPr>
        <w:br/>
      </w:r>
      <w:r>
        <w:rPr>
          <w:lang w:eastAsia="zh-CN"/>
        </w:rPr>
        <w:t>　　二、活动时间：20__年1月18日晚17：00——20：00</w:t>
      </w:r>
      <w:r>
        <w:rPr>
          <w:lang w:eastAsia="zh-CN"/>
        </w:rPr>
        <w:br/>
      </w:r>
      <w:r>
        <w:rPr>
          <w:lang w:eastAsia="zh-CN"/>
        </w:rPr>
        <w:t>　　三、活动地点：舞蹈房</w:t>
      </w:r>
      <w:r>
        <w:rPr>
          <w:lang w:eastAsia="zh-CN"/>
        </w:rPr>
        <w:br/>
      </w:r>
      <w:r>
        <w:rPr>
          <w:lang w:eastAsia="zh-CN"/>
        </w:rPr>
        <w:t>　　四、活动目的：</w:t>
      </w:r>
      <w:r>
        <w:rPr>
          <w:lang w:eastAsia="zh-CN"/>
        </w:rPr>
        <w:br/>
      </w:r>
      <w:r>
        <w:rPr>
          <w:lang w:eastAsia="zh-CN"/>
        </w:rPr>
        <w:t>　　1、通过本次年会，能够表达学校领导对职工的关怀与问候；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2、提高学校内部的向心力、凝聚力，增进职工之间的互动和交流；3。通过游戏及节目等活动的娱乐让职工们体会到我们这个大家庭的温暖；</w:t>
      </w:r>
      <w:r>
        <w:rPr>
          <w:lang w:eastAsia="zh-CN"/>
        </w:rPr>
        <w:br/>
      </w:r>
      <w:r>
        <w:rPr>
          <w:lang w:eastAsia="zh-CN"/>
        </w:rPr>
        <w:t>　　3、表彰业绩优秀的员工，通过激励作用，调动全体员工的主观能动性，争取新年度所有员工在工作中都有出色表现。</w:t>
      </w:r>
      <w:r>
        <w:rPr>
          <w:lang w:eastAsia="zh-CN"/>
        </w:rPr>
        <w:br/>
      </w:r>
      <w:r>
        <w:rPr>
          <w:lang w:eastAsia="zh-CN"/>
        </w:rPr>
        <w:t>　　五、活动负责人</w:t>
      </w:r>
      <w:r>
        <w:rPr>
          <w:lang w:eastAsia="zh-CN"/>
        </w:rPr>
        <w:br/>
      </w:r>
      <w:r>
        <w:rPr>
          <w:lang w:eastAsia="zh-CN"/>
        </w:rPr>
        <w:t>　　</w:t>
      </w:r>
      <w:r>
        <w:rPr>
          <w:lang w:eastAsia="zh-CN"/>
        </w:rPr>
        <w:br/>
      </w:r>
      <w:r>
        <w:rPr>
          <w:lang w:eastAsia="zh-CN"/>
        </w:rPr>
        <w:t>　　六、参加人员：明德全体教职工（预计70人）</w:t>
      </w:r>
      <w:r>
        <w:rPr>
          <w:lang w:eastAsia="zh-CN"/>
        </w:rPr>
        <w:br/>
      </w:r>
      <w:r>
        <w:rPr>
          <w:lang w:eastAsia="zh-CN"/>
        </w:rPr>
        <w:t>　　七、活动主持人：</w:t>
      </w:r>
      <w:r>
        <w:rPr>
          <w:lang w:eastAsia="zh-CN"/>
        </w:rPr>
        <w:br/>
      </w:r>
      <w:r>
        <w:rPr>
          <w:lang w:eastAsia="zh-CN"/>
        </w:rPr>
        <w:t>　　八、节目负责人</w:t>
      </w:r>
      <w:r>
        <w:rPr>
          <w:lang w:eastAsia="zh-CN"/>
        </w:rPr>
        <w:br/>
      </w:r>
      <w:r>
        <w:rPr>
          <w:lang w:eastAsia="zh-CN"/>
        </w:rPr>
        <w:t>　　小学：韩_友</w:t>
      </w:r>
      <w:r>
        <w:rPr>
          <w:lang w:eastAsia="zh-CN"/>
        </w:rPr>
        <w:br/>
      </w:r>
      <w:r>
        <w:rPr>
          <w:lang w:eastAsia="zh-CN"/>
        </w:rPr>
        <w:t>　　幼儿园：王_婷</w:t>
      </w:r>
      <w:r>
        <w:rPr>
          <w:lang w:eastAsia="zh-CN"/>
        </w:rPr>
        <w:br/>
      </w:r>
      <w:r>
        <w:rPr>
          <w:lang w:eastAsia="zh-CN"/>
        </w:rPr>
        <w:t>　　音乐：党_秀</w:t>
      </w:r>
      <w:r>
        <w:rPr>
          <w:lang w:eastAsia="zh-CN"/>
        </w:rPr>
        <w:br/>
      </w:r>
      <w:r>
        <w:rPr>
          <w:lang w:eastAsia="zh-CN"/>
        </w:rPr>
        <w:t>　　九、节目要求</w:t>
      </w:r>
      <w:r>
        <w:rPr>
          <w:lang w:eastAsia="zh-CN"/>
        </w:rPr>
        <w:br/>
      </w:r>
      <w:r>
        <w:rPr>
          <w:lang w:eastAsia="zh-CN"/>
        </w:rPr>
        <w:t>　　各部组织活动以“自编自演、短小精悍、内容丰富、全员参与、精彩火爆”为宗旨，要将活动办得气氛活跃、内容丰富、有声有色。活动内容可包括有：各类游艺、小合唱、各类特色节目（如小品、相声、舞蹈、独唱、诗歌朗诵、哑剧表演等）等。</w:t>
      </w:r>
      <w:r>
        <w:rPr>
          <w:lang w:eastAsia="zh-CN"/>
        </w:rPr>
        <w:br/>
      </w:r>
      <w:r>
        <w:rPr>
          <w:lang w:eastAsia="zh-CN"/>
        </w:rPr>
        <w:t>　　十、前期准备：</w:t>
      </w:r>
      <w:r>
        <w:rPr>
          <w:lang w:eastAsia="zh-CN"/>
        </w:rPr>
        <w:br/>
      </w:r>
      <w:r>
        <w:rPr>
          <w:lang w:eastAsia="zh-CN"/>
        </w:rPr>
        <w:t>　　1月14号之前完成：礼品购买清单————</w:t>
      </w:r>
      <w:r>
        <w:rPr>
          <w:lang w:eastAsia="zh-CN"/>
        </w:rPr>
        <w:br/>
      </w:r>
      <w:r>
        <w:rPr>
          <w:lang w:eastAsia="zh-CN"/>
        </w:rPr>
        <w:t>　　1月15号之前完成：礼品购买————</w:t>
      </w:r>
      <w:r>
        <w:rPr>
          <w:lang w:eastAsia="zh-CN"/>
        </w:rPr>
        <w:br/>
      </w:r>
      <w:r>
        <w:rPr>
          <w:lang w:eastAsia="zh-CN"/>
        </w:rPr>
        <w:t>　　1月15号之前完成：年会PPT、及串词—————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1月17号之前完成：横幅张贴————</w:t>
      </w:r>
      <w:r>
        <w:rPr>
          <w:lang w:eastAsia="zh-CN"/>
        </w:rPr>
        <w:br/>
      </w:r>
      <w:r>
        <w:rPr>
          <w:lang w:eastAsia="zh-CN"/>
        </w:rPr>
        <w:t>　　1月17号之前完成：桌椅摆放——</w:t>
      </w:r>
      <w:r>
        <w:rPr>
          <w:lang w:eastAsia="zh-CN"/>
        </w:rPr>
        <w:br/>
      </w:r>
      <w:r>
        <w:rPr>
          <w:lang w:eastAsia="zh-CN"/>
        </w:rPr>
        <w:t>　　1月17号之前完成：环境布置（张贴对联，悬挂灯笼和气球，主要烘托出家的气氛）——</w:t>
      </w:r>
      <w:r>
        <w:rPr>
          <w:lang w:eastAsia="zh-CN"/>
        </w:rPr>
        <w:br/>
      </w:r>
      <w:r>
        <w:rPr>
          <w:lang w:eastAsia="zh-CN"/>
        </w:rPr>
        <w:t>　　1月17号之前完成：电脑、投影仪、话筒、音响等机器的检查修复工作——</w:t>
      </w:r>
      <w:r>
        <w:rPr>
          <w:lang w:eastAsia="zh-CN"/>
        </w:rPr>
        <w:br/>
      </w:r>
      <w:r>
        <w:rPr>
          <w:lang w:eastAsia="zh-CN"/>
        </w:rPr>
        <w:t>　　1月18号之前完成：抽奖箱准备——</w:t>
      </w:r>
      <w:r>
        <w:rPr>
          <w:lang w:eastAsia="zh-CN"/>
        </w:rPr>
        <w:br/>
      </w:r>
      <w:r>
        <w:rPr>
          <w:lang w:eastAsia="zh-CN"/>
        </w:rPr>
        <w:t>　　1月18号之前完成：游戏道具准备—————</w:t>
      </w:r>
      <w:r>
        <w:rPr>
          <w:lang w:eastAsia="zh-CN"/>
        </w:rPr>
        <w:br/>
      </w:r>
      <w:r>
        <w:rPr>
          <w:lang w:eastAsia="zh-CN"/>
        </w:rPr>
        <w:t>　　十一、时间安排</w:t>
      </w:r>
      <w:r>
        <w:rPr>
          <w:lang w:eastAsia="zh-CN"/>
        </w:rPr>
        <w:br/>
      </w:r>
      <w:r>
        <w:rPr>
          <w:lang w:eastAsia="zh-CN"/>
        </w:rPr>
        <w:t>　　场地准备3：30——5：30：</w:t>
      </w:r>
      <w:r>
        <w:rPr>
          <w:lang w:eastAsia="zh-CN"/>
        </w:rPr>
        <w:br/>
      </w:r>
      <w:r>
        <w:rPr>
          <w:lang w:eastAsia="zh-CN"/>
        </w:rPr>
        <w:t>　　入场4：30——5：00：</w:t>
      </w:r>
      <w:r>
        <w:rPr>
          <w:lang w:eastAsia="zh-CN"/>
        </w:rPr>
        <w:br/>
      </w:r>
      <w:r>
        <w:rPr>
          <w:lang w:eastAsia="zh-CN"/>
        </w:rPr>
        <w:t>　　十二、会场人员安排</w:t>
      </w:r>
      <w:r>
        <w:rPr>
          <w:lang w:eastAsia="zh-CN"/>
        </w:rPr>
        <w:br/>
      </w:r>
      <w:r>
        <w:rPr>
          <w:lang w:eastAsia="zh-CN"/>
        </w:rPr>
        <w:t>　　背景音乐、游戏音乐、节目音乐播放，烘托过节气氛</w:t>
      </w:r>
      <w:r>
        <w:rPr>
          <w:lang w:eastAsia="zh-CN"/>
        </w:rPr>
        <w:br/>
      </w:r>
      <w:r>
        <w:rPr>
          <w:lang w:eastAsia="zh-CN"/>
        </w:rPr>
        <w:t>　　来宾签到、写名字放入抽奖箱——</w:t>
      </w:r>
      <w:r>
        <w:rPr>
          <w:lang w:eastAsia="zh-CN"/>
        </w:rPr>
        <w:br/>
      </w:r>
      <w:r>
        <w:rPr>
          <w:lang w:eastAsia="zh-CN"/>
        </w:rPr>
        <w:t>　　照相人员———</w:t>
      </w:r>
      <w:r>
        <w:rPr>
          <w:lang w:eastAsia="zh-CN"/>
        </w:rPr>
        <w:br/>
      </w:r>
      <w:r>
        <w:rPr>
          <w:lang w:eastAsia="zh-CN"/>
        </w:rPr>
        <w:t>　　游戏节目中礼品的派发————</w:t>
      </w:r>
      <w:r>
        <w:rPr>
          <w:lang w:eastAsia="zh-CN"/>
        </w:rPr>
        <w:br/>
      </w:r>
      <w:r>
        <w:rPr>
          <w:lang w:eastAsia="zh-CN"/>
        </w:rPr>
        <w:t>　　游戏道具准备</w:t>
      </w:r>
      <w:r>
        <w:rPr>
          <w:lang w:eastAsia="zh-CN"/>
        </w:rPr>
        <w:br/>
      </w:r>
      <w:r>
        <w:rPr>
          <w:lang w:eastAsia="zh-CN"/>
        </w:rPr>
        <w:t>　　十三、活动流程（见附表）</w:t>
      </w:r>
      <w:r>
        <w:rPr>
          <w:lang w:eastAsia="zh-CN"/>
        </w:rPr>
        <w:br/>
      </w:r>
      <w:r>
        <w:rPr>
          <w:lang w:eastAsia="zh-CN"/>
        </w:rPr>
        <w:t>　　十四、后期工作：</w:t>
      </w:r>
      <w:r>
        <w:rPr>
          <w:lang w:eastAsia="zh-CN"/>
        </w:rPr>
        <w:br/>
      </w:r>
      <w:r>
        <w:rPr>
          <w:lang w:eastAsia="zh-CN"/>
        </w:rPr>
        <w:t>　　（一）活动后场地的收拾—————小学及幼儿园各派三名教师</w:t>
      </w:r>
      <w:r>
        <w:rPr>
          <w:lang w:eastAsia="zh-CN"/>
        </w:rPr>
        <w:br/>
      </w:r>
      <w:r>
        <w:rPr>
          <w:lang w:eastAsia="zh-CN"/>
        </w:rPr>
        <w:t>　　（二）活动后将该活动及时上传明德幼儿园网站———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十五、活动预算：</w:t>
      </w:r>
      <w:r>
        <w:rPr>
          <w:lang w:eastAsia="zh-CN"/>
        </w:rPr>
        <w:br/>
      </w:r>
      <w:r>
        <w:rPr>
          <w:lang w:eastAsia="zh-CN"/>
        </w:rPr>
        <w:t>　　（一）横幅制作（1条）：</w:t>
      </w:r>
      <w:r>
        <w:rPr>
          <w:lang w:eastAsia="zh-CN"/>
        </w:rPr>
        <w:br/>
      </w:r>
      <w:r>
        <w:rPr>
          <w:lang w:eastAsia="zh-CN"/>
        </w:rPr>
        <w:t>　　（二）对联一副：</w:t>
      </w:r>
      <w:r>
        <w:rPr>
          <w:lang w:eastAsia="zh-CN"/>
        </w:rPr>
        <w:br/>
      </w:r>
      <w:r>
        <w:rPr>
          <w:lang w:eastAsia="zh-CN"/>
        </w:rPr>
        <w:t>　　（三）瓜果、饮料及糕点：</w:t>
      </w:r>
      <w:r>
        <w:rPr>
          <w:lang w:eastAsia="zh-CN"/>
        </w:rPr>
        <w:br/>
      </w:r>
      <w:r>
        <w:rPr>
          <w:lang w:eastAsia="zh-CN"/>
        </w:rPr>
        <w:t xml:space="preserve">    2024年会创意策划方案 篇8 </w:t>
      </w:r>
      <w:r>
        <w:rPr>
          <w:lang w:eastAsia="zh-CN"/>
        </w:rPr>
        <w:br/>
      </w:r>
      <w:r>
        <w:rPr>
          <w:lang w:eastAsia="zh-CN"/>
        </w:rPr>
        <w:t>　　一、活动目的：</w:t>
      </w:r>
      <w:r>
        <w:rPr>
          <w:lang w:eastAsia="zh-CN"/>
        </w:rPr>
        <w:br/>
      </w:r>
      <w:r>
        <w:rPr>
          <w:lang w:eastAsia="zh-CN"/>
        </w:rPr>
        <w:t>　　1、增强区域员工的内部凝聚力，提升`竞争力;</w:t>
      </w:r>
      <w:r>
        <w:rPr>
          <w:lang w:eastAsia="zh-CN"/>
        </w:rPr>
        <w:br/>
      </w:r>
      <w:r>
        <w:rPr>
          <w:lang w:eastAsia="zh-CN"/>
        </w:rPr>
        <w:t>　　2、对今年区域营销工作进行总结，对区域市场业绩进行分析。制订新年度区域营销工作总体规划，明确新年度工作方向和目标。</w:t>
      </w:r>
      <w:r>
        <w:rPr>
          <w:lang w:eastAsia="zh-CN"/>
        </w:rPr>
        <w:br/>
      </w:r>
      <w:r>
        <w:rPr>
          <w:lang w:eastAsia="zh-CN"/>
        </w:rPr>
        <w:t>　　3、表彰业绩优秀的公司内部优秀员工，通过激励作用，将全体员工的主观能动性充分调动起来，投入到未来的工作之中。</w:t>
      </w:r>
      <w:r>
        <w:rPr>
          <w:lang w:eastAsia="zh-CN"/>
        </w:rPr>
        <w:br/>
      </w:r>
      <w:r>
        <w:rPr>
          <w:lang w:eastAsia="zh-CN"/>
        </w:rPr>
        <w:t>　　二、年会主题：</w:t>
      </w:r>
      <w:r>
        <w:rPr>
          <w:lang w:eastAsia="zh-CN"/>
        </w:rPr>
        <w:br/>
      </w:r>
      <w:r>
        <w:rPr>
          <w:lang w:eastAsia="zh-CN"/>
        </w:rPr>
        <w:t>　　三、年会时间：</w:t>
      </w:r>
      <w:r>
        <w:rPr>
          <w:lang w:eastAsia="zh-CN"/>
        </w:rPr>
        <w:br/>
      </w:r>
      <w:r>
        <w:rPr>
          <w:lang w:eastAsia="zh-CN"/>
        </w:rPr>
        <w:t>　　第一部分：20__年12月 日下午_点到_点领导致辞、表彰优秀员工、表演节目</w:t>
      </w:r>
      <w:r>
        <w:rPr>
          <w:lang w:eastAsia="zh-CN"/>
        </w:rPr>
        <w:br/>
      </w:r>
      <w:r>
        <w:rPr>
          <w:lang w:eastAsia="zh-CN"/>
        </w:rPr>
        <w:t>　　第二部分：20__年12月 日下午_点到_点团体聚餐</w:t>
      </w:r>
      <w:r>
        <w:rPr>
          <w:lang w:eastAsia="zh-CN"/>
        </w:rPr>
        <w:br/>
      </w:r>
      <w:r>
        <w:rPr>
          <w:lang w:eastAsia="zh-CN"/>
        </w:rPr>
        <w:t>　　四、年会地点：</w:t>
      </w:r>
      <w:r>
        <w:rPr>
          <w:lang w:eastAsia="zh-CN"/>
        </w:rPr>
        <w:br/>
      </w:r>
      <w:r>
        <w:rPr>
          <w:lang w:eastAsia="zh-CN"/>
        </w:rPr>
        <w:t>　　__酒店_楼__厅(或分公司培训教室+酒店聚餐)</w:t>
      </w:r>
      <w:r>
        <w:rPr>
          <w:lang w:eastAsia="zh-CN"/>
        </w:rPr>
        <w:br/>
      </w:r>
      <w:r>
        <w:rPr>
          <w:lang w:eastAsia="zh-CN"/>
        </w:rPr>
        <w:t>　　五、年会组织形式：</w:t>
      </w:r>
      <w:r>
        <w:rPr>
          <w:lang w:eastAsia="zh-CN"/>
        </w:rPr>
        <w:br/>
      </w:r>
      <w:r>
        <w:rPr>
          <w:lang w:eastAsia="zh-CN"/>
        </w:rPr>
        <w:t>　　由分公司年会工作项目小组统一组织、执行。</w:t>
      </w:r>
      <w:r>
        <w:rPr>
          <w:lang w:eastAsia="zh-CN"/>
        </w:rPr>
        <w:br/>
      </w:r>
      <w:r>
        <w:rPr>
          <w:lang w:eastAsia="zh-CN"/>
        </w:rPr>
        <w:t>　　六、参加人员：</w:t>
      </w:r>
      <w:r>
        <w:rPr>
          <w:lang w:eastAsia="zh-CN"/>
        </w:rPr>
        <w:br/>
      </w:r>
      <w:r>
        <w:rPr>
          <w:lang w:eastAsia="zh-CN"/>
        </w:rPr>
        <w:t>　　分公司领导;邀请当地政府部门和业界领导;分公司工作人员;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1.会场总负责：主要工作：总体工作协调、人员调配。</w:t>
      </w:r>
      <w:r>
        <w:rPr>
          <w:lang w:eastAsia="zh-CN"/>
        </w:rPr>
        <w:br/>
      </w:r>
      <w:r>
        <w:rPr>
          <w:lang w:eastAsia="zh-CN"/>
        </w:rPr>
        <w:t>　　2.策划、会场协调、邀请嘉宾：主要工作：年会策划、会议节目安排、彩排、舞台协调;对外协调、现场资讯采集。</w:t>
      </w:r>
      <w:r>
        <w:rPr>
          <w:lang w:eastAsia="zh-CN"/>
        </w:rPr>
        <w:br/>
      </w:r>
      <w:r>
        <w:rPr>
          <w:lang w:eastAsia="zh-CN"/>
        </w:rPr>
        <w:t>　　3.人员分工、布场撤场安排;</w:t>
      </w:r>
      <w:r>
        <w:rPr>
          <w:lang w:eastAsia="zh-CN"/>
        </w:rPr>
        <w:br/>
      </w:r>
      <w:r>
        <w:rPr>
          <w:lang w:eastAsia="zh-CN"/>
        </w:rPr>
        <w:t>　　4.嘉宾接待、签到：</w:t>
      </w:r>
      <w:r>
        <w:rPr>
          <w:lang w:eastAsia="zh-CN"/>
        </w:rPr>
        <w:br/>
      </w:r>
      <w:r>
        <w:rPr>
          <w:lang w:eastAsia="zh-CN"/>
        </w:rPr>
        <w:t>　　5.音响、灯光：，会前半小时检查音响、灯光等设备。</w:t>
      </w:r>
      <w:r>
        <w:rPr>
          <w:lang w:eastAsia="zh-CN"/>
        </w:rPr>
        <w:br/>
      </w:r>
      <w:r>
        <w:rPr>
          <w:lang w:eastAsia="zh-CN"/>
        </w:rPr>
        <w:t>　　6、物品准备：主要工作：礼品、奖品等物品的准备。</w:t>
      </w:r>
      <w:r>
        <w:rPr>
          <w:lang w:eastAsia="zh-CN"/>
        </w:rPr>
        <w:br/>
      </w:r>
      <w:r>
        <w:rPr>
          <w:lang w:eastAsia="zh-CN"/>
        </w:rPr>
        <w:t>　　七、会场布置：</w:t>
      </w:r>
      <w:r>
        <w:rPr>
          <w:lang w:eastAsia="zh-CN"/>
        </w:rPr>
        <w:br/>
      </w:r>
      <w:r>
        <w:rPr>
          <w:lang w:eastAsia="zh-CN"/>
        </w:rPr>
        <w:t xml:space="preserve">    2024年会创意策划方案 篇9 </w:t>
      </w:r>
      <w:r>
        <w:rPr>
          <w:lang w:eastAsia="zh-CN"/>
        </w:rPr>
        <w:br/>
      </w:r>
      <w:r>
        <w:rPr>
          <w:lang w:eastAsia="zh-CN"/>
        </w:rPr>
        <w:t>　　一、活动主题：</w:t>
      </w:r>
      <w:r>
        <w:rPr>
          <w:lang w:eastAsia="zh-CN"/>
        </w:rPr>
        <w:br/>
      </w:r>
      <w:r>
        <w:rPr>
          <w:lang w:eastAsia="zh-CN"/>
        </w:rPr>
        <w:t>　　“8.14”——11班生日快乐</w:t>
      </w:r>
      <w:r>
        <w:rPr>
          <w:lang w:eastAsia="zh-CN"/>
        </w:rPr>
        <w:br/>
      </w:r>
      <w:r>
        <w:rPr>
          <w:lang w:eastAsia="zh-CN"/>
        </w:rPr>
        <w:t>　　二、活动理念：</w:t>
      </w:r>
      <w:r>
        <w:rPr>
          <w:lang w:eastAsia="zh-CN"/>
        </w:rPr>
        <w:br/>
      </w:r>
      <w:r>
        <w:rPr>
          <w:lang w:eastAsia="zh-CN"/>
        </w:rPr>
        <w:t>　　__年8月14日，是11班建班日。即12年“8.14”精彩活动后，12年“8.14”又拉开了帷幕。我们希望，在这个特殊的日子，11班的大家庭能再次相聚，一起庆祝我们的第二个生日，一起渡过美好的一天！</w:t>
      </w:r>
      <w:r>
        <w:rPr>
          <w:lang w:eastAsia="zh-CN"/>
        </w:rPr>
        <w:br/>
      </w:r>
      <w:r>
        <w:rPr>
          <w:lang w:eastAsia="zh-CN"/>
        </w:rPr>
        <w:t>　　三、活动时间：</w:t>
      </w:r>
      <w:r>
        <w:rPr>
          <w:lang w:eastAsia="zh-CN"/>
        </w:rPr>
        <w:br/>
      </w:r>
      <w:r>
        <w:rPr>
          <w:lang w:eastAsia="zh-CN"/>
        </w:rPr>
        <w:t>　　__年8月14日 10：00~不定</w:t>
      </w:r>
      <w:r>
        <w:rPr>
          <w:lang w:eastAsia="zh-CN"/>
        </w:rPr>
        <w:br/>
      </w:r>
      <w:r>
        <w:rPr>
          <w:lang w:eastAsia="zh-CN"/>
        </w:rPr>
        <w:t>　　四、活动集合地点：</w:t>
      </w:r>
      <w:r>
        <w:rPr>
          <w:lang w:eastAsia="zh-CN"/>
        </w:rPr>
        <w:br/>
      </w:r>
      <w:r>
        <w:rPr>
          <w:lang w:eastAsia="zh-CN"/>
        </w:rPr>
        <w:t>　　上海杜莎夫人蜡像馆（上海市南京西路2-68号新世界商厦10楼）</w:t>
      </w:r>
      <w:r>
        <w:rPr>
          <w:lang w:eastAsia="zh-CN"/>
        </w:rPr>
        <w:br/>
      </w:r>
      <w:r>
        <w:rPr>
          <w:lang w:eastAsia="zh-CN"/>
        </w:rPr>
        <w:t>　　五、活动人员：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某某大学某某专业08届11班有效成员</w:t>
      </w:r>
      <w:r>
        <w:rPr>
          <w:lang w:eastAsia="zh-CN"/>
        </w:rPr>
        <w:br/>
      </w:r>
      <w:r>
        <w:rPr>
          <w:lang w:eastAsia="zh-CN"/>
        </w:rPr>
        <w:t>　　六、活动内容：</w:t>
      </w:r>
      <w:r>
        <w:rPr>
          <w:lang w:eastAsia="zh-CN"/>
        </w:rPr>
        <w:br/>
      </w:r>
      <w:r>
        <w:rPr>
          <w:lang w:eastAsia="zh-CN"/>
        </w:rPr>
        <w:t>　　1）12日、13日发布通知，由于我们预定了杜莎蜡像馆的团体票，每人带好=某某大学学生证+50元（包括了“惊声尖叫鬼屋”的游览）。我们须要确定游馆及参与的具体人数，提前买好团体门票。</w:t>
      </w:r>
      <w:r>
        <w:rPr>
          <w:lang w:eastAsia="zh-CN"/>
        </w:rPr>
        <w:br/>
      </w:r>
      <w:r>
        <w:rPr>
          <w:lang w:eastAsia="zh-CN"/>
        </w:rPr>
        <w:t>　　2）于14日早10点在上海杜莎夫人蜡像馆（上海市南京西路2-68号新世界商厦10楼）集合，我们会提前购买好门票，人到齐就可以进馆参观，所以请参与的同学务必准时集合。</w:t>
      </w:r>
      <w:r>
        <w:rPr>
          <w:lang w:eastAsia="zh-CN"/>
        </w:rPr>
        <w:br/>
      </w:r>
      <w:r>
        <w:rPr>
          <w:lang w:eastAsia="zh-CN"/>
        </w:rPr>
        <w:t>　　3）游馆完，分散自由活动。</w:t>
      </w:r>
      <w:r>
        <w:rPr>
          <w:lang w:eastAsia="zh-CN"/>
        </w:rPr>
        <w:br/>
      </w:r>
      <w:r>
        <w:rPr>
          <w:lang w:eastAsia="zh-CN"/>
        </w:rPr>
        <w:t>　　4）16：00~16：30在正大广场顶楼味千拉面再次集合吃晚饭。（关于吃饭思考了很久，鉴于我们现在的经济情况、人数、地点和大众口味，我们选择了味千。等下几次，我们打工赚钱了，我们再考虑其他更豪华更美味、更有特色的餐馆。请大家谅解！）</w:t>
      </w:r>
      <w:r>
        <w:rPr>
          <w:lang w:eastAsia="zh-CN"/>
        </w:rPr>
        <w:br/>
      </w:r>
      <w:r>
        <w:rPr>
          <w:lang w:eastAsia="zh-CN"/>
        </w:rPr>
        <w:t>　　5）由于晚饭时间早，不急着宿舍的.同学，愿意的可以组队tom熊或者夜游黄浦江。</w:t>
      </w:r>
      <w:r>
        <w:rPr>
          <w:lang w:eastAsia="zh-CN"/>
        </w:rPr>
        <w:br/>
      </w:r>
      <w:r>
        <w:rPr>
          <w:lang w:eastAsia="zh-CN"/>
        </w:rPr>
        <w:t>　　七、注意事项：</w:t>
      </w:r>
      <w:r>
        <w:rPr>
          <w:lang w:eastAsia="zh-CN"/>
        </w:rPr>
        <w:br/>
      </w:r>
      <w:r>
        <w:rPr>
          <w:lang w:eastAsia="zh-CN"/>
        </w:rPr>
        <w:t>　　1）每人带好自己的某某大学生证+50元（包括了“惊声尖叫鬼屋”的游览）。</w:t>
      </w:r>
      <w:r>
        <w:rPr>
          <w:lang w:eastAsia="zh-CN"/>
        </w:rPr>
        <w:br/>
      </w:r>
      <w:r>
        <w:rPr>
          <w:lang w:eastAsia="zh-CN"/>
        </w:rPr>
        <w:t>　　2）此次活动，就集体项目预计人均100元，自由活动费自理。</w:t>
      </w:r>
      <w:r>
        <w:rPr>
          <w:lang w:eastAsia="zh-CN"/>
        </w:rPr>
        <w:br/>
      </w:r>
      <w:r>
        <w:rPr>
          <w:lang w:eastAsia="zh-CN"/>
        </w:rPr>
        <w:t>　　3）中饭及下午自由活动自定，范围不定，愿意出上海的也不是问题。一起吃晚饭的同学，准时到就ok了。</w:t>
      </w:r>
      <w:r>
        <w:rPr>
          <w:lang w:eastAsia="zh-CN"/>
        </w:rPr>
        <w:br/>
      </w:r>
      <w:r>
        <w:rPr>
          <w:lang w:eastAsia="zh-CN"/>
        </w:rPr>
        <w:t>　　4）请大家准时集合，注意自己的财产、人身安全。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5）此次活动由11班班委会策划组织安排，有任何问题请及时与班长和团支书联系！</w:t>
      </w:r>
      <w:r>
        <w:rPr>
          <w:lang w:eastAsia="zh-CN"/>
        </w:rPr>
        <w:br/>
      </w:r>
      <w:r>
        <w:rPr>
          <w:lang w:eastAsia="zh-CN"/>
        </w:rPr>
        <w:t>　　6)参观杜莎蜡像馆的回复日志或者短信告诉我！！</w:t>
      </w:r>
      <w:r>
        <w:rPr>
          <w:lang w:eastAsia="zh-CN"/>
        </w:rPr>
        <w:br/>
      </w:r>
      <w:r>
        <w:rPr>
          <w:lang w:eastAsia="zh-CN"/>
        </w:rPr>
        <w:t xml:space="preserve">    2024年会创意策划方案 篇10 </w:t>
      </w:r>
      <w:r>
        <w:rPr>
          <w:lang w:eastAsia="zh-CN"/>
        </w:rPr>
        <w:br/>
      </w:r>
      <w:r>
        <w:rPr>
          <w:lang w:eastAsia="zh-CN"/>
        </w:rPr>
        <w:t>　　一、活动目的</w:t>
      </w:r>
      <w:r>
        <w:rPr>
          <w:lang w:eastAsia="zh-CN"/>
        </w:rPr>
        <w:br/>
      </w:r>
      <w:r>
        <w:rPr>
          <w:lang w:eastAsia="zh-CN"/>
        </w:rPr>
        <w:t>　　为了加强酒店员工的凝聚力，丰富酒店文化生活，表达酒店对员工节日的关怀与问候，使大家开开心心，快快乐乐过好20__年春节。</w:t>
      </w:r>
      <w:r>
        <w:rPr>
          <w:lang w:eastAsia="zh-CN"/>
        </w:rPr>
        <w:br/>
      </w:r>
      <w:r>
        <w:rPr>
          <w:lang w:eastAsia="zh-CN"/>
        </w:rPr>
        <w:t>　　二、活动主题</w:t>
      </w:r>
      <w:r>
        <w:rPr>
          <w:lang w:eastAsia="zh-CN"/>
        </w:rPr>
        <w:br/>
      </w:r>
      <w:r>
        <w:rPr>
          <w:lang w:eastAsia="zh-CN"/>
        </w:rPr>
        <w:t>　　“酒店员工团年饭”及季度优秀员工颁奖</w:t>
      </w:r>
      <w:r>
        <w:rPr>
          <w:lang w:eastAsia="zh-CN"/>
        </w:rPr>
        <w:br/>
      </w:r>
      <w:r>
        <w:rPr>
          <w:lang w:eastAsia="zh-CN"/>
        </w:rPr>
        <w:t>　　三、活动时间</w:t>
      </w:r>
      <w:r>
        <w:rPr>
          <w:lang w:eastAsia="zh-CN"/>
        </w:rPr>
        <w:br/>
      </w:r>
      <w:r>
        <w:rPr>
          <w:lang w:eastAsia="zh-CN"/>
        </w:rPr>
        <w:t>　　20__年_月__日17：00点-21：30点</w:t>
      </w:r>
      <w:r>
        <w:rPr>
          <w:lang w:eastAsia="zh-CN"/>
        </w:rPr>
        <w:br/>
      </w:r>
      <w:r>
        <w:rPr>
          <w:lang w:eastAsia="zh-CN"/>
        </w:rPr>
        <w:t>　　四、活动地点</w:t>
      </w:r>
      <w:r>
        <w:rPr>
          <w:lang w:eastAsia="zh-CN"/>
        </w:rPr>
        <w:br/>
      </w:r>
      <w:r>
        <w:rPr>
          <w:lang w:eastAsia="zh-CN"/>
        </w:rPr>
        <w:t>　　酒店1楼餐厅(当日餐厅晚上不营业)</w:t>
      </w:r>
      <w:r>
        <w:rPr>
          <w:lang w:eastAsia="zh-CN"/>
        </w:rPr>
        <w:br/>
      </w:r>
      <w:r>
        <w:rPr>
          <w:lang w:eastAsia="zh-CN"/>
        </w:rPr>
        <w:t>　　五、参加人员</w:t>
      </w:r>
      <w:r>
        <w:rPr>
          <w:lang w:eastAsia="zh-CN"/>
        </w:rPr>
        <w:br/>
      </w:r>
      <w:r>
        <w:rPr>
          <w:lang w:eastAsia="zh-CN"/>
        </w:rPr>
        <w:t>　　酒店所有人员及各级领导</w:t>
      </w:r>
      <w:r>
        <w:rPr>
          <w:lang w:eastAsia="zh-CN"/>
        </w:rPr>
        <w:br/>
      </w:r>
      <w:r>
        <w:rPr>
          <w:lang w:eastAsia="zh-CN"/>
        </w:rPr>
        <w:t>　　六、参加人数</w:t>
      </w:r>
      <w:r>
        <w:rPr>
          <w:lang w:eastAsia="zh-CN"/>
        </w:rPr>
        <w:br/>
      </w:r>
      <w:r>
        <w:rPr>
          <w:lang w:eastAsia="zh-CN"/>
        </w:rPr>
        <w:t>　　__人左右</w:t>
      </w:r>
      <w:r>
        <w:rPr>
          <w:lang w:eastAsia="zh-CN"/>
        </w:rPr>
        <w:br/>
      </w:r>
      <w:r>
        <w:rPr>
          <w:lang w:eastAsia="zh-CN"/>
        </w:rPr>
        <w:t>　　七、当日服务人员</w:t>
      </w:r>
      <w:r>
        <w:rPr>
          <w:lang w:eastAsia="zh-CN"/>
        </w:rPr>
        <w:br/>
      </w:r>
      <w:r>
        <w:rPr>
          <w:lang w:eastAsia="zh-CN"/>
        </w:rPr>
        <w:t>　　所有管理人员(店长、副店长、值班经理、销售经理、客房主管、领班、财务、出纳、人事等)为基层工作人员服务</w:t>
      </w:r>
      <w:r>
        <w:rPr>
          <w:lang w:eastAsia="zh-CN"/>
        </w:rPr>
        <w:br/>
      </w:r>
      <w:r>
        <w:rPr>
          <w:lang w:eastAsia="zh-CN"/>
        </w:rPr>
        <w:t>　　八、活动主持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九、活动会场布置</w:t>
      </w:r>
      <w:r>
        <w:rPr>
          <w:lang w:eastAsia="zh-CN"/>
        </w:rPr>
        <w:br/>
      </w:r>
      <w:r>
        <w:rPr>
          <w:lang w:eastAsia="zh-CN"/>
        </w:rPr>
        <w:t>　　时间：6：00</w:t>
      </w:r>
      <w:r>
        <w:rPr>
          <w:lang w:eastAsia="zh-CN"/>
        </w:rPr>
        <w:br/>
      </w:r>
      <w:r>
        <w:rPr>
          <w:lang w:eastAsia="zh-CN"/>
        </w:rPr>
        <w:t>　　店长、副店长、值班经理、销售经理、客房主管、领班、财务、出纳、人事等集合在餐厅，对餐厅进行少许布置，可打些气球挂起来，营造节日气氛。摆放5桌，每桌餐桌上放水果一盘，花生一盘，瓜子一盘，糖一盘。</w:t>
      </w:r>
      <w:r>
        <w:rPr>
          <w:lang w:eastAsia="zh-CN"/>
        </w:rPr>
        <w:br/>
      </w:r>
      <w:r>
        <w:rPr>
          <w:lang w:eastAsia="zh-CN"/>
        </w:rPr>
        <w:t>　　17点前布置完毕。当日摄影及当晚菜单安排。负责事先制作抽奖券、摇奖箱</w:t>
      </w:r>
      <w:r>
        <w:rPr>
          <w:lang w:eastAsia="zh-CN"/>
        </w:rPr>
        <w:br/>
      </w:r>
      <w:r>
        <w:rPr>
          <w:lang w:eastAsia="zh-CN"/>
        </w:rPr>
        <w:t>　　2联的.抽奖券，发给员工，待员工到达后撕下1联投入摇奖箱，条幅制作，购买小吃。</w:t>
      </w:r>
      <w:r>
        <w:rPr>
          <w:lang w:eastAsia="zh-CN"/>
        </w:rPr>
        <w:br/>
      </w:r>
      <w:r>
        <w:rPr>
          <w:lang w:eastAsia="zh-CN"/>
        </w:rPr>
        <w:t>　　17：0020__年度工作总结;</w:t>
      </w:r>
      <w:r>
        <w:rPr>
          <w:lang w:eastAsia="zh-CN"/>
        </w:rPr>
        <w:br/>
      </w:r>
      <w:r>
        <w:rPr>
          <w:lang w:eastAsia="zh-CN"/>
        </w:rPr>
        <w:t>　　17：08由宣读被提名优秀员工，共七名，由为各部门提名员工颁发奖金;</w:t>
      </w:r>
      <w:r>
        <w:rPr>
          <w:lang w:eastAsia="zh-CN"/>
        </w:rPr>
        <w:br/>
      </w:r>
      <w:r>
        <w:rPr>
          <w:lang w:eastAsia="zh-CN"/>
        </w:rPr>
        <w:t>　　17：16由宣读本季度优秀员工，并对季度优秀员工颁发荣誉证书及奖金，并拍照留念;</w:t>
      </w:r>
      <w:r>
        <w:rPr>
          <w:lang w:eastAsia="zh-CN"/>
        </w:rPr>
        <w:br/>
      </w:r>
      <w:r>
        <w:rPr>
          <w:lang w:eastAsia="zh-CN"/>
        </w:rPr>
        <w:t>　　17：19优秀员工代表发言;</w:t>
      </w:r>
      <w:r>
        <w:rPr>
          <w:lang w:eastAsia="zh-CN"/>
        </w:rPr>
        <w:br/>
      </w:r>
      <w:r>
        <w:rPr>
          <w:lang w:eastAsia="zh-CN"/>
        </w:rPr>
        <w:t>　　17：24公司CEO致辞;</w:t>
      </w:r>
      <w:r>
        <w:rPr>
          <w:lang w:eastAsia="zh-CN"/>
        </w:rPr>
        <w:br/>
      </w:r>
      <w:r>
        <w:rPr>
          <w:lang w:eastAsia="zh-CN"/>
        </w:rPr>
        <w:t>　　17：35由宣布开餐(事先在17点前已上好凉菜及火锅、干锅菜品，16：00后就先上)，请大家开心用餐;店长、副店长、值班经理、销售经理、客房主管、领班、财务、出纳、人事做服务，待菜全部上齐再用餐。</w:t>
      </w:r>
      <w:r>
        <w:rPr>
          <w:lang w:eastAsia="zh-CN"/>
        </w:rPr>
        <w:br/>
      </w:r>
      <w:r>
        <w:rPr>
          <w:lang w:eastAsia="zh-CN"/>
        </w:rPr>
        <w:t>　　18：00点后陆续开始抽奖，由协助颁奖发放。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18：00鼓励奖__名，价值__元左右暖手煲=__元，由、各抽取_名。</w:t>
      </w:r>
      <w:r>
        <w:rPr>
          <w:lang w:eastAsia="zh-CN"/>
        </w:rPr>
        <w:br/>
      </w:r>
      <w:r>
        <w:rPr>
          <w:lang w:eastAsia="zh-CN"/>
        </w:rPr>
        <w:t>　　18：15三等奖_名，价值__元左右左右奖品=__元，由、各抽取_名。</w:t>
      </w:r>
      <w:r>
        <w:rPr>
          <w:lang w:eastAsia="zh-CN"/>
        </w:rPr>
        <w:br/>
      </w:r>
      <w:r>
        <w:rPr>
          <w:lang w:eastAsia="zh-CN"/>
        </w:rPr>
        <w:t>　　18：30二等奖_名，价值__元左右奖品=__元，由、各抽取_名。</w:t>
      </w:r>
      <w:r>
        <w:rPr>
          <w:lang w:eastAsia="zh-CN"/>
        </w:rPr>
        <w:br/>
      </w:r>
      <w:r>
        <w:rPr>
          <w:lang w:eastAsia="zh-CN"/>
        </w:rPr>
        <w:t>　　19：00一等奖_名，价值__元左右奖品=__元，由抽取。</w:t>
      </w:r>
      <w:r>
        <w:rPr>
          <w:lang w:eastAsia="zh-CN"/>
        </w:rPr>
        <w:br/>
      </w:r>
      <w:r>
        <w:rPr>
          <w:lang w:eastAsia="zh-CN"/>
        </w:rPr>
        <w:t>　　19：00卡拉ok及酒吧娱乐。</w:t>
      </w:r>
      <w:r>
        <w:rPr>
          <w:lang w:eastAsia="zh-CN"/>
        </w:rPr>
        <w:br/>
      </w:r>
      <w:r>
        <w:rPr>
          <w:lang w:eastAsia="zh-CN"/>
        </w:rPr>
        <w:t>　　19：00后出发去唱歌及泡吧。1个大包房，初步定在人方宾馆的3楼ktv，另可去2楼酒吧，由事先做好预订。</w:t>
      </w:r>
      <w:r>
        <w:rPr>
          <w:lang w:eastAsia="zh-CN"/>
        </w:rPr>
        <w:br/>
      </w:r>
      <w:r>
        <w:rPr>
          <w:lang w:eastAsia="zh-CN"/>
        </w:rPr>
        <w:t xml:space="preserve">    2024年会创意策划方案 篇11 </w:t>
      </w:r>
      <w:r>
        <w:rPr>
          <w:lang w:eastAsia="zh-CN"/>
        </w:rPr>
        <w:br/>
      </w:r>
      <w:r>
        <w:rPr>
          <w:lang w:eastAsia="zh-CN"/>
        </w:rPr>
        <w:t>　　活动主题：</w:t>
      </w:r>
      <w:r>
        <w:rPr>
          <w:lang w:eastAsia="zh-CN"/>
        </w:rPr>
        <w:br/>
      </w:r>
      <w:r>
        <w:rPr>
          <w:lang w:eastAsia="zh-CN"/>
        </w:rPr>
        <w:t>　　“岁月无声、真爱永恒”“诗情花意过520”</w:t>
      </w:r>
      <w:r>
        <w:rPr>
          <w:lang w:eastAsia="zh-CN"/>
        </w:rPr>
        <w:br/>
      </w:r>
      <w:r>
        <w:rPr>
          <w:lang w:eastAsia="zh-CN"/>
        </w:rPr>
        <w:t>　　活动时间：</w:t>
      </w:r>
      <w:r>
        <w:rPr>
          <w:lang w:eastAsia="zh-CN"/>
        </w:rPr>
        <w:br/>
      </w:r>
      <w:r>
        <w:rPr>
          <w:lang w:eastAsia="zh-CN"/>
        </w:rPr>
        <w:t>　　20__年5月20日星期天19：30——22：00</w:t>
      </w:r>
      <w:r>
        <w:rPr>
          <w:lang w:eastAsia="zh-CN"/>
        </w:rPr>
        <w:br/>
      </w:r>
      <w:r>
        <w:rPr>
          <w:lang w:eastAsia="zh-CN"/>
        </w:rPr>
        <w:t>　　活动地点：</w:t>
      </w:r>
      <w:r>
        <w:rPr>
          <w:lang w:eastAsia="zh-CN"/>
        </w:rPr>
        <w:br/>
      </w:r>
      <w:r>
        <w:rPr>
          <w:lang w:eastAsia="zh-CN"/>
        </w:rPr>
        <w:t>　　酒吧</w:t>
      </w:r>
      <w:r>
        <w:rPr>
          <w:lang w:eastAsia="zh-CN"/>
        </w:rPr>
        <w:br/>
      </w:r>
      <w:r>
        <w:rPr>
          <w:lang w:eastAsia="zh-CN"/>
        </w:rPr>
        <w:t>　　活动形式：</w:t>
      </w:r>
      <w:r>
        <w:rPr>
          <w:lang w:eastAsia="zh-CN"/>
        </w:rPr>
        <w:br/>
      </w:r>
      <w:r>
        <w:rPr>
          <w:lang w:eastAsia="zh-CN"/>
        </w:rPr>
        <w:t>　　男女配合。才能玩的活动</w:t>
      </w:r>
      <w:r>
        <w:rPr>
          <w:lang w:eastAsia="zh-CN"/>
        </w:rPr>
        <w:br/>
      </w:r>
      <w:r>
        <w:rPr>
          <w:lang w:eastAsia="zh-CN"/>
        </w:rPr>
        <w:t>　　活动规模：</w:t>
      </w:r>
      <w:r>
        <w:rPr>
          <w:lang w:eastAsia="zh-CN"/>
        </w:rPr>
        <w:br/>
      </w:r>
      <w:r>
        <w:rPr>
          <w:lang w:eastAsia="zh-CN"/>
        </w:rPr>
        <w:t>　　33人左右</w:t>
      </w:r>
      <w:r>
        <w:rPr>
          <w:lang w:eastAsia="zh-CN"/>
        </w:rPr>
        <w:br/>
      </w:r>
      <w:r>
        <w:rPr>
          <w:lang w:eastAsia="zh-CN"/>
        </w:rPr>
        <w:t>　　活动流程：</w:t>
      </w:r>
      <w:r>
        <w:rPr>
          <w:lang w:eastAsia="zh-CN"/>
        </w:rPr>
        <w:br/>
      </w:r>
      <w:r>
        <w:rPr>
          <w:lang w:eastAsia="zh-CN"/>
        </w:rPr>
        <w:t>　　一“寻找你心中的女神”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1、通过对嘉宾的介绍，嘉宾选出自己心仪的对象</w:t>
      </w:r>
      <w:r>
        <w:rPr>
          <w:lang w:eastAsia="zh-CN"/>
        </w:rPr>
        <w:br/>
      </w:r>
      <w:r>
        <w:rPr>
          <w:lang w:eastAsia="zh-CN"/>
        </w:rPr>
        <w:t>　　（自我介绍限时2分钟/人，女嘉宾们全部站一排通过自我介绍让男嘉宾有个初步的了解，男嘉宾作出选择，如果只有1位男嘉宾选择，并且女嘉宾同意，则初步速配成功。如果有多名男嘉宾选择，则男嘉宾有1分钟的表白时间，最后女嘉宾选择1位心仪的，速配成功。）（520情人节情侣活动策划书）</w:t>
      </w:r>
      <w:r>
        <w:rPr>
          <w:lang w:eastAsia="zh-CN"/>
        </w:rPr>
        <w:br/>
      </w:r>
      <w:r>
        <w:rPr>
          <w:lang w:eastAsia="zh-CN"/>
        </w:rPr>
        <w:t>　　2、如果男女双方同意则第一轮速配成功在剩下第二轮速配</w:t>
      </w:r>
      <w:r>
        <w:rPr>
          <w:lang w:eastAsia="zh-CN"/>
        </w:rPr>
        <w:br/>
      </w:r>
      <w:r>
        <w:rPr>
          <w:lang w:eastAsia="zh-CN"/>
        </w:rPr>
        <w:t>　　游戏非得一男一女合作才能得到大礼品大礼品4个只有男女一对可以玩。要配合。男女是一组后都不能离开对方离开算弃传处理没有礼品不能玩下轮游戏。</w:t>
      </w:r>
      <w:r>
        <w:rPr>
          <w:lang w:eastAsia="zh-CN"/>
        </w:rPr>
        <w:br/>
      </w:r>
      <w:r>
        <w:rPr>
          <w:lang w:eastAsia="zh-CN"/>
        </w:rPr>
        <w:t>　　二“分组对战帅哥美女对对碰”</w:t>
      </w:r>
      <w:r>
        <w:rPr>
          <w:lang w:eastAsia="zh-CN"/>
        </w:rPr>
        <w:br/>
      </w:r>
      <w:r>
        <w:rPr>
          <w:lang w:eastAsia="zh-CN"/>
        </w:rPr>
        <w:t>　　大家分成2组。牛郎队与织女队。每队6对男女外加一个男的。游戏就是每组每次游戏游淘汰一对到最后成3队后可以得到大礼品个排第一名。第二名。第三名</w:t>
      </w:r>
      <w:r>
        <w:rPr>
          <w:lang w:eastAsia="zh-CN"/>
        </w:rPr>
        <w:br/>
      </w:r>
      <w:r>
        <w:rPr>
          <w:lang w:eastAsia="zh-CN"/>
        </w:rPr>
        <w:t>　　1、牛郎背织女（推选现场每组2对男女组合共同完成本游戏）</w:t>
      </w:r>
      <w:r>
        <w:rPr>
          <w:lang w:eastAsia="zh-CN"/>
        </w:rPr>
        <w:br/>
      </w:r>
      <w:r>
        <w:rPr>
          <w:lang w:eastAsia="zh-CN"/>
        </w:rPr>
        <w:t>　　游戏规则是分组进行，其中一人蒙上眼晴背上自己合作伴侣，由另一方负责指挥，按游戏的路程，要捡起所安排的物品、规则是男方的蹲下女方捡起、拾玫瑰等关口。顺利通过的组并且用时最少的一组将得到小礼品一份。</w:t>
      </w:r>
      <w:r>
        <w:rPr>
          <w:lang w:eastAsia="zh-CN"/>
        </w:rPr>
        <w:br/>
      </w:r>
      <w:r>
        <w:rPr>
          <w:lang w:eastAsia="zh-CN"/>
        </w:rPr>
        <w:t>　　2、智力大冲浪，争分夺秒游戏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每组2对男女女的坐在凳子上男站在墙对拿玫瑰花。每组的女方给对方男的`提出一些问题，答对可以走一步，知道男方可以把玫瑰送到女方，就是胜利者。答对问题最多的组将得到小礼品一份。失败的就淘汰。</w:t>
      </w:r>
      <w:r>
        <w:rPr>
          <w:lang w:eastAsia="zh-CN"/>
        </w:rPr>
        <w:br/>
      </w:r>
      <w:r>
        <w:rPr>
          <w:lang w:eastAsia="zh-CN"/>
        </w:rPr>
        <w:t>　　3、情歌对对唱</w:t>
      </w:r>
      <w:r>
        <w:rPr>
          <w:lang w:eastAsia="zh-CN"/>
        </w:rPr>
        <w:br/>
      </w:r>
      <w:r>
        <w:rPr>
          <w:lang w:eastAsia="zh-CN"/>
        </w:rPr>
        <w:t>　　由主持人说个字。如爱，现场每组一对。比赛过程中参与者自由发挥自我特长，努力表现自我。唱爱开头对情歌最多的一组将得到小礼品一份。要答对5次失败的就淘汰。</w:t>
      </w:r>
      <w:r>
        <w:rPr>
          <w:lang w:eastAsia="zh-CN"/>
        </w:rPr>
        <w:br/>
      </w:r>
      <w:r>
        <w:rPr>
          <w:lang w:eastAsia="zh-CN"/>
        </w:rPr>
        <w:t>　　4、520情侣大赢家pk</w:t>
      </w:r>
      <w:r>
        <w:rPr>
          <w:lang w:eastAsia="zh-CN"/>
        </w:rPr>
        <w:br/>
      </w:r>
      <w:r>
        <w:rPr>
          <w:lang w:eastAsia="zh-CN"/>
        </w:rPr>
        <w:t>　　活动每对赢的男女在pk评第一名第二名第三名</w:t>
      </w:r>
      <w:r>
        <w:rPr>
          <w:lang w:eastAsia="zh-CN"/>
        </w:rPr>
        <w:br/>
      </w:r>
      <w:r>
        <w:rPr>
          <w:lang w:eastAsia="zh-CN"/>
        </w:rPr>
        <w:t>　　3对情侣。拿西瓜喂对方吃。男的蒙上眼晴。每组女的给对方瞎指挥。看那对吃到西瓜就赢的。赢的一队将得到小礼品一份。失败的就淘汰。</w:t>
      </w:r>
      <w:r>
        <w:rPr>
          <w:lang w:eastAsia="zh-CN"/>
        </w:rPr>
        <w:br/>
      </w:r>
      <w:r>
        <w:rPr>
          <w:lang w:eastAsia="zh-CN"/>
        </w:rPr>
        <w:t>　　男的站在墙边而女的即上红绳对着拉。只要男能够牵到你的手就赢的。</w:t>
      </w:r>
      <w:r>
        <w:rPr>
          <w:lang w:eastAsia="zh-CN"/>
        </w:rPr>
        <w:br/>
      </w:r>
      <w:r>
        <w:rPr>
          <w:lang w:eastAsia="zh-CN"/>
        </w:rPr>
        <w:t>　　5、一见钟情心心相印</w:t>
      </w:r>
      <w:r>
        <w:rPr>
          <w:lang w:eastAsia="zh-CN"/>
        </w:rPr>
        <w:br/>
      </w:r>
      <w:r>
        <w:rPr>
          <w:lang w:eastAsia="zh-CN"/>
        </w:rPr>
        <w:t>　　主次人说三个成语男的要按求做三样不同的动作。男的'写在女的手上女的猜出来答多的就赢的失败的就淘汰</w:t>
      </w:r>
      <w:r>
        <w:rPr>
          <w:lang w:eastAsia="zh-CN"/>
        </w:rPr>
        <w:br/>
      </w:r>
      <w:r>
        <w:rPr>
          <w:lang w:eastAsia="zh-CN"/>
        </w:rPr>
        <w:t>　　6、四不象</w:t>
      </w:r>
      <w:r>
        <w:rPr>
          <w:lang w:eastAsia="zh-CN"/>
        </w:rPr>
        <w:br/>
      </w:r>
      <w:r>
        <w:rPr>
          <w:lang w:eastAsia="zh-CN"/>
        </w:rPr>
        <w:t>　　每队男女谈论给对方学什么叫。那个队的可以男的或者女的叫男的猜。猜对算赢猜3次</w:t>
      </w:r>
      <w:r>
        <w:rPr>
          <w:lang w:eastAsia="zh-CN"/>
        </w:rPr>
        <w:br/>
      </w:r>
      <w:r>
        <w:rPr>
          <w:lang w:eastAsia="zh-CN"/>
        </w:rPr>
        <w:t>　　失败的就淘汰。</w:t>
      </w:r>
      <w:r>
        <w:rPr>
          <w:lang w:eastAsia="zh-CN"/>
        </w:rPr>
        <w:br/>
      </w:r>
      <w:r>
        <w:rPr>
          <w:lang w:eastAsia="zh-CN"/>
        </w:rPr>
        <w:t>　　最后终结情侣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剩下最后三对。化拳看那队一组赢的他们可以给剩下一队想游戏让他们竟挣第三名。赢的就和那一队。给大家说活动得第一名</w:t>
      </w:r>
      <w:r>
        <w:rPr>
          <w:lang w:eastAsia="zh-CN"/>
        </w:rPr>
        <w:br/>
      </w:r>
      <w:r>
        <w:rPr>
          <w:lang w:eastAsia="zh-CN"/>
        </w:rPr>
        <w:t>　　文艺演出：</w:t>
      </w:r>
      <w:r>
        <w:rPr>
          <w:lang w:eastAsia="zh-CN"/>
        </w:rPr>
        <w:br/>
      </w:r>
      <w:r>
        <w:rPr>
          <w:lang w:eastAsia="zh-CN"/>
        </w:rPr>
        <w:t>　　男女嘉宾共同出些节目。大家一起娱乐，唱歌跳舞，做游戏等</w:t>
      </w:r>
      <w:r>
        <w:rPr>
          <w:lang w:eastAsia="zh-CN"/>
        </w:rPr>
        <w:br/>
      </w:r>
      <w:r>
        <w:rPr>
          <w:lang w:eastAsia="zh-CN"/>
        </w:rPr>
        <w:t>　　自由活动：吃巧果</w:t>
      </w:r>
      <w:r>
        <w:rPr>
          <w:lang w:eastAsia="zh-CN"/>
        </w:rPr>
        <w:br/>
      </w:r>
      <w:r>
        <w:rPr>
          <w:lang w:eastAsia="zh-CN"/>
        </w:rPr>
        <w:t>　　520的应节食品，以巧果最为出名。巧果又名“乞巧果子”，准备一些巧果，和一些小零食，大家边吃巧果边娱乐边聊天，这样有可以给双方一个了解对方的机会。</w:t>
      </w:r>
      <w:r>
        <w:rPr>
          <w:lang w:eastAsia="zh-CN"/>
        </w:rPr>
        <w:br/>
      </w:r>
      <w:r>
        <w:rPr>
          <w:lang w:eastAsia="zh-CN"/>
        </w:rPr>
        <w:t xml:space="preserve">    2024年会创意策划方案 篇12 </w:t>
      </w:r>
      <w:r>
        <w:rPr>
          <w:lang w:eastAsia="zh-CN"/>
        </w:rPr>
        <w:br/>
      </w:r>
      <w:r>
        <w:rPr>
          <w:lang w:eastAsia="zh-CN"/>
        </w:rPr>
        <w:t>　　新学期新校园新开始我们怀着崇高的热情聚到了团委这个团体中。中国共产主义青年团，是中国共产党缔造并领导的一个具有光荣历史和革命传统的先进青年的群众组织，是广大青年在实践中学习共产主义的学校，是中国共产党的助手和后备军。我们作为其中的一员，定将要把自己的力量贡献出去，去壮大中国的后续力量队伍。</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根据校团委和学校工作的要求，根据学院党委和学院工作的要求，认真落实科学发展观，将团员先进性教育、青年学生的心理特点以及学校具体情况等三者有机结合，广泛而深入地开展爱国主义、集体主义、民主与法制教育、基础文明养成教育、礼仪教育，爱心助学等活动，健全团的基础组织建设，使学生更好地参与学校常规管理，大力推进素质教育和创新教育，积极为团员青年成长成才服务，努力加强团的自身建设，不断创新工作思路和方法，努力开创我校共青团工作的新局面。在新的学期，我们将继续努力把共青团队伍建设成一支热爱国家，热爱中国共产党，热爱人民的高素质的队伍。</w:t>
      </w:r>
      <w:r>
        <w:rPr>
          <w:lang w:eastAsia="zh-CN"/>
        </w:rPr>
        <w:br/>
      </w:r>
      <w:r>
        <w:rPr>
          <w:lang w:eastAsia="zh-CN"/>
        </w:rPr>
        <w:t>　　二、基础建设和常规工作</w:t>
      </w:r>
      <w:r>
        <w:rPr>
          <w:lang w:eastAsia="zh-CN"/>
        </w:rPr>
        <w:br/>
      </w:r>
      <w:r>
        <w:rPr>
          <w:lang w:eastAsia="zh-CN"/>
        </w:rPr>
        <w:t>　　团委组织部：1、做好团费的收缴、团员证的颁发、组织关系的接转工作。</w:t>
      </w:r>
      <w:r>
        <w:rPr>
          <w:lang w:eastAsia="zh-CN"/>
        </w:rPr>
        <w:br/>
      </w:r>
      <w:r>
        <w:rPr>
          <w:lang w:eastAsia="zh-CN"/>
        </w:rPr>
        <w:t>　　2、做好团员发展、团员证的年度注册、团团档案的归档、统计并掌握团组织的基本数据资料。</w:t>
      </w:r>
      <w:r>
        <w:rPr>
          <w:lang w:eastAsia="zh-CN"/>
        </w:rPr>
        <w:br/>
      </w:r>
      <w:r>
        <w:rPr>
          <w:lang w:eastAsia="zh-CN"/>
        </w:rPr>
        <w:t>　　3、团员和团干部、团员积极分子的`培养和考核，创建学习型团组织，定期举办团干部业务培训，使团干部规范有序地开展工作，并积极参与学校常规管理，以此调动学生干部的工作积极性、创造性，使之成为团委工作的助手，成为与学生沟通的桥梁。</w:t>
      </w:r>
      <w:r>
        <w:rPr>
          <w:lang w:eastAsia="zh-CN"/>
        </w:rPr>
        <w:br/>
      </w:r>
      <w:r>
        <w:rPr>
          <w:lang w:eastAsia="zh-CN"/>
        </w:rPr>
        <w:t>　　4、充分用好团队知识讲座这块阵地，开展党的先进精神学习教育活动，加强社会主义荣辱观教育， 并积极传达上级团委精神。</w:t>
      </w:r>
      <w:r>
        <w:rPr>
          <w:lang w:eastAsia="zh-CN"/>
        </w:rPr>
        <w:br/>
      </w:r>
      <w:r>
        <w:rPr>
          <w:lang w:eastAsia="zh-CN"/>
        </w:rPr>
        <w:t>　　5、做好团内评优活动，开展团校培训工作并组织考核，推荐优秀团员入党工作。</w:t>
      </w:r>
      <w:r>
        <w:rPr>
          <w:lang w:eastAsia="zh-CN"/>
        </w:rPr>
        <w:br/>
      </w:r>
      <w:r>
        <w:rPr>
          <w:lang w:eastAsia="zh-CN"/>
        </w:rPr>
        <w:t>　　团委宣传部：要做好各种活动的宣传方面的活动。</w:t>
      </w:r>
      <w:r>
        <w:rPr>
          <w:lang w:eastAsia="zh-CN"/>
        </w:rPr>
        <w:br/>
      </w:r>
      <w:r>
        <w:rPr>
          <w:lang w:eastAsia="zh-CN"/>
        </w:rPr>
        <w:t>　　团委下设学生会：负责办好每周的舞会及学院内的一些常规工作。</w:t>
      </w:r>
      <w:r>
        <w:rPr>
          <w:lang w:eastAsia="zh-CN"/>
        </w:rPr>
        <w:br/>
      </w:r>
      <w:r>
        <w:rPr>
          <w:lang w:eastAsia="zh-CN"/>
        </w:rPr>
        <w:t>　　团委下设青年志愿者协会：做好本学年的敬老院、孤儿院的志愿活动，并负责组织好支教活动;做好对校园、社会某些方面的志愿服务工作，加强对社会上弱势群体的帮扶。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三、 团委具体工作安排</w:t>
      </w:r>
      <w:r>
        <w:rPr>
          <w:lang w:eastAsia="zh-CN"/>
        </w:rPr>
        <w:br/>
      </w:r>
      <w:r>
        <w:rPr>
          <w:lang w:eastAsia="zh-CN"/>
        </w:rPr>
        <w:t>　　l 9月——12月中旬</w:t>
      </w:r>
      <w:r>
        <w:rPr>
          <w:lang w:eastAsia="zh-CN"/>
        </w:rPr>
        <w:br/>
      </w:r>
      <w:r>
        <w:rPr>
          <w:lang w:eastAsia="zh-CN"/>
        </w:rPr>
        <w:t>　　团委策划组织“我的团日,我做主”大学生自主团日活动;</w:t>
      </w:r>
      <w:r>
        <w:rPr>
          <w:lang w:eastAsia="zh-CN"/>
        </w:rPr>
        <w:br/>
      </w:r>
      <w:r>
        <w:rPr>
          <w:lang w:eastAsia="zh-CN"/>
        </w:rPr>
        <w:t>　　l 9月下旬至10月上旬</w:t>
      </w:r>
      <w:r>
        <w:rPr>
          <w:lang w:eastAsia="zh-CN"/>
        </w:rPr>
        <w:br/>
      </w:r>
      <w:r>
        <w:rPr>
          <w:lang w:eastAsia="zh-CN"/>
        </w:rPr>
        <w:t>　　团委各部门进行纳新活动：</w:t>
      </w:r>
      <w:r>
        <w:rPr>
          <w:lang w:eastAsia="zh-CN"/>
        </w:rPr>
        <w:br/>
      </w:r>
      <w:r>
        <w:rPr>
          <w:lang w:eastAsia="zh-CN"/>
        </w:rPr>
        <w:t>　　l 9月下旬</w:t>
      </w:r>
      <w:r>
        <w:rPr>
          <w:lang w:eastAsia="zh-CN"/>
        </w:rPr>
        <w:br/>
      </w:r>
      <w:r>
        <w:rPr>
          <w:lang w:eastAsia="zh-CN"/>
        </w:rPr>
        <w:t>　　学生会体育部组织进行校级俱乐部篮球、足球比赛，9月下旬至10月上旬，组织进行篮球、足球等迎新比赛;</w:t>
      </w:r>
      <w:r>
        <w:rPr>
          <w:lang w:eastAsia="zh-CN"/>
        </w:rPr>
        <w:br/>
      </w:r>
      <w:r>
        <w:rPr>
          <w:lang w:eastAsia="zh-CN"/>
        </w:rPr>
        <w:t>　　l 9月下旬至10月上旬</w:t>
      </w:r>
      <w:r>
        <w:rPr>
          <w:lang w:eastAsia="zh-CN"/>
        </w:rPr>
        <w:br/>
      </w:r>
      <w:r>
        <w:rPr>
          <w:lang w:eastAsia="zh-CN"/>
        </w:rPr>
        <w:t>　　学生会学习部组织迎新新老生交流会;</w:t>
      </w:r>
      <w:r>
        <w:rPr>
          <w:lang w:eastAsia="zh-CN"/>
        </w:rPr>
        <w:br/>
      </w:r>
      <w:r>
        <w:rPr>
          <w:lang w:eastAsia="zh-CN"/>
        </w:rPr>
        <w:t>　　文艺部组织迎新晚会;</w:t>
      </w:r>
      <w:r>
        <w:rPr>
          <w:lang w:eastAsia="zh-CN"/>
        </w:rPr>
        <w:br/>
      </w:r>
      <w:r>
        <w:rPr>
          <w:lang w:eastAsia="zh-CN"/>
        </w:rPr>
        <w:t>　　生活部组织宣传宿舍祝福小贴士;</w:t>
      </w:r>
      <w:r>
        <w:rPr>
          <w:lang w:eastAsia="zh-CN"/>
        </w:rPr>
        <w:br/>
      </w:r>
      <w:r>
        <w:rPr>
          <w:lang w:eastAsia="zh-CN"/>
        </w:rPr>
        <w:t>　　女生部组织礼仪队的培训和宿舍晚归安全检查;</w:t>
      </w:r>
      <w:r>
        <w:rPr>
          <w:lang w:eastAsia="zh-CN"/>
        </w:rPr>
        <w:br/>
      </w:r>
      <w:r>
        <w:rPr>
          <w:lang w:eastAsia="zh-CN"/>
        </w:rPr>
        <w:t>　　l 9月下旬至10月中旬</w:t>
      </w:r>
      <w:r>
        <w:rPr>
          <w:lang w:eastAsia="zh-CN"/>
        </w:rPr>
        <w:br/>
      </w:r>
      <w:r>
        <w:rPr>
          <w:lang w:eastAsia="zh-CN"/>
        </w:rPr>
        <w:t>　　法学社组织法律宣传电影播放，联系学校施工区、社区、或村民进行法律法规宣传及法律援助;</w:t>
      </w:r>
      <w:r>
        <w:rPr>
          <w:lang w:eastAsia="zh-CN"/>
        </w:rPr>
        <w:br/>
      </w:r>
      <w:r>
        <w:rPr>
          <w:lang w:eastAsia="zh-CN"/>
        </w:rPr>
        <w:t>　　绿太阳社团组织老社员定时排练,与各学院学生会加强联系,积极参加各学院组织的迎新晚会;</w:t>
      </w:r>
      <w:r>
        <w:rPr>
          <w:lang w:eastAsia="zh-CN"/>
        </w:rPr>
        <w:br/>
      </w:r>
      <w:r>
        <w:rPr>
          <w:lang w:eastAsia="zh-CN"/>
        </w:rPr>
        <w:t>　　时政论坛社将组织时事讲座，邀请法政学院教师以自己视角剖析时政;</w:t>
      </w:r>
      <w:r>
        <w:rPr>
          <w:lang w:eastAsia="zh-CN"/>
        </w:rPr>
        <w:br/>
      </w:r>
      <w:r>
        <w:rPr>
          <w:lang w:eastAsia="zh-CN"/>
        </w:rPr>
        <w:t>　　l 10月中旬至11月上旬</w:t>
      </w:r>
      <w:r>
        <w:rPr>
          <w:lang w:eastAsia="zh-CN"/>
        </w:rPr>
        <w:br/>
      </w:r>
      <w:r>
        <w:rPr>
          <w:lang w:eastAsia="zh-CN"/>
        </w:rPr>
        <w:t>　　学社会体育部组织全校的秋季运动会;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学习部组织演讲比赛，吸收辩论成员，组织院内的辩论赛;</w:t>
      </w:r>
      <w:r>
        <w:rPr>
          <w:lang w:eastAsia="zh-CN"/>
        </w:rPr>
        <w:br/>
      </w:r>
      <w:r>
        <w:rPr>
          <w:lang w:eastAsia="zh-CN"/>
        </w:rPr>
        <w:t>　　文艺部组织学院内部主持人大赛;</w:t>
      </w:r>
      <w:r>
        <w:rPr>
          <w:lang w:eastAsia="zh-CN"/>
        </w:rPr>
        <w:br/>
      </w:r>
      <w:r>
        <w:rPr>
          <w:lang w:eastAsia="zh-CN"/>
        </w:rPr>
        <w:t>　　生活部组织宣传宿舍安全小贴士，并将组织我爱我家——宿舍风采大赛;</w:t>
      </w:r>
      <w:r>
        <w:rPr>
          <w:lang w:eastAsia="zh-CN"/>
        </w:rPr>
        <w:br/>
      </w:r>
      <w:r>
        <w:rPr>
          <w:lang w:eastAsia="zh-CN"/>
        </w:rPr>
        <w:t>　　l 10月中旬至11月上旬</w:t>
      </w:r>
      <w:r>
        <w:rPr>
          <w:lang w:eastAsia="zh-CN"/>
        </w:rPr>
        <w:br/>
      </w:r>
      <w:r>
        <w:rPr>
          <w:lang w:eastAsia="zh-CN"/>
        </w:rPr>
        <w:t>　　绿太阳社团组织新老社员见面会,就大家的艺术爱好,表演经验,及新学期发展方向进行交流;</w:t>
      </w:r>
      <w:r>
        <w:rPr>
          <w:lang w:eastAsia="zh-CN"/>
        </w:rPr>
        <w:br/>
      </w:r>
      <w:r>
        <w:rPr>
          <w:lang w:eastAsia="zh-CN"/>
        </w:rPr>
        <w:t>　　法学社组织法律宣传并组织大一大二学生模拟法庭;</w:t>
      </w:r>
      <w:r>
        <w:rPr>
          <w:lang w:eastAsia="zh-CN"/>
        </w:rPr>
        <w:br/>
      </w:r>
      <w:r>
        <w:rPr>
          <w:lang w:eastAsia="zh-CN"/>
        </w:rPr>
        <w:t>　　时政论坛社组织社员参加实践活动，如到西柏坡革命基地、部队院校等参观学习，增强历史责任感;</w:t>
      </w:r>
      <w:r>
        <w:rPr>
          <w:lang w:eastAsia="zh-CN"/>
        </w:rPr>
        <w:br/>
      </w:r>
      <w:r>
        <w:rPr>
          <w:lang w:eastAsia="zh-CN"/>
        </w:rPr>
        <w:t>　　l 11月中旬至12月上旬</w:t>
      </w:r>
      <w:r>
        <w:rPr>
          <w:lang w:eastAsia="zh-CN"/>
        </w:rPr>
        <w:br/>
      </w:r>
      <w:r>
        <w:rPr>
          <w:lang w:eastAsia="zh-CN"/>
        </w:rPr>
        <w:t>　　学生会体育部组织体育队伍，组织与其他学院的体育赛事;</w:t>
      </w:r>
      <w:r>
        <w:rPr>
          <w:lang w:eastAsia="zh-CN"/>
        </w:rPr>
        <w:br/>
      </w:r>
      <w:r>
        <w:rPr>
          <w:lang w:eastAsia="zh-CN"/>
        </w:rPr>
        <w:t>　　学习部组织与其他学院的辩论赛，英语剧大赛，读书月活动;</w:t>
      </w:r>
      <w:r>
        <w:rPr>
          <w:lang w:eastAsia="zh-CN"/>
        </w:rPr>
        <w:br/>
      </w:r>
      <w:r>
        <w:rPr>
          <w:lang w:eastAsia="zh-CN"/>
        </w:rPr>
        <w:t>　　生活部组织宣传宿舍卫生小贴士，并将组织举办新老生商品展销会，同时配合校医院的工作，进行安全健康知识宣传;</w:t>
      </w:r>
      <w:r>
        <w:rPr>
          <w:lang w:eastAsia="zh-CN"/>
        </w:rPr>
        <w:br/>
      </w:r>
      <w:r>
        <w:rPr>
          <w:lang w:eastAsia="zh-CN"/>
        </w:rPr>
        <w:t>　　文艺部与其他学院联谊进行歌手大赛;女生部进行“送祝福”活动，让小小的祝福温暖大家。</w:t>
      </w:r>
      <w:r>
        <w:rPr>
          <w:lang w:eastAsia="zh-CN"/>
        </w:rPr>
        <w:br/>
      </w:r>
      <w:r>
        <w:rPr>
          <w:lang w:eastAsia="zh-CN"/>
        </w:rPr>
        <w:t>　　l 11月中旬至12月上旬</w:t>
      </w:r>
      <w:r>
        <w:rPr>
          <w:lang w:eastAsia="zh-CN"/>
        </w:rPr>
        <w:br/>
      </w:r>
      <w:r>
        <w:rPr>
          <w:lang w:eastAsia="zh-CN"/>
        </w:rPr>
        <w:t>　　法学社组织法学专业论文征文大赛，并在校园进行法律知识宣传，进行法律援助;</w:t>
      </w:r>
      <w:r>
        <w:rPr>
          <w:lang w:eastAsia="zh-CN"/>
        </w:rPr>
        <w:br/>
      </w:r>
      <w:r>
        <w:rPr>
          <w:lang w:eastAsia="zh-CN"/>
        </w:rPr>
        <w:t>　　绿太阳社团将与其他社团共同组织部分小型室内演讲,观看表演影片，并与新闻传播学院的同学联系举办一场剧本写作交流会;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时政论坛社将鼓励社员阅读时事报纸、浏览时事网站，以自己的视角每月写一篇时事报告，装订成册，并组织观看事实电影;</w:t>
      </w:r>
      <w:r>
        <w:rPr>
          <w:lang w:eastAsia="zh-CN"/>
        </w:rPr>
        <w:br/>
      </w:r>
      <w:r>
        <w:rPr>
          <w:lang w:eastAsia="zh-CN"/>
        </w:rPr>
        <w:t>　　l 12月中旬至1月上旬</w:t>
      </w:r>
      <w:r>
        <w:rPr>
          <w:lang w:eastAsia="zh-CN"/>
        </w:rPr>
        <w:br/>
      </w:r>
      <w:r>
        <w:rPr>
          <w:lang w:eastAsia="zh-CN"/>
        </w:rPr>
        <w:t>　　团委组织部将对院内同学们进行文明考试的宣传与教育;</w:t>
      </w:r>
      <w:r>
        <w:rPr>
          <w:lang w:eastAsia="zh-CN"/>
        </w:rPr>
        <w:br/>
      </w:r>
      <w:r>
        <w:rPr>
          <w:lang w:eastAsia="zh-CN"/>
        </w:rPr>
        <w:t>　　学生会文艺部将负责举办圣诞晚会;</w:t>
      </w:r>
      <w:r>
        <w:rPr>
          <w:lang w:eastAsia="zh-CN"/>
        </w:rPr>
        <w:br/>
      </w:r>
      <w:r>
        <w:rPr>
          <w:lang w:eastAsia="zh-CN"/>
        </w:rPr>
        <w:t>　　生活部将进行宿舍减压小贴士、寒假出游小贴士的宣传工作，并组织学生会人员参加食堂一日体验活动，参加冬至包饺子联欢;</w:t>
      </w:r>
      <w:r>
        <w:rPr>
          <w:lang w:eastAsia="zh-CN"/>
        </w:rPr>
        <w:br/>
      </w:r>
      <w:r>
        <w:rPr>
          <w:lang w:eastAsia="zh-CN"/>
        </w:rPr>
        <w:t>　　学习部组织院内学习竞赛活动并调动大二、大三学生为大一学生进行考前帮扶;</w:t>
      </w:r>
      <w:r>
        <w:rPr>
          <w:lang w:eastAsia="zh-CN"/>
        </w:rPr>
        <w:br/>
      </w:r>
      <w:r>
        <w:rPr>
          <w:lang w:eastAsia="zh-CN"/>
        </w:rPr>
        <w:t>　　l 12月中旬至1月上旬</w:t>
      </w:r>
      <w:r>
        <w:rPr>
          <w:lang w:eastAsia="zh-CN"/>
        </w:rPr>
        <w:br/>
      </w:r>
      <w:r>
        <w:rPr>
          <w:lang w:eastAsia="zh-CN"/>
        </w:rPr>
        <w:t>　　法学社将组织司考、期末考试学习经验交流，组织12.4法制宣传日活动;</w:t>
      </w:r>
      <w:r>
        <w:rPr>
          <w:lang w:eastAsia="zh-CN"/>
        </w:rPr>
        <w:br/>
      </w:r>
      <w:r>
        <w:rPr>
          <w:lang w:eastAsia="zh-CN"/>
        </w:rPr>
        <w:t>　　绿太阳社团将引导新生表演，进行角色定位;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时政论坛社以研讨会的结论成果，编撰一份针对某个时政问题的参考资料，并存档入库。我们还要在本学期工作计划的基础上，根据学校工作的实际要求，灵活多变地开展工作，与时俱进，开拓创新，乘势而上，争取开创校团委工作的新局面，把校团委的工作和学校整体工作紧密结合起来，尽自己最大的努力，为学校的跨跃式发展贡献一份力量。本学年我们面临着搬入新校区和学院团委大变革的关键时期，我们面临着巨大的挑战，工作虽然会有些艰辛，但我们的工作将会有一个新的开始，我们将会有一个新的舞台，去发挥，去创造，去奋斗。我们定将投入我们的热情和激情，发挥我们的聪明才智，把团委建设的更加强大，让学生工作更加突出、漂亮，全心全力建设模范团委、优秀团委，去开创法政学院团委的一片天!</w:t>
      </w:r>
      <w:r>
        <w:rPr>
          <w:lang w:eastAsia="zh-CN"/>
        </w:rPr>
        <w:br/>
      </w:r>
      <w:r>
        <w:rPr>
          <w:lang w:eastAsia="zh-CN"/>
        </w:rPr>
        <w:t xml:space="preserve">    2024年会创意策划方案 篇13 </w:t>
      </w:r>
      <w:r>
        <w:rPr>
          <w:lang w:eastAsia="zh-CN"/>
        </w:rPr>
        <w:br/>
      </w:r>
      <w:r>
        <w:rPr>
          <w:lang w:eastAsia="zh-CN"/>
        </w:rPr>
        <w:t>　　酒店营销就是为了满足客户的合理要求，为使酒店盈利而进行的一系列经营、销售活动，营销的核心是围绕满足客人的合理要求，最终的目的是为酒店盈利。</w:t>
      </w:r>
      <w:r>
        <w:rPr>
          <w:lang w:eastAsia="zh-CN"/>
        </w:rPr>
        <w:br/>
      </w:r>
      <w:r>
        <w:rPr>
          <w:lang w:eastAsia="zh-CN"/>
        </w:rPr>
        <w:t>　　酒店营销是市场营销的一种，也是酒店经营活动的重要组成部分。它始于饭店提供产品和服务之前，主要研究宾客的需要和促进酒店客源的增长的方法，致力于开发酒店市场的潜力，增进酒店的收益。市场营销涉及到满足宾客的需求产品，贯穿于从饭店流通到宾客的一切业务活动，最终使酒店实现其预设的经营目标。</w:t>
      </w:r>
      <w:r>
        <w:rPr>
          <w:lang w:eastAsia="zh-CN"/>
        </w:rPr>
        <w:br/>
      </w:r>
      <w:r>
        <w:rPr>
          <w:lang w:eastAsia="zh-CN"/>
        </w:rPr>
        <w:t>　　酒店营销特点</w:t>
      </w:r>
      <w:r>
        <w:rPr>
          <w:lang w:eastAsia="zh-CN"/>
        </w:rPr>
        <w:br/>
      </w:r>
      <w:r>
        <w:rPr>
          <w:lang w:eastAsia="zh-CN"/>
        </w:rPr>
        <w:t>　　综合性</w:t>
      </w:r>
      <w:r>
        <w:rPr>
          <w:lang w:eastAsia="zh-CN"/>
        </w:rPr>
        <w:br/>
      </w:r>
      <w:r>
        <w:rPr>
          <w:lang w:eastAsia="zh-CN"/>
        </w:rPr>
        <w:t>　　顾客对饭店的需求除了宿、食等基本外，还包括美食、购物、娱乐、信息交流、商务活动等综合需求。现代酒店营销与饭店各部门的员工密切相关，只要有一员工的服务使宾客不满意，就会造成100-1=0。</w:t>
      </w:r>
      <w:r>
        <w:rPr>
          <w:lang w:eastAsia="zh-CN"/>
        </w:rPr>
        <w:br/>
      </w:r>
      <w:r>
        <w:rPr>
          <w:lang w:eastAsia="zh-CN"/>
        </w:rPr>
        <w:t>　　无形性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服务是酒店的主要产品，酒店所有的产品都伴随服务出售，对酒店产品质量评价，取决于顾客对由服务支配的酒店产品的主观感受。酒店产品被顾客购买后，只是在一定时间和空间拥有使用权，而无法占有他们。</w:t>
      </w:r>
      <w:r>
        <w:rPr>
          <w:lang w:eastAsia="zh-CN"/>
        </w:rPr>
        <w:br/>
      </w:r>
      <w:r>
        <w:rPr>
          <w:lang w:eastAsia="zh-CN"/>
        </w:rPr>
        <w:t>　　时效性</w:t>
      </w:r>
      <w:r>
        <w:rPr>
          <w:lang w:eastAsia="zh-CN"/>
        </w:rPr>
        <w:br/>
      </w:r>
      <w:r>
        <w:rPr>
          <w:lang w:eastAsia="zh-CN"/>
        </w:rPr>
        <w:t>　　即酒店产品的.不可贮存性。</w:t>
      </w:r>
      <w:r>
        <w:rPr>
          <w:lang w:eastAsia="zh-CN"/>
        </w:rPr>
        <w:br/>
      </w:r>
      <w:r>
        <w:rPr>
          <w:lang w:eastAsia="zh-CN"/>
        </w:rPr>
        <w:t>　　易波动性</w:t>
      </w:r>
      <w:r>
        <w:rPr>
          <w:lang w:eastAsia="zh-CN"/>
        </w:rPr>
        <w:br/>
      </w:r>
      <w:r>
        <w:rPr>
          <w:lang w:eastAsia="zh-CN"/>
        </w:rPr>
        <w:t>　　(1)旅游构成，食、住、游、如愿、购缺一不可。</w:t>
      </w:r>
      <w:r>
        <w:rPr>
          <w:lang w:eastAsia="zh-CN"/>
        </w:rPr>
        <w:br/>
      </w:r>
      <w:r>
        <w:rPr>
          <w:lang w:eastAsia="zh-CN"/>
        </w:rPr>
        <w:t>　　(2)季节性波动，即我们所讲的淡季、旺季。</w:t>
      </w:r>
      <w:r>
        <w:rPr>
          <w:lang w:eastAsia="zh-CN"/>
        </w:rPr>
        <w:br/>
      </w:r>
      <w:r>
        <w:rPr>
          <w:lang w:eastAsia="zh-CN"/>
        </w:rPr>
        <w:t>　　(3)受政治、经济、社会及自然因素的影响。因此酒店的营销根据其特点，有效组织相应市场的营销，以追求最高效益。</w:t>
      </w:r>
      <w:r>
        <w:rPr>
          <w:lang w:eastAsia="zh-CN"/>
        </w:rPr>
        <w:br/>
      </w:r>
      <w:r>
        <w:rPr>
          <w:lang w:eastAsia="zh-CN"/>
        </w:rPr>
        <w:t>　　组织营销</w:t>
      </w:r>
      <w:r>
        <w:rPr>
          <w:lang w:eastAsia="zh-CN"/>
        </w:rPr>
        <w:br/>
      </w:r>
      <w:r>
        <w:rPr>
          <w:lang w:eastAsia="zh-CN"/>
        </w:rPr>
        <w:t>　　酒店营销在组织开展时，要做到以下几项：</w:t>
      </w:r>
      <w:r>
        <w:rPr>
          <w:lang w:eastAsia="zh-CN"/>
        </w:rPr>
        <w:br/>
      </w:r>
      <w:r>
        <w:rPr>
          <w:lang w:eastAsia="zh-CN"/>
        </w:rPr>
        <w:t>　　1、划定销售区域和范围。营销部经理配合销售人员划定销售的区域和范围，以包干的方式，积极引导销售人员拓展销售面，销售区域和范围的分配要根据常客的销售潜力，客户的地理位置和类别来加以分配。</w:t>
      </w:r>
      <w:r>
        <w:rPr>
          <w:lang w:eastAsia="zh-CN"/>
        </w:rPr>
        <w:br/>
      </w:r>
      <w:r>
        <w:rPr>
          <w:lang w:eastAsia="zh-CN"/>
        </w:rPr>
        <w:t>　　2、规定销售指标。营销部经理根据饭店的销售目标和政策制定销售指标。销售指标分为数量指标和质量指标。数量指标有：酒店营销管理思想</w:t>
      </w:r>
      <w:r>
        <w:rPr>
          <w:lang w:eastAsia="zh-CN"/>
        </w:rPr>
        <w:br/>
      </w:r>
      <w:r>
        <w:rPr>
          <w:lang w:eastAsia="zh-CN"/>
        </w:rPr>
        <w:t>　　(1)销售数量，如客房销售的天数，餐饮销售额，平均房价，销售收入等。</w:t>
      </w:r>
      <w:r>
        <w:rPr>
          <w:lang w:eastAsia="zh-CN"/>
        </w:rPr>
        <w:br/>
      </w:r>
      <w:r>
        <w:rPr>
          <w:lang w:eastAsia="zh-CN"/>
        </w:rPr>
        <w:t>　　(2)销售次数，每天或每月应进行的销售访问次数。</w:t>
      </w:r>
      <w:r>
        <w:rPr>
          <w:lang w:eastAsia="zh-CN"/>
        </w:rPr>
        <w:br/>
      </w:r>
      <w:r>
        <w:rPr>
          <w:lang w:eastAsia="zh-CN"/>
        </w:rPr>
        <w:t>　　(3)销售费用的指标与控制，每月销售人员所涉及的销售费用，如交通费和招待费用。</w:t>
      </w:r>
      <w:r>
        <w:rPr>
          <w:lang w:eastAsia="zh-CN"/>
        </w:rPr>
        <w:br/>
      </w:r>
    </w:p>
    <w:p w:rsidR="001B1F19" w14:textId="27C3F48A">
      <w:pPr>
        <w:rPr>
          <w:rFonts w:hint="eastAsia"/>
          <w:lang w:eastAsia="zh-CN"/>
        </w:rPr>
      </w:pPr>
      <w:r>
        <w:rPr>
          <w:lang w:eastAsia="zh-CN"/>
        </w:rPr>
        <w:t>　　由于各销售人员分管的客户需求潜力不同，在规定销售人员达到销售数量的同时，要确定销售的质量标准，质量标准有销售人员的产品和销售知识，销售访问的效果，销售人员的工作态度，工作能力以及与客户的关系等。</w:t>
      </w:r>
      <w:r>
        <w:rPr>
          <w:lang w:eastAsia="zh-CN"/>
        </w:rPr>
        <w:br/>
      </w:r>
      <w:r>
        <w:rPr>
          <w:lang w:eastAsia="zh-CN"/>
        </w:rPr>
        <w:t>　　3、销售人员的成绩评估。销售管理人员应采取合适的途径了解和获取销售人员工作的成绩信息，制订销售人员每月上报销售报告规则，了解销售情况，及时反馈销售信息。</w:t>
      </w:r>
      <w:r>
        <w:rPr>
          <w:lang w:eastAsia="zh-CN"/>
        </w:rPr>
        <w:br/>
      </w:r>
      <w:r>
        <w:rPr>
          <w:lang w:eastAsia="zh-CN"/>
        </w:rPr>
        <w:t>　　4、编排合理的组织机构。营销部根据酒店客户的地理位置和类别综合考虑，组织销售人员按地理位置分工销售，减少路途时间，提高工作效率。 根据当前酒店的发展状况，酒店营销要积极挖掘酒店产品的潜力，增加产品的吸引力，吸引宾客消费，招徕生意。</w:t>
      </w:r>
      <w:r>
        <w:rPr>
          <w:lang w:eastAsia="zh-CN"/>
        </w:rPr>
        <w:br/>
      </w:r>
      <w:r>
        <w:rPr>
          <w:lang w:eastAsia="zh-CN"/>
        </w:rPr>
        <w:t>　　产品组合</w:t>
      </w:r>
      <w:r>
        <w:rPr>
          <w:lang w:eastAsia="zh-CN"/>
        </w:rPr>
        <w:br/>
      </w:r>
      <w:r>
        <w:rPr>
          <w:lang w:eastAsia="zh-CN"/>
        </w:rPr>
        <w:t>　　酒店营销可根据企业的销售要求，针对宾客的不同需要开发各种受宾客欢迎的组合产品，吸引客源，现有的组合产品方式包括：</w:t>
      </w:r>
      <w:r>
        <w:rPr>
          <w:lang w:eastAsia="zh-CN"/>
        </w:rPr>
        <w:br/>
      </w:r>
      <w:r>
        <w:rPr>
          <w:lang w:eastAsia="zh-CN"/>
        </w:rPr>
        <w:t>　　(1)公务客人组合产品。针对公务客人的特殊服务，为公务客人提供优惠：如免费在客房供应一篮水果，免费提供欢迎饮料，免费使用康乐中心的设施和器材，免费参加酒吧，歌舞娱乐活动。</w:t>
      </w:r>
      <w:r>
        <w:rPr>
          <w:lang w:eastAsia="zh-CN"/>
        </w:rPr>
        <w:br/>
      </w:r>
      <w:r>
        <w:rPr>
          <w:lang w:eastAsia="zh-CN"/>
        </w:rPr>
        <w:t>　　(2)会议组合产品。会议组合产品包括使用会议厅，会议休息时间供应点心咖啡，会议期间工作餐，按每人一个包价优惠提供。</w:t>
      </w:r>
      <w:r>
        <w:rPr>
          <w:lang w:eastAsia="zh-CN"/>
        </w:rPr>
        <w:br/>
      </w:r>
      <w:r>
        <w:rPr>
          <w:lang w:eastAsia="zh-CN"/>
        </w:rPr>
        <w:t>　　(3)家庭住宿组合产品。形式如双人房供全家住宿，小孩与父母同住免费加床，提供看管小孩服务，小孩免费使用康乐设施，餐厅提供儿童菜单。</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https://d.book118.com/008062135111006033</w:t>
        </w:r>
      </w:hyperlink>
    </w:p>
    <w:p w:rsidR="001B1F19">
      <w:pPr>
        <w:rPr>
          <w:rFonts w:hint="eastAsia"/>
          <w:lang w:eastAsia="zh-CN"/>
        </w:rPr>
      </w:pPr>
    </w:p>
    <w:sectPr>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08062135111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