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护士年终工作总结,护士年终工作总结范文（32篇）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护士年终工作总结,护士年终工作总结范文（精选32篇）</w:t>
      </w:r>
      <w:r>
        <w:rPr>
          <w:lang w:eastAsia="zh-CN"/>
        </w:rPr>
        <w:br/>
      </w:r>
      <w:r>
        <w:rPr>
          <w:lang w:eastAsia="zh-CN"/>
        </w:rPr>
        <w:t xml:space="preserve">    护士年终工作总结,护士年终工作总结范文 篇1 </w:t>
      </w:r>
      <w:r>
        <w:rPr>
          <w:lang w:eastAsia="zh-CN"/>
        </w:rPr>
        <w:br/>
      </w:r>
      <w:r>
        <w:rPr>
          <w:lang w:eastAsia="zh-CN"/>
        </w:rPr>
        <w:t>　　尊敬的领导：</w:t>
      </w:r>
      <w:r>
        <w:rPr>
          <w:lang w:eastAsia="zh-CN"/>
        </w:rPr>
        <w:br/>
      </w:r>
      <w:r>
        <w:rPr>
          <w:lang w:eastAsia="zh-CN"/>
        </w:rPr>
        <w:t>　　回顾20__年，在院领导、护理部的正确领导和悉心关怀下，本人认真履行精神科护士长工作职责，以二甲医院的标准，严格执行护理管理各项制度和流程，注重护理质量的保证与持续改善，不断提升护理品牌，继续深化优质护理，切实完成医院及护理部的各项任务，现述职如下：</w:t>
      </w:r>
      <w:r>
        <w:rPr>
          <w:lang w:eastAsia="zh-CN"/>
        </w:rPr>
        <w:br/>
      </w:r>
      <w:r>
        <w:rPr>
          <w:lang w:eastAsia="zh-CN"/>
        </w:rPr>
        <w:t>　　一、政治思想方面。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认真学习，不断提高思想认识和政治理论水平，牢固树立科学发展观，严格要求自我，以身作则，带领全体护理人员，为精神病人供给更好更优质的护理服务;进取参加医院组织的员工素质教育及安全医疗教育，并落实到平时的工作中。认真学习医院的各项规章制度并组织落实，自觉遵守医务人员的职业道德，廉洁奉公，自觉树立医务工作者的良好形象。爱岗勤勉工作，踏实认真，勇于担当。带领本科护理同仁，认真履行各项制度，在原有优质护理的基础上，工作做得更加细化、服务更加热情、病人更加满意。在医院开展的“三好一满意”活动中，认真做好宣传工作，真正做到医德好、技术好、质量好、病人满意。平时，把严肃的工作态度与科学的工作方法结合起来，善于统筹兼顾、合理部署，分清轻重缓急，既突出重点，又顾全大局，使各项工作开展有条不紊、取得明显实效。</w:t>
      </w:r>
      <w:r>
        <w:rPr>
          <w:lang w:eastAsia="zh-CN"/>
        </w:rPr>
        <w:br/>
      </w:r>
      <w:r>
        <w:rPr>
          <w:lang w:eastAsia="zh-CN"/>
        </w:rPr>
        <w:t>　　二、工作实绩方面。</w:t>
      </w:r>
      <w:r>
        <w:rPr>
          <w:lang w:eastAsia="zh-CN"/>
        </w:rPr>
        <w:br/>
      </w:r>
      <w:r>
        <w:rPr>
          <w:lang w:eastAsia="zh-CN"/>
        </w:rPr>
        <w:t>　　1、落实要求，抓好护理质量管理。重视病房管理，科内实行护士长、职责组长、护理质控员三级管理，成立科室质量管理小组，经常进行现场指导与检查各项制度的落实情景，发现问题，及时在护士会上进行讨论分析，提出整改措施，使病房工作实行规范化管理。注重质量改善，把科室内存在的问题经过持续质量改善，顺利到达预期目标，建立健全质量监控，加强质量监督，实施标准化质量管理，每月对护理质量进行检查、量化、反馈、整改，建立质量管理的长效机制。按照二甲医院的标准，学制度，抓落实，学应知、应会，抓考核，使每位护士的理论、操作人人过关，并不断提高护理技能与服务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强化措施，确保安全护理。每月组织学习安全查对制度及各项急救流程，严格遵守各项规章制度和操作规程，不断规范各项操作流程，及时查找护理安全隐患。每月召开安全护理会议，不断强化安全意识，认真学习十四项核心制度及病人护理安全管理制度、护理安全隐患呈报讨论制度、护理事件呈报与预防制度。针对精神科专科特色，加强精神药物知识学习与普及，精神病人护理技术培训等专题讲座，并且运用于护理实践中，大大提高了新护士的专科护理技术和安全护理级别;进取做好病房的院感知识培训及消毒隔离工作，使院感知识深入到每个人，落实到每一个操作过程，避免了交叉感染的发生。</w:t>
      </w:r>
      <w:r>
        <w:rPr>
          <w:lang w:eastAsia="zh-CN"/>
        </w:rPr>
        <w:br/>
      </w:r>
      <w:r>
        <w:rPr>
          <w:lang w:eastAsia="zh-CN"/>
        </w:rPr>
        <w:t>　　3、坚持做好一日七查的督促与监管。以护理14项核心制度为指导，每日检查和督促护理事务的执行，发现缺陷及时纠偏和改善;认真做好护理人员岗前培训和在职培训，依法依规履行护理岗位职责。</w:t>
      </w:r>
      <w:r>
        <w:rPr>
          <w:lang w:eastAsia="zh-CN"/>
        </w:rPr>
        <w:br/>
      </w:r>
      <w:r>
        <w:rPr>
          <w:lang w:eastAsia="zh-CN"/>
        </w:rPr>
        <w:t>　　4、真心关爱，改善护理服务态度和作风，提高护理服务的满意度。在科室进取推广优质护理措施，转变了思想观念，整合基础护理，用药治疗、沟通和健康指导等各项护理工作，使职责护士对所包干的患者供给连续、全程和全人的护理服务。加强护患沟通，每月组织召开工休座谈会，听取患者及家属的意见与提议。真正做到想病人所想、急病人所急，每日2次查视病友，了解病人的需求，解决病人的困难，征求病人对护理人员的意见，不断改善方法与技术，护理服务满意度不断提高。同时，做好出院病人的电话随访及上门随访工作，使本科室在社会上的知名度、认可度、美誉度不断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5、坚持不懈，全面实施健康教育。制订针对性强的健康宣教资料，定期召开健康教育讲座，宣教率达100%、反馈率达95%。每月开讲健康教育课堂1次，对不一样精神疾病的病人进行宣教，使他们及时了解一些常见的健康卫生保健知识，并能自我识别异常;并制做图片及幻灯片，对每个病人及家属进行宣教，受到欢迎和好评。</w:t>
      </w:r>
      <w:r>
        <w:rPr>
          <w:lang w:eastAsia="zh-CN"/>
        </w:rPr>
        <w:br/>
      </w:r>
      <w:r>
        <w:rPr>
          <w:lang w:eastAsia="zh-CN"/>
        </w:rPr>
        <w:t>　　6、开源节流，提高经济效益。加强经济核算，努力降低医疗护理成本，讲究经济效益与医疗护理效果，要求全体医护人员、工勤人员，从节俭每一度电、每一滴水、每一张纸做起，严格控制科室支出、杜绝一切浪费现象。异常注意科室医疗设备的使用、维护、维修与保养，确保正常运行，为科室创造的经济效益。了解熟知各项收费标准，用活、用足收费政策，应收则收、应收不漏。</w:t>
      </w:r>
      <w:r>
        <w:rPr>
          <w:lang w:eastAsia="zh-CN"/>
        </w:rPr>
        <w:br/>
      </w:r>
      <w:r>
        <w:rPr>
          <w:lang w:eastAsia="zh-CN"/>
        </w:rPr>
        <w:t>　　7、凝聚人心，促进各项工作顺利完成。把工作做细、做实，努力营造风正气顺、团结协作、和谐高效的工作环境。坚持以人为本，关心、爱护、尊重、理解每一位医护工作者。作为护士长，与科室护理人员以诚相待、以心交心，不断发现和肯定科员的优点和长处，充分激发大家的工作热情，团结和睦，进取向上，融洽医护、护患关系，使五病室构成了一个团结、和谐、奋发、进取的团队。</w:t>
      </w:r>
      <w:r>
        <w:rPr>
          <w:lang w:eastAsia="zh-CN"/>
        </w:rPr>
        <w:br/>
      </w:r>
      <w:r>
        <w:rPr>
          <w:lang w:eastAsia="zh-CN"/>
        </w:rPr>
        <w:t>　　8、开展培训，提升整体素质。制订培训计划，定期组织护理人员进行培训，强化三基训练，经常学习新知识、新技术、新业务，努力提高每一位护理人员的业务水平，以适应科室新技术、新项目的开展，适应时代发展的需要。每周进行一次科级护理查房，每月进行一次个案护理查房，每季一次操作培训并组织考核，定期组织护理人员进行科内、院内业务学习及三基理论考核。按带教培训计划，认真做好实习生和新护士及进修生的带教及培训工作，为护理队伍输送合格的人才。</w:t>
      </w:r>
      <w:r>
        <w:rPr>
          <w:lang w:eastAsia="zh-CN"/>
        </w:rPr>
        <w:br/>
      </w:r>
      <w:r>
        <w:rPr>
          <w:lang w:eastAsia="zh-CN"/>
        </w:rPr>
        <w:t>　　三、学习科研方面。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利用业余时间，进取参加省、市护理学习班，订阅《中华护理杂志》、《护理与康复》，不断吸收先进经验以充实、提升自我，使我们的护理知识能满足不断发展的学科。查找相关的资料，今年申报市级科研项目一个，为医院和个人素质的提高贡献自我的力量。</w:t>
      </w:r>
      <w:r>
        <w:rPr>
          <w:lang w:eastAsia="zh-CN"/>
        </w:rPr>
        <w:br/>
      </w:r>
      <w:r>
        <w:rPr>
          <w:lang w:eastAsia="zh-CN"/>
        </w:rPr>
        <w:t>　　四、廉洁自律方面。</w:t>
      </w:r>
      <w:r>
        <w:rPr>
          <w:lang w:eastAsia="zh-CN"/>
        </w:rPr>
        <w:br/>
      </w:r>
      <w:r>
        <w:rPr>
          <w:lang w:eastAsia="zh-CN"/>
        </w:rPr>
        <w:t>　　经过医院组织的警示教育及治理商业贿赂专项学习，树立正确的世界观、人生观、价值观，自觉地投入到医院廉政建设的工作中去。牢固树立一切为病人、全心全意为人民服务的思想，廉洁服务，维护病人、团体和同志利益，不利用职务谋取不正当利益。坚持做到自重、自省、自警、自励。</w:t>
      </w:r>
      <w:r>
        <w:rPr>
          <w:lang w:eastAsia="zh-CN"/>
        </w:rPr>
        <w:br/>
      </w:r>
      <w:r>
        <w:rPr>
          <w:lang w:eastAsia="zh-CN"/>
        </w:rPr>
        <w:t>　　以上是我本年度工作回顾。“行百里者半九十”。我清醒地认识到在取得成绩的同时，也存在工作经验、创新、科研等方面的不足。</w:t>
      </w:r>
      <w:r>
        <w:rPr>
          <w:lang w:eastAsia="zh-CN"/>
        </w:rPr>
        <w:br/>
      </w:r>
      <w:r>
        <w:rPr>
          <w:lang w:eastAsia="zh-CN"/>
        </w:rPr>
        <w:t>　　在新的一年里，我决心在成绩面前不骄傲，在缺点面前不气馁，继续坚持谦虚谨慎、求真务实的作风，力争在以后的工作中，加强学习，勇于实践，团结协作，与时俱进，努力促进优质护理工作的推广，使我院的护理工作不断迈上新的台阶。</w:t>
      </w:r>
      <w:r>
        <w:rPr>
          <w:lang w:eastAsia="zh-CN"/>
        </w:rPr>
        <w:br/>
      </w:r>
      <w:r>
        <w:rPr>
          <w:lang w:eastAsia="zh-CN"/>
        </w:rPr>
        <w:t xml:space="preserve">    护士年终工作总结,护士年终工作总结范文 篇2 </w:t>
      </w:r>
      <w:r>
        <w:rPr>
          <w:lang w:eastAsia="zh-CN"/>
        </w:rPr>
        <w:br/>
      </w:r>
      <w:r>
        <w:rPr>
          <w:lang w:eastAsia="zh-CN"/>
        </w:rPr>
        <w:t>　　一、政治思想方面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开展医疗质量管理效益年活动，坚持以病人为中心，以质量为核心的护理服务理念，适应卫生改革，社会发展的新形势，进取参加一切政治活动，以服务人民奉献社会为宗旨，以病人满意为标准，全心全意为人民服务。</w:t>
      </w:r>
      <w:r>
        <w:rPr>
          <w:lang w:eastAsia="zh-CN"/>
        </w:rPr>
        <w:br/>
      </w:r>
      <w:r>
        <w:rPr>
          <w:lang w:eastAsia="zh-CN"/>
        </w:rPr>
        <w:t>　　二、增强法律意识</w:t>
      </w:r>
      <w:r>
        <w:rPr>
          <w:lang w:eastAsia="zh-CN"/>
        </w:rPr>
        <w:br/>
      </w:r>
      <w:r>
        <w:rPr>
          <w:lang w:eastAsia="zh-CN"/>
        </w:rPr>
        <w:t>　　认真学习《医疗事故处理条例》及其法律法规，两次参加学习班，并进取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r>
        <w:rPr>
          <w:lang w:eastAsia="zh-CN"/>
        </w:rPr>
        <w:br/>
      </w:r>
      <w:r>
        <w:rPr>
          <w:lang w:eastAsia="zh-CN"/>
        </w:rPr>
        <w:t>　　三、规范护理工作制度</w:t>
      </w:r>
      <w:r>
        <w:rPr>
          <w:lang w:eastAsia="zh-CN"/>
        </w:rPr>
        <w:br/>
      </w:r>
      <w:r>
        <w:rPr>
          <w:lang w:eastAsia="zh-CN"/>
        </w:rPr>
        <w:t>　　深化卫生改革，执行新的医疗事故处理条例。我院推行综合目标管理职责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r>
        <w:rPr>
          <w:lang w:eastAsia="zh-CN"/>
        </w:rPr>
        <w:br/>
      </w:r>
      <w:r>
        <w:rPr>
          <w:lang w:eastAsia="zh-CN"/>
        </w:rPr>
        <w:t>　　四、加强业务学习，努力提高护理队伍素质。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加强护士职业道德教育和礼貌礼貌服务，坚持礼貌用语，落实到每一个护理岗位，工作时间仪表端庄、着装整洁、发可是肩、不浓妆艳{、不穿高跟鞋、响底鞋、礼貌待患、态度和蔼、语言规范，举办了精神科护士学习班，4月份又举办了护士礼仪培训班，请南华酒店教师指导，并从中选拔了11名护士刻苦训练参加了全市的护士礼仪大赛，并取得了优异的成绩(护理部及11名队员、牺牲节假日加班加点)，展现三院护士的风采，同时为三院争了光。</w:t>
      </w:r>
      <w:r>
        <w:rPr>
          <w:lang w:eastAsia="zh-CN"/>
        </w:rPr>
        <w:br/>
      </w:r>
      <w:r>
        <w:rPr>
          <w:lang w:eastAsia="zh-CN"/>
        </w:rPr>
        <w:t>　　2、加强岗敬业教育，贯彻“以病人为中心，以质量为核心”的服务理念，提高了整体护士素质及应急本事，全年的病人满意度提高到97.6%。</w:t>
      </w:r>
      <w:r>
        <w:rPr>
          <w:lang w:eastAsia="zh-CN"/>
        </w:rPr>
        <w:br/>
      </w:r>
      <w:r>
        <w:rPr>
          <w:lang w:eastAsia="zh-CN"/>
        </w:rPr>
        <w:t>　　3、加强业务学习，护理部每月组织业务讲座共计36学时，护士长进取认真授课，获得了满意的效果，科室坚持每月一次业务学习，每周一题晨会提问，坚持危重病人护理查房，加强护理人员三基训练，组织2次技术操作考试，均取得优异的成绩，合格率达100%。</w:t>
      </w:r>
      <w:r>
        <w:rPr>
          <w:lang w:eastAsia="zh-CN"/>
        </w:rPr>
        <w:br/>
      </w:r>
      <w:r>
        <w:rPr>
          <w:lang w:eastAsia="zh-CN"/>
        </w:rPr>
        <w:t>　　4、选派护理人员外出进修共4人，护士长3次参加学习班共计22人次。</w:t>
      </w:r>
      <w:r>
        <w:rPr>
          <w:lang w:eastAsia="zh-CN"/>
        </w:rPr>
        <w:br/>
      </w:r>
      <w:r>
        <w:rPr>
          <w:lang w:eastAsia="zh-CN"/>
        </w:rPr>
        <w:t>　　5、鼓励在职护理人员参加护理大专学习，现专科毕业58人，本科学习的22人，提高了整体水平。</w:t>
      </w:r>
      <w:r>
        <w:rPr>
          <w:lang w:eastAsia="zh-CN"/>
        </w:rPr>
        <w:br/>
      </w:r>
      <w:r>
        <w:rPr>
          <w:lang w:eastAsia="zh-CN"/>
        </w:rPr>
        <w:t>　　6、在护士长的带动下，护师以上的人员不断总结经验，进取撰写论文，不完全统计，共撰写论文36篇，分别在省市级杂志上发表及学术会议上交流21篇。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五、加强护理质量管理，提高护理优质高效服务。</w:t>
      </w:r>
      <w:r>
        <w:rPr>
          <w:lang w:eastAsia="zh-CN"/>
        </w:rPr>
        <w:br/>
      </w:r>
      <w:r>
        <w:rPr>
          <w:lang w:eastAsia="zh-CN"/>
        </w:rPr>
        <w:t>　　从护理人员的比例、工作性质、人员分布等各方面充分说明了护理工作是医院工作的重要组成部分，是保证医疗安全优质服务的另一个车轮，因而护理质量的优劣，与医疗纠纷的升、降息息相关，加强护理质量管理，提高护理质量异常重要。各科室护士长严格的管理，处处起表帅作用，由其推行综合目标职责制以来更是加班加点，身先士卒，当好红管家……。充分发挥了护士、病人、领导间的桥梁作用，为保证医院护理工作的高效优质服务，做出了很大的贡献。</w:t>
      </w:r>
      <w:r>
        <w:rPr>
          <w:lang w:eastAsia="zh-CN"/>
        </w:rPr>
        <w:br/>
      </w:r>
      <w:r>
        <w:rPr>
          <w:lang w:eastAsia="zh-CN"/>
        </w:rPr>
        <w:t>　　1、加强质量控制，严格落实制度，认真检查。护理部分管院长蔡院长每周一次不定期检查、督导各科工作质量，同质检科密切配合，每月一次护理工作全面检查，并及时反馈信息，护士长每周2～4次科室工作质量检查并记录。</w:t>
      </w:r>
      <w:r>
        <w:rPr>
          <w:lang w:eastAsia="zh-CN"/>
        </w:rPr>
        <w:br/>
      </w:r>
      <w:r>
        <w:rPr>
          <w:lang w:eastAsia="zh-CN"/>
        </w:rPr>
        <w:t>　　2、加强危重病人的管理，护理人员做到熟练掌握护理急救技术，抢救程序及抢救药械的使用，提高了危重病人抢救成功率，急救药械有专人负责管理，做到“四固定”、“三及时”急救药械完好率达100%。</w:t>
      </w:r>
      <w:r>
        <w:rPr>
          <w:lang w:eastAsia="zh-CN"/>
        </w:rPr>
        <w:br/>
      </w:r>
      <w:r>
        <w:rPr>
          <w:lang w:eastAsia="zh-CN"/>
        </w:rPr>
        <w:t>　　3、加强病房管理，做到护理单元的整洁，在外环境较差的情景下，努力为病人创造一个清洁、整齐、安静、舒适的休养环境。</w:t>
      </w:r>
      <w:r>
        <w:rPr>
          <w:lang w:eastAsia="zh-CN"/>
        </w:rPr>
        <w:br/>
      </w:r>
      <w:r>
        <w:rPr>
          <w:lang w:eastAsia="zh-CN"/>
        </w:rPr>
        <w:t>　　4、严格执行查对制度及护理操作规程，减少差错事故的发生，加强基础护理，使基础护理合格率基本达100%，褥疮发生率为0。</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5、深入开展整体的护理，进取发挥职责护士的主观能动性，认真检查并组织全院护士长共同查房，异常加强入院介绍、出院指导、护理计划、护理措施落实，病人对职责护士的满意度调查等工作，从而大大增强了护士的职责心。</w:t>
      </w:r>
      <w:r>
        <w:rPr>
          <w:lang w:eastAsia="zh-CN"/>
        </w:rPr>
        <w:br/>
      </w:r>
      <w:r>
        <w:rPr>
          <w:lang w:eastAsia="zh-CN"/>
        </w:rPr>
        <w:t>　　6、加强护理表格书写质量管理，护士长认真把关，对年轻护士认真传、帮、带，努力提高护理病历质量，护理表格合格率到达97.19%。</w:t>
      </w:r>
      <w:r>
        <w:rPr>
          <w:lang w:eastAsia="zh-CN"/>
        </w:rPr>
        <w:br/>
      </w:r>
      <w:r>
        <w:rPr>
          <w:lang w:eastAsia="zh-CN"/>
        </w:rPr>
        <w:t>　　7、护理部认真组织护理安全工作会议，对全院各科出现的缺点、差错，认真总结、分析、查找工作隐患，加强护理安全管理，防患于未燃，使护理工作到位率较高。</w:t>
      </w:r>
      <w:r>
        <w:rPr>
          <w:lang w:eastAsia="zh-CN"/>
        </w:rPr>
        <w:br/>
      </w:r>
      <w:r>
        <w:rPr>
          <w:lang w:eastAsia="zh-CN"/>
        </w:rPr>
        <w:t xml:space="preserve">    护士年终工作总结,护士年终工作总结范文 篇3 </w:t>
      </w:r>
      <w:r>
        <w:rPr>
          <w:lang w:eastAsia="zh-CN"/>
        </w:rPr>
        <w:br/>
      </w:r>
      <w:r>
        <w:rPr>
          <w:lang w:eastAsia="zh-CN"/>
        </w:rPr>
        <w:t>　　尊敬的医院领导：</w:t>
      </w:r>
      <w:r>
        <w:rPr>
          <w:lang w:eastAsia="zh-CN"/>
        </w:rPr>
        <w:br/>
      </w:r>
      <w:r>
        <w:rPr>
          <w:lang w:eastAsia="zh-CN"/>
        </w:rPr>
        <w:t>　　我来到医院工作已有_年了，在科室的密切配合和支持下，在护士长及科主任的正确领导下，我本着“以病人为中心”的临床服务理念，发扬救死扶伤的革命精神，踏踏实实做好医疗护理工作，认真地完成了工作任务，进取主动认真地学习护士专业知识。</w:t>
      </w:r>
      <w:r>
        <w:rPr>
          <w:lang w:eastAsia="zh-CN"/>
        </w:rPr>
        <w:br/>
      </w:r>
      <w:r>
        <w:rPr>
          <w:lang w:eastAsia="zh-CN"/>
        </w:rPr>
        <w:t>　　护理部为了提高每位护士的理论和操作水平，每月进行理论及操作考试，我感觉经过每月对护理知识的理论和实践地巩固，受益良多。在专业知识和工作本事方面，我本着“把工作做地更好”这样一个目标，进取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这些年的护理工作中，我的体会是“三分治疗，七分护理”，于是我越来越能够感觉出护理工作的重要必。以往有人说过：“拉开人生帷幕的人是护士，拉上人生帷幕的人也是护士。”是啊，在人的一生当中有谁会不需要护士的细致关心和悉心照顾呢?“护理工作是一门精细的艺术”。“护士要有一颗同情的心，要有一双愿意工作的手。”护士应当是会用她们的爱心，耐心，细心和职责心解除病人的病痛，用无私的奉献支撑起无力的生命，重新扬起生的风帆，让痛苦的脸上重绽笑颜，让一个个家庭都重现欢声笑语。我会尽自我地努力工作，期望见到更多的家庭欢声笑语。</w:t>
      </w:r>
      <w:r>
        <w:rPr>
          <w:lang w:eastAsia="zh-CN"/>
        </w:rPr>
        <w:br/>
      </w:r>
      <w:r>
        <w:rPr>
          <w:lang w:eastAsia="zh-CN"/>
        </w:rPr>
        <w:t>　　当然在我的工作中仍有不足之处，需要进一步熟练护理技术，工作要更加认真仔细，对待病人要面带微笑，学会换位思考，端正工作态度，我期望经过自我的努力获得病员广泛好评，同时也得到各位领导、护士长的认可。</w:t>
      </w:r>
      <w:r>
        <w:rPr>
          <w:lang w:eastAsia="zh-CN"/>
        </w:rPr>
        <w:br/>
      </w:r>
      <w:r>
        <w:rPr>
          <w:lang w:eastAsia="zh-CN"/>
        </w:rPr>
        <w:t>　　我觉得护理事业是一项崇高而神圣的事业，我为自我是护士队伍中的一员而自豪，在今后工作中，我将加倍努力，为医院的跨越式发展奉献力量。今年又是异常的一年我们既要准备等级医院的评审工作又要进行年终考核，所以在接下来的时间里，我会更加努力做好每一项工作。</w:t>
      </w:r>
      <w:r>
        <w:rPr>
          <w:lang w:eastAsia="zh-CN"/>
        </w:rPr>
        <w:br/>
      </w:r>
      <w:r>
        <w:rPr>
          <w:lang w:eastAsia="zh-CN"/>
        </w:rPr>
        <w:t xml:space="preserve">    护士年终工作总结,护士年终工作总结范文 篇4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20__年即将结束，回顾一年来的工作有得有失，在科主任护士长的领导下和各位同事的帮助下我基本完成了20__年的护理工作任务。一年来，我认真贯彻落实各项规章制度、岗位职责要求，我以“病人满意”和提高护理质量为标准目标，在工作中我始终坚持做好查对制度，尽量做到护理操作无差错。</w:t>
      </w:r>
      <w:r>
        <w:rPr>
          <w:lang w:eastAsia="zh-CN"/>
        </w:rPr>
        <w:br/>
      </w:r>
      <w:r>
        <w:rPr>
          <w:lang w:eastAsia="zh-CN"/>
        </w:rPr>
        <w:t>　　一年来我主要完成了烧伤病人的基本护理、特殊护理、参与抢救烧伤危重病人和病房管理等工作。主要参与并完成了静脉输液、输血、病人翻身、雾化吸入、深静脉置管护理、吸痰、引流、导尿等具体护理工作。做到了没有重大护理差错和事故发生。认真对待每一位病人，做到一视同仁。同时我认真做好每一项护理记录，严格按照医院科里的要求，尽量做到记录无差错。在进行每一个病人的护理时，我都严格执行“三查六对”制度，一年来基本上保质保量的完成了自己的职责要求的工作。</w:t>
      </w:r>
      <w:r>
        <w:rPr>
          <w:lang w:eastAsia="zh-CN"/>
        </w:rPr>
        <w:br/>
      </w:r>
      <w:r>
        <w:rPr>
          <w:lang w:eastAsia="zh-CN"/>
        </w:rPr>
        <w:t>　　在工作中我也时常感到护理知识欠缺、工作能力素质不高，所以我也加强学习，积极参加医院和科里组织的学习活动，同时也向周围的`同事请教学习，积极努力提高自己的业务水平。我也向实践学习，及时总结工作中的经验，好的做法继续发扬，遇有问题及时改正。</w:t>
      </w:r>
      <w:r>
        <w:rPr>
          <w:lang w:eastAsia="zh-CN"/>
        </w:rPr>
        <w:br/>
      </w:r>
      <w:r>
        <w:rPr>
          <w:lang w:eastAsia="zh-CN"/>
        </w:rPr>
        <w:t>　　虽然完成了基本的护理任务，但是自身能力素质不高，科室一些活动没有积极参加，在提高业务水平上总有这样那样的借口，还有操作水平也不高，直接影响了医患关系的改善。</w:t>
      </w:r>
      <w:r>
        <w:rPr>
          <w:lang w:eastAsia="zh-CN"/>
        </w:rPr>
        <w:br/>
      </w:r>
      <w:r>
        <w:rPr>
          <w:lang w:eastAsia="zh-CN"/>
        </w:rPr>
        <w:t xml:space="preserve">    护士年终工作总结,护士年终工作总结范文 篇5 </w:t>
      </w:r>
      <w:r>
        <w:rPr>
          <w:lang w:eastAsia="zh-CN"/>
        </w:rPr>
        <w:br/>
      </w:r>
      <w:r>
        <w:rPr>
          <w:lang w:eastAsia="zh-CN"/>
        </w:rPr>
        <w:t>　　尊敬的各位领导，各位同事：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来到本院工作已有一年了，在这一年里，我在院领导和护士长的关心与直接领导下，及同事们的关心与帮忙下，认真钻研业务知识，努力提高理论知识和掌握各项外科临床操作技能。较好的完成了各级院领导布置的各项护理工作。在思想、学习和工作等方面变得更加成熟。</w:t>
      </w:r>
      <w:r>
        <w:rPr>
          <w:lang w:eastAsia="zh-CN"/>
        </w:rPr>
        <w:br/>
      </w:r>
      <w:r>
        <w:rPr>
          <w:lang w:eastAsia="zh-CN"/>
        </w:rPr>
        <w:t>　　记得刚来外科时我还不适应，但我不怕，以前没做过的，为了搞好工作，向前辈请教。学习、自我摸索实践，服从领导安排，踏踏实实做好护理工作，认真地完成工作任务，进取主动学习护理专业知识。在很短的时间内熟悉了外科的工作，了解了各班的职责，明确了工作的程序、方向，提高了工作本事，在具体的工作中构成了一个清晰的工作思路，能够顺利的开展工作并熟练圆满地完成本职工作。当然在工作中仍有不足之处，如工作中技术有待提高，面部微笑不够，在今后的工作中必须努力提高自我的技术，更加细心，提高微笑服务，端正工作态度，用自我所学的所有知识和技术去救治。在这一年的护理工作中，我越来越能够感觉出护理工作的重要性。护理工作是一门精细的艺术，是健康的基本保证。我的体会是三分治疗，七分护理，要有一颗同情的心，用无私的奉献支撑起无力的生命，发扬救死扶伤的精神，认真履行医务工作职责。我期望经过自我的努力获得病员广泛好评的同时，也能得到各级领导、护士长的认可。</w:t>
      </w:r>
      <w:r>
        <w:rPr>
          <w:lang w:eastAsia="zh-CN"/>
        </w:rPr>
        <w:br/>
      </w:r>
      <w:r>
        <w:rPr>
          <w:lang w:eastAsia="zh-CN"/>
        </w:rPr>
        <w:t>　　我为自我是护士队伍中的一员而自豪，在今后工作中，我将加倍努力，为护理事业做出自我应有的贡献。</w:t>
      </w:r>
      <w:r>
        <w:rPr>
          <w:lang w:eastAsia="zh-CN"/>
        </w:rPr>
        <w:br/>
      </w:r>
      <w:r>
        <w:rPr>
          <w:lang w:eastAsia="zh-CN"/>
        </w:rPr>
        <w:t xml:space="preserve">    护士年终工作总结,护士年终工作总结范文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回首20__年，我们完成了多台大小手术，抢救多个危重病人，共接待了五批眼科专家到我科做白内障人工晶体植入术，均得到了他们的一致好评。随着护理条件，护理水平和服务质量的提高，我科取得了“双赢”的佳绩。新的一年就要到来，我对新的一年满怀憧憬，总结今年，展望明年，我做出如下的打算。</w:t>
      </w:r>
      <w:r>
        <w:rPr>
          <w:lang w:eastAsia="zh-CN"/>
        </w:rPr>
        <w:br/>
      </w:r>
      <w:r>
        <w:rPr>
          <w:lang w:eastAsia="zh-CN"/>
        </w:rPr>
        <w:t>　　一、打造科室文化，树立团队精神</w:t>
      </w:r>
      <w:r>
        <w:rPr>
          <w:lang w:eastAsia="zh-CN"/>
        </w:rPr>
        <w:br/>
      </w:r>
      <w:r>
        <w:rPr>
          <w:lang w:eastAsia="zh-CN"/>
        </w:rPr>
        <w:t>　　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老百姓义诊、送医送药、体检、捐款等，并有多人多次无偿献血。爱心奉献社会，为科室增光添彩。</w:t>
      </w:r>
      <w:r>
        <w:rPr>
          <w:lang w:eastAsia="zh-CN"/>
        </w:rPr>
        <w:br/>
      </w:r>
      <w:r>
        <w:rPr>
          <w:lang w:eastAsia="zh-CN"/>
        </w:rPr>
        <w:t>　　二、以病人为中心，争创一流优质服务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r>
        <w:rPr>
          <w:lang w:eastAsia="zh-CN"/>
        </w:rPr>
        <w:br/>
      </w:r>
      <w:r>
        <w:rPr>
          <w:lang w:eastAsia="zh-CN"/>
        </w:rPr>
        <w:t>　　三、规范整体护理，争创一流管理</w:t>
      </w:r>
      <w:r>
        <w:rPr>
          <w:lang w:eastAsia="zh-CN"/>
        </w:rPr>
        <w:br/>
      </w:r>
      <w:r>
        <w:rPr>
          <w:lang w:eastAsia="zh-CN"/>
        </w:rPr>
        <w:t>　　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w:t>
      </w:r>
      <w:r>
        <w:rPr>
          <w:lang w:eastAsia="zh-CN"/>
        </w:rPr>
        <w:br/>
      </w:r>
      <w:r>
        <w:rPr>
          <w:lang w:eastAsia="zh-CN"/>
        </w:rPr>
        <w:t xml:space="preserve">    护士年终工作总结,护士年终工作总结范文 篇7 </w:t>
      </w:r>
      <w:r>
        <w:rPr>
          <w:lang w:eastAsia="zh-CN"/>
        </w:rPr>
        <w:br/>
      </w:r>
      <w:r>
        <w:rPr>
          <w:lang w:eastAsia="zh-CN"/>
        </w:rPr>
        <w:t>　　光阴转瞬即逝，一年马上就过去了。作为一名护士，作为白衣天使，我身上担负着很多的责任。救死扶伤谈不上，但是我可以尽我自己最大的力量去帮助医生完成救治，帮助所有的病人减轻疼痛。同时，我还要努力提高自己的思想意识，积极参与所有的护理部建设，努力提升自己的素质。下面是我的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20__年很快过去了，在过去的一年里，在院领导、护士长及科主任的正确领导下，我认真学习马列主义、毛泽东思想、邓小平理论医学`教育网搜集整理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201_年度的工作任务。具体情况总结如下：</w:t>
      </w:r>
      <w:r>
        <w:rPr>
          <w:lang w:eastAsia="zh-CN"/>
        </w:rPr>
        <w:br/>
      </w:r>
      <w:r>
        <w:rPr>
          <w:lang w:eastAsia="zh-CN"/>
        </w:rPr>
        <w:t>　　一、思想道德、政治品质方面：</w:t>
      </w:r>
      <w:r>
        <w:rPr>
          <w:lang w:eastAsia="zh-CN"/>
        </w:rPr>
        <w:br/>
      </w:r>
      <w:r>
        <w:rPr>
          <w:lang w:eastAsia="zh-CN"/>
        </w:rPr>
        <w:t>　　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r>
        <w:rPr>
          <w:lang w:eastAsia="zh-CN"/>
        </w:rPr>
        <w:br/>
      </w:r>
      <w:r>
        <w:rPr>
          <w:lang w:eastAsia="zh-CN"/>
        </w:rPr>
        <w:t>　　二、专业知识、工作能力方面：</w:t>
      </w:r>
      <w:r>
        <w:rPr>
          <w:lang w:eastAsia="zh-CN"/>
        </w:rPr>
        <w:br/>
      </w:r>
      <w:r>
        <w:rPr>
          <w:lang w:eastAsia="zh-CN"/>
        </w:rPr>
        <w:t>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医|学教育网搜集整理规章制度，牢记三基(基础理论、基本知识和基本技能)三严(严肃的态度、严格的要求、严密的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r>
        <w:rPr>
          <w:lang w:eastAsia="zh-CN"/>
        </w:rPr>
        <w:br/>
      </w:r>
      <w:r>
        <w:rPr>
          <w:lang w:eastAsia="zh-CN"/>
        </w:rPr>
        <w:t>　　护理事业是一项崇高而神圣的事业，我为自己是护士队伍中的一员而自豪。在今后工作中，我将加倍努力，为人类的护理事业作出自己应有的贡献!在即将迎来的201_年，我会继续发扬我在过去的一年中的精神，医学教。育网搜集整理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r>
        <w:rPr>
          <w:lang w:eastAsia="zh-CN"/>
        </w:rPr>
        <w:br/>
      </w:r>
      <w:r>
        <w:rPr>
          <w:lang w:eastAsia="zh-CN"/>
        </w:rPr>
        <w:t>　　服务源于用心，精于技艺。护理，是一门精细的艺术，只有精益求精的护理人员，才会有优质高效的护理服务。故此，肿瘤科为提升护理品质，开展了一系列活动，主动提高护理人员业务素质。</w:t>
      </w:r>
      <w:r>
        <w:rPr>
          <w:lang w:eastAsia="zh-CN"/>
        </w:rPr>
        <w:br/>
      </w:r>
      <w:r>
        <w:rPr>
          <w:lang w:eastAsia="zh-CN"/>
        </w:rPr>
        <w:t>　　抓业务就要从基础抓起，肿瘤科护理人员上下齐心，认真学习三基知识;护士长开展了多种形式的基础培训，以对比的形式展现了晨晚间护理前后的病房情况;以专人表演的形式展现了护士的着装礼仪;以考试的形式强化了基础知识的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针对护理队伍中的薄弱人群&amp;&amp;三年以下护理人员，除护理部的低年资护士培训外，科室加强了对其的传帮带;护士长在晨会上还会就典型病例典型事件开展讲解和讨论，使低年资护理人员能尽快适应各种各样的突发情况;为推动低年资护士成长，科室制定了专门的培训计划，由专人负责，在临床交流沟通，危重症病员管理、肿瘤病员健康教育等方面定期开展系列培训，为低年资护士的成长创造了良好的环境，同时也降低了科室护理风险的发生率。</w:t>
      </w:r>
      <w:r>
        <w:rPr>
          <w:lang w:eastAsia="zh-CN"/>
        </w:rPr>
        <w:br/>
      </w:r>
      <w:r>
        <w:rPr>
          <w:lang w:eastAsia="zh-CN"/>
        </w:rPr>
        <w:t>　　为适应不断发展的护理事业，科室在每月的护理业务学习和查房上提出更高的要求，不仅要有学习的新内容，而且要以多媒体的形式展现，以讲解的形式交流;要求护理人员不论年龄大小，均自己制作多媒体课件，用自己的业余时间熟悉课件内容，然后在科护理会议上共同探讨。经过长期的努力，肿瘤科每一位护理人员均能独立制作多媒体课件，个人的讲解和交流能力也得到了很大的提高。</w:t>
      </w:r>
      <w:r>
        <w:rPr>
          <w:lang w:eastAsia="zh-CN"/>
        </w:rPr>
        <w:br/>
      </w:r>
      <w:r>
        <w:rPr>
          <w:lang w:eastAsia="zh-CN"/>
        </w:rPr>
        <w:t>　　虽然一系列的培训和学习要花费不少精力，占用不少时间，但培训和学习提高了科室护理人员的素质，加强了临床事件处理能力，能为病员提供更优质的服务，全科护理人员都主动积极地参与其中，没有丝毫怨言，大家的心都想的一样：为了更优质的服务，花费时间和精力，我们愿意为病人提供优质的服务。</w:t>
      </w:r>
      <w:r>
        <w:rPr>
          <w:lang w:eastAsia="zh-CN"/>
        </w:rPr>
        <w:br/>
      </w:r>
      <w:r>
        <w:rPr>
          <w:lang w:eastAsia="zh-CN"/>
        </w:rPr>
        <w:t xml:space="preserve">    护士年终工作总结,护士年终工作总结范文 篇8 </w:t>
      </w:r>
      <w:r>
        <w:rPr>
          <w:lang w:eastAsia="zh-CN"/>
        </w:rPr>
        <w:br/>
      </w:r>
      <w:r>
        <w:rPr>
          <w:lang w:eastAsia="zh-CN"/>
        </w:rPr>
        <w:t>　　20__年_月我怀着喜悦的心情走上了工作岗位，成为了一名护士。身穿洁白的护士服、头戴燕尾帽，迈着轻盈的步子，微笑的走向患者，这是护士长教我的第一课。我原本以为“护理”只要对患者耐心，工作认真、吃苦耐劳就够了，可事实并非这样简单。</w:t>
      </w:r>
      <w:r>
        <w:rPr>
          <w:lang w:eastAsia="zh-CN"/>
        </w:rPr>
        <w:br/>
      </w:r>
      <w:r>
        <w:rPr>
          <w:lang w:eastAsia="zh-CN"/>
        </w:rPr>
        <w:t>　　这一年来我成长了很多。从科室举办的“微笑服务，打造阳光团队”活动到医院的三甲评审结束，从简单的临床护理到危急的心肌梗死病人急救，我深深的明白，要做一名的护士，容易，可要成为一名合格的专科护士，真的不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作为一名合格的护士，要具有高度的责任心和良好的职业道德。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r>
        <w:rPr>
          <w:lang w:eastAsia="zh-CN"/>
        </w:rPr>
        <w:br/>
      </w:r>
      <w:r>
        <w:rPr>
          <w:lang w:eastAsia="zh-CN"/>
        </w:rPr>
        <w:t>　　做一名合格的护士，要有一个健康的身体、充沛的精力。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作为一名合格的护士，不论是正式、招聘、护理员都要具备主人翁精神、团队协作能力。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r>
        <w:rPr>
          <w:lang w:eastAsia="zh-CN"/>
        </w:rPr>
        <w:br/>
      </w:r>
      <w:r>
        <w:rPr>
          <w:lang w:eastAsia="zh-CN"/>
        </w:rPr>
        <w:t>　　作为一名合格的护士，应有高度的法律意识。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r>
        <w:rPr>
          <w:lang w:eastAsia="zh-CN"/>
        </w:rPr>
        <w:br/>
      </w:r>
      <w:r>
        <w:rPr>
          <w:lang w:eastAsia="zh-CN"/>
        </w:rPr>
        <w:t>　　总之，作为一名合格的护士，要热爱本职工作，树立良好道德，有高度责任心，吃苦耐劳、踏踏实实认真工作。要不断学习，解放思想，适应时代需求不断提高。</w:t>
      </w:r>
      <w:r>
        <w:rPr>
          <w:lang w:eastAsia="zh-CN"/>
        </w:rPr>
        <w:br/>
      </w:r>
      <w:r>
        <w:rPr>
          <w:lang w:eastAsia="zh-CN"/>
        </w:rPr>
        <w:t xml:space="preserve">    护士年终工作总结,护士年终工作总结范文 篇9 </w:t>
      </w:r>
      <w:r>
        <w:rPr>
          <w:lang w:eastAsia="zh-CN"/>
        </w:rPr>
        <w:br/>
      </w:r>
      <w:r>
        <w:rPr>
          <w:lang w:eastAsia="zh-CN"/>
        </w:rPr>
        <w:t>　　今年_月，我被任命为产科护士长。作为一名医院里最年轻的中层干部，从上任的那一天起，我就深深意识到了所面临的压力和挑战。</w:t>
      </w:r>
      <w:r>
        <w:rPr>
          <w:lang w:eastAsia="zh-CN"/>
        </w:rPr>
        <w:br/>
      </w:r>
      <w:r>
        <w:rPr>
          <w:lang w:eastAsia="zh-CN"/>
        </w:rPr>
        <w:t>　　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r>
        <w:rPr>
          <w:lang w:eastAsia="zh-CN"/>
        </w:rPr>
        <w:br/>
      </w:r>
      <w:r>
        <w:rPr>
          <w:lang w:eastAsia="zh-CN"/>
        </w:rPr>
        <w:t>　　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w:t>
      </w:r>
      <w:r>
        <w:rPr>
          <w:lang w:eastAsia="zh-CN"/>
        </w:rPr>
        <w:br/>
      </w:r>
      <w:r>
        <w:rPr>
          <w:lang w:eastAsia="zh-CN"/>
        </w:rPr>
        <w:t>　　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r>
        <w:rPr>
          <w:lang w:eastAsia="zh-CN"/>
        </w:rPr>
        <w:br/>
      </w:r>
      <w:r>
        <w:rPr>
          <w:lang w:eastAsia="zh-CN"/>
        </w:rPr>
        <w:t xml:space="preserve">    护士年终工作总结,护士年终工作总结范文 篇10 </w:t>
      </w:r>
      <w:r>
        <w:rPr>
          <w:lang w:eastAsia="zh-CN"/>
        </w:rPr>
        <w:br/>
      </w:r>
      <w:r>
        <w:rPr>
          <w:lang w:eastAsia="zh-CN"/>
        </w:rPr>
        <w:t>　　我们护士愿做无翼的天使，用生命筑成挡截死神的堤坝，将关爱、健康和幸福撒满人间。同时也真诚地希望社会能够尊重护士，理解护士，爱护护士。</w:t>
      </w:r>
      <w:r>
        <w:rPr>
          <w:lang w:eastAsia="zh-CN"/>
        </w:rPr>
        <w:br/>
      </w:r>
      <w:r>
        <w:rPr>
          <w:lang w:eastAsia="zh-CN"/>
        </w:rPr>
        <w:t>　　从心做起，听似简单，其实不简单，如何才能够从心出发把我们的工作护士做得更好呢?好即完美，完美的工作就要求我们全心投入，真诚相待。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人们喜欢用神圣来形容我们所从事的事业，神于天，圣于地，天象征着理想，地象征着现实。我们的事业之所以神圣，是由于我们有救死扶伤的理想，还有关怀病患的现实，是理想与现实完美结合的职业。我国首届南丁格尔奖得主王秀瑛说过：病人无医，将陷于无望，病人无护，将陷于无助。护理工作虽然没有轰轰烈烈的辉煌，却写满了简单而平凡的爱。提灯女神南丁格尔完美地将护士变成了无翼的天使，变成了为大众解除病痛真善美的化身。我们的护士乐于与病人的生命同行，让病人因为我们的护理而减轻痛苦，因我们的健康指导而有所收获，因我们的安慰而树立信心。护士最愿意看到的是病患治愈出院的笑容和对我们工作的尊重，这些都是激励我们不断进取乐于奉献的力量源泉。</w:t>
      </w:r>
      <w:r>
        <w:rPr>
          <w:lang w:eastAsia="zh-CN"/>
        </w:rPr>
        <w:br/>
      </w:r>
      <w:r>
        <w:rPr>
          <w:lang w:eastAsia="zh-CN"/>
        </w:rPr>
        <w:t>　　然而，从目前临床护理工作实际来看，护士的严重缺编，超负荷的'护理任务，同时随着医学的发展，社会的进步，护理内涵的不断延伸，以及媒体的过分渲染，人们对护理的要求也越来越高，护士承受许多压力和委屈，每天面对患者的病痛，人间的生死伤感，面对患者的无理或挑剔，常常挣扎在身心俱疲的状态中。护士责任之重大，值夜班频度之高可谓中国女性各行各业之最，柔弱的身体承载着中国医疗的另一半。痛并快乐着是我们护士常挂在嘴边的话，即使面对艾滋、性病，即使非典再来，不论有没有人理解，我们仍然愿意站在第一线，不是伟大，只是职责所在，生命相托，重于泰山。</w:t>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xml:space="preserve"> 辛勤的天使并不是超凡脱俗的神仙，同样需要社会的呵护，现阶段有些政策尚不完善或不到位，社会至少应该为护士创造宽松的服务氛围，一些客观公正的评说，少一些曲解，多一些爱护和尊重。用正面的激励，协助护士托起人们健康和生命安全的重任。</w:t>
      </w:r>
      <w:r>
        <w:rPr>
          <w:lang w:eastAsia="zh-CN"/>
        </w:rPr>
        <w:br/>
      </w:r>
      <w:r>
        <w:rPr>
          <w:lang w:eastAsia="zh-CN"/>
        </w:rPr>
        <w:t>　　冰心老人曾有一句名言：爱在左，同情在右，走在生命两旁，随时撒种，随时开花，将这一径长途，点缀得花香弥漫。 我想这是对护士护理工作最好的诠释。 古人说：不积跬步，无以至千里，不善小事，何以成大器。从自己做起，从小事做起，从现在做起。为了更好的提高自己的专业水品与自身素质。我知道还要付出更多的努力与汗水。在这过去的一年中，有成功、有失败、有快乐、有辛酸，我们全体护士在护士长科主任以及各位领导的带领下共同走过来了。</w:t>
      </w:r>
      <w:r>
        <w:rPr>
          <w:lang w:eastAsia="zh-CN"/>
        </w:rPr>
        <w:br/>
      </w:r>
      <w:r>
        <w:rPr>
          <w:lang w:eastAsia="zh-CN"/>
        </w:rPr>
        <w:t>　　在以后的日子里还有很多方面需要继续努力，学习更多的护理知识，掌握更多的护理技能，随着社会的发展进步、人们生活品质提升，病人对护理质量的要求也越来越高。在今后的工作中，我将进一步牢固树立为病人服务、树医院形象的思想，立足岗位，勤奋工作，履尽职责，为提升社区医务人员整体形象增光添彩。</w:t>
      </w:r>
      <w:r>
        <w:rPr>
          <w:lang w:eastAsia="zh-CN"/>
        </w:rPr>
        <w:br/>
      </w:r>
      <w:r>
        <w:rPr>
          <w:lang w:eastAsia="zh-CN"/>
        </w:rPr>
        <w:t xml:space="preserve">    护士年终工作总结,护士年终工作总结范文 篇11 </w:t>
      </w:r>
      <w:r>
        <w:rPr>
          <w:lang w:eastAsia="zh-CN"/>
        </w:rPr>
        <w:br/>
      </w:r>
      <w:r>
        <w:rPr>
          <w:lang w:eastAsia="zh-CN"/>
        </w:rPr>
        <w:t>　　今年本着“巩固优势，稳步发展”的原则，一年来做了几点工作：</w:t>
      </w:r>
      <w:r>
        <w:rPr>
          <w:lang w:eastAsia="zh-CN"/>
        </w:rPr>
        <w:br/>
      </w:r>
      <w:r>
        <w:rPr>
          <w:lang w:eastAsia="zh-CN"/>
        </w:rPr>
        <w:t>　　1、兼顾新厦、主楼，全院一盘棋，尤其在新厦抓操作规范，实现输液反应“零”突破。抓查对制度，全年查堵药品质量漏洞12例、一次性物品质量漏洞29例。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2、配合股份制管理模式，抓护理质量和优秀服务，合理使用护工，保证患者基础护理到位率。强调病区环境管理，彻底杜绝了针灸科环境脏、乱、差，尿垫至处晾晒的问题。</w:t>
      </w:r>
      <w:r>
        <w:rPr>
          <w:lang w:eastAsia="zh-CN"/>
        </w:rPr>
        <w:br/>
      </w:r>
      <w:r>
        <w:rPr>
          <w:lang w:eastAsia="zh-CN"/>
        </w:rPr>
        <w:t>　　3、从业务技能、管理理论等方面强化新厦年轻护士长的培训，使她们尽快成熟，成为管理骨干。今年通过考核评议，5名副护士长转正、3名被提升为病区副护士长。</w:t>
      </w:r>
      <w:r>
        <w:rPr>
          <w:lang w:eastAsia="zh-CN"/>
        </w:rPr>
        <w:br/>
      </w:r>
      <w:r>
        <w:rPr>
          <w:lang w:eastAsia="zh-CN"/>
        </w:rPr>
        <w:t>　　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r>
        <w:rPr>
          <w:lang w:eastAsia="zh-CN"/>
        </w:rPr>
        <w:br/>
      </w:r>
      <w:r>
        <w:rPr>
          <w:lang w:eastAsia="zh-CN"/>
        </w:rPr>
        <w:t>　　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r>
        <w:rPr>
          <w:lang w:eastAsia="zh-CN"/>
        </w:rPr>
        <w:br/>
      </w:r>
      <w:r>
        <w:rPr>
          <w:lang w:eastAsia="zh-CN"/>
        </w:rPr>
        <w:t>　　6、迎接市卫生局组织的年度质控大检查，我院护理各项工作成绩达标，总分96.7，名列全市榜首。</w:t>
      </w:r>
      <w:r>
        <w:rPr>
          <w:lang w:eastAsia="zh-CN"/>
        </w:rPr>
        <w:br/>
      </w:r>
      <w:r>
        <w:rPr>
          <w:lang w:eastAsia="zh-CN"/>
        </w:rPr>
        <w:t>　　7、个人在自我建设方面：今年荣获“天津市市级优秀护理工作者“称号。通过赴美国考察学习，带回来一些先进的管理经验，并积极总结临床经验，本年度完成成国家级论文3篇、会议论文2篇及综述1篇。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r>
        <w:rPr>
          <w:lang w:eastAsia="zh-CN"/>
        </w:rPr>
        <w:br/>
      </w:r>
      <w:r>
        <w:rPr>
          <w:lang w:eastAsia="zh-CN"/>
        </w:rPr>
        <w:t xml:space="preserve">    护士年终工作总结,护士年终工作总结范文 篇12 </w:t>
      </w:r>
      <w:r>
        <w:rPr>
          <w:lang w:eastAsia="zh-CN"/>
        </w:rPr>
        <w:br/>
      </w:r>
      <w:r>
        <w:rPr>
          <w:lang w:eastAsia="zh-CN"/>
        </w:rPr>
        <w:t>　　看看时间一年有过去了，在一年中我遇到过困难，因为自己工作做的不好受过批评，也因为表现优秀得到表扬，可以说有喜有优，吃过的苦是磨砺，遇到的困难是成长的养分，在下一年里我一定会做的更好。</w:t>
      </w:r>
      <w:r>
        <w:rPr>
          <w:lang w:eastAsia="zh-CN"/>
        </w:rPr>
        <w:br/>
      </w:r>
      <w:r>
        <w:rPr>
          <w:lang w:eastAsia="zh-CN"/>
        </w:rPr>
        <w:t>　　一、学好眼科护理技巧</w:t>
      </w:r>
      <w:r>
        <w:rPr>
          <w:lang w:eastAsia="zh-CN"/>
        </w:rPr>
        <w:br/>
      </w:r>
      <w:r>
        <w:rPr>
          <w:lang w:eastAsia="zh-CN"/>
        </w:rPr>
        <w:t>　　在工作中我遇到过问题，工作中遇到困哪可以说每个人几乎都会遇到，但是这也证明了我还有很多缺陷，需要我自己去完善，我不希望自己到了工作中最后因为自己能力不足不但不能帮到他人还给他们添麻烦。所以我一直都在提升自己的能力，通过自学和向同事学习，来提升自己的实力让自己有更高的医疗手段能够知道各种眼科疾病，对于这些眼科疾病我应该要自己做好保证能够帮助到主治医生，个他分担负担，而不是成为一个累赘，所以我也明白想要有所提升就要给自己更多的帮助，让自己有更大的发展空间。学好技巧让自己的能力得到巨大提升这对自己有莫大的帮助，能够让我的工作更加轻松，也让我有更好的发展。</w:t>
      </w:r>
      <w:r>
        <w:rPr>
          <w:lang w:eastAsia="zh-CN"/>
        </w:rPr>
        <w:br/>
      </w:r>
      <w:r>
        <w:rPr>
          <w:lang w:eastAsia="zh-CN"/>
        </w:rPr>
        <w:t>　　二、不歧视任何一个病人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对于病人我都一直保持这样的心态，就是尊重每一位病人，虽然因为眼部疾病让很多病人看起来非常可怕，让我们敬而远之，如果是普通人做出这样的反应没有任何问题，但是我是一名护士，治病救人是我应该承担的责任也是我必须要做到的事情，哪怕在恶心，在恐怖我也要第一时间冲上去，去帮助病人，而不是逃避，和歧视，给病人足够的尊重，不是口头上说的，而是通过实际行动来做的，用自己的行动去获得病人的认可，去获得病人的尊重，只有我做到了尊重病人，病人才会尊重我，只有我做好了自己才会让病人愿意相信我。一个护士就应该承担起自己的责任不歧视任何病人，在病人最需要关怀的时候能够及时的给病人更多的关怀，让他们撕裂的心得到安抚，让他们悲伤的情绪得到缓解，这是一个医护人员应该做的责任。</w:t>
      </w:r>
      <w:r>
        <w:rPr>
          <w:lang w:eastAsia="zh-CN"/>
        </w:rPr>
        <w:br/>
      </w:r>
      <w:r>
        <w:rPr>
          <w:lang w:eastAsia="zh-CN"/>
        </w:rPr>
        <w:t>　　三、在困难中成长</w:t>
      </w:r>
      <w:r>
        <w:rPr>
          <w:lang w:eastAsia="zh-CN"/>
        </w:rPr>
        <w:br/>
      </w:r>
      <w:r>
        <w:rPr>
          <w:lang w:eastAsia="zh-CN"/>
        </w:rPr>
        <w:t>　　做了医生之后我们加班成为了常事，因为医院的工作非常忙碌，我们可以不休息，但是病人的病情需要我们去帮助，就算再累我们也要去做好自己的事情，因为责任，也因为使命，让我们必须要面对，在大的困难也需要扛起，也需要我们对子去面对真正成长起来，完成突破，但是首先要把自己的工作完成，人要往前看，在苦再累总有过去的时候，只要坚持总能够守得明月见云开，以前我们的前辈都能够一路走来到了我这里我一样也行，没有懦弱的人只有退缩的人，既然来到了岗位上我就要担负起自己的责任。</w:t>
      </w:r>
      <w:r>
        <w:rPr>
          <w:lang w:eastAsia="zh-CN"/>
        </w:rPr>
        <w:br/>
      </w:r>
      <w:r>
        <w:rPr>
          <w:lang w:eastAsia="zh-CN"/>
        </w:rPr>
        <w:t>　　在工作中我一直都是一个好强不服输的人，这让我吃了很多苦头但也让我快速成长，吃的苦越多成长的越快。</w:t>
      </w:r>
      <w:r>
        <w:rPr>
          <w:lang w:eastAsia="zh-CN"/>
        </w:rPr>
        <w:br/>
      </w:r>
      <w:r>
        <w:rPr>
          <w:lang w:eastAsia="zh-CN"/>
        </w:rPr>
        <w:t xml:space="preserve">    护士年终工作总结,护士年终工作总结范文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时间过得好快，转眼间一年的时光匆匆而过，我来到这个医院已经几年的时间了。在护士的岗位工作，作为一名护士，我懂得了要需要的品质就是耐心与细心，虽然有时候会很累，但是看到病人们能够健康的出院，摆脱了疾病的困扰，我感觉的我所做的一切都是值得的。作为一名护士，我也在不断学习与进步。每次工作结束了我都会对自己有一个总结，使得自己变得更加优秀。现在一年过去了，我要做一下年终总结：</w:t>
      </w:r>
      <w:r>
        <w:rPr>
          <w:lang w:eastAsia="zh-CN"/>
        </w:rPr>
        <w:br/>
      </w:r>
      <w:r>
        <w:rPr>
          <w:lang w:eastAsia="zh-CN"/>
        </w:rPr>
        <w:t>　　思想道德方面：</w:t>
      </w:r>
      <w:r>
        <w:rPr>
          <w:lang w:eastAsia="zh-CN"/>
        </w:rPr>
        <w:br/>
      </w:r>
      <w:r>
        <w:rPr>
          <w:lang w:eastAsia="zh-CN"/>
        </w:rPr>
        <w:t>　　遵纪守法，认真学习法律知识;爱岗敬业，具有强烈的责任感和事业心，积极主动认真的学习护士专业知识，工作态度端正，认真负责。在医疗实践过程中，严格遵守医德规范，规范操作。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专业知识、工作能力方面：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r>
        <w:rPr>
          <w:lang w:eastAsia="zh-CN"/>
        </w:rPr>
        <w:br/>
      </w:r>
      <w:r>
        <w:rPr>
          <w:lang w:eastAsia="zh-CN"/>
        </w:rPr>
        <w:t>　　护理事业是一项崇高而神圣的事业，我为自己是护士队伍中的一员而自豪.在今后工作中，我将加倍努力，为护理事业作出自己应有的贡献。</w:t>
      </w:r>
      <w:r>
        <w:rPr>
          <w:lang w:eastAsia="zh-CN"/>
        </w:rPr>
        <w:br/>
      </w:r>
      <w:r>
        <w:rPr>
          <w:lang w:eastAsia="zh-CN"/>
        </w:rPr>
        <w:t>　　在半年的工作中，坚持爱岗敬业，贯彻“以病人为中心”的服务理念，提高了自身素质及应急能力。 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r>
        <w:rPr>
          <w:lang w:eastAsia="zh-CN"/>
        </w:rPr>
        <w:br/>
      </w:r>
      <w:r>
        <w:rPr>
          <w:lang w:eastAsia="zh-CN"/>
        </w:rPr>
        <w:t>　　工作中，坚持爱岗敬业，贯彻“以病人为中心”的服务理念，提高了自身素质及应急能力。 当然，我身上还存在一些不足有待改进。能够认真学习党的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r>
        <w:rPr>
          <w:lang w:eastAsia="zh-CN"/>
        </w:rPr>
        <w:br/>
      </w:r>
      <w:r>
        <w:rPr>
          <w:lang w:eastAsia="zh-CN"/>
        </w:rPr>
        <w:t>　　学习方面：</w:t>
      </w:r>
      <w:r>
        <w:rPr>
          <w:lang w:eastAsia="zh-CN"/>
        </w:rPr>
        <w:br/>
      </w:r>
      <w:r>
        <w:rPr>
          <w:lang w:eastAsia="zh-CN"/>
        </w:rPr>
        <w:t>　　坚持把学习作为自我完善和提高的重要途径，既积极参加所在单位组织的各种学习，严格要求自己</w:t>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xml:space="preserve"> ，要熟练的掌握专科知识和各项专科护理操作，作到了理论联系实际。</w:t>
      </w:r>
      <w:r>
        <w:rPr>
          <w:lang w:eastAsia="zh-CN"/>
        </w:rPr>
        <w:br/>
      </w:r>
      <w:r>
        <w:rPr>
          <w:lang w:eastAsia="zh-CN"/>
        </w:rPr>
        <w:t>　　工作方面：</w:t>
      </w:r>
      <w:r>
        <w:rPr>
          <w:lang w:eastAsia="zh-CN"/>
        </w:rPr>
        <w:br/>
      </w:r>
      <w:r>
        <w:rPr>
          <w:lang w:eastAsia="zh-CN"/>
        </w:rPr>
        <w:t>　　服从安排，认真负责，踏实肯干，不怕苦，不怕累。 积极配合上级领导和同事，正确执行医嘱及各项护理技术操作规程，做好基础护理，严格执行无菌操作和三查七对制度。 尽职尽责，搞好护理工作。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r>
        <w:rPr>
          <w:lang w:eastAsia="zh-CN"/>
        </w:rPr>
        <w:br/>
      </w:r>
      <w:r>
        <w:rPr>
          <w:lang w:eastAsia="zh-CN"/>
        </w:rPr>
        <w:t>　　同时，我自身还是有很多缺点和不足，要适应社会的发展，不断提高思想认识，完善自己，改正缺点，做一名优秀的护理工作者。</w:t>
      </w:r>
      <w:r>
        <w:rPr>
          <w:lang w:eastAsia="zh-CN"/>
        </w:rPr>
        <w:br/>
      </w:r>
      <w:r>
        <w:rPr>
          <w:lang w:eastAsia="zh-CN"/>
        </w:rPr>
        <w:t xml:space="preserve">    护士年终工作总结,护士年终工作总结范文 篇14 </w:t>
      </w:r>
      <w:r>
        <w:rPr>
          <w:lang w:eastAsia="zh-CN"/>
        </w:rPr>
        <w:br/>
      </w:r>
      <w:r>
        <w:rPr>
          <w:lang w:eastAsia="zh-CN"/>
        </w:rPr>
        <w:t>　　一、个人思想方面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作为的一名护士，我经常在空闲的时间进行思想的学习和锻炼。除了通过网络了解国家的大小事以外，我还一直关注着各项政策的发展进步。此外，作为一名护士，我时刻牢记自己的工作职责。在思想上加强自己的服务意识和工作态度。让自己能在护理服务上保持着较好的热心、爱心以及责任心，并不断提高自己。在我的服务工作中经常受到病人和家属们的认可。</w:t>
      </w:r>
      <w:r>
        <w:rPr>
          <w:lang w:eastAsia="zh-CN"/>
        </w:rPr>
        <w:br/>
      </w:r>
      <w:r>
        <w:rPr>
          <w:lang w:eastAsia="zh-CN"/>
        </w:rPr>
        <w:t>　　二、岗位的工作情况</w:t>
      </w:r>
      <w:r>
        <w:rPr>
          <w:lang w:eastAsia="zh-CN"/>
        </w:rPr>
        <w:br/>
      </w:r>
      <w:r>
        <w:rPr>
          <w:lang w:eastAsia="zh-CN"/>
        </w:rPr>
        <w:t>　　在这一年来，我负责过__和___方面的工作，工作上我认真仔细，严格遵守护理的规定要求，遵守医嘱并耐心听取病人和家属的要求，在工作中准确、耐心、细致的完成好自己的工作职责。在工作中不抱怨，不嫌累。虽然有时候需要和家属们耐心的解释一些工作情况，但大部分情况下都能得到家属们的`理解和认可，取得家属和病人信任，将医患关系处理妥当，让工作顺利进行。</w:t>
      </w:r>
      <w:r>
        <w:rPr>
          <w:lang w:eastAsia="zh-CN"/>
        </w:rPr>
        <w:br/>
      </w:r>
      <w:r>
        <w:rPr>
          <w:lang w:eastAsia="zh-CN"/>
        </w:rPr>
        <w:t>　　三、学习和进步</w:t>
      </w:r>
      <w:r>
        <w:rPr>
          <w:lang w:eastAsia="zh-CN"/>
        </w:rPr>
        <w:br/>
      </w:r>
      <w:r>
        <w:rPr>
          <w:lang w:eastAsia="zh-CN"/>
        </w:rPr>
        <w:t>　　尽管已经开始了实际的护理工作，但我始终也没有忘记在学习中提高自我。一年里，我经常钻研一些专业方面的书籍和资料，并虚心向身边的同事请教工作，这不仅更加提高了我的业务知识，也让我累积了许多实用的经验，让我在工作中也变得更加充实，更加圆满。</w:t>
      </w:r>
      <w:r>
        <w:rPr>
          <w:lang w:eastAsia="zh-CN"/>
        </w:rPr>
        <w:br/>
      </w:r>
      <w:r>
        <w:rPr>
          <w:lang w:eastAsia="zh-CN"/>
        </w:rPr>
        <w:t>　　回顾自己这一年来的工作情况，我感到还不是很满意。作为一名护士，我还有一些不够熟练的技术。在工作中虽不至于导致出错，但却远比不上一些同事优秀。我感到，既然要成为一名大家信赖的护士的，那么我必须在自己的工作中将自己的职责和能力至少做到出色的程度。这也将是我在下一阶段的目标，是我将要进一步克服的个人问题。</w:t>
      </w:r>
      <w:r>
        <w:rPr>
          <w:lang w:eastAsia="zh-CN"/>
        </w:rPr>
        <w:br/>
      </w:r>
    </w:p>
    <w:p w:rsidR="001B1F19" w14:textId="27C3F48A">
      <w:pPr>
        <w:rPr>
          <w:rFonts w:hint="eastAsia"/>
          <w:lang w:eastAsia="zh-CN"/>
        </w:rPr>
      </w:pPr>
      <w:r>
        <w:rPr>
          <w:lang w:eastAsia="zh-CN"/>
        </w:rPr>
        <w:t>　　转眼一年又过去，虽然护士的工作辛苦，但我却为这一年来从自己照顾下康复的病人们自豪。我会将自己的这份热情坚持下去，努力成为一名更出色的护理人员!</w:t>
      </w:r>
      <w:r>
        <w:rPr>
          <w:lang w:eastAsia="zh-CN"/>
        </w:rPr>
        <w:br/>
      </w:r>
      <w:r>
        <w:rPr>
          <w:lang w:eastAsia="zh-CN"/>
        </w:rPr>
        <w:t xml:space="preserve">    护士年终工作总结,护士年终工作总结范文 篇15 </w:t>
      </w:r>
      <w:r>
        <w:rPr>
          <w:lang w:eastAsia="zh-CN"/>
        </w:rPr>
        <w:br/>
      </w:r>
      <w:r>
        <w:rPr>
          <w:lang w:eastAsia="zh-CN"/>
        </w:rPr>
        <w:t>　　20__年，医务科在院部的关心、支持和全体医务人员的共同努力下，紧紧围绕以医疗质量为核心的'管理理念，紧抓制度落实、增强医务人员医疗安全防范意识、理顺科室间关系，在医疗质量管理、医疗安全管理方面取得了一定成绩，现将一年的工作情况总结如下：</w:t>
      </w:r>
      <w:r>
        <w:rPr>
          <w:lang w:eastAsia="zh-CN"/>
        </w:rPr>
        <w:br/>
      </w:r>
      <w:r>
        <w:rPr>
          <w:lang w:eastAsia="zh-CN"/>
        </w:rPr>
        <w:t>　　一、医疗质量管理</w:t>
      </w:r>
      <w:r>
        <w:rPr>
          <w:lang w:eastAsia="zh-CN"/>
        </w:rPr>
        <w:br/>
      </w:r>
      <w:r>
        <w:rPr>
          <w:lang w:eastAsia="zh-CN"/>
        </w:rPr>
        <w:t>　　1、按“三基三严”标准要求，严格执行三级医师查房制度，医嘱制度及病例讨论制度，病例能按规范要求书写，并在24小时内完成。病程记录准确，诊断符合99%，用药合理，并正确合理应用抗生素。无医疗事故和重大医疗过失发生，无收受红包和用回扣现象。</w:t>
      </w:r>
      <w:r>
        <w:rPr>
          <w:lang w:eastAsia="zh-CN"/>
        </w:rPr>
        <w:br/>
      </w:r>
      <w:r>
        <w:rPr>
          <w:lang w:eastAsia="zh-CN"/>
        </w:rPr>
        <w:t>　　2、进一步健全完善了助产技术服务工作制度和诊疗规范，制定完善了医疗差错防范制度；急救药品管理制度；危重病人抢救制度；出生证明管理制度；高危妊娠管理制度等十九项制度，进一步规范了医疗行为。</w:t>
      </w:r>
      <w:r>
        <w:rPr>
          <w:lang w:eastAsia="zh-CN"/>
        </w:rPr>
        <w:br/>
      </w:r>
      <w:r>
        <w:rPr>
          <w:lang w:eastAsia="zh-CN"/>
        </w:rPr>
        <w:t>　　3、组织医务人员认真学习抗菌未使用原则，严格执行医疗保险相关政策规定（医疗服务设施目录、药品目录、诊疗项目目录），及单病种限价规定，各科临床医生要掌握阶梯用药原则，因病施治，对症用药、杜绝大处方、人情方和搭车开药。</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https://d.book118.com/008075100006006050</w:t>
        </w:r>
      </w:hyperlink>
    </w:p>
    <w:p w:rsidR="001B1F19">
      <w:pPr>
        <w:rPr>
          <w:rFonts w:hint="eastAsia"/>
          <w:lang w:eastAsia="zh-CN"/>
        </w:rPr>
      </w:pPr>
    </w:p>
    <w:sectPr>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0807510000600605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