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Title"/>
        <w:jc w:val="center"/>
      </w:pPr>
      <w:r>
        <w:rPr>
          <w:rFonts w:ascii="宋体" w:eastAsia="宋体" w:hAnsi="宋体"/>
          <w:sz w:val="36"/>
        </w:rPr>
        <w:t>班主任校园安全工作总结（19篇）</w:t>
      </w:r>
    </w:p>
    <w:p>
      <w:pPr>
        <w:spacing w:before="100" w:after="200" w:line="360" w:lineRule="auto"/>
        <w:ind w:firstLine="576"/>
        <w:jc w:val="left"/>
      </w:pPr>
      <w:r>
        <w:rPr>
          <w:rFonts w:ascii="宋体" w:eastAsia="宋体" w:hAnsi="宋体"/>
          <w:sz w:val="28"/>
        </w:rPr>
        <w:t>加强教育，促进自护</w:t>
      </w:r>
    </w:p>
    <w:p>
      <w:pPr>
        <w:spacing w:before="100" w:after="200" w:line="360" w:lineRule="auto"/>
        <w:ind w:firstLine="576"/>
        <w:jc w:val="left"/>
      </w:pPr>
      <w:r>
        <w:rPr>
          <w:rFonts w:ascii="宋体" w:eastAsia="宋体" w:hAnsi="宋体"/>
          <w:sz w:val="28"/>
        </w:rPr>
        <w:t>要确保安全，根本在于提高安全意识、自我防范和自护自救能力，抓好安全教育，是学校安全工作的基矗我校经常性地聘请交-警中队警官和消防中队警官到学校对学生开展交通安全教育，消防安全教育，请公安、派出所分管同志到学校开展法治教育，同时给全校学生上消防安全知识课，通过防地震及疏散演练来增强学生的安全意识。</w:t>
      </w:r>
    </w:p>
    <w:p>
      <w:pPr>
        <w:spacing w:before="100" w:after="200" w:line="360" w:lineRule="auto"/>
        <w:ind w:firstLine="576"/>
        <w:jc w:val="left"/>
      </w:pPr>
      <w:r>
        <w:rPr>
          <w:rFonts w:ascii="宋体" w:eastAsia="宋体" w:hAnsi="宋体"/>
          <w:sz w:val="28"/>
        </w:rPr>
        <w:t>1、认真做好安全教育工作。学校安全教育以"校园安全"为主题，组织学习安全教育工作文件，对校内易发事故类型、重点部位保护、工作薄弱环节、各类人员安全意识与安全技能等方面，开展深入全面的大检查，消除隐患，有针对性地扎实地开展教育和防范工作。</w:t>
      </w:r>
    </w:p>
    <w:p>
      <w:pPr>
        <w:spacing w:before="100" w:after="200" w:line="360" w:lineRule="auto"/>
        <w:ind w:firstLine="576"/>
        <w:jc w:val="left"/>
        <w:sectPr w:rsidSect="00034616">
          <w:pgSz w:w="11906" w:h="16838"/>
          <w:pgMar w:top="1440" w:right="1440" w:bottom="1440" w:left="1440" w:header="720" w:footer="720" w:gutter="0"/>
          <w:cols w:space="720"/>
          <w:docGrid w:linePitch="360"/>
        </w:sectPr>
      </w:pPr>
      <w:r>
        <w:rPr>
          <w:rFonts w:ascii="宋体" w:eastAsia="宋体" w:hAnsi="宋体"/>
          <w:sz w:val="28"/>
        </w:rPr>
        <w:t>2、开展丰富多彩的教育活动。利用红领巾广播、班队会、活动课、学科渗透等途径，通过讲解、演示和训练，对学生开展安全预防教育，使学生接受比较系统的防溺水、防交通事故、防触电、防食物中毒、防并防体育运动伤害、防火、防盗、防震、防骗、防煤气中毒等安全知识和技能教育。还利用学校广播、黑板报、手抄报、张贴标语等宣传工具及举行主题班会、讲座、安全征文与知识竞赛等形式开展丰富多彩的安全教育。学校积极推行一周安全提醒，学校利用周前会议和周一升旗活动时间，小结上周安全工作，强调安全事项。通过《加强节假日对子女监护》的公开信，增强家长的安全意识。通过教育提高广大学生的安全意识、安全防范能力和自我保护能力。</w:t>
      </w:r>
    </w:p>
    <w:p>
      <w:pPr>
        <w:spacing w:before="100" w:after="200" w:line="360" w:lineRule="auto"/>
        <w:ind w:firstLine="576"/>
        <w:jc w:val="left"/>
      </w:pPr>
      <w:r>
        <w:rPr>
          <w:rFonts w:ascii="宋体" w:eastAsia="宋体" w:hAnsi="宋体"/>
          <w:sz w:val="28"/>
        </w:rPr>
        <w:t>3、提倡走读学生步行上学，对学生骑车上学情况进行摸底排查造册，严禁末满十二周岁的学生骑车上学，严禁学生骑“三无”(无刹车、无铃、无牌照)自行车上学。</w:t>
      </w:r>
    </w:p>
    <w:p>
      <w:pPr>
        <w:spacing w:before="100" w:after="200" w:line="360" w:lineRule="auto"/>
        <w:ind w:firstLine="576"/>
        <w:jc w:val="left"/>
      </w:pPr>
      <w:r>
        <w:rPr>
          <w:rFonts w:ascii="宋体" w:eastAsia="宋体" w:hAnsi="宋体"/>
          <w:sz w:val="28"/>
        </w:rPr>
        <w:t>加强检查，及时整改</w:t>
      </w:r>
    </w:p>
    <w:p>
      <w:pPr>
        <w:spacing w:before="100" w:after="200" w:line="360" w:lineRule="auto"/>
        <w:ind w:firstLine="576"/>
        <w:jc w:val="left"/>
      </w:pPr>
      <w:r>
        <w:rPr>
          <w:rFonts w:ascii="宋体" w:eastAsia="宋体" w:hAnsi="宋体"/>
          <w:sz w:val="28"/>
        </w:rPr>
        <w:t>开展常规检查。每学期开学以后，学校把安全教育工作作为重点检查内容之一、汛前，学校对校舍进行全面的安全检查。同时，积极配合卫生局对学校饮水卫生进行检查。冬季，学校对电线进行防火安全检查，学校还不定期对周边安全进行检查等。</w:t>
      </w:r>
    </w:p>
    <w:p>
      <w:pPr>
        <w:spacing w:before="100" w:after="200" w:line="360" w:lineRule="auto"/>
        <w:ind w:firstLine="576"/>
        <w:jc w:val="left"/>
      </w:pPr>
      <w:r>
        <w:rPr>
          <w:rFonts w:ascii="宋体" w:eastAsia="宋体" w:hAnsi="宋体"/>
          <w:sz w:val="28"/>
        </w:rPr>
        <w:t>存在的主要问题和下步的打算</w:t>
      </w:r>
    </w:p>
    <w:p>
      <w:pPr>
        <w:spacing w:before="100" w:after="200" w:line="360" w:lineRule="auto"/>
        <w:ind w:firstLine="576"/>
        <w:jc w:val="left"/>
      </w:pPr>
      <w:r>
        <w:rPr>
          <w:rFonts w:ascii="宋体" w:eastAsia="宋体" w:hAnsi="宋体"/>
          <w:sz w:val="28"/>
        </w:rPr>
        <w:t>我们在安全保卫方面虽然做了一定工作，安全保卫工作得到加强，但是安全保卫工作的难度越来越大，学校安全保卫工作的形势仍然比较严峻。</w:t>
      </w:r>
    </w:p>
    <w:p>
      <w:pPr>
        <w:spacing w:before="100" w:after="200" w:line="360" w:lineRule="auto"/>
        <w:ind w:firstLine="576"/>
        <w:jc w:val="left"/>
      </w:pPr>
      <w:r>
        <w:rPr>
          <w:rFonts w:ascii="宋体" w:eastAsia="宋体" w:hAnsi="宋体"/>
          <w:sz w:val="28"/>
        </w:rPr>
        <w:t>1、社会育人环境存在不利于师生安全的因素，近几年来，在各级党政领导下，通过有关职能部门的集中综合整治，学校周边环境有明显的好转。但是，社会上的不安定因素和不良文化对师生安全的影响还是比较大的，非法出版的图书、音像及网吧和游戏室对学生的影响还是存在的，学校周边的饮食摊和食品店还存在食品安全隐患，学校门前交通成为主干道，往来车子多且无序，时常末见减速，对学生往还学校，特别是需要过马路的学生造成了极大的安全隐患。</w:t>
      </w:r>
    </w:p>
    <w:p>
      <w:pPr>
        <w:spacing w:before="100" w:after="200" w:line="360" w:lineRule="auto"/>
        <w:ind w:firstLine="576"/>
        <w:jc w:val="left"/>
        <w:sectPr w:rsidSect="00034616">
          <w:type w:val="nextPage"/>
          <w:pgSz w:w="11906" w:h="16838"/>
          <w:pgMar w:top="1440" w:right="1440" w:bottom="1440" w:left="1440" w:header="720" w:footer="720" w:gutter="0"/>
          <w:pgNumType w:start="2"/>
          <w:cols w:space="720"/>
          <w:titlePg w:val="0"/>
          <w:docGrid w:linePitch="360"/>
        </w:sectPr>
      </w:pPr>
      <w:r>
        <w:rPr>
          <w:rFonts w:ascii="宋体" w:eastAsia="宋体" w:hAnsi="宋体"/>
          <w:sz w:val="28"/>
        </w:rPr>
        <w:t>2、学校安全工作的难度不断增大。学生中独生子女越来越多，独生子女在家庭中往往受保护较多，而缺乏生活经验。学生作为社会的弱势群体，多数自我保护意识和安全防范能力低，大大增加了学校安全工作的难度。</w:t>
      </w:r>
    </w:p>
    <w:p>
      <w:pPr>
        <w:spacing w:before="100" w:after="200" w:line="360" w:lineRule="auto"/>
        <w:ind w:firstLine="576"/>
        <w:jc w:val="left"/>
      </w:pPr>
      <w:r>
        <w:rPr>
          <w:rFonts w:ascii="宋体" w:eastAsia="宋体" w:hAnsi="宋体"/>
          <w:sz w:val="28"/>
        </w:rPr>
        <w:t>今后，我们将进一步重视安全保卫工作，及时协调社会各界共同关心学生安全，解决安全保卫工作中发现的新问题，不断提高我校安全保卫工作水平。</w:t>
      </w:r>
    </w:p>
    <w:p>
      <w:pPr>
        <w:spacing w:before="100" w:after="200" w:line="360" w:lineRule="auto"/>
        <w:jc w:val="left"/>
      </w:pPr>
      <w:r>
        <w:rPr>
          <w:rFonts w:ascii="宋体 (中文正文)" w:eastAsia="宋体" w:hAnsi="宋体 (中文正文)"/>
          <w:sz w:val="28"/>
        </w:rPr>
        <w:t>下一步打算：</w:t>
      </w:r>
    </w:p>
    <w:p>
      <w:pPr>
        <w:spacing w:before="100" w:after="200" w:line="360" w:lineRule="auto"/>
        <w:ind w:firstLine="576"/>
        <w:jc w:val="left"/>
      </w:pPr>
      <w:r>
        <w:rPr>
          <w:rFonts w:ascii="宋体" w:eastAsia="宋体" w:hAnsi="宋体"/>
          <w:sz w:val="28"/>
        </w:rPr>
        <w:t>开展“全国中小学生安全教育日”和学校安全教育周”活动计划：</w:t>
      </w:r>
    </w:p>
    <w:p>
      <w:pPr>
        <w:spacing w:before="100" w:after="200" w:line="360" w:lineRule="auto"/>
        <w:ind w:firstLine="576"/>
        <w:jc w:val="left"/>
      </w:pPr>
      <w:r>
        <w:rPr>
          <w:rFonts w:ascii="宋体" w:eastAsia="宋体" w:hAnsi="宋体"/>
          <w:sz w:val="28"/>
        </w:rPr>
        <w:t>1、加大宣传力度，各班出一期安全专栏并进行评比。</w:t>
      </w:r>
    </w:p>
    <w:p>
      <w:pPr>
        <w:spacing w:before="100" w:after="200" w:line="360" w:lineRule="auto"/>
        <w:ind w:firstLine="576"/>
        <w:jc w:val="left"/>
      </w:pPr>
      <w:r>
        <w:rPr>
          <w:rFonts w:ascii="宋体" w:eastAsia="宋体" w:hAnsi="宋体"/>
          <w:sz w:val="28"/>
        </w:rPr>
        <w:t>2、好中选优，出一期有质量的安全小抄报。</w:t>
      </w:r>
    </w:p>
    <w:p>
      <w:pPr>
        <w:spacing w:before="100" w:after="200" w:line="360" w:lineRule="auto"/>
        <w:ind w:firstLine="576"/>
        <w:jc w:val="left"/>
      </w:pPr>
      <w:r>
        <w:rPr>
          <w:rFonts w:ascii="宋体" w:eastAsia="宋体" w:hAnsi="宋体"/>
          <w:sz w:val="28"/>
        </w:rPr>
        <w:t>3、开展一次消防安全及应急疏散演练。</w:t>
      </w:r>
    </w:p>
    <w:p>
      <w:pPr>
        <w:spacing w:before="100" w:after="200" w:line="360" w:lineRule="auto"/>
        <w:ind w:firstLine="576"/>
        <w:jc w:val="left"/>
      </w:pPr>
      <w:r>
        <w:rPr>
          <w:rFonts w:ascii="宋体" w:eastAsia="宋体" w:hAnsi="宋体"/>
          <w:sz w:val="28"/>
        </w:rPr>
        <w:t>(二)、做安全工作的感受及体会</w:t>
      </w:r>
    </w:p>
    <w:p>
      <w:pPr>
        <w:spacing w:before="100" w:after="200" w:line="360" w:lineRule="auto"/>
        <w:ind w:firstLine="576"/>
        <w:jc w:val="left"/>
        <w:sectPr w:rsidSect="00034616">
          <w:type w:val="nextPage"/>
          <w:pgSz w:w="11906" w:h="16838"/>
          <w:pgMar w:top="1440" w:right="1440" w:bottom="1440" w:left="1440" w:header="720" w:footer="720" w:gutter="0"/>
          <w:pgNumType w:start="3"/>
          <w:cols w:space="720"/>
          <w:titlePg w:val="0"/>
          <w:docGrid w:linePitch="360"/>
        </w:sectPr>
      </w:pPr>
    </w:p>
    <w:p>
      <w:pPr>
        <w:spacing w:before="100" w:after="200" w:line="360" w:lineRule="auto"/>
        <w:ind w:firstLine="576"/>
        <w:jc w:val="left"/>
      </w:pPr>
      <w:r>
        <w:rPr>
          <w:rFonts w:ascii="宋体" w:eastAsia="宋体" w:hAnsi="宋体"/>
          <w:sz w:val="28"/>
        </w:rPr>
        <w:t>安全工作责任重如山，学校工作方方面面都涉及到安全问题。而校园安全事关全体师生的生命和财产，事关学校和社会的稳定和发展。作为学校安全分管同志，在时刻敲响安全警钟的同时，更要明白如何去思考和管理，尤其是依法思考和依法管理和处理安全事故。进一步强化了危机意识，又进一步从思想认识的高度、理论指导的层面以及学校管理操作策略实践等不同层面得到启示和提升。“防患于未然”，把事情处理在萌芽状态，对于抓安全工作尤为重要。有了机制、制度和网络还是远远不够，关键要落实在防控措施上。防控措施主要包括“人防”和“技防”两方面。加强“人防”一方面加强监督管理，另一方面就是要加强宣传教育。作为小学针对教育对象的年龄特点，就要求老师根据少年儿童实际条件，将安全知识技能演练融入到教育教学游戏活动中，寓教于乐，易于少年儿童接受。可以将许多宣传教育设置在区域活动中，让少年儿童在活动中体验教育。同时，小学教育关键是要加强每一位教职员工安全责任意识的培养，每一位教职员工重视了，就会在事事、时时、处处加强对少年儿童的宣传教育。“技防”主要是指聘请保安，安装防盗报警系统等方面的技术防控措施。在这两个方面，后者我校还末开始实施，今后也应该逐步做到，当然还需要不断加大投入。</w:t>
      </w:r>
    </w:p>
    <w:p>
      <w:pPr>
        <w:spacing w:before="100" w:after="200" w:line="360" w:lineRule="auto"/>
        <w:ind w:firstLine="576"/>
        <w:jc w:val="left"/>
      </w:pPr>
      <w:r>
        <w:rPr>
          <w:rFonts w:ascii="宋体" w:eastAsia="宋体" w:hAnsi="宋体"/>
          <w:sz w:val="28"/>
        </w:rPr>
        <w:t>总之，安全工作责任重大，安全工作无小事。学校安全工作只有起点没有终点，我们要建立“横向到边、纵向到底”的管理网络，应让安全警钟长鸣。</w:t>
      </w:r>
    </w:p>
    <w:p>
      <w:pPr>
        <w:spacing w:before="100" w:after="200" w:line="360" w:lineRule="auto"/>
        <w:ind w:firstLine="576"/>
        <w:jc w:val="left"/>
      </w:pPr>
      <w:r>
        <w:rPr>
          <w:rFonts w:ascii="宋体" w:eastAsia="宋体" w:hAnsi="宋体"/>
          <w:sz w:val="28"/>
        </w:rPr>
        <w:t>(三)对安全工作的一些思考</w:t>
      </w:r>
    </w:p>
    <w:p>
      <w:pPr>
        <w:spacing w:before="100" w:after="200" w:line="360" w:lineRule="auto"/>
        <w:ind w:firstLine="576"/>
        <w:jc w:val="left"/>
      </w:pPr>
      <w:r>
        <w:rPr>
          <w:rFonts w:ascii="宋体" w:eastAsia="宋体" w:hAnsi="宋体"/>
          <w:sz w:val="28"/>
        </w:rPr>
        <w:t>鉴于综上所述，我觉得要想把安全工作做好，一是要加强组织领导，落实安全工作责任制，二是要强化安全教育，树立安全意识，三是要建立各种制度和做好应急疏散预案，每期开展一次应急疏散演练，加强安全管理，四是要突出学生安全重点，抓好学生安全管理。五是要取得社会各界的支持，齐抓共管，共同治理好学校周边治安。六是要建立好各种台帐，这既是工作的需要，也是自我保护的一种手段。</w:t>
      </w:r>
    </w:p>
    <w:p>
      <w:pPr>
        <w:spacing w:before="100" w:after="200" w:line="360" w:lineRule="auto"/>
        <w:jc w:val="left"/>
      </w:pPr>
      <w:r>
        <w:rPr>
          <w:rFonts w:ascii="宋体 (中文正文)" w:eastAsia="宋体" w:hAnsi="宋体 (中文正文)"/>
          <w:b/>
          <w:sz w:val="28"/>
        </w:rPr>
        <w:t>一、安全教育</w:t>
      </w:r>
    </w:p>
    <w:p>
      <w:pPr>
        <w:spacing w:before="100" w:after="200" w:line="360" w:lineRule="auto"/>
        <w:ind w:firstLine="576"/>
        <w:jc w:val="left"/>
      </w:pPr>
      <w:r>
        <w:rPr>
          <w:rFonts w:ascii="宋体" w:eastAsia="宋体" w:hAnsi="宋体"/>
          <w:sz w:val="28"/>
        </w:rPr>
        <w:t>作为班主任要把安全教育放在班级管理工作的首位，要经常性的开展班级学生的安全教育。</w:t>
      </w:r>
    </w:p>
    <w:p>
      <w:pPr>
        <w:spacing w:before="100" w:after="200" w:line="360" w:lineRule="auto"/>
        <w:ind w:firstLine="576"/>
        <w:jc w:val="left"/>
      </w:pPr>
      <w:r>
        <w:rPr>
          <w:rFonts w:ascii="宋体" w:eastAsia="宋体" w:hAnsi="宋体"/>
          <w:sz w:val="28"/>
        </w:rPr>
        <w:t>1、教育时间：不定时与定时教育相结合;将每次活动前与活动后教育相结合。要重点抓好每个时段的安全教育，要坚持做到晨会、课间教育、快放学时提醒。</w:t>
      </w:r>
    </w:p>
    <w:p>
      <w:pPr>
        <w:spacing w:before="100" w:after="200" w:line="360" w:lineRule="auto"/>
        <w:ind w:firstLine="576"/>
        <w:jc w:val="left"/>
        <w:sectPr w:rsidSect="00034616">
          <w:type w:val="nextPage"/>
          <w:pgSz w:w="11906" w:h="16838"/>
          <w:pgMar w:top="1440" w:right="1440" w:bottom="1440" w:left="1440" w:header="720" w:footer="720" w:gutter="0"/>
          <w:pgNumType w:start="4"/>
          <w:cols w:space="720"/>
          <w:titlePg w:val="0"/>
          <w:docGrid w:linePitch="360"/>
        </w:sectPr>
      </w:pPr>
    </w:p>
    <w:p>
      <w:pPr>
        <w:spacing w:before="100" w:after="200" w:line="360" w:lineRule="auto"/>
        <w:ind w:firstLine="576"/>
        <w:jc w:val="left"/>
      </w:pPr>
      <w:r>
        <w:rPr>
          <w:rFonts w:ascii="宋体" w:eastAsia="宋体" w:hAnsi="宋体"/>
          <w:sz w:val="28"/>
        </w:rPr>
        <w:t>2、教育内容：对学生进行水、电、火、煤气、雷雨电、交通、饮食、体育活动、劳动实践、外出活动及珍爱生命等方面的安全常识教育，普及安全知识，增强学生的安全意识。同时每天要检查全班学生的安全状况，发现问题及时纠正。了解每一个学生，对有生理疾病、有心理障碍的学生要告知每一位任课教师;任课教师要把学生偶发事项、缺席情况及时告知我。</w:t>
      </w:r>
    </w:p>
    <w:p>
      <w:pPr>
        <w:spacing w:before="100" w:after="200" w:line="360" w:lineRule="auto"/>
        <w:ind w:firstLine="576"/>
        <w:jc w:val="left"/>
      </w:pPr>
      <w:r>
        <w:rPr>
          <w:rFonts w:ascii="宋体" w:eastAsia="宋体" w:hAnsi="宋体"/>
          <w:sz w:val="28"/>
        </w:rPr>
        <w:t>(1)在学期不同的阶段，有重点的开展交通、消防、食品卫生、防触电、防溺水、防踩踏、防自然灾害、防暴力、防病禁毒等各项安全教育。</w:t>
      </w:r>
    </w:p>
    <w:p>
      <w:pPr>
        <w:spacing w:before="100" w:after="200" w:line="360" w:lineRule="auto"/>
        <w:ind w:firstLine="576"/>
        <w:jc w:val="left"/>
      </w:pPr>
      <w:r>
        <w:rPr>
          <w:rFonts w:ascii="宋体" w:eastAsia="宋体" w:hAnsi="宋体"/>
          <w:sz w:val="28"/>
        </w:rPr>
        <w:t>(2)切合时机有针对的对学生进行心理健康教育，防止学生不良、过激行为的发生。开展《安全第一，健康成长》的主题班会。</w:t>
      </w:r>
    </w:p>
    <w:p>
      <w:pPr>
        <w:spacing w:before="100" w:after="200" w:line="360" w:lineRule="auto"/>
        <w:ind w:firstLine="576"/>
        <w:jc w:val="left"/>
      </w:pPr>
      <w:r>
        <w:rPr>
          <w:rFonts w:ascii="宋体" w:eastAsia="宋体" w:hAnsi="宋体"/>
          <w:sz w:val="28"/>
        </w:rPr>
        <w:t>(3)开展节假日前的安全教育。长假期间做全方位的安全督促，促使学生增加自我安全意识、自我约束。流行感冒期间做好一切工作。保证学生的晨检，学生们都能健康成长。</w:t>
      </w:r>
    </w:p>
    <w:p>
      <w:pPr>
        <w:spacing w:before="100" w:after="200" w:line="360" w:lineRule="auto"/>
        <w:ind w:firstLine="576"/>
        <w:jc w:val="left"/>
      </w:pPr>
      <w:r>
        <w:rPr>
          <w:rFonts w:ascii="宋体" w:eastAsia="宋体" w:hAnsi="宋体"/>
          <w:sz w:val="28"/>
        </w:rPr>
        <w:t>(4)经常检查班级的电线、电器、窗户等不安全因素及时报告后勤处，发现问题，能及时解决的就马上解决。</w:t>
      </w:r>
    </w:p>
    <w:p>
      <w:pPr>
        <w:spacing w:before="100" w:after="200" w:line="360" w:lineRule="auto"/>
        <w:ind w:firstLine="576"/>
        <w:jc w:val="left"/>
      </w:pPr>
      <w:r>
        <w:rPr>
          <w:rFonts w:ascii="宋体" w:eastAsia="宋体" w:hAnsi="宋体"/>
          <w:sz w:val="28"/>
        </w:rPr>
        <w:t>(5)课堂教学和课间活动时间，规范课堂教学行为，不准上课家长来没有理由的把学生领走，检查教学设备设施;严禁学生擅自脱离课堂。特别是体育室外课更要加强学生的安全教育;</w:t>
      </w:r>
    </w:p>
    <w:p>
      <w:pPr>
        <w:spacing w:before="100" w:after="200" w:line="360" w:lineRule="auto"/>
        <w:ind w:firstLine="576"/>
        <w:jc w:val="left"/>
      </w:pPr>
      <w:r>
        <w:rPr>
          <w:rFonts w:ascii="宋体" w:eastAsia="宋体" w:hAnsi="宋体"/>
          <w:sz w:val="28"/>
        </w:rPr>
        <w:t>3、教育的方式：采用解说、阅读、板报宣传、演讲、活动演练、主题班会</w:t>
      </w:r>
    </w:p>
    <w:p>
      <w:pPr>
        <w:spacing w:before="100" w:after="200" w:line="360" w:lineRule="auto"/>
        <w:jc w:val="left"/>
      </w:pPr>
      <w:r>
        <w:rPr>
          <w:rFonts w:ascii="宋体 (中文正文)" w:eastAsia="宋体" w:hAnsi="宋体 (中文正文)"/>
          <w:b/>
          <w:sz w:val="28"/>
        </w:rPr>
        <w:t>二、安全督促</w:t>
      </w:r>
    </w:p>
    <w:p>
      <w:pPr>
        <w:spacing w:before="100" w:after="200" w:line="360" w:lineRule="auto"/>
        <w:ind w:firstLine="576"/>
        <w:jc w:val="left"/>
      </w:pPr>
      <w:r>
        <w:rPr>
          <w:rFonts w:ascii="宋体" w:eastAsia="宋体" w:hAnsi="宋体"/>
          <w:sz w:val="28"/>
        </w:rPr>
        <w:t>在学生的学习、活动、生活过程中，我都时刻跟班，防止学生不良现象及意外事故的发生。</w:t>
      </w:r>
    </w:p>
    <w:p>
      <w:pPr>
        <w:spacing w:before="100" w:after="200" w:line="360" w:lineRule="auto"/>
        <w:ind w:firstLine="576"/>
        <w:jc w:val="left"/>
        <w:sectPr w:rsidSect="00034616">
          <w:type w:val="nextPage"/>
          <w:pgSz w:w="11906" w:h="16838"/>
          <w:pgMar w:top="1440" w:right="1440" w:bottom="1440" w:left="1440" w:header="720" w:footer="720" w:gutter="0"/>
          <w:pgNumType w:start="5"/>
          <w:cols w:space="720"/>
          <w:titlePg w:val="0"/>
          <w:docGrid w:linePitch="360"/>
        </w:sectPr>
      </w:pPr>
      <w:r>
        <w:rPr>
          <w:rFonts w:ascii="宋体" w:eastAsia="宋体" w:hAnsi="宋体"/>
          <w:sz w:val="28"/>
        </w:rPr>
        <w:t>1、学生考勤：班长每天到班级的首要工作是检查学生人数，查实未到学生去向，无故未到的、逃学的必须报告我，我再通报家长或学校。</w:t>
      </w:r>
    </w:p>
    <w:p>
      <w:pPr>
        <w:spacing w:before="100" w:after="200" w:line="360" w:lineRule="auto"/>
        <w:ind w:firstLine="576"/>
        <w:jc w:val="left"/>
      </w:pPr>
      <w:r>
        <w:rPr>
          <w:rFonts w:ascii="宋体" w:eastAsia="宋体" w:hAnsi="宋体"/>
          <w:sz w:val="28"/>
        </w:rPr>
        <w:t>2、班会课和自习课：每周一次班会课，我进行相关教育，绝不得自己上课或被其他课占用。让学生讲安全的重要性。</w:t>
      </w:r>
    </w:p>
    <w:p>
      <w:pPr>
        <w:spacing w:before="100" w:after="200" w:line="360" w:lineRule="auto"/>
        <w:ind w:firstLine="576"/>
        <w:jc w:val="left"/>
      </w:pPr>
      <w:r>
        <w:rPr>
          <w:rFonts w:ascii="宋体" w:eastAsia="宋体" w:hAnsi="宋体"/>
          <w:sz w:val="28"/>
        </w:rPr>
        <w:t>3、我会看住班级“两操”：眼保健操与大课间操，避免出现意外。</w:t>
      </w:r>
    </w:p>
    <w:p>
      <w:pPr>
        <w:spacing w:before="100" w:after="200" w:line="360" w:lineRule="auto"/>
        <w:jc w:val="left"/>
      </w:pPr>
      <w:r>
        <w:rPr>
          <w:rFonts w:ascii="宋体 (中文正文)" w:eastAsia="宋体" w:hAnsi="宋体 (中文正文)"/>
          <w:b/>
          <w:sz w:val="28"/>
        </w:rPr>
        <w:t>三、安全检查</w:t>
      </w:r>
    </w:p>
    <w:p>
      <w:pPr>
        <w:spacing w:before="100" w:after="200" w:line="360" w:lineRule="auto"/>
        <w:ind w:firstLine="576"/>
        <w:jc w:val="left"/>
      </w:pPr>
      <w:r>
        <w:rPr>
          <w:rFonts w:ascii="宋体" w:eastAsia="宋体" w:hAnsi="宋体"/>
          <w:sz w:val="28"/>
        </w:rPr>
        <w:t>1、要认真做好每天一次的班级安全小检查和每周一次大检查。</w:t>
      </w:r>
    </w:p>
    <w:p>
      <w:pPr>
        <w:spacing w:before="100" w:after="200" w:line="360" w:lineRule="auto"/>
        <w:ind w:firstLine="576"/>
        <w:jc w:val="left"/>
      </w:pPr>
      <w:r>
        <w:rPr>
          <w:rFonts w:ascii="宋体" w:eastAsia="宋体" w:hAnsi="宋体"/>
          <w:sz w:val="28"/>
        </w:rPr>
        <w:t>2、不良器械排查：全面清查学生是否将刀具、木铁棍、玩具枪、易燃易爆、有毒物品等各种不良物品带入教室，一经发现，立即收缴处置。</w:t>
      </w:r>
    </w:p>
    <w:p>
      <w:pPr>
        <w:spacing w:before="100" w:after="200" w:line="360" w:lineRule="auto"/>
        <w:ind w:firstLine="576"/>
        <w:jc w:val="left"/>
      </w:pPr>
      <w:r>
        <w:rPr>
          <w:rFonts w:ascii="宋体" w:eastAsia="宋体" w:hAnsi="宋体"/>
          <w:sz w:val="28"/>
        </w:rPr>
        <w:t>3、学生行为：随机抽查学生课间的行为习惯，发现不良现象，即时制止并教育。</w:t>
      </w:r>
    </w:p>
    <w:p>
      <w:pPr>
        <w:spacing w:before="100" w:after="200" w:line="360" w:lineRule="auto"/>
        <w:ind w:firstLine="576"/>
        <w:jc w:val="left"/>
      </w:pPr>
      <w:r>
        <w:rPr>
          <w:rFonts w:ascii="宋体" w:eastAsia="宋体" w:hAnsi="宋体"/>
          <w:sz w:val="28"/>
        </w:rPr>
        <w:t>4、思想调查：细心观察，个别交流，有预见性的把握学生心理动态，顺藤摸瓜，了解学生校内外的思想行为状况、变化，查出隐患。</w:t>
      </w:r>
    </w:p>
    <w:p>
      <w:pPr>
        <w:spacing w:before="100" w:after="200" w:line="360" w:lineRule="auto"/>
        <w:jc w:val="left"/>
      </w:pPr>
      <w:r>
        <w:rPr>
          <w:rFonts w:ascii="宋体 (中文正文)" w:eastAsia="宋体" w:hAnsi="宋体 (中文正文)"/>
          <w:b/>
          <w:sz w:val="28"/>
        </w:rPr>
        <w:t>四、安全反馈</w:t>
      </w:r>
    </w:p>
    <w:p>
      <w:pPr>
        <w:spacing w:before="100" w:after="200" w:line="360" w:lineRule="auto"/>
        <w:ind w:firstLine="576"/>
        <w:jc w:val="left"/>
      </w:pPr>
      <w:r>
        <w:rPr>
          <w:rFonts w:ascii="宋体" w:eastAsia="宋体" w:hAnsi="宋体"/>
          <w:sz w:val="28"/>
        </w:rPr>
        <w:t>严格做好安全工作的记录、汇报和总结工作</w:t>
      </w:r>
    </w:p>
    <w:p>
      <w:pPr>
        <w:spacing w:before="100" w:after="200" w:line="360" w:lineRule="auto"/>
        <w:ind w:firstLine="576"/>
        <w:jc w:val="left"/>
      </w:pPr>
      <w:r>
        <w:rPr>
          <w:rFonts w:ascii="宋体" w:eastAsia="宋体" w:hAnsi="宋体"/>
          <w:sz w:val="28"/>
        </w:rPr>
        <w:t>1、每天对班级安全检查记录清晰，每一次检查中有一些问题及时向后勤汇报。由专人责任感特别强的学生负责进行全面的检查，不得走过场。检查教室玻璃、关好门窗、最后锁好教室门等</w:t>
      </w:r>
    </w:p>
    <w:p>
      <w:pPr>
        <w:spacing w:before="100" w:after="200" w:line="360" w:lineRule="auto"/>
        <w:jc w:val="left"/>
      </w:pPr>
      <w:r>
        <w:rPr>
          <w:rFonts w:ascii="宋体 (中文正文)" w:eastAsia="宋体" w:hAnsi="宋体 (中文正文)"/>
          <w:b/>
          <w:sz w:val="28"/>
        </w:rPr>
        <w:t>五、大型活动核准制度</w:t>
      </w:r>
    </w:p>
    <w:p>
      <w:pPr>
        <w:spacing w:before="100" w:after="200" w:line="360" w:lineRule="auto"/>
        <w:ind w:firstLine="576"/>
        <w:jc w:val="left"/>
      </w:pPr>
      <w:r>
        <w:rPr>
          <w:rFonts w:ascii="宋体" w:eastAsia="宋体" w:hAnsi="宋体"/>
          <w:sz w:val="28"/>
        </w:rPr>
        <w:t>组织学生体育课活动，必须叮嘱学生田径赛一定按体育老师的规定去做，切忌一定做好安全保护工作，避免发生意外。</w:t>
      </w:r>
    </w:p>
    <w:p>
      <w:pPr>
        <w:spacing w:before="100" w:after="200" w:line="360" w:lineRule="auto"/>
        <w:jc w:val="left"/>
      </w:pPr>
      <w:r>
        <w:rPr>
          <w:rFonts w:ascii="宋体 (中文正文)" w:eastAsia="宋体" w:hAnsi="宋体 (中文正文)"/>
          <w:b/>
          <w:sz w:val="28"/>
        </w:rPr>
        <w:t>六、饮水安全制度</w:t>
      </w:r>
    </w:p>
    <w:p>
      <w:pPr>
        <w:spacing w:before="100" w:after="200" w:line="360" w:lineRule="auto"/>
        <w:ind w:firstLine="576"/>
        <w:jc w:val="left"/>
        <w:sectPr w:rsidSect="00034616">
          <w:type w:val="nextPage"/>
          <w:pgSz w:w="11906" w:h="16838"/>
          <w:pgMar w:top="1440" w:right="1440" w:bottom="1440" w:left="1440" w:header="720" w:footer="720" w:gutter="0"/>
          <w:pgNumType w:start="6"/>
          <w:cols w:space="720"/>
          <w:titlePg w:val="0"/>
          <w:docGrid w:linePitch="360"/>
        </w:sectPr>
      </w:pPr>
      <w:r>
        <w:rPr>
          <w:rFonts w:ascii="宋体" w:eastAsia="宋体" w:hAnsi="宋体"/>
          <w:sz w:val="28"/>
        </w:rPr>
        <w:t>1、经常给饮水桶清洗、消毒。</w:t>
      </w:r>
    </w:p>
    <w:p>
      <w:pPr>
        <w:spacing w:before="100" w:after="200" w:line="360" w:lineRule="auto"/>
        <w:ind w:firstLine="576"/>
        <w:jc w:val="left"/>
      </w:pPr>
      <w:r>
        <w:rPr>
          <w:rFonts w:ascii="宋体" w:eastAsia="宋体" w:hAnsi="宋体"/>
          <w:sz w:val="28"/>
        </w:rPr>
        <w:t>2、教育学生有秩序地饮水。</w:t>
      </w:r>
    </w:p>
    <w:p>
      <w:pPr>
        <w:spacing w:before="100" w:after="200" w:line="360" w:lineRule="auto"/>
        <w:jc w:val="left"/>
      </w:pPr>
      <w:r>
        <w:rPr>
          <w:rFonts w:ascii="宋体 (中文正文)" w:eastAsia="宋体" w:hAnsi="宋体 (中文正文)"/>
          <w:b/>
          <w:sz w:val="28"/>
        </w:rPr>
        <w:t>一、完善制度，落实责任</w:t>
      </w:r>
    </w:p>
    <w:p>
      <w:pPr>
        <w:spacing w:before="100" w:after="200" w:line="360" w:lineRule="auto"/>
        <w:ind w:firstLine="576"/>
        <w:jc w:val="left"/>
      </w:pPr>
      <w:r>
        <w:rPr>
          <w:rFonts w:ascii="宋体" w:eastAsia="宋体" w:hAnsi="宋体"/>
          <w:sz w:val="28"/>
        </w:rPr>
        <w:t>xx小学结合实际，制定并完善了针对性和操作性比较强的用电安全、消除安全、传染病防治、值班、门卫管理、危险物品管理、食堂食品卫生安全管理、校内食品小卖部监管、集会和大型活动安全管理、安全隐患整改、安全经费保障、安全报告等制度，还制定了火灾事故、群体性事件和突发事件、被盗案件、食品中毒事件、防讯排洪、地方病防治、学生突发急病、校园周边治安等方面的应急处理预案，并将相应的安全制度的执行责任一一落实到学校校长、副校长、教导主任和全体教职工，形成了人人有责任、人人有担子的安全管理体系。</w:t>
      </w:r>
    </w:p>
    <w:p>
      <w:pPr>
        <w:spacing w:before="100" w:after="200" w:line="360" w:lineRule="auto"/>
        <w:jc w:val="left"/>
      </w:pPr>
      <w:r>
        <w:rPr>
          <w:rFonts w:ascii="宋体 (中文正文)" w:eastAsia="宋体" w:hAnsi="宋体 (中文正文)"/>
          <w:b/>
          <w:sz w:val="28"/>
        </w:rPr>
        <w:t>二、着力硬件，完善设施</w:t>
      </w:r>
    </w:p>
    <w:p>
      <w:pPr>
        <w:spacing w:before="100" w:after="200" w:line="360" w:lineRule="auto"/>
        <w:ind w:firstLine="576"/>
        <w:jc w:val="left"/>
      </w:pPr>
      <w:r>
        <w:rPr>
          <w:rFonts w:ascii="宋体" w:eastAsia="宋体" w:hAnsi="宋体"/>
          <w:sz w:val="28"/>
        </w:rPr>
        <w:t>通过学校标准化建设，xx小学原教学楼、教师宿舍楼进行了风貌改造，还新修建了一幢综合楼、水冲式厕所，彻底解除了校舍方面的安全隐患。20xx年秋季开学后，县教育局还为学校平整了操场，硬化了教学楼前后20xx多平方米地面;学校按县教育、卫生部门要求，投入4余万元，改建了师生食堂，改造了用水设施和原教学楼、办公楼、教师宿舍楼的照明线路，添置了30多个灭火器，设置了安全警示标语和“楼道执勤教师”，标明了上下楼道中线。</w:t>
      </w:r>
    </w:p>
    <w:p>
      <w:pPr>
        <w:spacing w:before="100" w:after="200" w:line="360" w:lineRule="auto"/>
        <w:ind w:firstLine="576"/>
        <w:jc w:val="left"/>
      </w:pPr>
      <w:r>
        <w:rPr>
          <w:rFonts w:ascii="宋体" w:eastAsia="宋体" w:hAnsi="宋体"/>
          <w:sz w:val="28"/>
        </w:rPr>
        <w:t>xx小学保证了师生饮用水卫生。学校的所有生活用水，均经县卫生执法监督所取样检测，符合卫生标准。学校供水设施完善，所有楼顶水池加盖密封，定期清洗。</w:t>
      </w:r>
    </w:p>
    <w:p>
      <w:pPr>
        <w:spacing w:before="100" w:after="200" w:line="360" w:lineRule="auto"/>
        <w:jc w:val="left"/>
        <w:sectPr w:rsidSect="00034616">
          <w:type w:val="nextPage"/>
          <w:pgSz w:w="11906" w:h="16838"/>
          <w:pgMar w:top="1440" w:right="1440" w:bottom="1440" w:left="1440" w:header="720" w:footer="720" w:gutter="0"/>
          <w:pgNumType w:start="7"/>
          <w:cols w:space="720"/>
          <w:titlePg w:val="0"/>
          <w:docGrid w:linePitch="360"/>
        </w:sectPr>
      </w:pPr>
      <w:r>
        <w:rPr>
          <w:rFonts w:ascii="宋体 (中文正文)" w:eastAsia="宋体" w:hAnsi="宋体 (中文正文)"/>
          <w:b/>
          <w:sz w:val="28"/>
        </w:rPr>
        <w:t>三、加强检查，排除隐患</w:t>
      </w:r>
    </w:p>
    <w:p>
      <w:pPr>
        <w:spacing w:before="100" w:after="200" w:line="360" w:lineRule="auto"/>
        <w:ind w:firstLine="576"/>
        <w:jc w:val="left"/>
      </w:pPr>
      <w:r>
        <w:rPr>
          <w:rFonts w:ascii="宋体" w:eastAsia="宋体" w:hAnsi="宋体"/>
          <w:sz w:val="28"/>
        </w:rPr>
        <w:t>xx小学属典型的农村小学，针对农村学校安全事故的薄弱环节，学校突出加强了学校安全防范，始终如一地坚持定期和不定期的安全排查、防范制度，以确保万无一失。</w:t>
      </w:r>
    </w:p>
    <w:p>
      <w:pPr>
        <w:spacing w:before="100" w:after="200" w:line="360" w:lineRule="auto"/>
        <w:ind w:firstLine="576"/>
        <w:jc w:val="left"/>
      </w:pPr>
      <w:r>
        <w:rPr>
          <w:rFonts w:ascii="宋体" w:eastAsia="宋体" w:hAnsi="宋体"/>
          <w:sz w:val="28"/>
        </w:rPr>
        <w:t>一是开学前一周，学校安全工作领导小组开展校园安全大检查。在检查中，一一列出检查项目和明细，明确检查范围、重点，对学校校舍、教学设备、消防设施、学校食堂等逐一进行全面检查，确认无安全隐患，并经相关检查人员签字后，方可在开学时投入使用。对检查出的安全隐患，学校立即组织整改，以确保开学时正常使用。</w:t>
      </w:r>
    </w:p>
    <w:p>
      <w:pPr>
        <w:spacing w:before="100" w:after="200" w:line="360" w:lineRule="auto"/>
        <w:ind w:firstLine="576"/>
        <w:jc w:val="left"/>
      </w:pPr>
      <w:r>
        <w:rPr>
          <w:rFonts w:ascii="宋体" w:eastAsia="宋体" w:hAnsi="宋体"/>
          <w:sz w:val="28"/>
        </w:rPr>
        <w:t>二是加强常规性的安全检查。学校对重点安全部位，强化警钟长鸣意识，做到了时时检查、处处留心，严加防范。学校建立并严格执行了“班级安全工作周检制度”、“食堂食品卫生安全日查制度”、“各班学生每天晨检观察制度”，并详细记载检查情况。对检查中发现的问题或安全隐患，学校立即采取措施，切实整改。</w:t>
      </w:r>
    </w:p>
    <w:p>
      <w:pPr>
        <w:spacing w:before="100" w:after="200" w:line="360" w:lineRule="auto"/>
        <w:ind w:firstLine="576"/>
        <w:jc w:val="left"/>
      </w:pPr>
      <w:r>
        <w:rPr>
          <w:rFonts w:ascii="宋体" w:eastAsia="宋体" w:hAnsi="宋体"/>
          <w:sz w:val="28"/>
        </w:rPr>
        <w:t>学校吸取“9·8”事件的教训，严格遵守食品卫生法规。学校食堂从业人员持证上岗，定期进行体检，统一着装。食堂的米、油、盐、肉、蔬菜等都是定点采购，严格验收、保管。对食物、蔬菜等的清洗、烹饪、售卖等，学校有严格的操作规程、措施和记录，有专门人员进行监督检查。学校小卖部做到了亮证经营，销售环境清洁卫生，进货渠道合法，坚决不售“三无”产品和过期变质食品。</w:t>
      </w:r>
    </w:p>
    <w:p>
      <w:pPr>
        <w:spacing w:before="100" w:after="200" w:line="360" w:lineRule="auto"/>
        <w:ind w:firstLine="576"/>
        <w:jc w:val="left"/>
        <w:sectPr w:rsidSect="00034616">
          <w:type w:val="nextPage"/>
          <w:pgSz w:w="11906" w:h="16838"/>
          <w:pgMar w:top="1440" w:right="1440" w:bottom="1440" w:left="1440" w:header="720" w:footer="720" w:gutter="0"/>
          <w:pgNumType w:start="8"/>
          <w:cols w:space="720"/>
          <w:titlePg w:val="0"/>
          <w:docGrid w:linePitch="360"/>
        </w:sectPr>
      </w:pPr>
      <w:r>
        <w:rPr>
          <w:rFonts w:ascii="宋体" w:eastAsia="宋体" w:hAnsi="宋体"/>
          <w:sz w:val="28"/>
        </w:rPr>
        <w:t>三是学校建立“安全月查报告制度”。为了强化安全工作督查与整改，学校安全工作领导小组坚持每月底对校园安全进行了全面、认真、细致的检查，检查范围包括制度落实情况、各安全责任人执行情况和安全隐患排查等方面，检查后及时向县教育局办公局填报了学校安全工作情况。</w:t>
      </w:r>
    </w:p>
    <w:p>
      <w:pPr>
        <w:spacing w:before="100" w:after="200" w:line="360" w:lineRule="auto"/>
        <w:ind w:firstLine="576"/>
        <w:jc w:val="left"/>
      </w:pPr>
      <w:r>
        <w:rPr>
          <w:rFonts w:ascii="宋体" w:eastAsia="宋体" w:hAnsi="宋体"/>
          <w:sz w:val="28"/>
        </w:rPr>
        <w:t>20xx年国庆前夕，县消防大队对xx小学进行了消防监督检查，发出了《责令限期改正通知书》。随后，学校按“通知书”的要求，迅速整改：拆除了教师住宿楼二楼疏散通道上安装的栅栏，更换了综合楼两个失效的灭火器，在教学楼、综合楼的疏散通道旁设置了“疏散指示标志”。整改结束后，学校及时向县消防大队书面汇报了整改情况。</w:t>
      </w:r>
    </w:p>
    <w:p>
      <w:pPr>
        <w:spacing w:before="100" w:after="200" w:line="360" w:lineRule="auto"/>
        <w:ind w:firstLine="576"/>
        <w:jc w:val="left"/>
      </w:pPr>
      <w:r>
        <w:rPr>
          <w:rFonts w:ascii="宋体" w:eastAsia="宋体" w:hAnsi="宋体"/>
          <w:sz w:val="28"/>
        </w:rPr>
        <w:t>通过安全月查，学校安全领导小组发现校门周边200M内一直存在无证经营或不符合食品卫生安全管理要求的小摊、小店、流动摊贩，对学生的食品卫生安全管理造成了严重的隐患。为了学生的健康成长，消除学校周边的安全隐患，学校在加强学生食品卫生安全教育的同时，多次向上级部门打了书面请示报告，请求取缔学校周边无证经营的小摊、小店、流动摊贩。此外，操场是学校的重要场所，开学前虽然通过平整，但一段时间后，学校操场满是滚动的鹅卵石，不利于学生上体育课，更不利于学生课间活动，操场现成为学校的安全隐患。学校于12月底向县教育局、镇政府打了书面请示报告，恳请给予支持，排除操场安全隐患。</w:t>
      </w:r>
    </w:p>
    <w:p>
      <w:pPr>
        <w:spacing w:before="100" w:after="200" w:line="360" w:lineRule="auto"/>
        <w:jc w:val="left"/>
      </w:pPr>
      <w:r>
        <w:rPr>
          <w:rFonts w:ascii="宋体 (中文正文)" w:eastAsia="宋体" w:hAnsi="宋体 (中文正文)"/>
          <w:b/>
          <w:sz w:val="28"/>
        </w:rPr>
        <w:t>四、安全教育，常抓不懈</w:t>
      </w:r>
    </w:p>
    <w:p>
      <w:pPr>
        <w:spacing w:before="100" w:after="200" w:line="360" w:lineRule="auto"/>
        <w:ind w:firstLine="576"/>
        <w:jc w:val="left"/>
      </w:pPr>
      <w:r>
        <w:rPr>
          <w:rFonts w:ascii="宋体" w:eastAsia="宋体" w:hAnsi="宋体"/>
          <w:sz w:val="28"/>
        </w:rPr>
        <w:t>在狠抓安全管理的同时，xx小学针对农村学生安全意识差的问题，将安全教育作为中心任务，注重学生安全意识的提高和良好安全行为的养成，从根本上防止人为安全事故发生。</w:t>
      </w:r>
    </w:p>
    <w:p>
      <w:pPr>
        <w:spacing w:before="100" w:after="200" w:line="360" w:lineRule="auto"/>
        <w:ind w:firstLine="576"/>
        <w:jc w:val="left"/>
        <w:sectPr w:rsidSect="00034616">
          <w:type w:val="nextPage"/>
          <w:pgSz w:w="11906" w:h="16838"/>
          <w:pgMar w:top="1440" w:right="1440" w:bottom="1440" w:left="1440" w:header="720" w:footer="720" w:gutter="0"/>
          <w:pgNumType w:start="9"/>
          <w:cols w:space="720"/>
          <w:titlePg w:val="0"/>
          <w:docGrid w:linePitch="360"/>
        </w:sectPr>
      </w:pPr>
    </w:p>
    <w:p>
      <w:pPr>
        <w:spacing w:before="100" w:after="200" w:line="360" w:lineRule="auto"/>
        <w:ind w:firstLine="576"/>
        <w:jc w:val="left"/>
      </w:pPr>
      <w:r>
        <w:rPr>
          <w:rFonts w:ascii="宋体" w:eastAsia="宋体" w:hAnsi="宋体"/>
          <w:sz w:val="28"/>
        </w:rPr>
        <w:t>一是xx小学通过周一升旗仪式“国旗下讲话”、周五降旗仪式和每日课间操后的全校集会、黑板报、校园宣传橱窗，各年级各班利用朝会、班队活动、每日“放学前一分钟安全教育”等，对学生进行新《中小学守则》、《小学生日常行为规范》、《成都市中小学生礼仪常规》、《校园安全教育讲义》、《“十个”道德好习惯》、《预防未成年人犯罪法》等安全知识教育外，还开展了形式多样的安全教育活动，如“安全知识竞赛”、“xx小学饮水饮食卫生《告学生书》”、(3—6年级学生)“自办安全手抄小报展评”、(结合“12·4”全国法制宣传日)聘请法制副校长为师生“以案说法”、“防治艾滋，关爱社会”征文、观看安全教育图片展等多种形式，提高学生的安全意识。</w:t>
      </w:r>
    </w:p>
    <w:p>
      <w:pPr>
        <w:spacing w:before="100" w:after="200" w:line="360" w:lineRule="auto"/>
        <w:ind w:firstLine="576"/>
        <w:jc w:val="left"/>
      </w:pPr>
      <w:r>
        <w:rPr>
          <w:rFonts w:ascii="宋体" w:eastAsia="宋体" w:hAnsi="宋体"/>
          <w:sz w:val="28"/>
        </w:rPr>
        <w:t>三是制定校本安全规范。xx小学结合农村学校实际，制定、印发了《学生安全行为准则》(学生人手一份);还根据小学生年龄特点，编写、印发了《xx小学学生安全常识歌》(学生人手一份)，通过琅琅上口的语言，使安全知识教育深入浅出，便于学生接受。各年级各班利用朝会、班队活动课组织学生进行学习《学生安全行为准则》、熟读熟记《安全常识歌》;音乐老师还将《安全常识歌》编排成小快板，在20xx年元旦节庆祝会上表演，受到孩子们的广泛欢迎。如今，《安全常识歌》已深入xx小学学生心中，成为了学生安全行为规范的校本教材。</w:t>
      </w:r>
    </w:p>
    <w:p>
      <w:pPr>
        <w:spacing w:before="100" w:after="200" w:line="360" w:lineRule="auto"/>
        <w:ind w:firstLine="576"/>
        <w:jc w:val="left"/>
        <w:sectPr w:rsidSect="00034616">
          <w:type w:val="nextPage"/>
          <w:pgSz w:w="11906" w:h="16838"/>
          <w:pgMar w:top="1440" w:right="1440" w:bottom="1440" w:left="1440" w:header="720" w:footer="720" w:gutter="0"/>
          <w:pgNumType w:start="10"/>
          <w:cols w:space="720"/>
          <w:titlePg w:val="0"/>
          <w:docGrid w:linePitch="360"/>
        </w:sectPr>
      </w:pPr>
      <w:r>
        <w:rPr>
          <w:rFonts w:ascii="宋体" w:eastAsia="宋体" w:hAnsi="宋体"/>
          <w:sz w:val="28"/>
        </w:rPr>
        <w:t>四是强化养成教育。为了培养良好的学风，确保校园无安全事故，xx小学制定了各年级“德育训练目标”，持之以恒地在全体学生中开展了“做好‘三管’(管好自己的口、管好自己的手、管好自己的脚)，争当‘五好’(文明礼貌好、安全行为好、遵纪守法好、学习习惯好、勤俭节约好)”教育活动，重点抓了交通安全教育、上下楼道“轻声慢步，文明谦让”教育、课间活动“四不”教育(不追、不跑、不打、</w:t>
      </w:r>
    </w:p>
    <w:p>
      <w:pPr>
        <w:spacing w:before="100" w:after="200" w:line="360" w:lineRule="auto"/>
        <w:ind w:firstLine="576"/>
        <w:jc w:val="left"/>
      </w:pPr>
      <w:r>
        <w:rPr>
          <w:rFonts w:ascii="宋体" w:eastAsia="宋体" w:hAnsi="宋体"/>
          <w:sz w:val="28"/>
        </w:rPr>
        <w:t xml:space="preserve"> 不闹)、放学路上“八不”教育(不在放学路上逗留，不乱买零食吃，不损坏群众物品和庄稼，不进电子游戏室和网吧，不与社会闲杂人员或外校生结伙，不私自下河游泳，不准打架斗殴，没有经过家长的允许不到同学或亲戚家)等，并做到了周周有安排、有重点、有检查、有评比、有总结，严格训练，反复要求。为了发挥学生的主体作用，学校还以班级“流动红旗竞赛”为杠杆，“110”红领巾监督岗对学生早晨上学、课间纪律、上下楼梯、交际礼仪等实行自主管理、评价，逐步让学生从“要我这样做”转变为“我要这样做”，让良好的行为习惯内化为学生的自觉行动。</w:t>
      </w:r>
    </w:p>
    <w:p>
      <w:pPr>
        <w:spacing w:before="100" w:after="200" w:line="360" w:lineRule="auto"/>
        <w:ind w:firstLine="576"/>
        <w:jc w:val="left"/>
      </w:pPr>
      <w:r>
        <w:rPr>
          <w:rFonts w:ascii="宋体" w:eastAsia="宋体" w:hAnsi="宋体"/>
          <w:sz w:val="28"/>
        </w:rPr>
        <w:t>通过以上努力，xx小学实现了校风校纪明显好转，学生中无“大欺小”现象，学生遵纪守法率达100%;学校无校舍、教学设施等方面的安全隐患，无火灾事故，无入室盗窃事件，无治安问题，无严重体罚和变相体罚学生事件。全期，xx小学无一例安全责任事故。</w:t>
      </w:r>
    </w:p>
    <w:p>
      <w:pPr>
        <w:spacing w:before="100" w:after="200" w:line="360" w:lineRule="auto"/>
        <w:ind w:firstLine="576"/>
        <w:jc w:val="left"/>
      </w:pPr>
      <w:r>
        <w:rPr>
          <w:rFonts w:ascii="宋体" w:eastAsia="宋体" w:hAnsi="宋体"/>
          <w:sz w:val="28"/>
        </w:rPr>
        <w:t>1.加强宣传教育，强化安全意识，经常利用班会或各种的课余时间加强对学生的安全教育，强调安全的重要性，经常在班上组织学生观看安全教育的宣传片，还在全班开展了“关注安全，珍爱生命”的主题班会。从而强化了学生的安全意识。</w:t>
      </w:r>
    </w:p>
    <w:p>
      <w:pPr>
        <w:spacing w:before="100" w:after="200" w:line="360" w:lineRule="auto"/>
        <w:ind w:firstLine="576"/>
        <w:jc w:val="left"/>
      </w:pPr>
      <w:r>
        <w:rPr>
          <w:rFonts w:ascii="宋体" w:eastAsia="宋体" w:hAnsi="宋体"/>
          <w:sz w:val="28"/>
        </w:rPr>
        <w:t>2、班级经常开展各种活动对学生进行安全教育，以增强学生的安全意识。严禁学生在教室、楼道、楼梯处追逐打闹、游戏、拥挤;严禁学生在校内骑车、翻越围栏、门窗、做危险动作;严禁学生带尖锐器械进校园。严禁学生在寝室内私拉乱接电线，严禁学生在寝室内使用各种大功率的电器等。</w:t>
      </w:r>
    </w:p>
    <w:p>
      <w:pPr>
        <w:spacing w:before="100" w:after="200" w:line="360" w:lineRule="auto"/>
        <w:ind w:firstLine="576"/>
        <w:jc w:val="left"/>
      </w:pPr>
      <w:r>
        <w:rPr>
          <w:rFonts w:ascii="宋体" w:eastAsia="宋体" w:hAnsi="宋体"/>
          <w:sz w:val="28"/>
        </w:rPr>
        <w:t>3、教育学生同学之间团结互助，真诚相待，不叫侮辱性绰号，不欺侮同学，发生矛盾多做自我批评。主动的找学生交流了解学生中存在的问题和矛盾，并及时的化解矛盾。</w:t>
      </w:r>
    </w:p>
    <w:p>
      <w:pPr>
        <w:spacing w:before="100" w:after="200" w:line="360" w:lineRule="auto"/>
        <w:ind w:firstLine="576"/>
        <w:jc w:val="left"/>
      </w:pPr>
      <w:r>
        <w:rPr>
          <w:rFonts w:ascii="宋体" w:eastAsia="宋体" w:hAnsi="宋体"/>
          <w:sz w:val="28"/>
        </w:rPr>
        <w:t>4、教育学生要自觉遵守交通法规，注意来回路上的安全;告诫学生不得私自搭乘摩托车，三轮车等。</w:t>
      </w:r>
    </w:p>
    <w:p>
      <w:pPr>
        <w:spacing w:before="100" w:after="200" w:line="360" w:lineRule="auto"/>
        <w:ind w:firstLine="576"/>
        <w:jc w:val="left"/>
        <w:sectPr w:rsidSect="00034616">
          <w:type w:val="nextPage"/>
          <w:pgSz w:w="11906" w:h="16838"/>
          <w:pgMar w:top="1440" w:right="1440" w:bottom="1440" w:left="1440" w:header="720" w:footer="720" w:gutter="0"/>
          <w:pgNumType w:start="11"/>
          <w:cols w:space="720"/>
          <w:titlePg w:val="0"/>
          <w:docGrid w:linePitch="360"/>
        </w:sectPr>
      </w:pPr>
      <w:r>
        <w:rPr>
          <w:rFonts w:ascii="宋体" w:eastAsia="宋体" w:hAnsi="宋体"/>
          <w:sz w:val="28"/>
        </w:rPr>
        <w:t>5、教育学生不进营业性舞厅、营业性游戏厅、酒吧、网吧和音乐茶座等不适合中学生活动的场所。</w:t>
      </w:r>
    </w:p>
    <w:p>
      <w:pPr>
        <w:spacing w:before="100" w:after="200" w:line="360" w:lineRule="auto"/>
        <w:ind w:firstLine="576"/>
        <w:jc w:val="left"/>
      </w:pPr>
      <w:r>
        <w:rPr>
          <w:rFonts w:ascii="宋体" w:eastAsia="宋体" w:hAnsi="宋体"/>
          <w:sz w:val="28"/>
        </w:rPr>
        <w:t>6、教育学生严格遵守学校的作息时间，上学、放学不准在学校和路途中逗留、玩耍，不允许不经家长允许的同学私自离校，让家长随时了解其子女的去向。</w:t>
      </w:r>
    </w:p>
    <w:p>
      <w:pPr>
        <w:spacing w:before="100" w:after="200" w:line="360" w:lineRule="auto"/>
        <w:ind w:firstLine="576"/>
        <w:jc w:val="left"/>
      </w:pPr>
      <w:r>
        <w:rPr>
          <w:rFonts w:ascii="宋体" w:eastAsia="宋体" w:hAnsi="宋体"/>
          <w:sz w:val="28"/>
        </w:rPr>
        <w:t>7、教育学生不买三无食品，不吃腐烂变质的食物，不喝不卫生的水和饮料，不吃陌生人给的东西。</w:t>
      </w:r>
    </w:p>
    <w:p>
      <w:pPr>
        <w:spacing w:before="100" w:after="200" w:line="360" w:lineRule="auto"/>
        <w:ind w:firstLine="576"/>
        <w:jc w:val="left"/>
      </w:pPr>
      <w:r>
        <w:rPr>
          <w:rFonts w:ascii="宋体" w:eastAsia="宋体" w:hAnsi="宋体"/>
          <w:sz w:val="28"/>
        </w:rPr>
        <w:t>9、夏季天气炎热，只有在家长或老师的带领、陪同下方可到游泳池游泳。千万不能私自到水沟、水塘、鱼塘、河里戏水、游泳。发现有此行为的同学，从重处理。</w:t>
      </w:r>
    </w:p>
    <w:p>
      <w:pPr>
        <w:spacing w:before="100" w:after="200" w:line="360" w:lineRule="auto"/>
        <w:ind w:firstLine="576"/>
        <w:jc w:val="left"/>
      </w:pPr>
      <w:r>
        <w:rPr>
          <w:rFonts w:ascii="宋体" w:eastAsia="宋体" w:hAnsi="宋体"/>
          <w:sz w:val="28"/>
        </w:rPr>
        <w:t>10.认真的组织学生学习有关安全方面的文件条例等。如&lt;未成年人保护条例&gt;&lt;未成年人违法处罚条例&gt;四川省教育厅下发的有关中职生的&lt;三禁，两不条例&gt;。让学生从法律的觉度来理解安全的重要性。</w:t>
      </w:r>
    </w:p>
    <w:p>
      <w:pPr>
        <w:spacing w:before="100" w:after="200" w:line="360" w:lineRule="auto"/>
        <w:ind w:firstLine="576"/>
        <w:jc w:val="left"/>
      </w:pPr>
      <w:r>
        <w:rPr>
          <w:rFonts w:ascii="宋体" w:eastAsia="宋体" w:hAnsi="宋体"/>
          <w:sz w:val="28"/>
        </w:rPr>
        <w:t>安全工作“重于泰山”，我们要在认真总结安全工作经验的基础上，不断探索学校安全工作的规律，严格执行各级关于安全工作的法律法规和有关规定，扎扎实实抓好各项防范措施的落实，确保班级教育教学工作正常的进行。</w:t>
      </w:r>
    </w:p>
    <w:p>
      <w:pPr>
        <w:spacing w:before="100" w:after="200" w:line="360" w:lineRule="auto"/>
        <w:ind w:firstLine="576"/>
        <w:jc w:val="left"/>
        <w:sectPr w:rsidSect="00034616">
          <w:type w:val="nextPage"/>
          <w:pgSz w:w="11906" w:h="16838"/>
          <w:pgMar w:top="1440" w:right="1440" w:bottom="1440" w:left="1440" w:header="720" w:footer="720" w:gutter="0"/>
          <w:pgNumType w:start="12"/>
          <w:cols w:space="720"/>
          <w:titlePg w:val="0"/>
          <w:docGrid w:linePitch="360"/>
        </w:sectPr>
      </w:pPr>
      <w:r>
        <w:rPr>
          <w:rFonts w:ascii="宋体" w:eastAsia="宋体" w:hAnsi="宋体"/>
          <w:sz w:val="28"/>
        </w:rPr>
        <w:t>孩子的健康、快乐的成长是我们每位老师的职责，在教给他们科学文化知识的同时，安全教育也是其中不可缺少的一部份。学校安全工作直接关系着学生的安危、家庭的幸福、社会的稳定。因此，做好学校安全工作，创造一个安全的学习环境是十分重要的，做好学校安全工作也是完成上级交给的各项工作任务的基础。要确保安全，根本在于提高安全意识、自我防范和自护自救能力，抓好安全教育，是学校安全工作的基础。所以我一直十分重视教育安全工作。平日里,不但对他们进行安全知识教育，而且在课余时间我也注意去观察他们的动静，只要发现了一些学生有不安全的行为，就及时进行教育。</w:t>
      </w:r>
    </w:p>
    <w:p>
      <w:pPr>
        <w:spacing w:before="100" w:after="200" w:line="360" w:lineRule="auto"/>
        <w:ind w:firstLine="576"/>
        <w:jc w:val="left"/>
      </w:pPr>
      <w:r>
        <w:rPr>
          <w:rFonts w:ascii="宋体" w:eastAsia="宋体" w:hAnsi="宋体"/>
          <w:sz w:val="28"/>
        </w:rPr>
        <w:t>2、开展丰富多彩的教育活动。利用班会、队活动、活动课对学生开展安全预防教育，使学生接受比较系统的防溺水、防交通事故、防触电、防食物中毒、防病、防体育运动伤害、防火、防盗、防震、防骗、防煤气中毒等安全知识。教育学生不买三无食品，不吃腐烂变</w:t>
      </w:r>
    </w:p>
    <w:p>
      <w:pPr>
        <w:spacing w:before="100" w:after="200" w:line="360" w:lineRule="auto"/>
        <w:ind w:firstLine="576"/>
        <w:jc w:val="left"/>
      </w:pPr>
      <w:r>
        <w:rPr>
          <w:rFonts w:ascii="宋体" w:eastAsia="宋体" w:hAnsi="宋体"/>
          <w:sz w:val="28"/>
        </w:rPr>
        <w:t>质的食物，不喝不卫生的水和饮料，不吃陌生人给的东西。通过教育提高广大学生的安全意识、安全防范能力和自我保护能力。</w:t>
      </w:r>
    </w:p>
    <w:p>
      <w:pPr>
        <w:spacing w:before="100" w:after="200" w:line="360" w:lineRule="auto"/>
        <w:ind w:firstLine="576"/>
        <w:jc w:val="left"/>
      </w:pPr>
      <w:r>
        <w:rPr>
          <w:rFonts w:ascii="宋体" w:eastAsia="宋体" w:hAnsi="宋体"/>
          <w:sz w:val="28"/>
        </w:rPr>
        <w:t>3、加强检查，及时整改。每天实行上课点名制度，让班干部报告人数给上课的老师。每天上、下课的路队，让路队长认真清点人数，并及时填写路队名单，进行评价。送路队时教育学生要好好走路，不要边排路队，边打闹。课间，派出小卫士检查，对于追逐打闹的学生做好登记。对于不守纪律的学生，我认真做好教育工作。</w:t>
      </w:r>
    </w:p>
    <w:p>
      <w:pPr>
        <w:spacing w:before="100" w:after="200" w:line="360" w:lineRule="auto"/>
        <w:ind w:firstLine="576"/>
        <w:jc w:val="left"/>
      </w:pPr>
      <w:r>
        <w:rPr>
          <w:rFonts w:ascii="宋体" w:eastAsia="宋体" w:hAnsi="宋体"/>
          <w:sz w:val="28"/>
        </w:rPr>
        <w:t>一个学期结束了，在同学们和老师的努力下，全班无一例安全事故发生。但是，安全工作是班务工作中的重中之重，需要我们做到天天讲、时时讲，警钟长鸣才能杜绝一切不安全的事故发生。今后，关注学生的生存环境，关注学生的人生安全仍将是未来学校工作的重点。我将进一步重视安全教育工作，尽心尽职做好安全教育工作。</w:t>
      </w:r>
    </w:p>
    <w:p>
      <w:pPr>
        <w:spacing w:before="100" w:after="200" w:line="360" w:lineRule="auto"/>
        <w:ind w:firstLine="576"/>
        <w:jc w:val="left"/>
        <w:sectPr w:rsidSect="00034616">
          <w:type w:val="nextPage"/>
          <w:pgSz w:w="11906" w:h="16838"/>
          <w:pgMar w:top="1440" w:right="1440" w:bottom="1440" w:left="1440" w:header="720" w:footer="720" w:gutter="0"/>
          <w:pgNumType w:start="13"/>
          <w:cols w:space="720"/>
          <w:titlePg w:val="0"/>
          <w:docGrid w:linePitch="360"/>
        </w:sectPr>
      </w:pPr>
    </w:p>
    <w:p>
      <w:pPr>
        <w:spacing w:before="100" w:after="200" w:line="360" w:lineRule="auto"/>
        <w:ind w:firstLine="576"/>
        <w:jc w:val="left"/>
      </w:pPr>
      <w:r>
        <w:rPr>
          <w:rFonts w:ascii="宋体" w:eastAsia="宋体" w:hAnsi="宋体"/>
          <w:sz w:val="28"/>
        </w:rPr>
        <w:t>学校安全工作直接关系着学生的安危、家庭的幸福、社会的稳定。因此，做好学校安全工作，创造一个安全的学习环境是十分重要的，一年来，我校认真贯彻上级领导关于各项安全工作要求，将创建平安和谐校园工作列为学校的头等大事，与学校德育工作紧密结合，坚持以防为主，积极开展各类安全知识教育活动，落实各项防卫措施，制定了重大安全事故应急预案、消防应急预案、防震逃生预案、消防卫生事故应急预案、防火防灾减灾应急预案、食品中毒应急预案等，使创安工作得到全面、深入、有效地开展。全校师生的法制观念、道路交通安全意识、消防意识等其它安全意识显著增强，现将一年来的工作总结如下：</w:t>
      </w:r>
    </w:p>
    <w:p>
      <w:pPr>
        <w:spacing w:before="100" w:after="200" w:line="360" w:lineRule="auto"/>
        <w:jc w:val="left"/>
      </w:pPr>
      <w:r>
        <w:rPr>
          <w:rFonts w:ascii="宋体 (中文正文)" w:eastAsia="宋体" w:hAnsi="宋体 (中文正文)"/>
          <w:b/>
          <w:sz w:val="28"/>
        </w:rPr>
        <w:t>一、领导重视，措施有力</w:t>
      </w:r>
    </w:p>
    <w:p>
      <w:pPr>
        <w:spacing w:before="100" w:after="200" w:line="360" w:lineRule="auto"/>
        <w:ind w:firstLine="576"/>
        <w:jc w:val="left"/>
      </w:pPr>
      <w:r>
        <w:rPr>
          <w:rFonts w:ascii="宋体" w:eastAsia="宋体" w:hAnsi="宋体"/>
          <w:sz w:val="28"/>
        </w:rPr>
        <w:t>为进一步做好安全教育工作，切实加强对安全教育工作的领导，学校把安全工作列入重要议事日程，成立了校长为组长的安全工作领导小组学校领导、班主任、教师都具有很强的安全意识。还根据学校安全工作的具体形势，把涉及师生安全的各项内容进行认真分解落实到人，做到每一项工作都有对应的专(兼)管人员。从而形成了学校校长直接抓，分管校长具体抓，教导主任具体分工负责组织实施，全校教职员工齐心协力共抓安全的良好局面。</w:t>
      </w:r>
    </w:p>
    <w:p>
      <w:pPr>
        <w:spacing w:before="100" w:after="200" w:line="360" w:lineRule="auto"/>
        <w:jc w:val="left"/>
      </w:pPr>
      <w:r>
        <w:rPr>
          <w:rFonts w:ascii="宋体 (中文正文)" w:eastAsia="宋体" w:hAnsi="宋体 (中文正文)"/>
          <w:b/>
          <w:sz w:val="28"/>
        </w:rPr>
        <w:t>二、各项安全制度，实施扎实到位</w:t>
      </w:r>
    </w:p>
    <w:p>
      <w:pPr>
        <w:spacing w:before="100" w:after="200" w:line="360" w:lineRule="auto"/>
        <w:ind w:firstLine="576"/>
        <w:jc w:val="left"/>
      </w:pPr>
      <w:r>
        <w:rPr>
          <w:rFonts w:ascii="宋体" w:eastAsia="宋体" w:hAnsi="宋体"/>
          <w:sz w:val="28"/>
        </w:rPr>
        <w:t>完善学校安全工作规章制度。建立学校安全工作的各项规章制度，建立健全定期检查和日常防范相结合的安全管理制度，以及学生管理、值日制度、防火防灾、卫生管理、防火安全管理、安全用电、体育器材检查、健康体检等规章制度。对涉及学校安全的各项工作，都要做到有章可循，违章必究，不留盲点，不出漏洞。</w:t>
      </w:r>
    </w:p>
    <w:p>
      <w:pPr>
        <w:spacing w:before="100" w:after="200" w:line="360" w:lineRule="auto"/>
        <w:jc w:val="left"/>
      </w:pPr>
      <w:r>
        <w:rPr>
          <w:rFonts w:ascii="宋体 (中文正文)" w:eastAsia="宋体" w:hAnsi="宋体 (中文正文)"/>
          <w:b/>
          <w:sz w:val="28"/>
        </w:rPr>
        <w:t>三、加强思想教育，提高自我保护能力</w:t>
      </w:r>
    </w:p>
    <w:p>
      <w:pPr>
        <w:spacing w:before="100" w:after="200" w:line="360" w:lineRule="auto"/>
        <w:ind w:firstLine="576"/>
        <w:jc w:val="left"/>
        <w:sectPr w:rsidSect="00034616">
          <w:type w:val="nextPage"/>
          <w:pgSz w:w="11906" w:h="16838"/>
          <w:pgMar w:top="1440" w:right="1440" w:bottom="1440" w:left="1440" w:header="720" w:footer="720" w:gutter="0"/>
          <w:pgNumType w:start="14"/>
          <w:cols w:space="720"/>
          <w:titlePg w:val="0"/>
          <w:docGrid w:linePitch="360"/>
        </w:sectPr>
      </w:pPr>
    </w:p>
    <w:p>
      <w:pPr>
        <w:spacing w:before="100" w:after="200" w:line="360" w:lineRule="auto"/>
        <w:ind w:firstLine="576"/>
        <w:jc w:val="left"/>
      </w:pPr>
      <w:r>
        <w:rPr>
          <w:rFonts w:ascii="宋体" w:eastAsia="宋体" w:hAnsi="宋体"/>
          <w:sz w:val="28"/>
        </w:rPr>
        <w:t>开展丰富多彩的教育活动。利用班会、队活动、活动课、德育活动、学科渗透等途径，通过讲解、演示和演练，对学生开展安全预防教育，使学生接受比较系统的防溺水、防交通事故、防触电、防食物中毒、防病、防体育运动伤害、防火、防盗、防震、防骗、等安全知识和技能教育。还利用校园黑板报、信息栏、悬挂横幅、张贴标语等宣传工具及举行主题班会、讲座等安全活动。学校利用周一升旗活动时间强调安全事项。提高广大学生的安全意识、安全防范能力和自我保护能力。</w:t>
      </w:r>
    </w:p>
    <w:p>
      <w:pPr>
        <w:spacing w:before="100" w:after="200" w:line="360" w:lineRule="auto"/>
        <w:jc w:val="left"/>
      </w:pPr>
      <w:r>
        <w:rPr>
          <w:rFonts w:ascii="宋体 (中文正文)" w:eastAsia="宋体" w:hAnsi="宋体 (中文正文)"/>
          <w:b/>
          <w:sz w:val="28"/>
        </w:rPr>
        <w:t>四、强化安全检查，及时整治整改</w:t>
      </w:r>
    </w:p>
    <w:p>
      <w:pPr>
        <w:spacing w:before="100" w:after="200" w:line="360" w:lineRule="auto"/>
        <w:ind w:firstLine="576"/>
        <w:jc w:val="left"/>
      </w:pPr>
      <w:r>
        <w:rPr>
          <w:rFonts w:ascii="宋体" w:eastAsia="宋体" w:hAnsi="宋体"/>
          <w:sz w:val="28"/>
        </w:rPr>
        <w:t>做好加大安全检查力度，不留死角，防范于未然。学校每月定出由专人检查校园的安全，并做好检查的记录。每次教师会上，校长强调加强安全教育方面工作。今年开学初，学校领导深入每一间教室检查门窗玻璃的损坏情况、排查校内学生活动场所存在的安全隐患，对全校的每一个角落，每一根电线、风扇、日光灯、电源开关、灯头、插座，进行了一次全面检查，发现问题当场解决，对破损的电源开关、灯头及时更换。同时，加强对校园周边的综合整治排查。对存在的隐患及时向上级反映，及时整改。</w:t>
      </w:r>
    </w:p>
    <w:p>
      <w:pPr>
        <w:spacing w:before="100" w:after="200" w:line="360" w:lineRule="auto"/>
        <w:ind w:firstLine="576"/>
        <w:jc w:val="left"/>
      </w:pPr>
      <w:r>
        <w:rPr>
          <w:rFonts w:ascii="宋体" w:eastAsia="宋体" w:hAnsi="宋体"/>
          <w:sz w:val="28"/>
        </w:rPr>
        <w:t>一年来，我们在加强安全方面做了应做的工作，校园平安和谐，环境氛围良好，师生中更无重大安全事故发生。但是学校安全工作是一项长久性的工作任务，今后我们将不断努力、严抓细管，使平安和谐校园不断深入发展。</w:t>
      </w:r>
    </w:p>
    <w:p>
      <w:pPr>
        <w:spacing w:before="100" w:after="200" w:line="360" w:lineRule="auto"/>
        <w:ind w:firstLine="576"/>
        <w:jc w:val="left"/>
      </w:pPr>
      <w:r>
        <w:rPr>
          <w:rFonts w:ascii="宋体" w:eastAsia="宋体" w:hAnsi="宋体"/>
          <w:sz w:val="28"/>
        </w:rPr>
        <w:t>大学是个相对自由，人流也比较多的地方。而正处花季的女生们，行走在偌大的校园之中，安全问题难免成为学校、家长所关注担心的问题。然而，更好地防止这些安全隐患的发生，除了学校的加强管理与家长的叮嘱，更重要的还是我们自身的安全意识要加强，让自己可以做到以下几点：</w:t>
      </w:r>
    </w:p>
    <w:p>
      <w:pPr>
        <w:spacing w:before="100" w:after="200" w:line="360" w:lineRule="auto"/>
        <w:ind w:firstLine="576"/>
        <w:jc w:val="left"/>
        <w:sectPr w:rsidSect="00034616">
          <w:type w:val="nextPage"/>
          <w:pgSz w:w="11906" w:h="16838"/>
          <w:pgMar w:top="1440" w:right="1440" w:bottom="1440" w:left="1440" w:header="720" w:footer="720" w:gutter="0"/>
          <w:pgNumType w:start="15"/>
          <w:cols w:space="720"/>
          <w:titlePg w:val="0"/>
          <w:docGrid w:linePitch="360"/>
        </w:sectPr>
      </w:pPr>
      <w:r>
        <w:rPr>
          <w:rFonts w:ascii="宋体" w:eastAsia="宋体" w:hAnsi="宋体"/>
          <w:sz w:val="28"/>
        </w:rPr>
        <w:t>1、晚上少出门。非要出门，尽量不要一个人。实在要一个人晚上出门，走路一定要走大马路。</w:t>
      </w:r>
    </w:p>
    <w:p>
      <w:pPr>
        <w:spacing w:before="100" w:after="200" w:line="360" w:lineRule="auto"/>
        <w:ind w:firstLine="576"/>
        <w:jc w:val="left"/>
      </w:pPr>
      <w:r>
        <w:rPr>
          <w:rFonts w:ascii="宋体" w:eastAsia="宋体" w:hAnsi="宋体"/>
          <w:sz w:val="28"/>
        </w:rPr>
        <w:t>2、要时刻留意身边人的情况，人和人之间有一个安全距离，凡是进入这个安全距离的人，本着礼让为先的原则，让别人先走。一定要有这种安全意识。尽量不要冲突。遇见紧急情况，能躲则躲。</w:t>
      </w:r>
    </w:p>
    <w:p>
      <w:pPr>
        <w:spacing w:before="100" w:after="200" w:line="360" w:lineRule="auto"/>
        <w:ind w:firstLine="576"/>
        <w:jc w:val="left"/>
      </w:pPr>
      <w:r>
        <w:rPr>
          <w:rFonts w:ascii="宋体" w:eastAsia="宋体" w:hAnsi="宋体"/>
          <w:sz w:val="28"/>
        </w:rPr>
        <w:t>3、象我前面吓退那小孩的事就是事出无奈，其实蕴藏着巨大风险。如果他有同伙或后面有大人，恐怕我那天晚上要吃大亏。</w:t>
      </w:r>
    </w:p>
    <w:p>
      <w:pPr>
        <w:spacing w:before="100" w:after="200" w:line="360" w:lineRule="auto"/>
        <w:ind w:firstLine="576"/>
        <w:jc w:val="left"/>
      </w:pPr>
      <w:r>
        <w:rPr>
          <w:rFonts w:ascii="宋体" w:eastAsia="宋体" w:hAnsi="宋体"/>
          <w:sz w:val="28"/>
        </w:rPr>
        <w:t>4、平时要注意锻炼身体。即使不是为了和歹徒博斗，学一学“凌波微步”还是很有必要的</w:t>
      </w:r>
    </w:p>
    <w:p>
      <w:pPr>
        <w:spacing w:before="100" w:after="200" w:line="360" w:lineRule="auto"/>
        <w:ind w:firstLine="576"/>
        <w:jc w:val="left"/>
      </w:pPr>
      <w:r>
        <w:rPr>
          <w:rFonts w:ascii="宋体" w:eastAsia="宋体" w:hAnsi="宋体"/>
          <w:sz w:val="28"/>
        </w:rPr>
        <w:t>5、关心流浪动物时注意有别被猫狗挠伤</w:t>
      </w:r>
    </w:p>
    <w:p>
      <w:pPr>
        <w:spacing w:before="100" w:after="200" w:line="360" w:lineRule="auto"/>
        <w:ind w:firstLine="576"/>
        <w:jc w:val="left"/>
      </w:pPr>
      <w:r>
        <w:rPr>
          <w:rFonts w:ascii="宋体" w:eastAsia="宋体" w:hAnsi="宋体"/>
          <w:sz w:val="28"/>
        </w:rPr>
        <w:t>6、经常检查门窗。如发现门窗损坏，及时报告有关部门修理。</w:t>
      </w:r>
    </w:p>
    <w:p>
      <w:pPr>
        <w:spacing w:before="100" w:after="200" w:line="360" w:lineRule="auto"/>
        <w:ind w:firstLine="576"/>
        <w:jc w:val="left"/>
      </w:pPr>
      <w:r>
        <w:rPr>
          <w:rFonts w:ascii="宋体" w:eastAsia="宋体" w:hAnsi="宋体"/>
          <w:sz w:val="28"/>
        </w:rPr>
        <w:t>7、就寝前，要关好门窗，在天热时也不能例外，特别是住在一楼的女生，就寝时一定要关好门窗，拉好窗帘，防止他人偷看和进入作案。</w:t>
      </w:r>
    </w:p>
    <w:p>
      <w:pPr>
        <w:spacing w:before="100" w:after="200" w:line="360" w:lineRule="auto"/>
        <w:ind w:firstLine="576"/>
        <w:jc w:val="left"/>
      </w:pPr>
      <w:r>
        <w:rPr>
          <w:rFonts w:ascii="宋体" w:eastAsia="宋体" w:hAnsi="宋体"/>
          <w:sz w:val="28"/>
        </w:rPr>
        <w:t>8、在校外租房的女生尽量保证两人以上，随时关门，不要让陌生人进入室内</w:t>
      </w:r>
    </w:p>
    <w:p>
      <w:pPr>
        <w:spacing w:before="100" w:after="200" w:line="360" w:lineRule="auto"/>
        <w:ind w:firstLine="576"/>
        <w:jc w:val="left"/>
      </w:pPr>
      <w:r>
        <w:rPr>
          <w:rFonts w:ascii="宋体" w:eastAsia="宋体" w:hAnsi="宋体"/>
          <w:sz w:val="28"/>
        </w:rPr>
        <w:t>9、女生宿舍内不要留宿异性，尽量避免单独和男子到宿舍会面。</w:t>
      </w:r>
    </w:p>
    <w:p>
      <w:pPr>
        <w:spacing w:before="100" w:after="200" w:line="360" w:lineRule="auto"/>
        <w:ind w:firstLine="576"/>
        <w:jc w:val="left"/>
      </w:pPr>
      <w:r>
        <w:rPr>
          <w:rFonts w:ascii="宋体" w:eastAsia="宋体" w:hAnsi="宋体"/>
          <w:sz w:val="28"/>
        </w:rPr>
        <w:t>10、如有人敲门，要问清是谁再开门。如发现有人想撬门砸窗闯进来，一方面积极寻求救助，一方面准备可供捕斗的东西，作好反抗的准备</w:t>
      </w:r>
    </w:p>
    <w:p>
      <w:pPr>
        <w:spacing w:before="100" w:after="200" w:line="360" w:lineRule="auto"/>
        <w:ind w:firstLine="576"/>
        <w:jc w:val="left"/>
      </w:pPr>
      <w:r>
        <w:rPr>
          <w:rFonts w:ascii="宋体" w:eastAsia="宋体" w:hAnsi="宋体"/>
          <w:sz w:val="28"/>
        </w:rPr>
        <w:t>11、节假日期间，其他同学回家，最好不要独自一人住宿。回宿舍就寝时，要留心门窗是否敞开，防止有犯罪分子潜伏待机作案。如遇异常情况，可请一、二位同学同时进去，以确保安全。</w:t>
      </w:r>
    </w:p>
    <w:p>
      <w:pPr>
        <w:spacing w:before="100" w:after="200" w:line="360" w:lineRule="auto"/>
        <w:ind w:firstLine="576"/>
        <w:jc w:val="left"/>
        <w:sectPr w:rsidSect="00034616">
          <w:type w:val="nextPage"/>
          <w:pgSz w:w="11906" w:h="16838"/>
          <w:pgMar w:top="1440" w:right="1440" w:bottom="1440" w:left="1440" w:header="720" w:footer="720" w:gutter="0"/>
          <w:pgNumType w:start="16"/>
          <w:cols w:space="720"/>
          <w:titlePg w:val="0"/>
          <w:docGrid w:linePitch="360"/>
        </w:sectPr>
      </w:pPr>
      <w:r>
        <w:rPr>
          <w:rFonts w:ascii="宋体" w:eastAsia="宋体" w:hAnsi="宋体"/>
          <w:sz w:val="28"/>
        </w:rPr>
        <w:t>12、无论一人或多人在宿舍，当犯罪分子来侵害时，都要保持冷静，做到临危不惧，遇事而不乱。一方面求救，另一方面与犯罪分子作坚决斗争。</w:t>
      </w:r>
    </w:p>
    <w:p>
      <w:pPr>
        <w:spacing w:before="100" w:after="200" w:line="360" w:lineRule="auto"/>
        <w:ind w:firstLine="576"/>
        <w:jc w:val="left"/>
      </w:pPr>
      <w:r>
        <w:rPr>
          <w:rFonts w:ascii="宋体" w:eastAsia="宋体" w:hAnsi="宋体"/>
          <w:sz w:val="28"/>
        </w:rPr>
        <w:t>学校是人群密集的场所，安全形势异常严峻，刻不容缓。确保师生生命安全，确保学校财产安全责任重大，丝毫不能放松。安全责任重于泰山，安全工作防范胜于救灾，只有把安全隐患彻底消灭于萌芽状态，才能避免安全事故的发生。本学期，我校一如既往地把安全工作放在首位，通过对宣传、教育，落实安全责任制，定期开展全校性安全检查、督促、整改，全面杜绝了各种安全事故的发生，为全校师生创造了安全的工作、学习、生活环境。</w:t>
      </w:r>
    </w:p>
    <w:p>
      <w:pPr>
        <w:spacing w:before="100" w:after="200" w:line="360" w:lineRule="auto"/>
        <w:jc w:val="left"/>
      </w:pPr>
      <w:r>
        <w:rPr>
          <w:rFonts w:ascii="宋体 (中文正文)" w:eastAsia="宋体" w:hAnsi="宋体 (中文正文)"/>
          <w:b/>
          <w:sz w:val="28"/>
        </w:rPr>
        <w:t>一、开展多种形式的宣传教育，提高了师生的安全意识和防范能力</w:t>
      </w:r>
    </w:p>
    <w:p>
      <w:pPr>
        <w:spacing w:before="100" w:after="200" w:line="360" w:lineRule="auto"/>
        <w:ind w:firstLine="576"/>
        <w:jc w:val="left"/>
      </w:pPr>
      <w:r>
        <w:rPr>
          <w:rFonts w:ascii="宋体" w:eastAsia="宋体" w:hAnsi="宋体"/>
          <w:sz w:val="28"/>
        </w:rPr>
        <w:t>安全工作既责任重大，又往往容易松懈。因此，必须居安思危，时时警钟长鸣，才能克服麻痹的思想。本学期，学校利用多种形式对全校师生进行安全知识教育，有效地提高了师生的安全意识和防范能力。通过在学校显要位置悬挂宣传标语，通过各班黑板报和学校宣传栏定期出版安全知识专栏，通过每周的晨会讲话，通过主题班会等形式，向师生宣传交通、用电、食品卫生、防溺水、防火、防震等安全知识，同时还邀请了市供电局到我校进行安全用电知识讲座，镇派出所消防中队到我校播放消防安全电影。这一系列宣传活动，有效地丰富了我校师生的安全知识，使安全工作深入人心。此外还制定了安全应急预案，定期进行应急演练，提高了全校师生应对危机的能力。</w:t>
      </w:r>
    </w:p>
    <w:p>
      <w:pPr>
        <w:spacing w:before="100" w:after="200" w:line="360" w:lineRule="auto"/>
        <w:jc w:val="left"/>
      </w:pPr>
      <w:r>
        <w:rPr>
          <w:rFonts w:ascii="宋体 (中文正文)" w:eastAsia="宋体" w:hAnsi="宋体 (中文正文)"/>
          <w:b/>
          <w:sz w:val="28"/>
        </w:rPr>
        <w:t>二、加强领导与监督，全面落实安全制责任</w:t>
      </w:r>
    </w:p>
    <w:p>
      <w:pPr>
        <w:spacing w:before="100" w:after="200" w:line="360" w:lineRule="auto"/>
        <w:ind w:firstLine="576"/>
        <w:jc w:val="left"/>
      </w:pPr>
      <w:r>
        <w:rPr>
          <w:rFonts w:ascii="宋体" w:eastAsia="宋体" w:hAnsi="宋体"/>
          <w:sz w:val="28"/>
        </w:rPr>
        <w:t>1、成立安全工作领导小组。由校长亲自挂帅，学校领导担任领导小组成员，加强管理。统一指挥，统一安排，统一组织，统一落实。</w:t>
      </w:r>
    </w:p>
    <w:p>
      <w:pPr>
        <w:spacing w:before="100" w:after="200" w:line="360" w:lineRule="auto"/>
        <w:ind w:firstLine="576"/>
        <w:jc w:val="left"/>
        <w:sectPr w:rsidSect="00034616">
          <w:type w:val="nextPage"/>
          <w:pgSz w:w="11906" w:h="16838"/>
          <w:pgMar w:top="1440" w:right="1440" w:bottom="1440" w:left="1440" w:header="720" w:footer="720" w:gutter="0"/>
          <w:pgNumType w:start="17"/>
          <w:cols w:space="720"/>
          <w:titlePg w:val="0"/>
          <w:docGrid w:linePitch="360"/>
        </w:sectPr>
      </w:pPr>
      <w:r>
        <w:rPr>
          <w:rFonts w:ascii="宋体" w:eastAsia="宋体" w:hAnsi="宋体"/>
          <w:sz w:val="28"/>
        </w:rPr>
        <w:t>2、落实安全责任制，做到每项安全工作有人管，人人都承担安全责任，形成群防群治的良好局面。</w:t>
      </w:r>
    </w:p>
    <w:p>
      <w:pPr>
        <w:spacing w:before="100" w:after="200" w:line="360" w:lineRule="auto"/>
        <w:ind w:firstLine="576"/>
        <w:jc w:val="left"/>
      </w:pPr>
      <w:r>
        <w:rPr>
          <w:rFonts w:ascii="宋体" w:eastAsia="宋体" w:hAnsi="宋体"/>
          <w:sz w:val="28"/>
        </w:rPr>
        <w:t>3、加强检查督促，清除安全隐患。</w:t>
      </w:r>
    </w:p>
    <w:p>
      <w:pPr>
        <w:spacing w:before="100" w:after="200" w:line="360" w:lineRule="auto"/>
        <w:ind w:firstLine="576"/>
        <w:jc w:val="left"/>
      </w:pPr>
      <w:r>
        <w:rPr>
          <w:rFonts w:ascii="宋体" w:eastAsia="宋体" w:hAnsi="宋体"/>
          <w:sz w:val="28"/>
        </w:rPr>
        <w:t>安全工作预防为主，隐患于未然，是我校安全工作的指导思想。本学期，我校加强了安全工作的检查督促，实行自查与学校检查，定期检查与不定期检查相结合。自查主要由班主任及科任老师每天随时对班级安全进行自我排查，发现问题必须及时排除和上报。此外，学校定期组织人员进行安全检查。本学期，学校每月安排一次安全大检查，每次检查都抽调学校部分领导，级科组长等骨干教师对学校的建筑、教学设备、电器线路、活动场所，体育设施等进行全面的检查，对于检查中发现的安全问题，马上聘请专业人员进行检查维修，确保了室场及各种设备设施的安全。</w:t>
      </w:r>
    </w:p>
    <w:p>
      <w:pPr>
        <w:spacing w:before="100" w:after="200" w:line="360" w:lineRule="auto"/>
        <w:jc w:val="left"/>
      </w:pPr>
      <w:r>
        <w:rPr>
          <w:rFonts w:ascii="宋体 (中文正文)" w:eastAsia="宋体" w:hAnsi="宋体 (中文正文)"/>
          <w:b/>
          <w:sz w:val="28"/>
        </w:rPr>
        <w:t>三、突出安全工作重点，杜绝安全事故的发生</w:t>
      </w:r>
    </w:p>
    <w:p>
      <w:pPr>
        <w:spacing w:before="100" w:after="200" w:line="360" w:lineRule="auto"/>
        <w:ind w:firstLine="576"/>
        <w:jc w:val="left"/>
      </w:pPr>
      <w:r>
        <w:rPr>
          <w:rFonts w:ascii="宋体" w:eastAsia="宋体" w:hAnsi="宋体"/>
          <w:sz w:val="28"/>
        </w:rPr>
        <w:t>1、加强了学校门卫工作管理，确保了财产和人身安全。</w:t>
      </w:r>
    </w:p>
    <w:p>
      <w:pPr>
        <w:spacing w:before="100" w:after="200" w:line="360" w:lineRule="auto"/>
        <w:ind w:firstLine="576"/>
        <w:jc w:val="left"/>
      </w:pPr>
      <w:r>
        <w:rPr>
          <w:rFonts w:ascii="宋体" w:eastAsia="宋体" w:hAnsi="宋体"/>
          <w:sz w:val="28"/>
        </w:rPr>
        <w:t>由于我校校园面积广，学生人数众多，而且学校所处的位置周边环境较为复杂，因此，学校的门卫工作任务重，责任大。学校通过制定《门卫工作细则》和定期召开会议，加强了门卫工作的管理。对外来人员进校严格执行“出入登记”制度，学生中途离校“放行条”制度，有效地防止了不法人员对学校的破坏。同时，门卫人员还必须执行课间巡查、放学后检查室场、晚间巡逻等制度，有效地确保了学校师生及财产的安全。</w:t>
      </w:r>
    </w:p>
    <w:p>
      <w:pPr>
        <w:spacing w:before="100" w:after="200" w:line="360" w:lineRule="auto"/>
        <w:ind w:firstLine="576"/>
        <w:jc w:val="left"/>
      </w:pPr>
      <w:r>
        <w:rPr>
          <w:rFonts w:ascii="宋体" w:eastAsia="宋体" w:hAnsi="宋体"/>
          <w:sz w:val="28"/>
        </w:rPr>
        <w:t>2、加强了饭堂和小卖部的管理，确保了食品卫生安全。</w:t>
      </w:r>
    </w:p>
    <w:p>
      <w:pPr>
        <w:spacing w:before="100" w:after="200" w:line="360" w:lineRule="auto"/>
        <w:ind w:firstLine="576"/>
        <w:jc w:val="left"/>
        <w:sectPr w:rsidSect="00034616">
          <w:type w:val="nextPage"/>
          <w:pgSz w:w="11906" w:h="16838"/>
          <w:pgMar w:top="1440" w:right="1440" w:bottom="1440" w:left="1440" w:header="720" w:footer="720" w:gutter="0"/>
          <w:pgNumType w:start="18"/>
          <w:cols w:space="720"/>
          <w:titlePg w:val="0"/>
          <w:docGrid w:linePitch="360"/>
        </w:sectPr>
      </w:pPr>
    </w:p>
    <w:p>
      <w:pPr>
        <w:spacing w:before="100" w:after="200" w:line="360" w:lineRule="auto"/>
        <w:ind w:firstLine="576"/>
        <w:jc w:val="left"/>
      </w:pPr>
      <w:r>
        <w:rPr>
          <w:rFonts w:ascii="宋体" w:eastAsia="宋体" w:hAnsi="宋体"/>
          <w:sz w:val="28"/>
        </w:rPr>
        <w:t>为了确保学校食品安全，学校与饭堂承包人鉴定安全责任书，同时进行抽查和定期检查，对检查中发现的问题，马上发出整改通知，并限期改正。要求饭堂及小卖部必须严格把好进货关，实行定点采取，严禁购买不洁食品和三无产品。严格把好卫生关，生熟物品分开存放，室场、餐具要彻底清毒，工作人员要定期体检。严格把好安全关，实行“试食”和“留样”制度，严防中毒事故的发现。</w:t>
      </w:r>
    </w:p>
    <w:p>
      <w:pPr>
        <w:spacing w:before="100" w:after="200" w:line="360" w:lineRule="auto"/>
        <w:ind w:firstLine="576"/>
        <w:jc w:val="left"/>
      </w:pPr>
      <w:r>
        <w:rPr>
          <w:rFonts w:ascii="宋体" w:eastAsia="宋体" w:hAnsi="宋体"/>
          <w:sz w:val="28"/>
        </w:rPr>
        <w:t>3、加强了学生接送车辆的管理，确保了交通安全。</w:t>
      </w:r>
    </w:p>
    <w:p>
      <w:pPr>
        <w:spacing w:before="100" w:after="200" w:line="360" w:lineRule="auto"/>
        <w:ind w:firstLine="576"/>
        <w:jc w:val="left"/>
      </w:pPr>
      <w:r>
        <w:rPr>
          <w:rFonts w:ascii="宋体" w:eastAsia="宋体" w:hAnsi="宋体"/>
          <w:sz w:val="28"/>
        </w:rPr>
        <w:t>4、加强了住宿生的管理，确保住宿生的安全。</w:t>
      </w:r>
    </w:p>
    <w:p>
      <w:pPr>
        <w:spacing w:before="100" w:after="200" w:line="360" w:lineRule="auto"/>
        <w:ind w:firstLine="576"/>
        <w:jc w:val="left"/>
      </w:pPr>
      <w:r>
        <w:rPr>
          <w:rFonts w:ascii="宋体" w:eastAsia="宋体" w:hAnsi="宋体"/>
          <w:sz w:val="28"/>
        </w:rPr>
        <w:t>学校住宿生实行统一管理，即统一就餐，统一学习，统一休息。学校要求每个生活教师必须要认真履行职责，严守工作规程，切实保护好住宿生的安全。严禁放任自流，严禁上下楼梯出现混乱现象，严禁学生在宿舍内部触摸电器开关或玩火。</w:t>
      </w:r>
    </w:p>
    <w:p>
      <w:pPr>
        <w:spacing w:before="100" w:after="200" w:line="360" w:lineRule="auto"/>
        <w:ind w:firstLine="576"/>
        <w:jc w:val="left"/>
      </w:pPr>
      <w:r>
        <w:rPr>
          <w:rFonts w:ascii="宋体" w:eastAsia="宋体" w:hAnsi="宋体"/>
          <w:sz w:val="28"/>
        </w:rPr>
        <w:t>5、加强了消防安全管理，确保了无火灾事故的发生。</w:t>
      </w:r>
    </w:p>
    <w:p>
      <w:pPr>
        <w:spacing w:before="100" w:after="200" w:line="360" w:lineRule="auto"/>
        <w:ind w:firstLine="576"/>
        <w:jc w:val="left"/>
      </w:pPr>
      <w:r>
        <w:rPr>
          <w:rFonts w:ascii="宋体" w:eastAsia="宋体" w:hAnsi="宋体"/>
          <w:sz w:val="28"/>
        </w:rPr>
        <w:t>我校规模大，室场多，电线线路复杂，电器设备多，消防管理难度较大。尤其是进行冬季，防火形势更为严禁。为了做好消防工作，学校实行了宣传、检查、整改、配置消防设备四步走的策略，有效地杜绝了消防事故的发生。</w:t>
      </w:r>
    </w:p>
    <w:p>
      <w:pPr>
        <w:spacing w:before="100" w:after="200" w:line="360" w:lineRule="auto"/>
        <w:ind w:firstLine="576"/>
        <w:jc w:val="left"/>
      </w:pPr>
      <w:r>
        <w:rPr>
          <w:rFonts w:ascii="宋体" w:eastAsia="宋体" w:hAnsi="宋体"/>
          <w:sz w:val="28"/>
        </w:rPr>
        <w:t>6、加强了学生集会、广播体操、社会实践活动的管理，确保了无群体事故的发生。</w:t>
      </w:r>
    </w:p>
    <w:p>
      <w:pPr>
        <w:spacing w:before="100" w:after="200" w:line="360" w:lineRule="auto"/>
        <w:ind w:firstLine="576"/>
        <w:jc w:val="left"/>
      </w:pPr>
      <w:r>
        <w:rPr>
          <w:rFonts w:ascii="宋体" w:eastAsia="宋体" w:hAnsi="宋体"/>
          <w:sz w:val="28"/>
        </w:rPr>
        <w:t>我校有二千多名学生，一百多名教师，如管理不到位，极容易出现混乱。因此，对学校的每次集会、广播体操及社会实践活动都进行了精心的组织和周密的安排。要求每次活动必须有教师参与组织管理，必须要排队，必须要按照指定的线路上下楼梯，必须要清点学生人数，必须要密切关注学生的安全。</w:t>
      </w:r>
    </w:p>
    <w:p>
      <w:pPr>
        <w:spacing w:before="100" w:after="200" w:line="360" w:lineRule="auto"/>
        <w:ind w:firstLine="576"/>
        <w:jc w:val="left"/>
        <w:sectPr w:rsidSect="00034616">
          <w:type w:val="nextPage"/>
          <w:pgSz w:w="11906" w:h="16838"/>
          <w:pgMar w:top="1440" w:right="1440" w:bottom="1440" w:left="1440" w:header="720" w:footer="720" w:gutter="0"/>
          <w:pgNumType w:start="19"/>
          <w:cols w:space="720"/>
          <w:titlePg w:val="0"/>
          <w:docGrid w:linePitch="360"/>
        </w:sectPr>
      </w:pPr>
      <w:r>
        <w:rPr>
          <w:rFonts w:ascii="宋体" w:eastAsia="宋体" w:hAnsi="宋体"/>
          <w:sz w:val="28"/>
        </w:rPr>
        <w:t>一学期以来，我校的全校师生始终持高度的警惕性，积极落实各项安全措施，确保了学校财产及全校师生的安全。</w:t>
      </w:r>
    </w:p>
    <w:p>
      <w:pPr>
        <w:spacing w:before="100" w:after="200" w:line="360" w:lineRule="auto"/>
        <w:ind w:firstLine="576"/>
        <w:jc w:val="left"/>
      </w:pPr>
      <w:r>
        <w:rPr>
          <w:rFonts w:ascii="宋体" w:eastAsia="宋体" w:hAnsi="宋体"/>
          <w:sz w:val="28"/>
        </w:rPr>
        <w:t>半年来，我校牢固树立“安全第一”的思想，居安思危、警钟长鸣。学校安全工作做到制度化、经常化、科学化。进一步完善了安全工作制度，确保了学校财产和师生生命安全，学校财产万无一失，两千余名学生和100多名教职员工平平安安。下面将所做的工作总结如下：</w:t>
      </w:r>
    </w:p>
    <w:p>
      <w:pPr>
        <w:spacing w:before="100" w:after="200" w:line="360" w:lineRule="auto"/>
        <w:jc w:val="left"/>
      </w:pPr>
      <w:r>
        <w:rPr>
          <w:rFonts w:ascii="宋体 (中文正文)" w:eastAsia="宋体" w:hAnsi="宋体 (中文正文)"/>
          <w:b/>
          <w:sz w:val="28"/>
        </w:rPr>
        <w:t>一、进一步完善制度确保安全措施落实到位</w:t>
      </w:r>
    </w:p>
    <w:p>
      <w:pPr>
        <w:spacing w:before="100" w:after="200" w:line="360" w:lineRule="auto"/>
        <w:ind w:firstLine="576"/>
        <w:jc w:val="left"/>
      </w:pPr>
      <w:r>
        <w:rPr>
          <w:rFonts w:ascii="宋体" w:eastAsia="宋体" w:hAnsi="宋体"/>
          <w:sz w:val="28"/>
        </w:rPr>
        <w:t>我们建立了在校长直接领导下，以专职安全员为轴心，以学校各部门为主线，横向到边，纵向到底的安全工作网络，对学校安全工作实行全员、全方位、全过程的安全管理，做到责任层层落实，信息及时互通反馈。认真制定学校安全工作计划，三月份设立了市实验学校警务室。制定岗位安全责任制，并将岗位责任制悬挂到各岗位办公室，实行安全工作与岗位工作月考核并举。从而使安全这根弦在每个教职工心中都始终绷紧。</w:t>
      </w:r>
    </w:p>
    <w:p>
      <w:pPr>
        <w:spacing w:before="100" w:after="200" w:line="360" w:lineRule="auto"/>
        <w:jc w:val="left"/>
      </w:pPr>
      <w:r>
        <w:rPr>
          <w:rFonts w:ascii="宋体 (中文正文)" w:eastAsia="宋体" w:hAnsi="宋体 (中文正文)"/>
          <w:b/>
          <w:sz w:val="28"/>
        </w:rPr>
        <w:t>二、认真做好各种值班工作切实抓好学校安全防范</w:t>
      </w:r>
    </w:p>
    <w:p>
      <w:pPr>
        <w:spacing w:before="100" w:after="200" w:line="360" w:lineRule="auto"/>
        <w:ind w:firstLine="576"/>
        <w:jc w:val="left"/>
      </w:pPr>
      <w:r>
        <w:rPr>
          <w:rFonts w:ascii="宋体" w:eastAsia="宋体" w:hAnsi="宋体"/>
          <w:sz w:val="28"/>
        </w:rPr>
        <w:t>认真制定各种值班的制度与职责，严格值班纪律，采取双管齐下和多管齐下的安全管理措施，如：节假日值班有门卫值班、后勤值班、领导值班、夜巡逻值班。平时值班有各年级教师值班，学校行政值班和学生值勤。各种值班均有记载，发现问题，及时处理解决，有些萌发性的问题，我们及时利用晨会时行教育，把问题处理在萌发阶段。值周教师每天早上6点钟前到岗，晚上21点后离岗，跟踪掌握学校的教育教学情况和学生的学习活动情况。学校的安全管理达到一环扣一环，环环紧扣。</w:t>
      </w:r>
    </w:p>
    <w:p>
      <w:pPr>
        <w:spacing w:before="100" w:after="200" w:line="360" w:lineRule="auto"/>
        <w:ind w:firstLine="576"/>
        <w:jc w:val="left"/>
        <w:sectPr w:rsidSect="00034616">
          <w:type w:val="nextPage"/>
          <w:pgSz w:w="11906" w:h="16838"/>
          <w:pgMar w:top="1440" w:right="1440" w:bottom="1440" w:left="1440" w:header="720" w:footer="720" w:gutter="0"/>
          <w:pgNumType w:start="20"/>
          <w:cols w:space="720"/>
          <w:titlePg w:val="0"/>
          <w:docGrid w:linePitch="360"/>
        </w:sectPr>
      </w:pPr>
      <w:r>
        <w:rPr>
          <w:rFonts w:ascii="宋体" w:eastAsia="宋体" w:hAnsi="宋体"/>
          <w:sz w:val="28"/>
        </w:rPr>
        <w:t>学生的安全教育做到有的放矢，学校的安全检查和食堂食品卫生督查做到常抓不懈。我们多次召开临时工会议，使他们提高安全防范意识。多次召开食品从业人员会议，做到警钟长鸣，严格要求。</w:t>
      </w:r>
    </w:p>
    <w:p>
      <w:pPr>
        <w:spacing w:before="100" w:after="200" w:line="360" w:lineRule="auto"/>
        <w:ind w:firstLine="576"/>
        <w:jc w:val="left"/>
      </w:pPr>
      <w:r>
        <w:rPr>
          <w:rFonts w:ascii="宋体" w:eastAsia="宋体" w:hAnsi="宋体"/>
          <w:sz w:val="28"/>
        </w:rPr>
        <w:t>对食品加工和食堂采购建立了一套规范的管理制度，以《食品卫生法》为依据，要求认真做好食堂内的环境卫生，严格食品卫生制度，切实执行《学校食堂与学生集体用餐卫生管理》，炊事人员做到分工明确，责任到人，严格采购、贮存、保管和消毒制度，严格实行生熟食分开，切实保证食品卫生，严防食物中毒。要求教师常学习勤检查，始终绷紧安全这根弦，切实做到安全工作时时讲、处处讲、人人讲。我们还制定了各类安全工作预案，确保各类灾害事故处理在第一时间。</w:t>
      </w:r>
    </w:p>
    <w:p>
      <w:pPr>
        <w:spacing w:before="100" w:after="200" w:line="360" w:lineRule="auto"/>
        <w:jc w:val="left"/>
      </w:pPr>
      <w:r>
        <w:rPr>
          <w:rFonts w:ascii="宋体 (中文正文)" w:eastAsia="宋体" w:hAnsi="宋体 (中文正文)"/>
          <w:b/>
          <w:sz w:val="28"/>
        </w:rPr>
        <w:t>三、强化教育，增强防范意识</w:t>
      </w:r>
    </w:p>
    <w:p>
      <w:pPr>
        <w:spacing w:before="100" w:after="200" w:line="360" w:lineRule="auto"/>
        <w:ind w:firstLine="576"/>
        <w:jc w:val="left"/>
      </w:pPr>
      <w:r>
        <w:rPr>
          <w:rFonts w:ascii="宋体" w:eastAsia="宋体" w:hAnsi="宋体"/>
          <w:sz w:val="28"/>
        </w:rPr>
        <w:t>1、对上级有关安全方面的文件和会议精神，能做到及时地贯彻和学习，并根据其精神结合学校工作的实际，认真组织检查落实，提出一些防范的具体措施和要求，将各个环节的责任落实到人。</w:t>
      </w:r>
    </w:p>
    <w:p>
      <w:pPr>
        <w:spacing w:before="100" w:after="200" w:line="360" w:lineRule="auto"/>
        <w:ind w:firstLine="576"/>
        <w:jc w:val="left"/>
      </w:pPr>
      <w:r>
        <w:rPr>
          <w:rFonts w:ascii="宋体" w:eastAsia="宋体" w:hAnsi="宋体"/>
          <w:sz w:val="28"/>
        </w:rPr>
        <w:t>2、以“安全教育周”为契机，加强安全教育。为提高安全教育周的实效，我们专门成立了组织领导机构，制定了安全教育周活动的实施方案，开展了以下内容的活动：</w:t>
      </w:r>
    </w:p>
    <w:p>
      <w:pPr>
        <w:spacing w:before="100" w:after="200" w:line="360" w:lineRule="auto"/>
        <w:ind w:firstLine="576"/>
        <w:jc w:val="left"/>
      </w:pPr>
      <w:r>
        <w:rPr>
          <w:rFonts w:ascii="宋体" w:eastAsia="宋体" w:hAnsi="宋体"/>
          <w:sz w:val="28"/>
        </w:rPr>
        <w:t>①开展以逃生避险为主题的安全演练日活动。请柯城消防大队的消防官兵给师生宣讲消防知识和实地演练，使师生掌握了消防的一些基本知识和技能。</w:t>
      </w:r>
    </w:p>
    <w:p>
      <w:pPr>
        <w:spacing w:before="100" w:after="200" w:line="360" w:lineRule="auto"/>
        <w:ind w:firstLine="576"/>
        <w:jc w:val="left"/>
      </w:pPr>
      <w:r>
        <w:rPr>
          <w:rFonts w:ascii="宋体" w:eastAsia="宋体" w:hAnsi="宋体"/>
          <w:sz w:val="28"/>
        </w:rPr>
        <w:t>②邀请下街派出所给学生作以“防拐骗、敲诈、绑架”为主题的安全知识讲座。</w:t>
      </w:r>
    </w:p>
    <w:p>
      <w:pPr>
        <w:spacing w:before="100" w:after="200" w:line="360" w:lineRule="auto"/>
        <w:ind w:firstLine="576"/>
        <w:jc w:val="left"/>
      </w:pPr>
      <w:r>
        <w:rPr>
          <w:rFonts w:ascii="宋体" w:eastAsia="宋体" w:hAnsi="宋体"/>
          <w:sz w:val="28"/>
        </w:rPr>
        <w:t>③全校各班开展一次以安全为主题的大讨论，主题围绕：a、寻找身边的不安全因素。b、每个同学应该怎样自我保护。c、每个同学应该怎样提高自救自护能力。</w:t>
      </w:r>
    </w:p>
    <w:p>
      <w:pPr>
        <w:spacing w:before="100" w:after="200" w:line="360" w:lineRule="auto"/>
        <w:ind w:firstLine="576"/>
        <w:jc w:val="left"/>
        <w:sectPr w:rsidSect="00034616">
          <w:type w:val="nextPage"/>
          <w:pgSz w:w="11906" w:h="16838"/>
          <w:pgMar w:top="1440" w:right="1440" w:bottom="1440" w:left="1440" w:header="720" w:footer="720" w:gutter="0"/>
          <w:pgNumType w:start="21"/>
          <w:cols w:space="720"/>
          <w:titlePg w:val="0"/>
          <w:docGrid w:linePitch="360"/>
        </w:sectPr>
      </w:pPr>
      <w:r>
        <w:rPr>
          <w:rFonts w:ascii="宋体" w:eastAsia="宋体" w:hAnsi="宋体"/>
          <w:sz w:val="28"/>
        </w:rPr>
        <w:t>④每班刊出一期以“安全教育”为主题的黑板报。</w:t>
      </w:r>
    </w:p>
    <w:p>
      <w:pPr>
        <w:spacing w:before="100" w:after="200" w:line="360" w:lineRule="auto"/>
        <w:ind w:firstLine="576"/>
        <w:jc w:val="left"/>
      </w:pPr>
      <w:r>
        <w:rPr>
          <w:rFonts w:ascii="宋体" w:eastAsia="宋体" w:hAnsi="宋体"/>
          <w:sz w:val="28"/>
        </w:rPr>
        <w:t>⑤每班召开一次以“安全教育”为主题的班队会，组织学生学习《市学校安全工作手册》。</w:t>
      </w:r>
    </w:p>
    <w:p>
      <w:pPr>
        <w:spacing w:before="100" w:after="200" w:line="360" w:lineRule="auto"/>
        <w:ind w:firstLine="576"/>
        <w:jc w:val="left"/>
      </w:pPr>
      <w:r>
        <w:rPr>
          <w:rFonts w:ascii="宋体" w:eastAsia="宋体" w:hAnsi="宋体"/>
          <w:sz w:val="28"/>
        </w:rPr>
        <w:t>⑥组织学生观看VCD安全教育碟片。</w:t>
      </w:r>
    </w:p>
    <w:p>
      <w:pPr>
        <w:spacing w:before="100" w:after="200" w:line="360" w:lineRule="auto"/>
        <w:ind w:firstLine="576"/>
        <w:jc w:val="left"/>
      </w:pPr>
      <w:r>
        <w:rPr>
          <w:rFonts w:ascii="宋体" w:eastAsia="宋体" w:hAnsi="宋体"/>
          <w:sz w:val="28"/>
        </w:rPr>
        <w:t>⑦邀请市防疫站专家进行“食品卫生”知识讲座。</w:t>
      </w:r>
    </w:p>
    <w:p>
      <w:pPr>
        <w:spacing w:before="100" w:after="200" w:line="360" w:lineRule="auto"/>
        <w:ind w:firstLine="576"/>
        <w:jc w:val="left"/>
      </w:pPr>
      <w:r>
        <w:rPr>
          <w:rFonts w:ascii="宋体" w:eastAsia="宋体" w:hAnsi="宋体"/>
          <w:sz w:val="28"/>
        </w:rPr>
        <w:t>⑧开展自护、自救安全知识竞赛。在安全教育周期间做到每天有教育活动，形式多样、丰富多彩，收到良好的效果。</w:t>
      </w:r>
    </w:p>
    <w:p>
      <w:pPr>
        <w:spacing w:before="100" w:after="200" w:line="360" w:lineRule="auto"/>
        <w:jc w:val="left"/>
      </w:pPr>
      <w:r>
        <w:rPr>
          <w:rFonts w:ascii="宋体 (中文正文)" w:eastAsia="宋体" w:hAnsi="宋体 (中文正文)"/>
          <w:b/>
          <w:sz w:val="28"/>
        </w:rPr>
        <w:t>四、毒品预防教育富有成效</w:t>
      </w:r>
    </w:p>
    <w:p>
      <w:pPr>
        <w:spacing w:before="100" w:after="200" w:line="360" w:lineRule="auto"/>
        <w:ind w:firstLine="576"/>
        <w:jc w:val="left"/>
      </w:pPr>
      <w:r>
        <w:rPr>
          <w:rFonts w:ascii="宋体" w:eastAsia="宋体" w:hAnsi="宋体"/>
          <w:sz w:val="28"/>
        </w:rPr>
        <w:t>我校在市教育局、市禁毒办的关怀指导下，在预防毒品教育方面取得了一定的成绩。我们的做法是：</w:t>
      </w:r>
    </w:p>
    <w:p>
      <w:pPr>
        <w:spacing w:before="100" w:after="200" w:line="360" w:lineRule="auto"/>
        <w:ind w:firstLine="576"/>
        <w:jc w:val="left"/>
      </w:pPr>
      <w:r>
        <w:rPr>
          <w:rFonts w:ascii="宋体" w:eastAsia="宋体" w:hAnsi="宋体"/>
          <w:sz w:val="28"/>
        </w:rPr>
        <w:t>1、健全组织，加强领导。</w:t>
      </w:r>
    </w:p>
    <w:p>
      <w:pPr>
        <w:spacing w:before="100" w:after="200" w:line="360" w:lineRule="auto"/>
        <w:ind w:firstLine="576"/>
        <w:jc w:val="left"/>
      </w:pPr>
      <w:r>
        <w:rPr>
          <w:rFonts w:ascii="宋体" w:eastAsia="宋体" w:hAnsi="宋体"/>
          <w:sz w:val="28"/>
        </w:rPr>
        <w:t>2、提高认识，落实责任。</w:t>
      </w:r>
    </w:p>
    <w:p>
      <w:pPr>
        <w:spacing w:before="100" w:after="200" w:line="360" w:lineRule="auto"/>
        <w:ind w:firstLine="576"/>
        <w:jc w:val="left"/>
      </w:pPr>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https://d.book118.com/008105115013006036</w:t>
        </w:r>
      </w:hyperlink>
    </w:p>
    <w:p>
      <w:pPr>
        <w:spacing w:before="100" w:after="200" w:line="360" w:lineRule="auto"/>
        <w:ind w:firstLine="576"/>
        <w:jc w:val="left"/>
      </w:pPr>
    </w:p>
    <w:sectPr w:rsidSect="00034616">
      <w:type w:val="nextPage"/>
      <w:pgSz w:w="11906" w:h="16838"/>
      <w:pgMar w:top="1440" w:right="1440" w:bottom="1440" w:left="1440" w:header="720" w:footer="720" w:gutter="0"/>
      <w:pgNumType w:start="22"/>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008105115013006036"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27</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