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2024年幼儿园消防安全应急预案范文（33篇）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2024年幼儿园消防安全应急预案范文（精选33篇）</w:t>
      </w:r>
      <w:r>
        <w:rPr>
          <w:lang w:eastAsia="zh-CN"/>
        </w:rPr>
        <w:br/>
      </w:r>
      <w:r>
        <w:rPr>
          <w:lang w:eastAsia="zh-CN"/>
        </w:rPr>
        <w:t xml:space="preserve">    2024年幼儿园消防安全应急预案范文 篇1 </w:t>
      </w:r>
      <w:r>
        <w:rPr>
          <w:lang w:eastAsia="zh-CN"/>
        </w:rPr>
        <w:br/>
      </w:r>
      <w:r>
        <w:rPr>
          <w:lang w:eastAsia="zh-CN"/>
        </w:rPr>
        <w:t>　　一、消防安全工作领导组织机构</w:t>
      </w:r>
      <w:r>
        <w:rPr>
          <w:lang w:eastAsia="zh-CN"/>
        </w:rPr>
        <w:br/>
      </w:r>
      <w:r>
        <w:rPr>
          <w:lang w:eastAsia="zh-CN"/>
        </w:rPr>
        <w:t>　　组长：蒲曾利</w:t>
      </w:r>
      <w:r>
        <w:rPr>
          <w:lang w:eastAsia="zh-CN"/>
        </w:rPr>
        <w:br/>
      </w:r>
      <w:r>
        <w:rPr>
          <w:lang w:eastAsia="zh-CN"/>
        </w:rPr>
        <w:t>　　副组长：杨廷会毛娜</w:t>
      </w:r>
      <w:r>
        <w:rPr>
          <w:lang w:eastAsia="zh-CN"/>
        </w:rPr>
        <w:br/>
      </w:r>
      <w:r>
        <w:rPr>
          <w:lang w:eastAsia="zh-CN"/>
        </w:rPr>
        <w:t>　　组员：全体教职员工</w:t>
      </w:r>
      <w:r>
        <w:rPr>
          <w:lang w:eastAsia="zh-CN"/>
        </w:rPr>
        <w:br/>
      </w:r>
      <w:r>
        <w:rPr>
          <w:lang w:eastAsia="zh-CN"/>
        </w:rPr>
        <w:t>　　二、消防安全工作成员的责任分工</w:t>
      </w:r>
      <w:r>
        <w:rPr>
          <w:lang w:eastAsia="zh-CN"/>
        </w:rPr>
        <w:br/>
      </w:r>
      <w:r>
        <w:rPr>
          <w:lang w:eastAsia="zh-CN"/>
        </w:rPr>
        <w:t>　　组长为消防工作的第一责任人，负责定时召开消防安全工作领导组会议，传达上级相关文件与会议精神，部署、检查落实消防安全事宜。</w:t>
      </w:r>
      <w:r>
        <w:rPr>
          <w:lang w:eastAsia="zh-CN"/>
        </w:rPr>
        <w:br/>
      </w:r>
      <w:r>
        <w:rPr>
          <w:lang w:eastAsia="zh-CN"/>
        </w:rPr>
        <w:t>　　副组长负责各具体负责组织对紧急预案的落实情况，未雨绸缪，做好准备，保证完成领导部署的各项任务。</w:t>
      </w:r>
      <w:r>
        <w:rPr>
          <w:lang w:eastAsia="zh-CN"/>
        </w:rPr>
        <w:br/>
      </w:r>
      <w:r>
        <w:rPr>
          <w:lang w:eastAsia="zh-CN"/>
        </w:rPr>
        <w:t>　　副组长和领导组各组员具体负责火险发生时全园各班级、各部门突发事件的处理、报告、监控与协调，保证领导小组紧急指令的畅通和顺利落实；做好宣传、教育、检查等工作，努力将火灾事故减小到最低限度。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消防安全领导组织机构下设通讯组、灭火组、抢救组、紧急疏散组，分别具体负责通讯联络、组织救火、抢救伤员、疏散师生等工作。</w:t>
      </w:r>
      <w:r>
        <w:rPr>
          <w:lang w:eastAsia="zh-CN"/>
        </w:rPr>
        <w:br/>
      </w:r>
      <w:r>
        <w:rPr>
          <w:lang w:eastAsia="zh-CN"/>
        </w:rPr>
        <w:t>　　（一）通讯组：组长：蒲曾利，成员：吴永碧（火险发生时，负责立即电话报告校消防安全工作组和上级相关部门，以快速得到指示，视火情拨打119，报险救灾）</w:t>
      </w:r>
      <w:r>
        <w:rPr>
          <w:lang w:eastAsia="zh-CN"/>
        </w:rPr>
        <w:br/>
      </w:r>
      <w:r>
        <w:rPr>
          <w:lang w:eastAsia="zh-CN"/>
        </w:rPr>
        <w:t>　　（二）灭火组：组长：毛娜，成员：姚红叶（负责消防设施完善和消防用具准备，负责检查全园各办公室、教室、宿舍、食堂等地的用电、用火安全；火险发生，立即参加救火救灾工作）</w:t>
      </w:r>
      <w:r>
        <w:rPr>
          <w:lang w:eastAsia="zh-CN"/>
        </w:rPr>
        <w:br/>
      </w:r>
      <w:r>
        <w:rPr>
          <w:lang w:eastAsia="zh-CN"/>
        </w:rPr>
        <w:t>　　（三）抢救组：组长：杨廷会，成员：梁玉贤，黎廷敏（负责做好及时送往医院的准备工作，负责火险发生时受伤师幼儿及救火人员伤痛的紧急处理和救护）</w:t>
      </w:r>
      <w:r>
        <w:rPr>
          <w:lang w:eastAsia="zh-CN"/>
        </w:rPr>
        <w:br/>
      </w:r>
      <w:r>
        <w:rPr>
          <w:lang w:eastAsia="zh-CN"/>
        </w:rPr>
        <w:t>　　（四）紧急疏散组：组长：贺雪，成员：各班保育老师（负责制定紧急疏散方案，明确各班逃生途径与办法指导，负责所在所管班级幼儿紧急疏散中的安全）；</w:t>
      </w:r>
      <w:r>
        <w:rPr>
          <w:lang w:eastAsia="zh-CN"/>
        </w:rPr>
        <w:br/>
      </w:r>
      <w:r>
        <w:rPr>
          <w:lang w:eastAsia="zh-CN"/>
        </w:rPr>
        <w:t>　　三、灭火工作预案</w:t>
      </w:r>
      <w:r>
        <w:rPr>
          <w:lang w:eastAsia="zh-CN"/>
        </w:rPr>
        <w:br/>
      </w:r>
      <w:r>
        <w:rPr>
          <w:lang w:eastAsia="zh-CN"/>
        </w:rPr>
        <w:t>　　1、发现火情，在场人员要立即引导室内人员进行有序疏散，并迅速利用室内的消防器材控制火情，争取消灭于火灾初级阶段。</w:t>
      </w:r>
      <w:r>
        <w:rPr>
          <w:lang w:eastAsia="zh-CN"/>
        </w:rPr>
        <w:br/>
      </w:r>
      <w:r>
        <w:rPr>
          <w:lang w:eastAsia="zh-CN"/>
        </w:rPr>
        <w:t>　　2、如不能及时控制、扑灭火灾，在场人员要立即采取措施妥善处理（如切断电源等），防止火势蔓延。</w:t>
      </w:r>
      <w:r>
        <w:rPr>
          <w:lang w:eastAsia="zh-CN"/>
        </w:rPr>
        <w:br/>
      </w:r>
      <w:r>
        <w:rPr>
          <w:lang w:eastAsia="zh-CN"/>
        </w:rPr>
        <w:t>　　3、在场人员要以最快的方式向领导组成员汇报，尽快增加援助人员，协力救火。</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4、领导组成员接到报告后，要立即到达火情现场，并视火情拨打"119"报警求救。</w:t>
      </w:r>
      <w:r>
        <w:rPr>
          <w:lang w:eastAsia="zh-CN"/>
        </w:rPr>
        <w:br/>
      </w:r>
      <w:r>
        <w:rPr>
          <w:lang w:eastAsia="zh-CN"/>
        </w:rPr>
        <w:t>　　四、师生疏散及逃生预案</w:t>
      </w:r>
      <w:r>
        <w:rPr>
          <w:lang w:eastAsia="zh-CN"/>
        </w:rPr>
        <w:br/>
      </w:r>
      <w:r>
        <w:rPr>
          <w:lang w:eastAsia="zh-CN"/>
        </w:rPr>
        <w:t>　　1、火情发生后，按照灭火预案，管理人员及各工作人员要立即通知幼儿园领导组领导，尽快增加援助人员，如发生重大火情，同时向"119"报警，并根据火情发生的位置、扩散情况及威胁的严重程度逐个区域通知人员撤离。</w:t>
      </w:r>
      <w:r>
        <w:rPr>
          <w:lang w:eastAsia="zh-CN"/>
        </w:rPr>
        <w:br/>
      </w:r>
      <w:r>
        <w:rPr>
          <w:lang w:eastAsia="zh-CN"/>
        </w:rPr>
        <w:t>　　2、管理人员及工作人员应该正确引导撤离师生奔向疏散通道，并将正确的逃生方法告知负责同志，其余人员按照既定位置，统一使用灭火器灭火，并进行伤员抢救等工作。</w:t>
      </w:r>
      <w:r>
        <w:rPr>
          <w:lang w:eastAsia="zh-CN"/>
        </w:rPr>
        <w:br/>
      </w:r>
      <w:r>
        <w:rPr>
          <w:lang w:eastAsia="zh-CN"/>
        </w:rPr>
        <w:t>　　3、为更好地应对紧急情况，管理人员及工作人员必须一切听从现场指挥部的指挥。</w:t>
      </w:r>
      <w:r>
        <w:rPr>
          <w:lang w:eastAsia="zh-CN"/>
        </w:rPr>
        <w:br/>
      </w:r>
      <w:r>
        <w:rPr>
          <w:lang w:eastAsia="zh-CN"/>
        </w:rPr>
        <w:t>　　4、紧急疏散的负责同志必须接受基本灭火技术的培训，正确掌握必要的方法，切实保证师生的安全逃生。</w:t>
      </w:r>
      <w:r>
        <w:rPr>
          <w:lang w:eastAsia="zh-CN"/>
        </w:rPr>
        <w:br/>
      </w:r>
      <w:r>
        <w:rPr>
          <w:lang w:eastAsia="zh-CN"/>
        </w:rPr>
        <w:t xml:space="preserve">    2024年幼儿园消防安全应急预案范文 篇2 </w:t>
      </w:r>
      <w:r>
        <w:rPr>
          <w:lang w:eastAsia="zh-CN"/>
        </w:rPr>
        <w:br/>
      </w:r>
      <w:r>
        <w:rPr>
          <w:lang w:eastAsia="zh-CN"/>
        </w:rPr>
        <w:t>　　为确保全体在园师生的生命财产安全，确保幼儿园教育教学工作的顺利开展，防范消防安全事故的发生，力保消防安全事故发生时损失减少，危害降低，能快速、高效、合理有序地处置消防事故，根据上级有关部门文件与会议精神和相关法律法规，结合我园消防环境建设与准备的实际，制定本预案。</w:t>
      </w:r>
      <w:r>
        <w:rPr>
          <w:lang w:eastAsia="zh-CN"/>
        </w:rPr>
        <w:br/>
      </w:r>
      <w:r>
        <w:rPr>
          <w:lang w:eastAsia="zh-CN"/>
        </w:rPr>
        <w:t>　　一、 消防安全工作领导组织机构</w:t>
      </w:r>
      <w:r>
        <w:rPr>
          <w:lang w:eastAsia="zh-CN"/>
        </w:rPr>
        <w:br/>
      </w:r>
      <w:r>
        <w:rPr>
          <w:lang w:eastAsia="zh-CN"/>
        </w:rPr>
        <w:t>　　组 长：张明珠 副组长：罗荣福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成 员：全园教职工</w:t>
      </w:r>
      <w:r>
        <w:rPr>
          <w:lang w:eastAsia="zh-CN"/>
        </w:rPr>
        <w:br/>
      </w:r>
      <w:r>
        <w:rPr>
          <w:lang w:eastAsia="zh-CN"/>
        </w:rPr>
        <w:t>　　二、消防安全工作成员的责任分工</w:t>
      </w:r>
      <w:r>
        <w:rPr>
          <w:lang w:eastAsia="zh-CN"/>
        </w:rPr>
        <w:br/>
      </w:r>
      <w:r>
        <w:rPr>
          <w:lang w:eastAsia="zh-CN"/>
        </w:rPr>
        <w:t>　　组长负责定时召开消防安全工作领导组会议，传达上级相关文件与会议精神，部署、检查落实消防安全事宜。</w:t>
      </w:r>
      <w:r>
        <w:rPr>
          <w:lang w:eastAsia="zh-CN"/>
        </w:rPr>
        <w:br/>
      </w:r>
      <w:r>
        <w:rPr>
          <w:lang w:eastAsia="zh-CN"/>
        </w:rPr>
        <w:t>　　副组长负责各具体负责组织对紧急预案的落实情况，未雨绸缪，做好准备，保证完成园领导部署的各项任务。</w:t>
      </w:r>
      <w:r>
        <w:rPr>
          <w:lang w:eastAsia="zh-CN"/>
        </w:rPr>
        <w:br/>
      </w:r>
      <w:r>
        <w:rPr>
          <w:lang w:eastAsia="zh-CN"/>
        </w:rPr>
        <w:t>　　领导组员具体负责火险发生时全园各班级、各部门突发事件的处理、报告、监控与协调，保证领导小组紧急指令的畅通和顺利落实；做好宣传、教育、检查等工作，努力将火灾事故减小到最低限度。</w:t>
      </w:r>
      <w:r>
        <w:rPr>
          <w:lang w:eastAsia="zh-CN"/>
        </w:rPr>
        <w:br/>
      </w:r>
      <w:r>
        <w:rPr>
          <w:lang w:eastAsia="zh-CN"/>
        </w:rPr>
        <w:t>　　消防安全领导组织机构下设通讯组、灭火组、抢救组、紧急疏散组，分别具体负责通讯联络、组织救火、抢救伤员、疏散师生等工作。</w:t>
      </w:r>
      <w:r>
        <w:rPr>
          <w:lang w:eastAsia="zh-CN"/>
        </w:rPr>
        <w:br/>
      </w:r>
      <w:r>
        <w:rPr>
          <w:lang w:eastAsia="zh-CN"/>
        </w:rPr>
        <w:t>　　（一）通讯组：组长：巫俊驰（火险发生时，负责立即电话报告园消防安全工作组和上级相关部门，以快速得到指示，视火情拨打119，广播告知全体学生，报险救灾）</w:t>
      </w:r>
      <w:r>
        <w:rPr>
          <w:lang w:eastAsia="zh-CN"/>
        </w:rPr>
        <w:br/>
      </w:r>
      <w:r>
        <w:rPr>
          <w:lang w:eastAsia="zh-CN"/>
        </w:rPr>
        <w:t>　　（二）灭火组：组长：曾跃辉 （负责消防设施完善和消防用具准备，负责检查全园各办公室、教室、宿舍、等地的用电、用火安全；火险发生，立即参加救火救灾工作）</w:t>
      </w:r>
      <w:r>
        <w:rPr>
          <w:lang w:eastAsia="zh-CN"/>
        </w:rPr>
        <w:br/>
      </w:r>
      <w:r>
        <w:rPr>
          <w:lang w:eastAsia="zh-CN"/>
        </w:rPr>
        <w:t>　　（三）抢救组：组长：张明珠（保健员），做好送往医院的准备工作，负责火险发生时受伤师生及救火人员伤痛的紧急处理和救护）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2024年幼儿园消防安全应急预案范文 篇3 </w:t>
      </w:r>
      <w:r>
        <w:rPr>
          <w:lang w:eastAsia="zh-CN"/>
        </w:rPr>
        <w:br/>
      </w:r>
      <w:r>
        <w:rPr>
          <w:lang w:eastAsia="zh-CN"/>
        </w:rPr>
        <w:t>　　一、演练目的</w:t>
      </w:r>
      <w:r>
        <w:rPr>
          <w:lang w:eastAsia="zh-CN"/>
        </w:rPr>
        <w:br/>
      </w:r>
      <w:r>
        <w:rPr>
          <w:lang w:eastAsia="zh-CN"/>
        </w:rPr>
        <w:t>　　为进一步增强我园师生消防安全意识，提高自救防范能力，做到在发生火警火灾时，能临危不乱，有序、迅速地按照消防逃生路线安全疏散，确保生命安全。</w:t>
      </w:r>
      <w:r>
        <w:rPr>
          <w:lang w:eastAsia="zh-CN"/>
        </w:rPr>
        <w:br/>
      </w:r>
      <w:r>
        <w:rPr>
          <w:lang w:eastAsia="zh-CN"/>
        </w:rPr>
        <w:t>　　通过紧急疏散演练，巩固幼儿所学的安全防护知识，逐步学会有事不慌、积极应对、自我保护。让教职工掌握正确使用灭火器的方法及保护幼儿逃生的方法，提高抗击突发事件的应变能力。</w:t>
      </w:r>
      <w:r>
        <w:rPr>
          <w:lang w:eastAsia="zh-CN"/>
        </w:rPr>
        <w:br/>
      </w:r>
      <w:r>
        <w:rPr>
          <w:lang w:eastAsia="zh-CN"/>
        </w:rPr>
        <w:t>　　二、演练时间和地点</w:t>
      </w:r>
      <w:r>
        <w:rPr>
          <w:lang w:eastAsia="zh-CN"/>
        </w:rPr>
        <w:br/>
      </w:r>
      <w:r>
        <w:rPr>
          <w:lang w:eastAsia="zh-CN"/>
        </w:rPr>
        <w:t>　　时间：20__年5月中旬</w:t>
      </w:r>
      <w:r>
        <w:rPr>
          <w:lang w:eastAsia="zh-CN"/>
        </w:rPr>
        <w:br/>
      </w:r>
      <w:r>
        <w:rPr>
          <w:lang w:eastAsia="zh-CN"/>
        </w:rPr>
        <w:t>　　地点：_幼儿园</w:t>
      </w:r>
      <w:r>
        <w:rPr>
          <w:lang w:eastAsia="zh-CN"/>
        </w:rPr>
        <w:br/>
      </w:r>
      <w:r>
        <w:rPr>
          <w:lang w:eastAsia="zh-CN"/>
        </w:rPr>
        <w:t>　　三、消防安全工作领导组织机构</w:t>
      </w:r>
      <w:r>
        <w:rPr>
          <w:lang w:eastAsia="zh-CN"/>
        </w:rPr>
        <w:br/>
      </w:r>
      <w:r>
        <w:rPr>
          <w:lang w:eastAsia="zh-CN"/>
        </w:rPr>
        <w:t>　　组长：</w:t>
      </w:r>
      <w:r>
        <w:rPr>
          <w:lang w:eastAsia="zh-CN"/>
        </w:rPr>
        <w:br/>
      </w:r>
      <w:r>
        <w:rPr>
          <w:lang w:eastAsia="zh-CN"/>
        </w:rPr>
        <w:t>　　副组长：</w:t>
      </w:r>
      <w:r>
        <w:rPr>
          <w:lang w:eastAsia="zh-CN"/>
        </w:rPr>
        <w:br/>
      </w:r>
      <w:r>
        <w:rPr>
          <w:lang w:eastAsia="zh-CN"/>
        </w:rPr>
        <w:t>　　组员：全体教职员工</w:t>
      </w:r>
      <w:r>
        <w:rPr>
          <w:lang w:eastAsia="zh-CN"/>
        </w:rPr>
        <w:br/>
      </w:r>
      <w:r>
        <w:rPr>
          <w:lang w:eastAsia="zh-CN"/>
        </w:rPr>
        <w:t>　　四、消防安全工作成员的责任分工</w:t>
      </w:r>
      <w:r>
        <w:rPr>
          <w:lang w:eastAsia="zh-CN"/>
        </w:rPr>
        <w:br/>
      </w:r>
      <w:r>
        <w:rPr>
          <w:lang w:eastAsia="zh-CN"/>
        </w:rPr>
        <w:t>　　组长为消防工作的第一责任人，负责定时召开消防安全工作领导组会议，传达上级相关文件与会议精神，部署、检查落实消防安全事宜。</w:t>
      </w:r>
      <w:r>
        <w:rPr>
          <w:lang w:eastAsia="zh-CN"/>
        </w:rPr>
        <w:br/>
      </w:r>
      <w:r>
        <w:rPr>
          <w:lang w:eastAsia="zh-CN"/>
        </w:rPr>
        <w:t>　　副组长负责各具体负责组织对紧急预案的落实情况，未雨绸缪，做好准备，保证完成领导部署的各项任务。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副组长和领导组各组员具体负责火险发生时全园各班级、各部门突发事件的处理、报告、监控与协调，保证领导小组紧急指令的畅通和顺利落实；做好宣传、教育、检查等工作，努力将火灾事故减小到最低限度。</w:t>
      </w:r>
      <w:r>
        <w:rPr>
          <w:lang w:eastAsia="zh-CN"/>
        </w:rPr>
        <w:br/>
      </w:r>
      <w:r>
        <w:rPr>
          <w:lang w:eastAsia="zh-CN"/>
        </w:rPr>
        <w:t>　　消防安全领导组织机构下设通讯组、灭火组、抢救组、紧急疏散组，分别具体负责通讯联络、组织救火、抢救伤员、疏散师生等工作。</w:t>
      </w:r>
      <w:r>
        <w:rPr>
          <w:lang w:eastAsia="zh-CN"/>
        </w:rPr>
        <w:br/>
      </w:r>
      <w:r>
        <w:rPr>
          <w:lang w:eastAsia="zh-CN"/>
        </w:rPr>
        <w:t>　　（一）通讯组：吴婷（火险发生时，负责立即电话报告校消防安全工作组和上级相关部门，以快速得到指示，视火情拨打119，报险救灾）。</w:t>
      </w:r>
      <w:r>
        <w:rPr>
          <w:lang w:eastAsia="zh-CN"/>
        </w:rPr>
        <w:br/>
      </w:r>
      <w:r>
        <w:rPr>
          <w:lang w:eastAsia="zh-CN"/>
        </w:rPr>
        <w:t>　　（二）灭火组组长：李艳芬，（在火灾发生时李艳芬组长带领她的灭火组组员第一时间内到起火点进行灭火。负责消防设施完善和消防用具准备，负责检查全园各办公室、教室、宿舍、食堂等地的用电、用火安全；火险发生，立即参加救火救灾工作）。</w:t>
      </w:r>
      <w:r>
        <w:rPr>
          <w:lang w:eastAsia="zh-CN"/>
        </w:rPr>
        <w:br/>
      </w:r>
      <w:r>
        <w:rPr>
          <w:lang w:eastAsia="zh-CN"/>
        </w:rPr>
        <w:t>　　（三）抢救组组长：李洋，（负责做好及时送往医院的准备工作，负责火险发生时受伤师幼儿及救火人员伤痛的紧急处理和救护）。</w:t>
      </w:r>
      <w:r>
        <w:rPr>
          <w:lang w:eastAsia="zh-CN"/>
        </w:rPr>
        <w:br/>
      </w:r>
      <w:r>
        <w:rPr>
          <w:lang w:eastAsia="zh-CN"/>
        </w:rPr>
        <w:t>　　（四）紧急疏散组组长：张鑫，成员：各班主班老师（负责制定紧急疏散方案，明确各班逃生途径与办法指导，负责所在所管班级幼儿紧急疏散中的安全）。</w:t>
      </w:r>
      <w:r>
        <w:rPr>
          <w:lang w:eastAsia="zh-CN"/>
        </w:rPr>
        <w:br/>
      </w:r>
      <w:r>
        <w:rPr>
          <w:lang w:eastAsia="zh-CN"/>
        </w:rPr>
        <w:t>　　（五）搜救组组长：胡春霞（负责检查校园内未到指定场所人员的检查，并及时搜救相关人员）。</w:t>
      </w:r>
      <w:r>
        <w:rPr>
          <w:lang w:eastAsia="zh-CN"/>
        </w:rPr>
        <w:br/>
      </w:r>
      <w:r>
        <w:rPr>
          <w:lang w:eastAsia="zh-CN"/>
        </w:rPr>
        <w:t>　　五、疏散路线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石榴班走疏散通道三（办公室），芒果班走疏散通道二（美术室），苹果班及菠萝班走疏散通道一（大厅）。</w:t>
      </w:r>
      <w:r>
        <w:rPr>
          <w:lang w:eastAsia="zh-CN"/>
        </w:rPr>
        <w:br/>
      </w:r>
      <w:r>
        <w:rPr>
          <w:lang w:eastAsia="zh-CN"/>
        </w:rPr>
        <w:t>　　六、消防演习流程</w:t>
      </w:r>
      <w:r>
        <w:rPr>
          <w:lang w:eastAsia="zh-CN"/>
        </w:rPr>
        <w:br/>
      </w:r>
      <w:r>
        <w:rPr>
          <w:lang w:eastAsia="zh-CN"/>
        </w:rPr>
        <w:t>　　1、通讯组：吴婷负责报告上级并视火情拨打119，胡春霞负责拉闸断电，李洋吹口哨通知全园。</w:t>
      </w:r>
      <w:r>
        <w:rPr>
          <w:lang w:eastAsia="zh-CN"/>
        </w:rPr>
        <w:br/>
      </w:r>
      <w:r>
        <w:rPr>
          <w:lang w:eastAsia="zh-CN"/>
        </w:rPr>
        <w:t>　　2、疏散组：张鑫、肖倩、彭冉利、吴婷负责紧急疏散。</w:t>
      </w:r>
      <w:r>
        <w:rPr>
          <w:lang w:eastAsia="zh-CN"/>
        </w:rPr>
        <w:br/>
      </w:r>
      <w:r>
        <w:rPr>
          <w:lang w:eastAsia="zh-CN"/>
        </w:rPr>
        <w:t>　　3、灭火组：（A组）李艳芬、普艳霞、吴苏敏、胡曼平。</w:t>
      </w:r>
      <w:r>
        <w:rPr>
          <w:lang w:eastAsia="zh-CN"/>
        </w:rPr>
        <w:br/>
      </w:r>
      <w:r>
        <w:rPr>
          <w:lang w:eastAsia="zh-CN"/>
        </w:rPr>
        <w:t>　　4、搜救组：胡春霞负责检查全园。</w:t>
      </w:r>
      <w:r>
        <w:rPr>
          <w:lang w:eastAsia="zh-CN"/>
        </w:rPr>
        <w:br/>
      </w:r>
      <w:r>
        <w:rPr>
          <w:lang w:eastAsia="zh-CN"/>
        </w:rPr>
        <w:t>　　5、抢救组：李洋、白玲负责随时做好及时送往医院的准备。</w:t>
      </w:r>
      <w:r>
        <w:rPr>
          <w:lang w:eastAsia="zh-CN"/>
        </w:rPr>
        <w:br/>
      </w:r>
      <w:r>
        <w:rPr>
          <w:lang w:eastAsia="zh-CN"/>
        </w:rPr>
        <w:t>　　七、灭火工作预案</w:t>
      </w:r>
      <w:r>
        <w:rPr>
          <w:lang w:eastAsia="zh-CN"/>
        </w:rPr>
        <w:br/>
      </w:r>
      <w:r>
        <w:rPr>
          <w:lang w:eastAsia="zh-CN"/>
        </w:rPr>
        <w:t>　　1、发现火情，在场人员要立即引导室内人员进行有序。</w:t>
      </w:r>
      <w:r>
        <w:rPr>
          <w:lang w:eastAsia="zh-CN"/>
        </w:rPr>
        <w:br/>
      </w:r>
      <w:r>
        <w:rPr>
          <w:lang w:eastAsia="zh-CN"/>
        </w:rPr>
        <w:t>　　疏散，并迅速利用室内的消防器材控制火情，争取消灭于火灾初级阶段。</w:t>
      </w:r>
      <w:r>
        <w:rPr>
          <w:lang w:eastAsia="zh-CN"/>
        </w:rPr>
        <w:br/>
      </w:r>
      <w:r>
        <w:rPr>
          <w:lang w:eastAsia="zh-CN"/>
        </w:rPr>
        <w:t>　　2、如不能及时控制、扑灭火灾，在场人员要立即采取措施妥善处理（如切断电源等），防止火势蔓延。</w:t>
      </w:r>
      <w:r>
        <w:rPr>
          <w:lang w:eastAsia="zh-CN"/>
        </w:rPr>
        <w:br/>
      </w:r>
      <w:r>
        <w:rPr>
          <w:lang w:eastAsia="zh-CN"/>
        </w:rPr>
        <w:t>　　3、在场人员要以最快的方式向领导组成员汇报，尽快增加援助人员，协力救火。</w:t>
      </w:r>
      <w:r>
        <w:rPr>
          <w:lang w:eastAsia="zh-CN"/>
        </w:rPr>
        <w:br/>
      </w:r>
      <w:r>
        <w:rPr>
          <w:lang w:eastAsia="zh-CN"/>
        </w:rPr>
        <w:t>　　4、领导组成员接到报告后，要立即到达火情现场，并视火情拨打“119”报警求救。</w:t>
      </w:r>
      <w:r>
        <w:rPr>
          <w:lang w:eastAsia="zh-CN"/>
        </w:rPr>
        <w:br/>
      </w:r>
      <w:r>
        <w:rPr>
          <w:lang w:eastAsia="zh-CN"/>
        </w:rPr>
        <w:t>　　八、师生疏散及逃生预案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火情发生后，按照灭火预案，管理人员及各工作人员要立即通知幼儿园领导组领导，尽快增加援助人员，如发生重大火情，同时向“119”报警，并根据火情发生的位置、扩散情况及威胁的严重程度逐个区域通知人员撤离。</w:t>
      </w:r>
      <w:r>
        <w:rPr>
          <w:lang w:eastAsia="zh-CN"/>
        </w:rPr>
        <w:br/>
      </w:r>
      <w:r>
        <w:rPr>
          <w:lang w:eastAsia="zh-CN"/>
        </w:rPr>
        <w:t>　　2、管理人员及工作人员应该正确引导撤离师生奔向疏散通道，并将正确的逃生方法告知负责同志，其余人员按照既定位置，统一使用灭火器灭火，并进行伤员抢救等工作。</w:t>
      </w:r>
      <w:r>
        <w:rPr>
          <w:lang w:eastAsia="zh-CN"/>
        </w:rPr>
        <w:br/>
      </w:r>
      <w:r>
        <w:rPr>
          <w:lang w:eastAsia="zh-CN"/>
        </w:rPr>
        <w:t>　　3、为更好地应对紧急情况，管理人员及工作人员必须一切听从现场指挥部的指挥。</w:t>
      </w:r>
      <w:r>
        <w:rPr>
          <w:lang w:eastAsia="zh-CN"/>
        </w:rPr>
        <w:br/>
      </w:r>
      <w:r>
        <w:rPr>
          <w:lang w:eastAsia="zh-CN"/>
        </w:rPr>
        <w:t>　　4、紧急疏散的负责同志必须接受基本灭火技术的培训，正确掌握必要的方法，切实保证师生的安全逃生。</w:t>
      </w:r>
      <w:r>
        <w:rPr>
          <w:lang w:eastAsia="zh-CN"/>
        </w:rPr>
        <w:br/>
      </w:r>
      <w:r>
        <w:rPr>
          <w:lang w:eastAsia="zh-CN"/>
        </w:rPr>
        <w:t xml:space="preserve">    2024年幼儿园消防安全应急预案范文 篇4 </w:t>
      </w:r>
      <w:r>
        <w:rPr>
          <w:lang w:eastAsia="zh-CN"/>
        </w:rPr>
        <w:br/>
      </w:r>
      <w:r>
        <w:rPr>
          <w:lang w:eastAsia="zh-CN"/>
        </w:rPr>
        <w:t>　　一、活动目标</w:t>
      </w:r>
      <w:r>
        <w:rPr>
          <w:lang w:eastAsia="zh-CN"/>
        </w:rPr>
        <w:br/>
      </w:r>
      <w:r>
        <w:rPr>
          <w:lang w:eastAsia="zh-CN"/>
        </w:rPr>
        <w:t>　　1.了解安全教育的重要性。</w:t>
      </w:r>
      <w:r>
        <w:rPr>
          <w:lang w:eastAsia="zh-CN"/>
        </w:rPr>
        <w:br/>
      </w:r>
      <w:r>
        <w:rPr>
          <w:lang w:eastAsia="zh-CN"/>
        </w:rPr>
        <w:t>　　2.在日常生活中注意安全，知道简单的防火意识与方法，</w:t>
      </w:r>
      <w:r>
        <w:rPr>
          <w:lang w:eastAsia="zh-CN"/>
        </w:rPr>
        <w:br/>
      </w:r>
      <w:r>
        <w:rPr>
          <w:lang w:eastAsia="zh-CN"/>
        </w:rPr>
        <w:t>　　二、活动准备</w:t>
      </w:r>
      <w:r>
        <w:rPr>
          <w:lang w:eastAsia="zh-CN"/>
        </w:rPr>
        <w:br/>
      </w:r>
      <w:r>
        <w:rPr>
          <w:lang w:eastAsia="zh-CN"/>
        </w:rPr>
        <w:t>　　1.国旗一面、国歌。</w:t>
      </w:r>
      <w:r>
        <w:rPr>
          <w:lang w:eastAsia="zh-CN"/>
        </w:rPr>
        <w:br/>
      </w:r>
      <w:r>
        <w:rPr>
          <w:lang w:eastAsia="zh-CN"/>
        </w:rPr>
        <w:t>　　2.升旗手绶带三条</w:t>
      </w:r>
      <w:r>
        <w:rPr>
          <w:lang w:eastAsia="zh-CN"/>
        </w:rPr>
        <w:br/>
      </w:r>
      <w:r>
        <w:rPr>
          <w:lang w:eastAsia="zh-CN"/>
        </w:rPr>
        <w:t>　　三、活动过程</w:t>
      </w:r>
      <w:r>
        <w:rPr>
          <w:lang w:eastAsia="zh-CN"/>
        </w:rPr>
        <w:br/>
      </w:r>
      <w:r>
        <w:rPr>
          <w:lang w:eastAsia="zh-CN"/>
        </w:rPr>
        <w:t>　　亲爱的小朋友：你们好！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今天国旗下讲话的题目是《防火安全教育》，火，你们见过吗？火有什么用呢？火可以烧饭，可以炒菜，可以煮东西吃，可以烧水，如果喝生水，就有细菌到我们的肚子里去。如果没有火，我们的生活会怎么样？我们人类没有火都要回到原始社会，吃生的东西，所以火的用处很大，没有火，我们的生活就会有大的改变。</w:t>
      </w:r>
      <w:r>
        <w:rPr>
          <w:lang w:eastAsia="zh-CN"/>
        </w:rPr>
        <w:br/>
      </w:r>
      <w:r>
        <w:rPr>
          <w:lang w:eastAsia="zh-CN"/>
        </w:rPr>
        <w:t>　　火有很大的用处，但是火也有危害，火有哪些危害呢？火会烧房子，烧森林，烧人，很大的火会把我们的家烧掉，所以我们应该正确对待火，只有把火用在适当的地方，正确利用火，我们的生活才会越过越好。</w:t>
      </w:r>
      <w:r>
        <w:rPr>
          <w:lang w:eastAsia="zh-CN"/>
        </w:rPr>
        <w:br/>
      </w:r>
      <w:r>
        <w:rPr>
          <w:lang w:eastAsia="zh-CN"/>
        </w:rPr>
        <w:t>　　我们幼儿园的每一层楼都有灭火器，就是为了防止如果失火的时候，可以用灭火器来灭火，才可以保证幼儿园的'财产和小朋友的人身安全，如果失火了，你会逃生吗？</w:t>
      </w:r>
      <w:r>
        <w:rPr>
          <w:lang w:eastAsia="zh-CN"/>
        </w:rPr>
        <w:br/>
      </w:r>
      <w:r>
        <w:rPr>
          <w:lang w:eastAsia="zh-CN"/>
        </w:rPr>
        <w:t>　　我们应该怎样逃生呢？大火的时候，我们应该蹲着走，应该迅速离开火的现场，如果烟大，要找湿毛巾捂住鼻子，防止被烟呛死。</w:t>
      </w:r>
      <w:r>
        <w:rPr>
          <w:lang w:eastAsia="zh-CN"/>
        </w:rPr>
        <w:br/>
      </w:r>
      <w:r>
        <w:rPr>
          <w:lang w:eastAsia="zh-CN"/>
        </w:rPr>
        <w:t>　　四、介绍升旗手</w:t>
      </w:r>
      <w:r>
        <w:rPr>
          <w:lang w:eastAsia="zh-CN"/>
        </w:rPr>
        <w:br/>
      </w:r>
      <w:r>
        <w:rPr>
          <w:lang w:eastAsia="zh-CN"/>
        </w:rPr>
        <w:t>　　1.爱学习宝宝：</w:t>
      </w:r>
      <w:r>
        <w:rPr>
          <w:lang w:eastAsia="zh-CN"/>
        </w:rPr>
        <w:br/>
      </w:r>
      <w:r>
        <w:rPr>
          <w:lang w:eastAsia="zh-CN"/>
        </w:rPr>
        <w:t>　　活动中总是积极举手回答问题；游戏中能和同伴相互合作；很喜欢看书，在家会和爸爸妈妈一起看书。</w:t>
      </w:r>
      <w:r>
        <w:rPr>
          <w:lang w:eastAsia="zh-CN"/>
        </w:rPr>
        <w:br/>
      </w:r>
      <w:r>
        <w:rPr>
          <w:lang w:eastAsia="zh-CN"/>
        </w:rPr>
        <w:t>　　2.讲卫生宝宝：</w:t>
      </w:r>
      <w:r>
        <w:rPr>
          <w:lang w:eastAsia="zh-CN"/>
        </w:rPr>
        <w:br/>
      </w:r>
      <w:r>
        <w:rPr>
          <w:lang w:eastAsia="zh-CN"/>
        </w:rPr>
        <w:t>　　每天她的小手总是干干净净的；做手工时，很注意保持卫生。</w:t>
      </w:r>
      <w:r>
        <w:rPr>
          <w:lang w:eastAsia="zh-CN"/>
        </w:rPr>
        <w:br/>
      </w:r>
      <w:r>
        <w:rPr>
          <w:lang w:eastAsia="zh-CN"/>
        </w:rPr>
        <w:t>　　3.懂礼貌宝宝：</w:t>
      </w:r>
      <w:r>
        <w:rPr>
          <w:lang w:eastAsia="zh-CN"/>
        </w:rPr>
        <w:br/>
      </w:r>
      <w:r>
        <w:rPr>
          <w:lang w:eastAsia="zh-CN"/>
        </w:rPr>
        <w:t>　　每天都能大声地和老师打招呼；看到客人老师能有礼貌地打招呼问好。</w:t>
      </w:r>
      <w:r>
        <w:rPr>
          <w:lang w:eastAsia="zh-CN"/>
        </w:rPr>
        <w:br/>
      </w:r>
      <w:r>
        <w:rPr>
          <w:lang w:eastAsia="zh-CN"/>
        </w:rPr>
        <w:t>　　四、表演节目</w:t>
      </w:r>
      <w:r>
        <w:rPr>
          <w:lang w:eastAsia="zh-CN"/>
        </w:rPr>
        <w:br/>
      </w:r>
      <w:r>
        <w:rPr>
          <w:lang w:eastAsia="zh-CN"/>
        </w:rPr>
        <w:t>　　现在请欣赏（_）的三位宝宝的歌表演。</w:t>
      </w:r>
      <w:r>
        <w:rPr>
          <w:lang w:eastAsia="zh-CN"/>
        </w:rPr>
        <w:br/>
      </w:r>
      <w:r>
        <w:rPr>
          <w:lang w:eastAsia="zh-CN"/>
        </w:rPr>
        <w:t xml:space="preserve">    2024年幼儿园消防安全应急预案范文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一、活动目的</w:t>
      </w:r>
      <w:r>
        <w:rPr>
          <w:lang w:eastAsia="zh-CN"/>
        </w:rPr>
        <w:br/>
      </w:r>
      <w:r>
        <w:rPr>
          <w:lang w:eastAsia="zh-CN"/>
        </w:rPr>
        <w:t>　　为进一步增强我园师生消防安全认识，提高自救防范能力，做到在发生火警火灾时，能临危不乱，有序、迅速地按照消防逃生路线安全疏散，确保生命安全。</w:t>
      </w:r>
      <w:r>
        <w:rPr>
          <w:lang w:eastAsia="zh-CN"/>
        </w:rPr>
        <w:br/>
      </w:r>
      <w:r>
        <w:rPr>
          <w:lang w:eastAsia="zh-CN"/>
        </w:rPr>
        <w:t>　　通过紧急疏散演练，巩固幼儿所学的安全防护知识，逐步学会有事不慌、主动应对、自我保护。让教职工掌握保护幼儿逃生的方法，提高抗击突发事件的应变能力。</w:t>
      </w:r>
      <w:r>
        <w:rPr>
          <w:lang w:eastAsia="zh-CN"/>
        </w:rPr>
        <w:br/>
      </w:r>
      <w:r>
        <w:rPr>
          <w:lang w:eastAsia="zh-CN"/>
        </w:rPr>
        <w:t>　　二、时间、地点、参加人员</w:t>
      </w:r>
      <w:r>
        <w:rPr>
          <w:lang w:eastAsia="zh-CN"/>
        </w:rPr>
        <w:br/>
      </w:r>
      <w:r>
        <w:rPr>
          <w:lang w:eastAsia="zh-CN"/>
        </w:rPr>
        <w:t>　　1、时间：20__年11月26日下午2点30分。</w:t>
      </w:r>
      <w:r>
        <w:rPr>
          <w:lang w:eastAsia="zh-CN"/>
        </w:rPr>
        <w:br/>
      </w:r>
      <w:r>
        <w:rPr>
          <w:lang w:eastAsia="zh-CN"/>
        </w:rPr>
        <w:t>　　2、地点：幼儿园操场内。</w:t>
      </w:r>
      <w:r>
        <w:rPr>
          <w:lang w:eastAsia="zh-CN"/>
        </w:rPr>
        <w:br/>
      </w:r>
      <w:r>
        <w:rPr>
          <w:lang w:eastAsia="zh-CN"/>
        </w:rPr>
        <w:t>　　3、参加人员：全体教职员工及幼儿。</w:t>
      </w:r>
      <w:r>
        <w:rPr>
          <w:lang w:eastAsia="zh-CN"/>
        </w:rPr>
        <w:br/>
      </w:r>
      <w:r>
        <w:rPr>
          <w:lang w:eastAsia="zh-CN"/>
        </w:rPr>
        <w:t>　　三、演练道具</w:t>
      </w:r>
      <w:r>
        <w:rPr>
          <w:lang w:eastAsia="zh-CN"/>
        </w:rPr>
        <w:br/>
      </w:r>
      <w:r>
        <w:rPr>
          <w:lang w:eastAsia="zh-CN"/>
        </w:rPr>
        <w:t>　　灭火设备、水等，湿毛巾，每人一份。</w:t>
      </w:r>
      <w:r>
        <w:rPr>
          <w:lang w:eastAsia="zh-CN"/>
        </w:rPr>
        <w:br/>
      </w:r>
      <w:r>
        <w:rPr>
          <w:lang w:eastAsia="zh-CN"/>
        </w:rPr>
        <w:t>　　四、现场人员分工</w:t>
      </w:r>
      <w:r>
        <w:rPr>
          <w:lang w:eastAsia="zh-CN"/>
        </w:rPr>
        <w:br/>
      </w:r>
      <w:r>
        <w:rPr>
          <w:lang w:eastAsia="zh-CN"/>
        </w:rPr>
        <w:t>　　现场总指挥：</w:t>
      </w:r>
      <w:r>
        <w:rPr>
          <w:lang w:eastAsia="zh-CN"/>
        </w:rPr>
        <w:br/>
      </w:r>
      <w:r>
        <w:rPr>
          <w:lang w:eastAsia="zh-CN"/>
        </w:rPr>
        <w:t>　　疏散人员：全体教职工及幼儿</w:t>
      </w:r>
      <w:r>
        <w:rPr>
          <w:lang w:eastAsia="zh-CN"/>
        </w:rPr>
        <w:br/>
      </w:r>
      <w:r>
        <w:rPr>
          <w:lang w:eastAsia="zh-CN"/>
        </w:rPr>
        <w:t>　　救护人员：</w:t>
      </w:r>
      <w:r>
        <w:rPr>
          <w:lang w:eastAsia="zh-CN"/>
        </w:rPr>
        <w:br/>
      </w:r>
      <w:r>
        <w:rPr>
          <w:lang w:eastAsia="zh-CN"/>
        </w:rPr>
        <w:t>　　协助指挥人员：各班老师</w:t>
      </w:r>
      <w:r>
        <w:rPr>
          <w:lang w:eastAsia="zh-CN"/>
        </w:rPr>
        <w:br/>
      </w:r>
      <w:r>
        <w:rPr>
          <w:lang w:eastAsia="zh-CN"/>
        </w:rPr>
        <w:t>　　五、演练的具体操作程序</w:t>
      </w:r>
      <w:r>
        <w:rPr>
          <w:lang w:eastAsia="zh-CN"/>
        </w:rPr>
        <w:br/>
      </w:r>
      <w:r>
        <w:rPr>
          <w:lang w:eastAsia="zh-CN"/>
        </w:rPr>
        <w:t>　　1、幼儿在教室进行正常的教学活动，在听到警报时，不要慌张，要镇静，保持清醒的头脑，然后按照拟定的路线进行迅速撤离。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2、报警组卢继珍拨打119报警；由彭继英园长迅速向上级领导报告失火情况；保安李玉平打开幼儿园前、的消防通道，并负责门口安全保卫。</w:t>
      </w:r>
      <w:r>
        <w:rPr>
          <w:lang w:eastAsia="zh-CN"/>
        </w:rPr>
        <w:br/>
      </w:r>
      <w:r>
        <w:rPr>
          <w:lang w:eastAsia="zh-CN"/>
        </w:rPr>
        <w:t>　　3、园长通过广播指挥师生向操场疏散：“大家不要慌，马上有秩序地撤离”“消防战士用灭火设备和水开始灭火”等。</w:t>
      </w:r>
      <w:r>
        <w:rPr>
          <w:lang w:eastAsia="zh-CN"/>
        </w:rPr>
        <w:br/>
      </w:r>
      <w:r>
        <w:rPr>
          <w:lang w:eastAsia="zh-CN"/>
        </w:rPr>
        <w:t>　　疏散顺序：教师领队，幼儿排两列队伍，分班依次快速撤离，以免发生拥挤践踏事故。</w:t>
      </w:r>
      <w:r>
        <w:rPr>
          <w:lang w:eastAsia="zh-CN"/>
        </w:rPr>
        <w:br/>
      </w:r>
      <w:r>
        <w:rPr>
          <w:lang w:eastAsia="zh-CN"/>
        </w:rPr>
        <w:t>　　拟定路线：疏散路线：教师领队，幼儿排二列队伍下楼道，分班按下列路线疏散：第一组大一班、大二班；第二组中班、小班。要求依次快速、以免发生拥挤踩踏事故，操场以两列列队伍，按做操集合顺序。</w:t>
      </w:r>
      <w:r>
        <w:rPr>
          <w:lang w:eastAsia="zh-CN"/>
        </w:rPr>
        <w:br/>
      </w:r>
      <w:r>
        <w:rPr>
          <w:lang w:eastAsia="zh-CN"/>
        </w:rPr>
        <w:t>　　注意：具体疏散还要根据现场实际情况，听从疏散指挥教师的指挥。疏散通道必须保证时刻畅通。</w:t>
      </w:r>
      <w:r>
        <w:rPr>
          <w:lang w:eastAsia="zh-CN"/>
        </w:rPr>
        <w:br/>
      </w:r>
      <w:r>
        <w:rPr>
          <w:lang w:eastAsia="zh-CN"/>
        </w:rPr>
        <w:t>　　4、为模拟活动的真实性，参加演习的幼儿在有烟的环境里，尽量闭嘴，减少说话，尽可能地用湿毛巾、口罩等捂口鼻，弯腰、低头撤离。</w:t>
      </w:r>
      <w:r>
        <w:rPr>
          <w:lang w:eastAsia="zh-CN"/>
        </w:rPr>
        <w:br/>
      </w:r>
      <w:r>
        <w:rPr>
          <w:lang w:eastAsia="zh-CN"/>
        </w:rPr>
        <w:t>　　5、在撤离过程中，注意根据教师指示，按照撤离路线迅速逃出。</w:t>
      </w:r>
      <w:r>
        <w:rPr>
          <w:lang w:eastAsia="zh-CN"/>
        </w:rPr>
        <w:br/>
      </w:r>
      <w:r>
        <w:rPr>
          <w:lang w:eastAsia="zh-CN"/>
        </w:rPr>
        <w:t>　　6、撤离出的幼儿以教室为单位，有组织的在操场集合。在活动结束前，撤出的幼儿不能随意再次进入园内，不要在操场随意走动。</w:t>
      </w:r>
      <w:r>
        <w:rPr>
          <w:lang w:eastAsia="zh-CN"/>
        </w:rPr>
        <w:br/>
      </w:r>
      <w:r>
        <w:rPr>
          <w:lang w:eastAsia="zh-CN"/>
        </w:rPr>
        <w:t>　　7、教师安排：各班保教人员带领本班幼儿撤离；各位教师必须时刻注意幼儿情况，避免幼儿跌倒受伤。</w:t>
      </w:r>
      <w:r>
        <w:rPr>
          <w:lang w:eastAsia="zh-CN"/>
        </w:rPr>
        <w:br/>
      </w:r>
      <w:r>
        <w:rPr>
          <w:lang w:eastAsia="zh-CN"/>
        </w:rPr>
        <w:t>　　在操场集中后，各班教室领导清点本班幼儿人数，并向园长报告、确定无人员“受伤”后，宣布疏散演习成功。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2024年幼儿园消防安全应急预案范文 篇6 </w:t>
      </w:r>
      <w:r>
        <w:rPr>
          <w:lang w:eastAsia="zh-CN"/>
        </w:rPr>
        <w:br/>
      </w:r>
      <w:r>
        <w:rPr>
          <w:lang w:eastAsia="zh-CN"/>
        </w:rPr>
        <w:t>　　夏季的消防安全工作是幼儿园工作中的一个重点。为贯彻关于开展夏季消防检查工作的文件精神，切实做好学校夏季火灾防控工作，把握消防工作主动权，坚决预防和遏制火灾事故，确保消防安全形势持续稳定。经园研究，决定自20__年5月中旬，在全园范围内集中开展夏季消防检查，特制定实施方案如下：</w:t>
      </w:r>
      <w:r>
        <w:rPr>
          <w:lang w:eastAsia="zh-CN"/>
        </w:rPr>
        <w:br/>
      </w:r>
      <w:r>
        <w:rPr>
          <w:lang w:eastAsia="zh-CN"/>
        </w:rPr>
        <w:t>　　一、组织机构</w:t>
      </w:r>
      <w:r>
        <w:rPr>
          <w:lang w:eastAsia="zh-CN"/>
        </w:rPr>
        <w:br/>
      </w:r>
      <w:r>
        <w:rPr>
          <w:lang w:eastAsia="zh-CN"/>
        </w:rPr>
        <w:t>　　组长：</w:t>
      </w:r>
      <w:r>
        <w:rPr>
          <w:lang w:eastAsia="zh-CN"/>
        </w:rPr>
        <w:br/>
      </w:r>
      <w:r>
        <w:rPr>
          <w:lang w:eastAsia="zh-CN"/>
        </w:rPr>
        <w:t>　　副组长：</w:t>
      </w:r>
      <w:r>
        <w:rPr>
          <w:lang w:eastAsia="zh-CN"/>
        </w:rPr>
        <w:br/>
      </w:r>
      <w:r>
        <w:rPr>
          <w:lang w:eastAsia="zh-CN"/>
        </w:rPr>
        <w:t>　　成员：各部门负责人和各班主任</w:t>
      </w:r>
      <w:r>
        <w:rPr>
          <w:lang w:eastAsia="zh-CN"/>
        </w:rPr>
        <w:br/>
      </w:r>
      <w:r>
        <w:rPr>
          <w:lang w:eastAsia="zh-CN"/>
        </w:rPr>
        <w:t>　　二、工作目标</w:t>
      </w:r>
      <w:r>
        <w:rPr>
          <w:lang w:eastAsia="zh-CN"/>
        </w:rPr>
        <w:br/>
      </w:r>
      <w:r>
        <w:rPr>
          <w:lang w:eastAsia="zh-CN"/>
        </w:rPr>
        <w:t>　　集中开展以夏季校园火灾隐患整治和消防安全宣传为主要内容的夏季消防检查，坚持将消防检查与提升师幼消防安全意识相结合，进一步落实监管职责，提高幼儿园自我管理水平，增强校园火灾防控能力，确保夏季幼儿园里不发生事故。</w:t>
      </w:r>
      <w:r>
        <w:rPr>
          <w:lang w:eastAsia="zh-CN"/>
        </w:rPr>
        <w:br/>
      </w:r>
      <w:r>
        <w:rPr>
          <w:lang w:eastAsia="zh-CN"/>
        </w:rPr>
        <w:t>　　三、检查内容工作内容及措施</w:t>
      </w:r>
      <w:r>
        <w:rPr>
          <w:lang w:eastAsia="zh-CN"/>
        </w:rPr>
        <w:br/>
      </w:r>
      <w:r>
        <w:rPr>
          <w:lang w:eastAsia="zh-CN"/>
        </w:rPr>
        <w:t>　　1、消防违法违规行为。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以各班教室、寝室、厨房等重点部位和消防栓、灭火器、消防通道等消防安全设施进行检查。通过检查，摸清隐患底数，建立隐患台帐，制度整改计划，落实整改工作。建立并落实消防安全责任制，消防安全责任人、管理人、消防专兼职等人员培训，日常消防检查巡查，消防设施运行和维护保养，人员安全疏散，用火用电管理，灭火应急预案制定和组织演练等情况。</w:t>
      </w:r>
      <w:r>
        <w:rPr>
          <w:lang w:eastAsia="zh-CN"/>
        </w:rPr>
        <w:br/>
      </w:r>
      <w:r>
        <w:rPr>
          <w:lang w:eastAsia="zh-CN"/>
        </w:rPr>
        <w:t>　　2、火灾隐患排查整治。</w:t>
      </w:r>
      <w:r>
        <w:rPr>
          <w:lang w:eastAsia="zh-CN"/>
        </w:rPr>
        <w:br/>
      </w:r>
      <w:r>
        <w:rPr>
          <w:lang w:eastAsia="zh-CN"/>
        </w:rPr>
        <w:t>　　落实20__年度教育系统消防工作主要目标责任情况；开展校园火灾隐患排查，建立排查台账情况；指定隐患整改计划、整改措施、完成整改情况；一时难于整改到位的火灾隐患，及时报主管部门和当地政府有关部门进行挂牌督办、跟踪督办情况。</w:t>
      </w:r>
      <w:r>
        <w:rPr>
          <w:lang w:eastAsia="zh-CN"/>
        </w:rPr>
        <w:br/>
      </w:r>
      <w:r>
        <w:rPr>
          <w:lang w:eastAsia="zh-CN"/>
        </w:rPr>
        <w:t>　　3、消防安全宣传教育和培训。</w:t>
      </w:r>
      <w:r>
        <w:rPr>
          <w:lang w:eastAsia="zh-CN"/>
        </w:rPr>
        <w:br/>
      </w:r>
      <w:r>
        <w:rPr>
          <w:lang w:eastAsia="zh-CN"/>
        </w:rPr>
        <w:t>　　开展消防安全教育主题班会,消防安全教育培训，防火逃生应急疏散演练，短信、微信向师生及家长宣传普及消防知识等途径，开展消防安全教育活动宣传及火灾预防和逃生自救知识确保校园平安。不断创新工作手段督促火灾隐患整改，并及时核查处理。</w:t>
      </w:r>
      <w:r>
        <w:rPr>
          <w:lang w:eastAsia="zh-CN"/>
        </w:rPr>
        <w:br/>
      </w:r>
      <w:r>
        <w:rPr>
          <w:lang w:eastAsia="zh-CN"/>
        </w:rPr>
        <w:t>　　（1）、每学期开展不少于一次的消防安全教育课，将消防知识纳入教学、培训内容，做到消防知识进教材、进课堂。按规定开展消防安全课外活动。</w:t>
      </w:r>
      <w:r>
        <w:rPr>
          <w:lang w:eastAsia="zh-CN"/>
        </w:rPr>
        <w:br/>
      </w:r>
      <w:r>
        <w:rPr>
          <w:lang w:eastAsia="zh-CN"/>
        </w:rPr>
        <w:t>　　（2）、进行消防安全宣传，设置疏散陶正标志和消防安全提示。在安全教育日（周）、安全生产月、重要纪念日组织开展一系列消防安全教育主题活动，借助报纸、广播、电视、网络、板报、专栏以及手机短信、微信等，向师生及家长宣传普及消防安全、火灾预防和逃生自救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3）、对消防安全责任人、消防安全管理人员、校园保安人员、宿舍管理人员开展消防安全教育培训，保证全体教师懂得基本消防常识、消防设施器材使用方法和逃生自救技能，将消防知识列入各种安全培训内容。</w:t>
      </w:r>
      <w:r>
        <w:rPr>
          <w:lang w:eastAsia="zh-CN"/>
        </w:rPr>
        <w:br/>
      </w:r>
      <w:r>
        <w:rPr>
          <w:lang w:eastAsia="zh-CN"/>
        </w:rPr>
        <w:t>　　4、防火应急疏散演练。</w:t>
      </w:r>
      <w:r>
        <w:rPr>
          <w:lang w:eastAsia="zh-CN"/>
        </w:rPr>
        <w:br/>
      </w:r>
      <w:r>
        <w:rPr>
          <w:lang w:eastAsia="zh-CN"/>
        </w:rPr>
        <w:t>　　落实应急疏散演练制度，制定灭火和应急疏散逃生预案，完善应急反应机制建设。活动期间集中开展至少一次全校性的.防火逃生应急疏散演练切实提高师生应急逃生避险和自救自护能力。</w:t>
      </w:r>
      <w:r>
        <w:rPr>
          <w:lang w:eastAsia="zh-CN"/>
        </w:rPr>
        <w:br/>
      </w:r>
      <w:r>
        <w:rPr>
          <w:lang w:eastAsia="zh-CN"/>
        </w:rPr>
        <w:t>　　四、实施步骤</w:t>
      </w:r>
      <w:r>
        <w:rPr>
          <w:lang w:eastAsia="zh-CN"/>
        </w:rPr>
        <w:br/>
      </w:r>
      <w:r>
        <w:rPr>
          <w:lang w:eastAsia="zh-CN"/>
        </w:rPr>
        <w:t>　　夏季消防检查工作分三个阶段进行：</w:t>
      </w:r>
      <w:r>
        <w:rPr>
          <w:lang w:eastAsia="zh-CN"/>
        </w:rPr>
        <w:br/>
      </w:r>
      <w:r>
        <w:rPr>
          <w:lang w:eastAsia="zh-CN"/>
        </w:rPr>
        <w:t>　　1、动员部署阶段（5月中下旬）。幼儿园加强组织领导，结合实际，制定具体工作方案（包括组织机构、工作目标、实施步骤、工作要求），明确目标任务，召开安全会议，及时动员部署，确保检查工作落到实处。</w:t>
      </w:r>
      <w:r>
        <w:rPr>
          <w:lang w:eastAsia="zh-CN"/>
        </w:rPr>
        <w:br/>
      </w:r>
      <w:r>
        <w:rPr>
          <w:lang w:eastAsia="zh-CN"/>
        </w:rPr>
        <w:t>　　2、隐患排查阶段</w:t>
      </w:r>
      <w:r>
        <w:rPr>
          <w:lang w:eastAsia="zh-CN"/>
        </w:rPr>
        <w:br/>
      </w:r>
      <w:r>
        <w:rPr>
          <w:lang w:eastAsia="zh-CN"/>
        </w:rPr>
        <w:t>　　（1）、开展自查自纠。幼儿园要认真分析研判本园消防安全形势，按照通知要求开展检查。对检查发现的问题，逐一列出清单，落实整改责任人、整改计划和整改目标，督促各部门、各班级开展火灾隐患自查自纠，</w:t>
      </w:r>
      <w:r>
        <w:rPr>
          <w:lang w:eastAsia="zh-CN"/>
        </w:rPr>
        <w:br/>
      </w:r>
      <w:r>
        <w:rPr>
          <w:lang w:eastAsia="zh-CN"/>
        </w:rPr>
        <w:t>　　（2）、组织检查。幼儿园组织保卫科、总务处等相关部门在自查的基础上整改消除火灾隐患。</w:t>
      </w:r>
      <w:r>
        <w:rPr>
          <w:lang w:eastAsia="zh-CN"/>
        </w:rPr>
        <w:br/>
      </w:r>
      <w:r>
        <w:rPr>
          <w:lang w:eastAsia="zh-CN"/>
        </w:rPr>
        <w:t>　　（3）、加强巩固阶段。幼儿园组织消防检查领导小组加大开学初的消防安全检查力度，及时督促整改火灾隐患，确保防火工作万无一失。</w:t>
      </w:r>
      <w:r>
        <w:rPr>
          <w:lang w:eastAsia="zh-CN"/>
        </w:rPr>
        <w:br/>
      </w:r>
      <w:r>
        <w:rPr>
          <w:lang w:eastAsia="zh-CN"/>
        </w:rPr>
        <w:t>　　3、总结验收阶段。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幼儿园组织相关人员对各部门、各班级夏季消防检查工作进行综合验收，认真总结经验做法，分析存在问题落实整改措施，建立提升火灾防范和消防宣传的长效机制。</w:t>
      </w:r>
      <w:r>
        <w:rPr>
          <w:lang w:eastAsia="zh-CN"/>
        </w:rPr>
        <w:br/>
      </w:r>
      <w:r>
        <w:rPr>
          <w:lang w:eastAsia="zh-CN"/>
        </w:rPr>
        <w:t>　　五、工作要求</w:t>
      </w:r>
      <w:r>
        <w:rPr>
          <w:lang w:eastAsia="zh-CN"/>
        </w:rPr>
        <w:br/>
      </w:r>
      <w:r>
        <w:rPr>
          <w:lang w:eastAsia="zh-CN"/>
        </w:rPr>
        <w:t>　　1、提高认识，加强领导。要充分认识开展夏季消防检查的重要意义，将其作为夯实火灾防控基础、建立长效机制的重要举措，制定具体实施方案，既要通过夏季消防检查稳定火灾形势，又要带动校园消防基础工作、促进源头治理，提升校园火灾防控水平。</w:t>
      </w:r>
      <w:r>
        <w:rPr>
          <w:lang w:eastAsia="zh-CN"/>
        </w:rPr>
        <w:br/>
      </w:r>
      <w:r>
        <w:rPr>
          <w:lang w:eastAsia="zh-CN"/>
        </w:rPr>
        <w:t>　　2、广泛宣传，营造声势。要充分利用各类渠道，针对夏季火灾特点，广泛开展针对性强的提示宣传。要掀起强大声势，注重从正反两方面进行宣传报道，既要宣传火灾隐患整治过程中好的做法和成效，也要曝光存在的消防隐患，营造浓厚舆论氛围。</w:t>
      </w:r>
      <w:r>
        <w:rPr>
          <w:lang w:eastAsia="zh-CN"/>
        </w:rPr>
        <w:br/>
      </w:r>
      <w:r>
        <w:rPr>
          <w:lang w:eastAsia="zh-CN"/>
        </w:rPr>
        <w:t>　　3、严格督导，落实责任。要层层分解工作责任，严格依法履行监督职责，对检查发现的隐患，狠抓整改环节各项措施的落实。开展自查活动，并做好相关资料收集整档工作。对组织有力、成效明显的，提出表扬；对工作不落实、进展缓慢的，通报批评。</w:t>
      </w:r>
      <w:r>
        <w:rPr>
          <w:lang w:eastAsia="zh-CN"/>
        </w:rPr>
        <w:br/>
      </w:r>
      <w:r>
        <w:rPr>
          <w:lang w:eastAsia="zh-CN"/>
        </w:rPr>
        <w:t xml:space="preserve">    2024年幼儿园消防安全应急预案范文 篇7 </w:t>
      </w:r>
      <w:r>
        <w:rPr>
          <w:lang w:eastAsia="zh-CN"/>
        </w:rPr>
        <w:br/>
      </w:r>
      <w:r>
        <w:rPr>
          <w:lang w:eastAsia="zh-CN"/>
        </w:rPr>
        <w:t>　　目标：</w:t>
      </w:r>
      <w:r>
        <w:rPr>
          <w:lang w:eastAsia="zh-CN"/>
        </w:rPr>
        <w:br/>
      </w:r>
      <w:r>
        <w:rPr>
          <w:lang w:eastAsia="zh-CN"/>
        </w:rPr>
        <w:t>　　1、了解消防员的工作任务；</w:t>
      </w:r>
      <w:r>
        <w:rPr>
          <w:lang w:eastAsia="zh-CN"/>
        </w:rPr>
        <w:br/>
      </w:r>
      <w:r>
        <w:rPr>
          <w:lang w:eastAsia="zh-CN"/>
        </w:rPr>
        <w:t>　　2、了解消防车、消防器材及消防员的特殊穿着；</w:t>
      </w:r>
      <w:r>
        <w:rPr>
          <w:lang w:eastAsia="zh-CN"/>
        </w:rPr>
        <w:br/>
      </w:r>
      <w:r>
        <w:rPr>
          <w:lang w:eastAsia="zh-CN"/>
        </w:rPr>
        <w:t>　　3、了解消防站（消防站是消防员和消防车的所在地，有车库、厨房、工作间和卧室等）；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4、培养幼儿热爱尊敬消防员的感情，教育幼儿学习消防员的勇敢精神。</w:t>
      </w:r>
      <w:r>
        <w:rPr>
          <w:lang w:eastAsia="zh-CN"/>
        </w:rPr>
        <w:br/>
      </w:r>
      <w:r>
        <w:rPr>
          <w:lang w:eastAsia="zh-CN"/>
        </w:rPr>
        <w:t>　　准备：</w:t>
      </w:r>
      <w:r>
        <w:rPr>
          <w:lang w:eastAsia="zh-CN"/>
        </w:rPr>
        <w:br/>
      </w:r>
      <w:r>
        <w:rPr>
          <w:lang w:eastAsia="zh-CN"/>
        </w:rPr>
        <w:t>　　1、活动前与消防站联系好参观的时间和内容；</w:t>
      </w:r>
      <w:r>
        <w:rPr>
          <w:lang w:eastAsia="zh-CN"/>
        </w:rPr>
        <w:br/>
      </w:r>
      <w:r>
        <w:rPr>
          <w:lang w:eastAsia="zh-CN"/>
        </w:rPr>
        <w:t>　　2、罐装烤菜豆、热狗、番茄酱；</w:t>
      </w:r>
      <w:r>
        <w:rPr>
          <w:lang w:eastAsia="zh-CN"/>
        </w:rPr>
        <w:br/>
      </w:r>
      <w:r>
        <w:rPr>
          <w:lang w:eastAsia="zh-CN"/>
        </w:rPr>
        <w:t>　　3、刀子、微波炉。</w:t>
      </w:r>
      <w:r>
        <w:rPr>
          <w:lang w:eastAsia="zh-CN"/>
        </w:rPr>
        <w:br/>
      </w:r>
      <w:r>
        <w:rPr>
          <w:lang w:eastAsia="zh-CN"/>
        </w:rPr>
        <w:t>　　过程：</w:t>
      </w:r>
      <w:r>
        <w:rPr>
          <w:lang w:eastAsia="zh-CN"/>
        </w:rPr>
        <w:br/>
      </w:r>
      <w:r>
        <w:rPr>
          <w:lang w:eastAsia="zh-CN"/>
        </w:rPr>
        <w:t>　　1、交代参观内容，提出参观要求；</w:t>
      </w:r>
      <w:r>
        <w:rPr>
          <w:lang w:eastAsia="zh-CN"/>
        </w:rPr>
        <w:br/>
      </w:r>
      <w:r>
        <w:rPr>
          <w:lang w:eastAsia="zh-CN"/>
        </w:rPr>
        <w:t>　　2、参观消防站：</w:t>
      </w:r>
      <w:r>
        <w:rPr>
          <w:lang w:eastAsia="zh-CN"/>
        </w:rPr>
        <w:br/>
      </w:r>
      <w:r>
        <w:rPr>
          <w:lang w:eastAsia="zh-CN"/>
        </w:rPr>
        <w:t>　　（1）请消防员讲解消</w:t>
      </w:r>
      <w:r>
        <w:rPr>
          <w:lang w:eastAsia="zh-CN"/>
        </w:rPr>
        <w:br/>
      </w:r>
      <w:r>
        <w:rPr>
          <w:lang w:eastAsia="zh-CN"/>
        </w:rPr>
        <w:t>　　防车的结构及各个部件的功能（如果允许，可以让幼儿到消防车上参观）；</w:t>
      </w:r>
      <w:r>
        <w:rPr>
          <w:lang w:eastAsia="zh-CN"/>
        </w:rPr>
        <w:br/>
      </w:r>
      <w:r>
        <w:rPr>
          <w:lang w:eastAsia="zh-CN"/>
        </w:rPr>
        <w:t>　　（2）观察各种消防器材的特殊结构，请消防员示范其特殊功能；</w:t>
      </w:r>
      <w:r>
        <w:rPr>
          <w:lang w:eastAsia="zh-CN"/>
        </w:rPr>
        <w:br/>
      </w:r>
      <w:r>
        <w:rPr>
          <w:lang w:eastAsia="zh-CN"/>
        </w:rPr>
        <w:t>　　（3）讲解消防员的特殊服装。</w:t>
      </w:r>
      <w:r>
        <w:rPr>
          <w:lang w:eastAsia="zh-CN"/>
        </w:rPr>
        <w:br/>
      </w:r>
      <w:r>
        <w:rPr>
          <w:lang w:eastAsia="zh-CN"/>
        </w:rPr>
        <w:t>　　3、与消防员一起做点心，以此拉近幼儿与消防员的距离；</w:t>
      </w:r>
      <w:r>
        <w:rPr>
          <w:lang w:eastAsia="zh-CN"/>
        </w:rPr>
        <w:br/>
      </w:r>
      <w:r>
        <w:rPr>
          <w:lang w:eastAsia="zh-CN"/>
        </w:rPr>
        <w:t>　　4、回园。</w:t>
      </w:r>
      <w:r>
        <w:rPr>
          <w:lang w:eastAsia="zh-CN"/>
        </w:rPr>
        <w:br/>
      </w:r>
      <w:r>
        <w:rPr>
          <w:lang w:eastAsia="zh-CN"/>
        </w:rPr>
        <w:t xml:space="preserve">    2024年幼儿园消防安全应急预案范文 篇8 </w:t>
      </w:r>
      <w:r>
        <w:rPr>
          <w:lang w:eastAsia="zh-CN"/>
        </w:rPr>
        <w:br/>
      </w:r>
      <w:r>
        <w:rPr>
          <w:lang w:eastAsia="zh-CN"/>
        </w:rPr>
        <w:t>　　幼儿园消防安全工作，严格执行消防管理的有关规定，本着完善设备，预防为主的原则，在定期进行消防安全检查的基础上，认真落实幼儿园重点部位安全保卫责任区，做到防范于未然，切实做到幼儿园消防安全无事故。为应对突发的消防隐患，特制定幼儿园消防安全应急预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一、组织协调</w:t>
      </w:r>
      <w:r>
        <w:rPr>
          <w:lang w:eastAsia="zh-CN"/>
        </w:rPr>
        <w:br/>
      </w:r>
      <w:r>
        <w:rPr>
          <w:lang w:eastAsia="zh-CN"/>
        </w:rPr>
        <w:t>　　1、成立幼儿食物中毒处理领导小组，明确分工，明确任务。</w:t>
      </w:r>
      <w:r>
        <w:rPr>
          <w:lang w:eastAsia="zh-CN"/>
        </w:rPr>
        <w:br/>
      </w:r>
      <w:r>
        <w:rPr>
          <w:lang w:eastAsia="zh-CN"/>
        </w:rPr>
        <w:t>　　2、小组成员由下列人员组成:</w:t>
      </w:r>
      <w:r>
        <w:rPr>
          <w:lang w:eastAsia="zh-CN"/>
        </w:rPr>
        <w:br/>
      </w:r>
      <w:r>
        <w:rPr>
          <w:lang w:eastAsia="zh-CN"/>
        </w:rPr>
        <w:t>　　①组长：李_</w:t>
      </w:r>
      <w:r>
        <w:rPr>
          <w:lang w:eastAsia="zh-CN"/>
        </w:rPr>
        <w:br/>
      </w:r>
      <w:r>
        <w:rPr>
          <w:lang w:eastAsia="zh-CN"/>
        </w:rPr>
        <w:t>　　②副组长：王_</w:t>
      </w:r>
      <w:r>
        <w:rPr>
          <w:lang w:eastAsia="zh-CN"/>
        </w:rPr>
        <w:br/>
      </w:r>
      <w:r>
        <w:rPr>
          <w:lang w:eastAsia="zh-CN"/>
        </w:rPr>
        <w:t>　　③成员：吴以及全体教师及保育人员</w:t>
      </w:r>
      <w:r>
        <w:rPr>
          <w:lang w:eastAsia="zh-CN"/>
        </w:rPr>
        <w:br/>
      </w:r>
      <w:r>
        <w:rPr>
          <w:lang w:eastAsia="zh-CN"/>
        </w:rPr>
        <w:t>　　二、火警通报顺序</w:t>
      </w:r>
      <w:r>
        <w:rPr>
          <w:lang w:eastAsia="zh-CN"/>
        </w:rPr>
        <w:br/>
      </w:r>
      <w:r>
        <w:rPr>
          <w:lang w:eastAsia="zh-CN"/>
        </w:rPr>
        <w:t>　　一旦发现火警，要立即打电话报110消防指挥中心和园长室(第一个目击者)，并联络值班领导和消防安全小组成员。</w:t>
      </w:r>
      <w:r>
        <w:rPr>
          <w:lang w:eastAsia="zh-CN"/>
        </w:rPr>
        <w:br/>
      </w:r>
      <w:r>
        <w:rPr>
          <w:lang w:eastAsia="zh-CN"/>
        </w:rPr>
        <w:t>　　三、全体人员注意事项</w:t>
      </w:r>
      <w:r>
        <w:rPr>
          <w:lang w:eastAsia="zh-CN"/>
        </w:rPr>
        <w:br/>
      </w:r>
      <w:r>
        <w:rPr>
          <w:lang w:eastAsia="zh-CN"/>
        </w:rPr>
        <w:t>　　1、当某处发生火灾时，全体人员应保持镇定，及时报警并迅速依据任务分工和组长的命令担负起抢救工作，不可袖手等待消防人员前来抢救而延误时机。</w:t>
      </w:r>
      <w:r>
        <w:rPr>
          <w:lang w:eastAsia="zh-CN"/>
        </w:rPr>
        <w:br/>
      </w:r>
      <w:r>
        <w:rPr>
          <w:lang w:eastAsia="zh-CN"/>
        </w:rPr>
        <w:t>　　2、迅速切断配电箱电源。</w:t>
      </w:r>
      <w:r>
        <w:rPr>
          <w:lang w:eastAsia="zh-CN"/>
        </w:rPr>
        <w:br/>
      </w:r>
      <w:r>
        <w:rPr>
          <w:lang w:eastAsia="zh-CN"/>
        </w:rPr>
        <w:t>　　3、消防人员抵达现场后，除参与抢救工作外，其余人员应从速远离现场，以免影响或妨碍抢救工作的进行。</w:t>
      </w:r>
      <w:r>
        <w:rPr>
          <w:lang w:eastAsia="zh-CN"/>
        </w:rPr>
        <w:br/>
      </w:r>
      <w:r>
        <w:rPr>
          <w:lang w:eastAsia="zh-CN"/>
        </w:rPr>
        <w:t>　　4、现场有危险品、易燃易爆物品应迅速搬离。</w:t>
      </w:r>
      <w:r>
        <w:rPr>
          <w:lang w:eastAsia="zh-CN"/>
        </w:rPr>
        <w:br/>
      </w:r>
      <w:r>
        <w:rPr>
          <w:lang w:eastAsia="zh-CN"/>
        </w:rPr>
        <w:t>　　四、各组成员职责</w:t>
      </w:r>
      <w:r>
        <w:rPr>
          <w:lang w:eastAsia="zh-CN"/>
        </w:rPr>
        <w:br/>
      </w:r>
      <w:r>
        <w:rPr>
          <w:lang w:eastAsia="zh-CN"/>
        </w:rPr>
        <w:t>　　1、灭火行动组及职责</w:t>
      </w:r>
      <w:r>
        <w:rPr>
          <w:lang w:eastAsia="zh-CN"/>
        </w:rPr>
        <w:br/>
      </w:r>
      <w:r>
        <w:rPr>
          <w:lang w:eastAsia="zh-CN"/>
        </w:rPr>
        <w:t>　　组长：</w:t>
      </w:r>
      <w:r>
        <w:rPr>
          <w:lang w:eastAsia="zh-CN"/>
        </w:rPr>
        <w:br/>
      </w:r>
      <w:r>
        <w:rPr>
          <w:lang w:eastAsia="zh-CN"/>
        </w:rPr>
        <w:t>　　成员：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主要职责：利用机关配置的消防器材及有关设施，全力进行扑救。</w:t>
      </w:r>
      <w:r>
        <w:rPr>
          <w:lang w:eastAsia="zh-CN"/>
        </w:rPr>
        <w:br/>
      </w:r>
      <w:r>
        <w:rPr>
          <w:lang w:eastAsia="zh-CN"/>
        </w:rPr>
        <w:t>　　2、通讯联络组及职责</w:t>
      </w:r>
      <w:r>
        <w:rPr>
          <w:lang w:eastAsia="zh-CN"/>
        </w:rPr>
        <w:br/>
      </w:r>
      <w:r>
        <w:rPr>
          <w:lang w:eastAsia="zh-CN"/>
        </w:rPr>
        <w:t>　　组长：</w:t>
      </w:r>
      <w:r>
        <w:rPr>
          <w:lang w:eastAsia="zh-CN"/>
        </w:rPr>
        <w:br/>
      </w:r>
      <w:r>
        <w:rPr>
          <w:lang w:eastAsia="zh-CN"/>
        </w:rPr>
        <w:t>　　成员：</w:t>
      </w:r>
      <w:r>
        <w:rPr>
          <w:lang w:eastAsia="zh-CN"/>
        </w:rPr>
        <w:br/>
      </w:r>
      <w:r>
        <w:rPr>
          <w:lang w:eastAsia="zh-CN"/>
        </w:rPr>
        <w:t>　　主要职责：迅速与市消防大队或当地消防部门取得联系，引导消防人员和设施进入火灾现场;联络有关单位、个人，组织调遣消防力量;负责对上、对外联系及报告工作。</w:t>
      </w:r>
      <w:r>
        <w:rPr>
          <w:lang w:eastAsia="zh-CN"/>
        </w:rPr>
        <w:br/>
      </w:r>
      <w:r>
        <w:rPr>
          <w:lang w:eastAsia="zh-CN"/>
        </w:rPr>
        <w:t>　　3、疏散引导组及职责</w:t>
      </w:r>
      <w:r>
        <w:rPr>
          <w:lang w:eastAsia="zh-CN"/>
        </w:rPr>
        <w:br/>
      </w:r>
      <w:r>
        <w:rPr>
          <w:lang w:eastAsia="zh-CN"/>
        </w:rPr>
        <w:t>　　组长：</w:t>
      </w:r>
      <w:r>
        <w:rPr>
          <w:lang w:eastAsia="zh-CN"/>
        </w:rPr>
        <w:br/>
      </w:r>
      <w:r>
        <w:rPr>
          <w:lang w:eastAsia="zh-CN"/>
        </w:rPr>
        <w:t>　　成员：</w:t>
      </w:r>
      <w:r>
        <w:rPr>
          <w:lang w:eastAsia="zh-CN"/>
        </w:rPr>
        <w:br/>
      </w:r>
      <w:r>
        <w:rPr>
          <w:lang w:eastAsia="zh-CN"/>
        </w:rPr>
        <w:t>　　主要职责：引导全体师生迅速转移到安全地带，并负责重要物品的看守工作。</w:t>
      </w:r>
      <w:r>
        <w:rPr>
          <w:lang w:eastAsia="zh-CN"/>
        </w:rPr>
        <w:br/>
      </w:r>
      <w:r>
        <w:rPr>
          <w:lang w:eastAsia="zh-CN"/>
        </w:rPr>
        <w:t>　　4、安全防护救护组及职责</w:t>
      </w:r>
      <w:r>
        <w:rPr>
          <w:lang w:eastAsia="zh-CN"/>
        </w:rPr>
        <w:br/>
      </w:r>
      <w:r>
        <w:rPr>
          <w:lang w:eastAsia="zh-CN"/>
        </w:rPr>
        <w:t>　　组长：</w:t>
      </w:r>
      <w:r>
        <w:rPr>
          <w:lang w:eastAsia="zh-CN"/>
        </w:rPr>
        <w:br/>
      </w:r>
      <w:r>
        <w:rPr>
          <w:lang w:eastAsia="zh-CN"/>
        </w:rPr>
        <w:t>　　成员：</w:t>
      </w:r>
      <w:r>
        <w:rPr>
          <w:lang w:eastAsia="zh-CN"/>
        </w:rPr>
        <w:br/>
      </w:r>
      <w:r>
        <w:rPr>
          <w:lang w:eastAsia="zh-CN"/>
        </w:rPr>
        <w:t>　　主要职责：利用就便器材对伤病员进行紧急抢救，联系当地医院送救。</w:t>
      </w:r>
      <w:r>
        <w:rPr>
          <w:lang w:eastAsia="zh-CN"/>
        </w:rPr>
        <w:br/>
      </w:r>
      <w:r>
        <w:rPr>
          <w:lang w:eastAsia="zh-CN"/>
        </w:rPr>
        <w:t>　　五、应急行动</w:t>
      </w:r>
      <w:r>
        <w:rPr>
          <w:lang w:eastAsia="zh-CN"/>
        </w:rPr>
        <w:br/>
      </w:r>
      <w:r>
        <w:rPr>
          <w:lang w:eastAsia="zh-CN"/>
        </w:rPr>
        <w:t>　　1、领导小组依法发布有关消息和警报，全面组织各项消防救护工作。各有关组织随时准备执行应急任务。</w:t>
      </w:r>
      <w:r>
        <w:rPr>
          <w:lang w:eastAsia="zh-CN"/>
        </w:rPr>
        <w:br/>
      </w:r>
      <w:r>
        <w:rPr>
          <w:lang w:eastAsia="zh-CN"/>
        </w:rPr>
        <w:t>　　2、组织有关人员对所属建筑进行全面检查，封堵、关闭危险场所，停止各项室内大型活动。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3、加强对易燃易爆物品、有毒有害化学品的'管理，加强对大型锅炉、供电输电、机房机库等重要设备、场所的防护，保证消防应急顺利进行。</w:t>
      </w:r>
      <w:r>
        <w:rPr>
          <w:lang w:eastAsia="zh-CN"/>
        </w:rPr>
        <w:br/>
      </w:r>
      <w:r>
        <w:rPr>
          <w:lang w:eastAsia="zh-CN"/>
        </w:rPr>
        <w:t>　　4、加强广大师生宣传教育，做好师生、家长思想稳定工作。</w:t>
      </w:r>
      <w:r>
        <w:rPr>
          <w:lang w:eastAsia="zh-CN"/>
        </w:rPr>
        <w:br/>
      </w:r>
      <w:r>
        <w:rPr>
          <w:lang w:eastAsia="zh-CN"/>
        </w:rPr>
        <w:t>　　5、加强各类值班值勤，保持通信畅通，及时掌握基层情况，全力维护正常教学、工作和生活秩序。</w:t>
      </w:r>
      <w:r>
        <w:rPr>
          <w:lang w:eastAsia="zh-CN"/>
        </w:rPr>
        <w:br/>
      </w:r>
      <w:r>
        <w:rPr>
          <w:lang w:eastAsia="zh-CN"/>
        </w:rPr>
        <w:t>　　6、按预案落实各项物资准备。</w:t>
      </w:r>
      <w:r>
        <w:rPr>
          <w:lang w:eastAsia="zh-CN"/>
        </w:rPr>
        <w:br/>
      </w:r>
      <w:r>
        <w:rPr>
          <w:lang w:eastAsia="zh-CN"/>
        </w:rPr>
        <w:t>　　六、火灾原因调查</w:t>
      </w:r>
      <w:r>
        <w:rPr>
          <w:lang w:eastAsia="zh-CN"/>
        </w:rPr>
        <w:br/>
      </w:r>
      <w:r>
        <w:rPr>
          <w:lang w:eastAsia="zh-CN"/>
        </w:rPr>
        <w:t>　　火灾发生后，幼儿园要积极协助公安消防机关查明火灾原因，提供必要的信息，属人为的火灾事故，坚持做到“三不放过”(原因没有查清不放过，事故责任不放过，没有落实防范措施不放过)的原则，进行严肃处理。</w:t>
      </w:r>
      <w:r>
        <w:rPr>
          <w:lang w:eastAsia="zh-CN"/>
        </w:rPr>
        <w:br/>
      </w:r>
      <w:r>
        <w:rPr>
          <w:lang w:eastAsia="zh-CN"/>
        </w:rPr>
        <w:t xml:space="preserve">    2024年幼儿园消防安全应急预案范文 篇9 </w:t>
      </w:r>
      <w:r>
        <w:rPr>
          <w:lang w:eastAsia="zh-CN"/>
        </w:rPr>
        <w:br/>
      </w:r>
      <w:r>
        <w:rPr>
          <w:lang w:eastAsia="zh-CN"/>
        </w:rPr>
        <w:t>　　根据《中华人民共和国消防法》和__市教育局《构筑校园消防安全“防火墙”工程实施方案》（攀教办〔〕78号）和《教育局构筑社会消防安全“防火墙”工程实施方案》，认真落实“政府统一领导，部门依法监管，单位全面负责，公民积极参与”的消防工作原则，防止火灾的发生。根据我校实际，特制定本实施方案。</w:t>
      </w:r>
      <w:r>
        <w:rPr>
          <w:lang w:eastAsia="zh-CN"/>
        </w:rPr>
        <w:br/>
      </w:r>
      <w:r>
        <w:rPr>
          <w:lang w:eastAsia="zh-CN"/>
        </w:rPr>
        <w:t>　　一、总体目标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自__年起至__年实施构筑校园消防安全“防火墙”工程，以提高校园消防安全“四个能力”，落实消防工作“四项责任”，夯实火灾防控“四个基础”，提高消防监督管理“四个水平”为着力点，力争通过三年努力，使我校消防安全工作水平明显提升，消防安全环境明显改善，杜绝火灾事故的发生。__年底前，达到“四个能力”建设的标准。</w:t>
      </w:r>
      <w:r>
        <w:rPr>
          <w:lang w:eastAsia="zh-CN"/>
        </w:rPr>
        <w:br/>
      </w:r>
      <w:r>
        <w:rPr>
          <w:lang w:eastAsia="zh-CN"/>
        </w:rPr>
        <w:t>　　二、组织领导</w:t>
      </w:r>
      <w:r>
        <w:rPr>
          <w:lang w:eastAsia="zh-CN"/>
        </w:rPr>
        <w:br/>
      </w:r>
      <w:r>
        <w:rPr>
          <w:lang w:eastAsia="zh-CN"/>
        </w:rPr>
        <w:t>　　为确保构筑“防火墙”工程能够长期、有效的开展，特成立以校长为组长、分管领导为副组长、有关部门负责人为成员的校园消防安全“防火墙”工程领导小组。</w:t>
      </w:r>
      <w:r>
        <w:rPr>
          <w:lang w:eastAsia="zh-CN"/>
        </w:rPr>
        <w:br/>
      </w:r>
      <w:r>
        <w:rPr>
          <w:lang w:eastAsia="zh-CN"/>
        </w:rPr>
        <w:t>　　组长：、</w:t>
      </w:r>
      <w:r>
        <w:rPr>
          <w:lang w:eastAsia="zh-CN"/>
        </w:rPr>
        <w:br/>
      </w:r>
      <w:r>
        <w:rPr>
          <w:lang w:eastAsia="zh-CN"/>
        </w:rPr>
        <w:t>　　副组长：、</w:t>
      </w:r>
      <w:r>
        <w:rPr>
          <w:lang w:eastAsia="zh-CN"/>
        </w:rPr>
        <w:br/>
      </w:r>
      <w:r>
        <w:rPr>
          <w:lang w:eastAsia="zh-CN"/>
        </w:rPr>
        <w:t>　　成员：、</w:t>
      </w:r>
      <w:r>
        <w:rPr>
          <w:lang w:eastAsia="zh-CN"/>
        </w:rPr>
        <w:br/>
      </w:r>
      <w:r>
        <w:rPr>
          <w:lang w:eastAsia="zh-CN"/>
        </w:rPr>
        <w:t>　　德育处为消防工作归口管理职能部门，牵头制定消防安全责任制、岗位责任制及其它消防制度；为消防管理员，具体负责学校消防安全管理；各部门负责人为本部门消防安全责任人。</w:t>
      </w:r>
      <w:r>
        <w:rPr>
          <w:lang w:eastAsia="zh-CN"/>
        </w:rPr>
        <w:br/>
      </w:r>
      <w:r>
        <w:rPr>
          <w:lang w:eastAsia="zh-CN"/>
        </w:rPr>
        <w:t>　　三、工作任务</w:t>
      </w:r>
      <w:r>
        <w:rPr>
          <w:lang w:eastAsia="zh-CN"/>
        </w:rPr>
        <w:br/>
      </w:r>
      <w:r>
        <w:rPr>
          <w:lang w:eastAsia="zh-CN"/>
        </w:rPr>
        <w:t>　　（一）提高消防安全“四个能力”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1.提高检查消防火灾隐患能力，切实做到“消防安全自查、火灾隐患自除”。为消防安全管理人员，具体负责学校的消防安全管理工作。德育处牵头制定消防安全制度（防火检查、巡查和火灾隐患整改制度），定期组织开展防火检查（检查内容见附件1；全校全面检查每月一次，由校长和牵头；部门每周一次，由部门负责人牵头；员工每日一次岗位防火检查）、巡查（巡查内容见附件2；每日一次，牵头，每日夜间由打更人员巡查），落实员工岗位消防安全责任。对检查发现的火灾隐患要全部立即消除，不能立即消除的，要制定整改方案、明确整改措施和整改责任人、落实整改资金，限时消除火灾隐患。</w:t>
      </w:r>
      <w:r>
        <w:rPr>
          <w:lang w:eastAsia="zh-CN"/>
        </w:rPr>
        <w:br/>
      </w:r>
      <w:r>
        <w:rPr>
          <w:lang w:eastAsia="zh-CN"/>
        </w:rPr>
        <w:t>　　2.提高组织扑救初起火灾能力，切实做到“火情发现早，火险灭得了”。</w:t>
      </w:r>
      <w:r>
        <w:rPr>
          <w:lang w:eastAsia="zh-CN"/>
        </w:rPr>
        <w:br/>
      </w:r>
      <w:r>
        <w:rPr>
          <w:lang w:eastAsia="zh-CN"/>
        </w:rPr>
        <w:t>　　学校组建志愿消防队：队长：；副队长：；队员：。</w:t>
      </w:r>
      <w:r>
        <w:rPr>
          <w:lang w:eastAsia="zh-CN"/>
        </w:rPr>
        <w:br/>
      </w:r>
      <w:r>
        <w:rPr>
          <w:lang w:eastAsia="zh-CN"/>
        </w:rPr>
        <w:t>　　由德育处牵头制定灭火和应急疏散预案（包括1、组织机构，包括：灭火行动组、通讯联络组、疏散引导组、安全防护救护组；2、报警和接警处置程序；</w:t>
      </w:r>
      <w:r>
        <w:rPr>
          <w:lang w:eastAsia="zh-CN"/>
        </w:rPr>
        <w:br/>
      </w:r>
      <w:r>
        <w:rPr>
          <w:lang w:eastAsia="zh-CN"/>
        </w:rPr>
        <w:t>　　3.应急疏散的`组织程序和措施；4、扑救初起火灾的程序和措施；5、通讯联络、安全防护救护的程序和措施。）；每学期开展一次演练，培训相关人员熟悉学校消防设施和灭火器材，能正确掌握火警处置及启动消防设备的程序和方法，一旦发生火情，确保教师能按职责分工及时到位，有效处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4.提高组织人员疏散逃生能力，切实做到“能火场逃生自救，会引导人员疏散”。总务处牵头设置符合规定的疏散通道、安全出口、疏散指示标志、应急照明、应急广播等安全疏散设施，积极申请配备相应的火场疏散逃生装备、器材，并严格日常管理，保证人员安全疏散的需要。德育处牵头培训、演练，让师生员工熟悉本单位疏散通道、安全出口设置情况和逃生路线，掌握火场疏散和逃生自救的基本技能、引导人员疏散的方法和程序。人员密集场所发生火灾，该场所的现场工作人员应当立即组织、引导在场人员疏散。疏散逃生引导人员确定为：班主任和当堂上课教师分别为班级下课和上课期间的学生疏散引导员；楼层引导员为每天的楼层值班教师担任；晚自习的疏散引导员由值班的教师和领导担任。一旦发生火灾，确保及时组织在场人员安全疏散。</w:t>
      </w:r>
      <w:r>
        <w:rPr>
          <w:lang w:eastAsia="zh-CN"/>
        </w:rPr>
        <w:br/>
      </w:r>
      <w:r>
        <w:rPr>
          <w:lang w:eastAsia="zh-CN"/>
        </w:rPr>
        <w:t xml:space="preserve">    2024年幼儿园消防安全应急预案范文 篇10 </w:t>
      </w:r>
      <w:r>
        <w:rPr>
          <w:lang w:eastAsia="zh-CN"/>
        </w:rPr>
        <w:br/>
      </w:r>
      <w:r>
        <w:rPr>
          <w:lang w:eastAsia="zh-CN"/>
        </w:rPr>
        <w:t>　　一、活动时间：</w:t>
      </w:r>
      <w:r>
        <w:rPr>
          <w:lang w:eastAsia="zh-CN"/>
        </w:rPr>
        <w:br/>
      </w:r>
      <w:r>
        <w:rPr>
          <w:lang w:eastAsia="zh-CN"/>
        </w:rPr>
        <w:t>　　20__年11月6日—20__年11月30日</w:t>
      </w:r>
      <w:r>
        <w:rPr>
          <w:lang w:eastAsia="zh-CN"/>
        </w:rPr>
        <w:br/>
      </w:r>
      <w:r>
        <w:rPr>
          <w:lang w:eastAsia="zh-CN"/>
        </w:rPr>
        <w:t>　　二、参加对象：</w:t>
      </w:r>
      <w:r>
        <w:rPr>
          <w:lang w:eastAsia="zh-CN"/>
        </w:rPr>
        <w:br/>
      </w:r>
      <w:r>
        <w:rPr>
          <w:lang w:eastAsia="zh-CN"/>
        </w:rPr>
        <w:t>　　全市中小学（幼儿园）在校学生及家庭</w:t>
      </w:r>
      <w:r>
        <w:rPr>
          <w:lang w:eastAsia="zh-CN"/>
        </w:rPr>
        <w:br/>
      </w:r>
      <w:r>
        <w:rPr>
          <w:lang w:eastAsia="zh-CN"/>
        </w:rPr>
        <w:t>　　三、活动网址：</w:t>
      </w:r>
      <w:r>
        <w:rPr>
          <w:lang w:eastAsia="zh-CN"/>
        </w:rPr>
        <w:br/>
      </w:r>
      <w:r>
        <w:rPr>
          <w:lang w:eastAsia="zh-CN"/>
        </w:rPr>
        <w:t>　　</w:t>
      </w:r>
      <w:r>
        <w:rPr>
          <w:lang w:eastAsia="zh-CN"/>
        </w:rPr>
        <w:br/>
      </w:r>
      <w:r>
        <w:rPr>
          <w:lang w:eastAsia="zh-CN"/>
        </w:rPr>
        <w:t>　　四、活动内容：</w:t>
      </w:r>
      <w:r>
        <w:rPr>
          <w:lang w:eastAsia="zh-CN"/>
        </w:rPr>
        <w:br/>
      </w:r>
      <w:r>
        <w:rPr>
          <w:lang w:eastAsia="zh-CN"/>
        </w:rPr>
        <w:t>　　1.学校版主要内容包括：如何预防校园火灾、校园火灾逃生技巧；</w:t>
      </w:r>
      <w:r>
        <w:rPr>
          <w:lang w:eastAsia="zh-CN"/>
        </w:rPr>
        <w:br/>
      </w:r>
      <w:r>
        <w:rPr>
          <w:lang w:eastAsia="zh-CN"/>
        </w:rPr>
        <w:t>　　2.家庭版主要内容包括：如何查找家庭火灾隐患等。</w:t>
      </w:r>
      <w:r>
        <w:rPr>
          <w:lang w:eastAsia="zh-CN"/>
        </w:rPr>
        <w:br/>
      </w:r>
      <w:r>
        <w:rPr>
          <w:lang w:eastAsia="zh-CN"/>
        </w:rPr>
        <w:t>　　五、活动办法：</w:t>
      </w:r>
      <w:r>
        <w:rPr>
          <w:lang w:eastAsia="zh-CN"/>
        </w:rPr>
        <w:br/>
      </w:r>
      <w:r>
        <w:rPr>
          <w:lang w:eastAsia="zh-CN"/>
        </w:rPr>
        <w:t>　　1.学校版：由学校（幼儿园）统一组织，各班班主任登录“__市学校安全教育平台”，点击“119消防专题教育”活动图片，进入“活动页面”，点击“学校版”，组织学生观看消防安全视频。（学校版参与流程见附件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家庭版：各学校以家庭作业的方式，指导家长和学生登录“__市学校安全教育平台”，点击“119消防专题教育”活动图片，进入“活动页面”，点击“家庭版”，共同观看消防安全视频并完成家庭消防自查。（家庭版参与流程见附件二）。</w:t>
      </w:r>
      <w:r>
        <w:rPr>
          <w:lang w:eastAsia="zh-CN"/>
        </w:rPr>
        <w:br/>
      </w:r>
      <w:r>
        <w:rPr>
          <w:lang w:eastAsia="zh-CN"/>
        </w:rPr>
        <w:t>　　六、活动要求：</w:t>
      </w:r>
      <w:r>
        <w:rPr>
          <w:lang w:eastAsia="zh-CN"/>
        </w:rPr>
        <w:br/>
      </w:r>
      <w:r>
        <w:rPr>
          <w:lang w:eastAsia="zh-CN"/>
        </w:rPr>
        <w:t>　　1.精心组织。各地要结合各自实际，在组织开展安全教育平台运行的基础环境调查的基础上，指导各级各类学校（幼儿园）对“119消防专题教育”的时间、内容、形式、组织管理等做出周密安排，制定具体可行的活动方案，确保活动覆盖到每一所学校、每一个班级、每一名学生和每一位家长，达到教育一个学生、带动一个家庭，影响整个社会的目的。</w:t>
      </w:r>
      <w:r>
        <w:rPr>
          <w:lang w:eastAsia="zh-CN"/>
        </w:rPr>
        <w:br/>
      </w:r>
      <w:r>
        <w:rPr>
          <w:lang w:eastAsia="zh-CN"/>
        </w:rPr>
        <w:t>　　2.加强督查。本次专题教育活动是__市教育局与中国教育学会合作创建“__市学校安全教育示范区”的一项试运行项目，暂未开通各地各校帐号，而是采用了通用帐号（详见附件）。各级教育部门务必要高度重视，在加强对各学校（单位）“119消防专题教育”活动督查指导和同时，及时发现平台运行中的情况和问题，对工作开展富有特色、成效显著的单位和个人，要及时宣传报道，通过扎实的工作，为下一步全市安全教育平台的正式运行打下良好基础。</w:t>
      </w:r>
      <w:r>
        <w:rPr>
          <w:lang w:eastAsia="zh-CN"/>
        </w:rPr>
        <w:br/>
      </w:r>
      <w:r>
        <w:rPr>
          <w:lang w:eastAsia="zh-CN"/>
        </w:rPr>
        <w:t>　　七、活动联系：</w:t>
      </w:r>
      <w:r>
        <w:rPr>
          <w:lang w:eastAsia="zh-CN"/>
        </w:rPr>
        <w:br/>
      </w:r>
      <w:r>
        <w:rPr>
          <w:lang w:eastAsia="zh-CN"/>
        </w:rPr>
        <w:t>　　活动过程中，如遇到任何问题，可与__市教育局安监处联系，联系人：陈，联系电话：；或与中国教育学会安全教育实验区办公室联系，联系人：葛（手机:）、陈（手机:），固定电话:。</w:t>
      </w:r>
      <w:r>
        <w:rPr>
          <w:lang w:eastAsia="zh-CN"/>
        </w:rPr>
        <w:br/>
      </w:r>
      <w:r>
        <w:rPr>
          <w:lang w:eastAsia="zh-CN"/>
        </w:rPr>
        <w:t xml:space="preserve">    2024年幼儿园消防安全应急预案范文 篇11 </w:t>
      </w:r>
      <w:r>
        <w:rPr>
          <w:lang w:eastAsia="zh-CN"/>
        </w:rPr>
        <w:br/>
      </w:r>
      <w:r>
        <w:rPr>
          <w:lang w:eastAsia="zh-CN"/>
        </w:rPr>
        <w:t>　　活动目标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知道什么是火灾，认识不同消防器材的使用方法及位置。</w:t>
      </w:r>
      <w:r>
        <w:rPr>
          <w:lang w:eastAsia="zh-CN"/>
        </w:rPr>
        <w:br/>
      </w:r>
      <w:r>
        <w:rPr>
          <w:lang w:eastAsia="zh-CN"/>
        </w:rPr>
        <w:t>　　初步掌握发生火灾时的逃生求救方法，了解消防安全。</w:t>
      </w:r>
      <w:r>
        <w:rPr>
          <w:lang w:eastAsia="zh-CN"/>
        </w:rPr>
        <w:br/>
      </w:r>
      <w:r>
        <w:rPr>
          <w:lang w:eastAsia="zh-CN"/>
        </w:rPr>
        <w:t>　　学唱消防安全小儿歌，注意消防安全，提高自我保护能力。</w:t>
      </w:r>
      <w:r>
        <w:rPr>
          <w:lang w:eastAsia="zh-CN"/>
        </w:rPr>
        <w:br/>
      </w:r>
      <w:r>
        <w:rPr>
          <w:lang w:eastAsia="zh-CN"/>
        </w:rPr>
        <w:t>　　活动准备</w:t>
      </w:r>
      <w:r>
        <w:rPr>
          <w:lang w:eastAsia="zh-CN"/>
        </w:rPr>
        <w:br/>
      </w:r>
      <w:r>
        <w:rPr>
          <w:lang w:eastAsia="zh-CN"/>
        </w:rPr>
        <w:t>　　经验准备：有基本的安全意识，知道每层楼都有一些消防器材。</w:t>
      </w:r>
      <w:r>
        <w:rPr>
          <w:lang w:eastAsia="zh-CN"/>
        </w:rPr>
        <w:br/>
      </w:r>
      <w:r>
        <w:rPr>
          <w:lang w:eastAsia="zh-CN"/>
        </w:rPr>
        <w:t>　　课件准备：“消防器材”组图；“消防标识”组图；“易燃品”组图；《防火小儿歌》。</w:t>
      </w:r>
      <w:r>
        <w:rPr>
          <w:lang w:eastAsia="zh-CN"/>
        </w:rPr>
        <w:br/>
      </w:r>
      <w:r>
        <w:rPr>
          <w:lang w:eastAsia="zh-CN"/>
        </w:rPr>
        <w:t>　　活动过程</w:t>
      </w:r>
      <w:r>
        <w:rPr>
          <w:lang w:eastAsia="zh-CN"/>
        </w:rPr>
        <w:br/>
      </w:r>
      <w:r>
        <w:rPr>
          <w:lang w:eastAsia="zh-CN"/>
        </w:rPr>
        <w:t>　　师幼讨论，引导幼儿了解什么是火灾。</w:t>
      </w:r>
      <w:r>
        <w:rPr>
          <w:lang w:eastAsia="zh-CN"/>
        </w:rPr>
        <w:br/>
      </w:r>
      <w:r>
        <w:rPr>
          <w:lang w:eastAsia="zh-CN"/>
        </w:rPr>
        <w:t>　　——你们知道什么是火灾吗？火灾都有哪些危害呢？</w:t>
      </w:r>
      <w:r>
        <w:rPr>
          <w:lang w:eastAsia="zh-CN"/>
        </w:rPr>
        <w:br/>
      </w:r>
      <w:r>
        <w:rPr>
          <w:lang w:eastAsia="zh-CN"/>
        </w:rPr>
        <w:t>　　小结：“火灾”是指在时间或空间上失去控制的灾害性燃烧现象。在各种灾害中，火灾是最经常、最普遍地威胁公众安全和社会发展的主要灾害之一。火灾是很危险的，当小朋友碰上的时候，一定不要惊慌。我们要想一些办法离火灾远一点。</w:t>
      </w:r>
      <w:r>
        <w:rPr>
          <w:lang w:eastAsia="zh-CN"/>
        </w:rPr>
        <w:br/>
      </w:r>
      <w:r>
        <w:rPr>
          <w:lang w:eastAsia="zh-CN"/>
        </w:rPr>
        <w:t>　　出示组图“消防器材”，引导幼儿初步认识消防器材。</w:t>
      </w:r>
      <w:r>
        <w:rPr>
          <w:lang w:eastAsia="zh-CN"/>
        </w:rPr>
        <w:br/>
      </w:r>
      <w:r>
        <w:rPr>
          <w:lang w:eastAsia="zh-CN"/>
        </w:rPr>
        <w:t>　　——消防器材有哪些？它们一般放置在哪里呢？</w:t>
      </w:r>
      <w:r>
        <w:rPr>
          <w:lang w:eastAsia="zh-CN"/>
        </w:rPr>
        <w:br/>
      </w:r>
      <w:r>
        <w:rPr>
          <w:lang w:eastAsia="zh-CN"/>
        </w:rPr>
        <w:t>　　小结：当发生了火灾，可以用灭火器、消火栓、消防水袋等消防器材灭火。它们一般都放在走廊显眼的位置。</w:t>
      </w:r>
      <w:r>
        <w:rPr>
          <w:lang w:eastAsia="zh-CN"/>
        </w:rPr>
        <w:br/>
      </w:r>
      <w:r>
        <w:rPr>
          <w:lang w:eastAsia="zh-CN"/>
        </w:rPr>
        <w:t>　　师幼讨论，火灾发生后该如何应对。</w:t>
      </w:r>
      <w:r>
        <w:rPr>
          <w:lang w:eastAsia="zh-CN"/>
        </w:rPr>
        <w:br/>
      </w:r>
      <w:r>
        <w:rPr>
          <w:lang w:eastAsia="zh-CN"/>
        </w:rPr>
        <w:t>　　1.掌握逃生方法，学会自救。</w:t>
      </w:r>
      <w:r>
        <w:rPr>
          <w:lang w:eastAsia="zh-CN"/>
        </w:rPr>
        <w:br/>
      </w:r>
      <w:r>
        <w:rPr>
          <w:lang w:eastAsia="zh-CN"/>
        </w:rPr>
        <w:t>　　1）发生火灾时，尽快逃离，不能在床底下、家具内躲藏。</w:t>
      </w:r>
      <w:r>
        <w:rPr>
          <w:lang w:eastAsia="zh-CN"/>
        </w:rPr>
        <w:br/>
      </w:r>
      <w:r>
        <w:rPr>
          <w:lang w:eastAsia="zh-CN"/>
        </w:rPr>
        <w:t>　　2）火势不大时，要披上浸湿的衣服向外冲。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3）尽快跑往楼外，不要乘电梯，不要盲目跳楼。</w:t>
      </w:r>
      <w:r>
        <w:rPr>
          <w:lang w:eastAsia="zh-CN"/>
        </w:rPr>
        <w:br/>
      </w:r>
      <w:r>
        <w:rPr>
          <w:lang w:eastAsia="zh-CN"/>
        </w:rPr>
        <w:t>　　4)用湿毛巾等捂住口鼻、沿着墙壁，弯腰走或匍匐前进。</w:t>
      </w:r>
      <w:r>
        <w:rPr>
          <w:lang w:eastAsia="zh-CN"/>
        </w:rPr>
        <w:br/>
      </w:r>
      <w:r>
        <w:rPr>
          <w:lang w:eastAsia="zh-CN"/>
        </w:rPr>
        <w:t>　　5)身上着火，脱去着火衣服，就地打滚。</w:t>
      </w:r>
      <w:r>
        <w:rPr>
          <w:lang w:eastAsia="zh-CN"/>
        </w:rPr>
        <w:br/>
      </w:r>
      <w:r>
        <w:rPr>
          <w:lang w:eastAsia="zh-CN"/>
        </w:rPr>
        <w:t>　　2.知道火警电话及其由来，懂得发生火灾时要及时报警求救。</w:t>
      </w:r>
      <w:r>
        <w:rPr>
          <w:lang w:eastAsia="zh-CN"/>
        </w:rPr>
        <w:br/>
      </w:r>
      <w:r>
        <w:rPr>
          <w:lang w:eastAsia="zh-CN"/>
        </w:rPr>
        <w:t>　　——大家已经知道火警电话是119，那么大家知道关于119的故事么？</w:t>
      </w:r>
      <w:r>
        <w:rPr>
          <w:lang w:eastAsia="zh-CN"/>
        </w:rPr>
        <w:br/>
      </w:r>
      <w:r>
        <w:rPr>
          <w:lang w:eastAsia="zh-CN"/>
        </w:rPr>
        <w:t>　　——报火警的时候怎么跟消防员叔叔说呢？</w:t>
      </w:r>
      <w:r>
        <w:rPr>
          <w:lang w:eastAsia="zh-CN"/>
        </w:rPr>
        <w:br/>
      </w:r>
      <w:r>
        <w:rPr>
          <w:lang w:eastAsia="zh-CN"/>
        </w:rPr>
        <w:t>　　小结：报火警的时候不要着急，要把地址说清楚。如果不懂的可以提醒身边的大人去打电话。及时的救火很重要，要第一时间拨打电话119报火警。</w:t>
      </w:r>
      <w:r>
        <w:rPr>
          <w:lang w:eastAsia="zh-CN"/>
        </w:rPr>
        <w:br/>
      </w:r>
      <w:r>
        <w:rPr>
          <w:lang w:eastAsia="zh-CN"/>
        </w:rPr>
        <w:t>　　师幼讨论“防安全注意事项”，出示组图，引导幼儿进一步了解消防安全。</w:t>
      </w:r>
      <w:r>
        <w:rPr>
          <w:lang w:eastAsia="zh-CN"/>
        </w:rPr>
        <w:br/>
      </w:r>
      <w:r>
        <w:rPr>
          <w:lang w:eastAsia="zh-CN"/>
        </w:rPr>
        <w:t>　　1.师幼讨论“防安全注意事项”。</w:t>
      </w:r>
      <w:r>
        <w:rPr>
          <w:lang w:eastAsia="zh-CN"/>
        </w:rPr>
        <w:br/>
      </w:r>
      <w:r>
        <w:rPr>
          <w:lang w:eastAsia="zh-CN"/>
        </w:rPr>
        <w:t>　　1）不玩火，不要随身携带火柴等火种。</w:t>
      </w:r>
      <w:r>
        <w:rPr>
          <w:lang w:eastAsia="zh-CN"/>
        </w:rPr>
        <w:br/>
      </w:r>
      <w:r>
        <w:rPr>
          <w:lang w:eastAsia="zh-CN"/>
        </w:rPr>
        <w:t>　　2）不在阳台、楼道内和其他禁放场所燃放烟花爆竹。</w:t>
      </w:r>
      <w:r>
        <w:rPr>
          <w:lang w:eastAsia="zh-CN"/>
        </w:rPr>
        <w:br/>
      </w:r>
      <w:r>
        <w:rPr>
          <w:lang w:eastAsia="zh-CN"/>
        </w:rPr>
        <w:t>　　3）不乱动、不损坏公共消防器材。</w:t>
      </w:r>
      <w:r>
        <w:rPr>
          <w:lang w:eastAsia="zh-CN"/>
        </w:rPr>
        <w:br/>
      </w:r>
      <w:r>
        <w:rPr>
          <w:lang w:eastAsia="zh-CN"/>
        </w:rPr>
        <w:t>　　4）进入公共场所要注意消防安全标志、记住疏散方向。</w:t>
      </w:r>
      <w:r>
        <w:rPr>
          <w:lang w:eastAsia="zh-CN"/>
        </w:rPr>
        <w:br/>
      </w:r>
      <w:r>
        <w:rPr>
          <w:lang w:eastAsia="zh-CN"/>
        </w:rPr>
        <w:t>　　5）呼救的时候，在窗口、阳台等容易被人看见的地方呼救。</w:t>
      </w:r>
      <w:r>
        <w:rPr>
          <w:lang w:eastAsia="zh-CN"/>
        </w:rPr>
        <w:br/>
      </w:r>
      <w:r>
        <w:rPr>
          <w:lang w:eastAsia="zh-CN"/>
        </w:rPr>
        <w:t>　　2.出示组图“消防标识”，引导幼儿认识。</w:t>
      </w:r>
      <w:r>
        <w:rPr>
          <w:lang w:eastAsia="zh-CN"/>
        </w:rPr>
        <w:br/>
      </w:r>
      <w:r>
        <w:rPr>
          <w:lang w:eastAsia="zh-CN"/>
        </w:rPr>
        <w:t>　　3.出示组图“易燃品”，引导幼儿了解生活中有哪些易燃品。</w:t>
      </w:r>
      <w:r>
        <w:rPr>
          <w:lang w:eastAsia="zh-CN"/>
        </w:rPr>
        <w:br/>
      </w:r>
      <w:r>
        <w:rPr>
          <w:lang w:eastAsia="zh-CN"/>
        </w:rPr>
        <w:t>　　带领幼儿读念《防火小儿歌》，进一步巩固幼儿自我保护能力。</w:t>
      </w:r>
      <w:r>
        <w:rPr>
          <w:lang w:eastAsia="zh-CN"/>
        </w:rPr>
        <w:br/>
      </w:r>
      <w:r>
        <w:rPr>
          <w:lang w:eastAsia="zh-CN"/>
        </w:rPr>
        <w:t>　　1.师幼念儿歌。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2.防灾知识小问答。</w:t>
      </w:r>
      <w:r>
        <w:rPr>
          <w:lang w:eastAsia="zh-CN"/>
        </w:rPr>
        <w:br/>
      </w:r>
      <w:r>
        <w:rPr>
          <w:lang w:eastAsia="zh-CN"/>
        </w:rPr>
        <w:t>　　活动延伸</w:t>
      </w:r>
      <w:r>
        <w:rPr>
          <w:lang w:eastAsia="zh-CN"/>
        </w:rPr>
        <w:br/>
      </w:r>
      <w:r>
        <w:rPr>
          <w:lang w:eastAsia="zh-CN"/>
        </w:rPr>
        <w:t>　　区域活动</w:t>
      </w:r>
      <w:r>
        <w:rPr>
          <w:lang w:eastAsia="zh-CN"/>
        </w:rPr>
        <w:br/>
      </w:r>
      <w:r>
        <w:rPr>
          <w:lang w:eastAsia="zh-CN"/>
        </w:rPr>
        <w:t>　　语言区：投放消防器材和消防标识的图片，引导幼儿说一说不同消防器械的使用方法以及不同的消防标识表示的不同含义。</w:t>
      </w:r>
      <w:r>
        <w:rPr>
          <w:lang w:eastAsia="zh-CN"/>
        </w:rPr>
        <w:br/>
      </w:r>
      <w:r>
        <w:rPr>
          <w:lang w:eastAsia="zh-CN"/>
        </w:rPr>
        <w:t>　　日常活动</w:t>
      </w:r>
      <w:r>
        <w:rPr>
          <w:lang w:eastAsia="zh-CN"/>
        </w:rPr>
        <w:br/>
      </w:r>
      <w:r>
        <w:rPr>
          <w:lang w:eastAsia="zh-CN"/>
        </w:rPr>
        <w:t>　　1.观察校园里有哪些地方装有消防器械，说一说不同消防器械的用法。</w:t>
      </w:r>
      <w:r>
        <w:rPr>
          <w:lang w:eastAsia="zh-CN"/>
        </w:rPr>
        <w:br/>
      </w:r>
      <w:r>
        <w:rPr>
          <w:lang w:eastAsia="zh-CN"/>
        </w:rPr>
        <w:t>　　2.观察疏散指示标志的方向，进行消防安全演练，学习用湿毛巾掩护口鼻的逃生方法。</w:t>
      </w:r>
      <w:r>
        <w:rPr>
          <w:lang w:eastAsia="zh-CN"/>
        </w:rPr>
        <w:br/>
      </w:r>
      <w:r>
        <w:rPr>
          <w:lang w:eastAsia="zh-CN"/>
        </w:rPr>
        <w:t>　　家园共育</w:t>
      </w:r>
      <w:r>
        <w:rPr>
          <w:lang w:eastAsia="zh-CN"/>
        </w:rPr>
        <w:br/>
      </w:r>
      <w:r>
        <w:rPr>
          <w:lang w:eastAsia="zh-CN"/>
        </w:rPr>
        <w:t>　　家长配合，引导幼儿了解家里及公共场所的消防通道及消防器材，提高消防安全意识。</w:t>
      </w:r>
      <w:r>
        <w:rPr>
          <w:lang w:eastAsia="zh-CN"/>
        </w:rPr>
        <w:br/>
      </w:r>
      <w:r>
        <w:rPr>
          <w:lang w:eastAsia="zh-CN"/>
        </w:rPr>
        <w:t>　　附【儿歌】</w:t>
      </w:r>
      <w:r>
        <w:rPr>
          <w:lang w:eastAsia="zh-CN"/>
        </w:rPr>
        <w:br/>
      </w:r>
      <w:r>
        <w:rPr>
          <w:lang w:eastAsia="zh-CN"/>
        </w:rPr>
        <w:t>　　消防安全小儿歌</w:t>
      </w:r>
      <w:r>
        <w:rPr>
          <w:lang w:eastAsia="zh-CN"/>
        </w:rPr>
        <w:br/>
      </w:r>
      <w:r>
        <w:rPr>
          <w:lang w:eastAsia="zh-CN"/>
        </w:rPr>
        <w:t>　　小朋友们请牢记</w:t>
      </w:r>
      <w:r>
        <w:rPr>
          <w:lang w:eastAsia="zh-CN"/>
        </w:rPr>
        <w:br/>
      </w:r>
      <w:r>
        <w:rPr>
          <w:lang w:eastAsia="zh-CN"/>
        </w:rPr>
        <w:t>　　别拿火烛玩游戏</w:t>
      </w:r>
      <w:r>
        <w:rPr>
          <w:lang w:eastAsia="zh-CN"/>
        </w:rPr>
        <w:br/>
      </w:r>
      <w:r>
        <w:rPr>
          <w:lang w:eastAsia="zh-CN"/>
        </w:rPr>
        <w:t>　　小心火灾随时起</w:t>
      </w:r>
      <w:r>
        <w:rPr>
          <w:lang w:eastAsia="zh-CN"/>
        </w:rPr>
        <w:br/>
      </w:r>
      <w:r>
        <w:rPr>
          <w:lang w:eastAsia="zh-CN"/>
        </w:rPr>
        <w:t>　　火灾逃生要牢记</w:t>
      </w:r>
      <w:r>
        <w:rPr>
          <w:lang w:eastAsia="zh-CN"/>
        </w:rPr>
        <w:br/>
      </w:r>
      <w:r>
        <w:rPr>
          <w:lang w:eastAsia="zh-CN"/>
        </w:rPr>
        <w:t>　　进入公共场所里</w:t>
      </w:r>
      <w:r>
        <w:rPr>
          <w:lang w:eastAsia="zh-CN"/>
        </w:rPr>
        <w:br/>
      </w:r>
      <w:r>
        <w:rPr>
          <w:lang w:eastAsia="zh-CN"/>
        </w:rPr>
        <w:t>　　逃生方向看仔细</w:t>
      </w:r>
      <w:r>
        <w:rPr>
          <w:lang w:eastAsia="zh-CN"/>
        </w:rPr>
        <w:br/>
      </w:r>
      <w:r>
        <w:rPr>
          <w:lang w:eastAsia="zh-CN"/>
        </w:rPr>
        <w:t>　　万一火灾燃烧起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看到浓烟别着急</w:t>
      </w:r>
      <w:r>
        <w:rPr>
          <w:lang w:eastAsia="zh-CN"/>
        </w:rPr>
        <w:br/>
      </w:r>
      <w:r>
        <w:rPr>
          <w:lang w:eastAsia="zh-CN"/>
        </w:rPr>
        <w:t>　　先拿湿巾捂口鼻</w:t>
      </w:r>
      <w:r>
        <w:rPr>
          <w:lang w:eastAsia="zh-CN"/>
        </w:rPr>
        <w:br/>
      </w:r>
      <w:r>
        <w:rPr>
          <w:lang w:eastAsia="zh-CN"/>
        </w:rPr>
        <w:t>　　快快趴下向前移</w:t>
      </w:r>
      <w:r>
        <w:rPr>
          <w:lang w:eastAsia="zh-CN"/>
        </w:rPr>
        <w:br/>
      </w:r>
      <w:r>
        <w:rPr>
          <w:lang w:eastAsia="zh-CN"/>
        </w:rPr>
        <w:t>　　记住别回火场里</w:t>
      </w:r>
      <w:r>
        <w:rPr>
          <w:lang w:eastAsia="zh-CN"/>
        </w:rPr>
        <w:br/>
      </w:r>
      <w:r>
        <w:rPr>
          <w:lang w:eastAsia="zh-CN"/>
        </w:rPr>
        <w:t>　　生命安全为第一</w:t>
      </w:r>
      <w:r>
        <w:rPr>
          <w:lang w:eastAsia="zh-CN"/>
        </w:rPr>
        <w:br/>
      </w:r>
      <w:r>
        <w:rPr>
          <w:lang w:eastAsia="zh-CN"/>
        </w:rPr>
        <w:t>　　小朋友们携起手</w:t>
      </w:r>
      <w:r>
        <w:rPr>
          <w:lang w:eastAsia="zh-CN"/>
        </w:rPr>
        <w:br/>
      </w:r>
      <w:r>
        <w:rPr>
          <w:lang w:eastAsia="zh-CN"/>
        </w:rPr>
        <w:t>　　消防意识要加强</w:t>
      </w:r>
      <w:r>
        <w:rPr>
          <w:lang w:eastAsia="zh-CN"/>
        </w:rPr>
        <w:br/>
      </w:r>
      <w:r>
        <w:rPr>
          <w:lang w:eastAsia="zh-CN"/>
        </w:rPr>
        <w:t>　　自己在家不玩火</w:t>
      </w:r>
      <w:r>
        <w:rPr>
          <w:lang w:eastAsia="zh-CN"/>
        </w:rPr>
        <w:br/>
      </w:r>
      <w:r>
        <w:rPr>
          <w:lang w:eastAsia="zh-CN"/>
        </w:rPr>
        <w:t>　　发现烟雾快帮忙</w:t>
      </w:r>
      <w:r>
        <w:rPr>
          <w:lang w:eastAsia="zh-CN"/>
        </w:rPr>
        <w:br/>
      </w:r>
      <w:r>
        <w:rPr>
          <w:lang w:eastAsia="zh-CN"/>
        </w:rPr>
        <w:t>　　紧急电话119</w:t>
      </w:r>
      <w:r>
        <w:rPr>
          <w:lang w:eastAsia="zh-CN"/>
        </w:rPr>
        <w:br/>
      </w:r>
      <w:r>
        <w:rPr>
          <w:lang w:eastAsia="zh-CN"/>
        </w:rPr>
        <w:t>　　不要靠近火堆旁</w:t>
      </w:r>
      <w:r>
        <w:rPr>
          <w:lang w:eastAsia="zh-CN"/>
        </w:rPr>
        <w:br/>
      </w:r>
      <w:r>
        <w:rPr>
          <w:lang w:eastAsia="zh-CN"/>
        </w:rPr>
        <w:t>　　发现火情不慌忙</w:t>
      </w:r>
      <w:r>
        <w:rPr>
          <w:lang w:eastAsia="zh-CN"/>
        </w:rPr>
        <w:br/>
      </w:r>
      <w:r>
        <w:rPr>
          <w:lang w:eastAsia="zh-CN"/>
        </w:rPr>
        <w:t>　　我是消防小健将</w:t>
      </w:r>
      <w:r>
        <w:rPr>
          <w:lang w:eastAsia="zh-CN"/>
        </w:rPr>
        <w:br/>
      </w:r>
      <w:r>
        <w:rPr>
          <w:lang w:eastAsia="zh-CN"/>
        </w:rPr>
        <w:t xml:space="preserve">    2024年幼儿园消防安全应急预案范文 篇12 </w:t>
      </w:r>
      <w:r>
        <w:rPr>
          <w:lang w:eastAsia="zh-CN"/>
        </w:rPr>
        <w:br/>
      </w:r>
      <w:r>
        <w:rPr>
          <w:lang w:eastAsia="zh-CN"/>
        </w:rPr>
        <w:t>　　一、指挥思想</w:t>
      </w:r>
      <w:r>
        <w:rPr>
          <w:lang w:eastAsia="zh-CN"/>
        </w:rPr>
        <w:br/>
      </w:r>
      <w:r>
        <w:rPr>
          <w:lang w:eastAsia="zh-CN"/>
        </w:rPr>
        <w:t>　　为了保护幼儿教职员工人身、财产和公共财产安全，提高快速反应能力，赢得战机，及时有效地控制险情，在发生火灾时迅速稳妥地疏散人员和物资，把危害控制在最小范围，损失减少到最低限度，根据有关安全管理规定和上级要求，特制定本预案。</w:t>
      </w:r>
      <w:r>
        <w:rPr>
          <w:lang w:eastAsia="zh-CN"/>
        </w:rPr>
        <w:br/>
      </w:r>
      <w:r>
        <w:rPr>
          <w:lang w:eastAsia="zh-CN"/>
        </w:rPr>
        <w:t>　　二、组织领导</w:t>
      </w:r>
      <w:r>
        <w:rPr>
          <w:lang w:eastAsia="zh-CN"/>
        </w:rPr>
        <w:br/>
      </w:r>
      <w:r>
        <w:rPr>
          <w:lang w:eastAsia="zh-CN"/>
        </w:rPr>
        <w:t>　　1、成立消防安全紧急处理指挥部</w:t>
      </w:r>
      <w:r>
        <w:rPr>
          <w:lang w:eastAsia="zh-CN"/>
        </w:rPr>
        <w:br/>
      </w:r>
      <w:r>
        <w:rPr>
          <w:lang w:eastAsia="zh-CN"/>
        </w:rPr>
        <w:t>　　总指挥：傅梅芳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执行总指挥：张黎明</w:t>
      </w:r>
      <w:r>
        <w:rPr>
          <w:lang w:eastAsia="zh-CN"/>
        </w:rPr>
        <w:br/>
      </w:r>
      <w:r>
        <w:rPr>
          <w:lang w:eastAsia="zh-CN"/>
        </w:rPr>
        <w:t>　　副总指挥：郑银花 汤香</w:t>
      </w:r>
      <w:r>
        <w:rPr>
          <w:lang w:eastAsia="zh-CN"/>
        </w:rPr>
        <w:br/>
      </w:r>
      <w:r>
        <w:rPr>
          <w:lang w:eastAsia="zh-CN"/>
        </w:rPr>
        <w:t>　　指挥部成员：周尽忠、茆颖慧、傅建华</w:t>
      </w:r>
      <w:r>
        <w:rPr>
          <w:lang w:eastAsia="zh-CN"/>
        </w:rPr>
        <w:br/>
      </w:r>
      <w:r>
        <w:rPr>
          <w:lang w:eastAsia="zh-CN"/>
        </w:rPr>
        <w:t>　　2、成立应急疏散指挥组</w:t>
      </w:r>
      <w:r>
        <w:rPr>
          <w:lang w:eastAsia="zh-CN"/>
        </w:rPr>
        <w:br/>
      </w:r>
      <w:r>
        <w:rPr>
          <w:lang w:eastAsia="zh-CN"/>
        </w:rPr>
        <w:t>　　组长：张黎明</w:t>
      </w:r>
      <w:r>
        <w:rPr>
          <w:lang w:eastAsia="zh-CN"/>
        </w:rPr>
        <w:br/>
      </w:r>
      <w:r>
        <w:rPr>
          <w:lang w:eastAsia="zh-CN"/>
        </w:rPr>
        <w:t>　　成员：郑银花、汤香、周尽忠、茆颖慧、傅建华</w:t>
      </w:r>
      <w:r>
        <w:rPr>
          <w:lang w:eastAsia="zh-CN"/>
        </w:rPr>
        <w:br/>
      </w:r>
      <w:r>
        <w:rPr>
          <w:lang w:eastAsia="zh-CN"/>
        </w:rPr>
        <w:t>　　职责：</w:t>
      </w:r>
      <w:r>
        <w:rPr>
          <w:lang w:eastAsia="zh-CN"/>
        </w:rPr>
        <w:br/>
      </w:r>
      <w:r>
        <w:rPr>
          <w:lang w:eastAsia="zh-CN"/>
        </w:rPr>
        <w:t>　　⑴平时指挥全校应急疏散的宣传教育及训练演习；</w:t>
      </w:r>
      <w:r>
        <w:rPr>
          <w:lang w:eastAsia="zh-CN"/>
        </w:rPr>
        <w:br/>
      </w:r>
      <w:r>
        <w:rPr>
          <w:lang w:eastAsia="zh-CN"/>
        </w:rPr>
        <w:t>　　⑵战时指挥协调各职能小组开展工作，迅速果断把灾情控制在初始阶段；协调配合有关专业人员开展各项工作；</w:t>
      </w:r>
      <w:r>
        <w:rPr>
          <w:lang w:eastAsia="zh-CN"/>
        </w:rPr>
        <w:br/>
      </w:r>
      <w:r>
        <w:rPr>
          <w:lang w:eastAsia="zh-CN"/>
        </w:rPr>
        <w:t>　　⑶配合协助做好事故调查等善后工作。</w:t>
      </w:r>
      <w:r>
        <w:rPr>
          <w:lang w:eastAsia="zh-CN"/>
        </w:rPr>
        <w:br/>
      </w:r>
      <w:r>
        <w:rPr>
          <w:lang w:eastAsia="zh-CN"/>
        </w:rPr>
        <w:t>　　3、后勤保障组</w:t>
      </w:r>
      <w:r>
        <w:rPr>
          <w:lang w:eastAsia="zh-CN"/>
        </w:rPr>
        <w:br/>
      </w:r>
      <w:r>
        <w:rPr>
          <w:lang w:eastAsia="zh-CN"/>
        </w:rPr>
        <w:t>　　组长：周尽忠</w:t>
      </w:r>
      <w:r>
        <w:rPr>
          <w:lang w:eastAsia="zh-CN"/>
        </w:rPr>
        <w:br/>
      </w:r>
      <w:r>
        <w:rPr>
          <w:lang w:eastAsia="zh-CN"/>
        </w:rPr>
        <w:t>　　成员：娄国强、赵贵成</w:t>
      </w:r>
      <w:r>
        <w:rPr>
          <w:lang w:eastAsia="zh-CN"/>
        </w:rPr>
        <w:br/>
      </w:r>
      <w:r>
        <w:rPr>
          <w:lang w:eastAsia="zh-CN"/>
        </w:rPr>
        <w:t>　　职责：负责通讯联络，车辆调配、道路畅通、电路控制、水源保障、医疗救护等。</w:t>
      </w:r>
      <w:r>
        <w:rPr>
          <w:lang w:eastAsia="zh-CN"/>
        </w:rPr>
        <w:br/>
      </w:r>
      <w:r>
        <w:rPr>
          <w:lang w:eastAsia="zh-CN"/>
        </w:rPr>
        <w:t>　　三、报警和接警</w:t>
      </w:r>
      <w:r>
        <w:rPr>
          <w:lang w:eastAsia="zh-CN"/>
        </w:rPr>
        <w:br/>
      </w:r>
      <w:r>
        <w:rPr>
          <w:lang w:eastAsia="zh-CN"/>
        </w:rPr>
        <w:t>　　报警早、损失小。发生火灾时，在场人员及时通过有线或无线电话向有关单位报警。报警时，组织在场人员立即疏散人员、物资。报警后，立即派人在路口等候，引导接应有关人员。值班人员必须坚守岗位，保证通讯联络畅通，并且做好记录。</w:t>
      </w:r>
      <w:r>
        <w:rPr>
          <w:lang w:eastAsia="zh-CN"/>
        </w:rPr>
        <w:br/>
      </w:r>
      <w:r>
        <w:rPr>
          <w:lang w:eastAsia="zh-CN"/>
        </w:rPr>
        <w:t>　　四、抢救人员和疏散物资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发生火灾时，如有人员被火围困，要立即组织力量抢救，应坚持救人第一，救人重于救火的原则，同时救人时应注意自身安全。</w:t>
      </w:r>
      <w:r>
        <w:rPr>
          <w:lang w:eastAsia="zh-CN"/>
        </w:rPr>
        <w:br/>
      </w:r>
      <w:r>
        <w:rPr>
          <w:lang w:eastAsia="zh-CN"/>
        </w:rPr>
        <w:t>　　火场疏散物资首先要及时疏散受火灾威胁的易燃易爆物品及压缩气体钢瓶等，其次要疏散重要文件、资料和贵重设备及物品等，并且把疏散出来的。物资集中存放到安全地点，指定专人看管，防止丢失。人员、物资疏散后应在指定地点集中清点，并且查明有关情况，及时向指挥部报告。</w:t>
      </w:r>
      <w:r>
        <w:rPr>
          <w:lang w:eastAsia="zh-CN"/>
        </w:rPr>
        <w:br/>
      </w:r>
      <w:r>
        <w:rPr>
          <w:lang w:eastAsia="zh-CN"/>
        </w:rPr>
        <w:t>　　五、火灾应急疏散演习</w:t>
      </w:r>
      <w:r>
        <w:rPr>
          <w:lang w:eastAsia="zh-CN"/>
        </w:rPr>
        <w:br/>
      </w:r>
      <w:r>
        <w:rPr>
          <w:lang w:eastAsia="zh-CN"/>
        </w:rPr>
        <w:t>　　1、有关要求</w:t>
      </w:r>
      <w:r>
        <w:rPr>
          <w:lang w:eastAsia="zh-CN"/>
        </w:rPr>
        <w:br/>
      </w:r>
      <w:r>
        <w:rPr>
          <w:lang w:eastAsia="zh-CN"/>
        </w:rPr>
        <w:t>　　⑴疏散指令由执行总指挥发出，指挥部成员要在就近位置组织疏散。</w:t>
      </w:r>
      <w:r>
        <w:rPr>
          <w:lang w:eastAsia="zh-CN"/>
        </w:rPr>
        <w:br/>
      </w:r>
      <w:r>
        <w:rPr>
          <w:lang w:eastAsia="zh-CN"/>
        </w:rPr>
        <w:t>　　⑵教师和保育员组织幼儿按疏散路线有序撤离。不得组织幼儿灭火或抢救伤员。总务主任率领后勤人员负责保护财产。</w:t>
      </w:r>
      <w:r>
        <w:rPr>
          <w:lang w:eastAsia="zh-CN"/>
        </w:rPr>
        <w:br/>
      </w:r>
      <w:r>
        <w:rPr>
          <w:lang w:eastAsia="zh-CN"/>
        </w:rPr>
        <w:t>　　⑶安全工作紧急处理指挥部根据需要，及时拨打119、110、120，所有教职员工要协助幼儿疏散或协助医务人员抢救伤员，不得与幼儿争抢逃生通道。</w:t>
      </w:r>
      <w:r>
        <w:rPr>
          <w:lang w:eastAsia="zh-CN"/>
        </w:rPr>
        <w:br/>
      </w:r>
      <w:r>
        <w:rPr>
          <w:lang w:eastAsia="zh-CN"/>
        </w:rPr>
        <w:t>　　⑷疏散结束后，班主任要清点本班幼儿人数，并且向园长报告疏散情况，有关领导和保安要保护好现场。</w:t>
      </w:r>
      <w:r>
        <w:rPr>
          <w:lang w:eastAsia="zh-CN"/>
        </w:rPr>
        <w:br/>
      </w:r>
      <w:r>
        <w:rPr>
          <w:lang w:eastAsia="zh-CN"/>
        </w:rPr>
        <w:t>　　⑸班主任对没有及时撤离的幼儿，要及时向指挥部成员提供具体方位，以便及时营救。</w:t>
      </w:r>
      <w:r>
        <w:rPr>
          <w:lang w:eastAsia="zh-CN"/>
        </w:rPr>
        <w:br/>
      </w:r>
      <w:r>
        <w:rPr>
          <w:lang w:eastAsia="zh-CN"/>
        </w:rPr>
        <w:t>　　2、疏散线路及地点：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教学大楼一楼：东边两个班幼儿从活动室跑出到操场。西边两个班幼儿从活动室跑出到操场。</w:t>
      </w:r>
      <w:r>
        <w:rPr>
          <w:lang w:eastAsia="zh-CN"/>
        </w:rPr>
        <w:br/>
      </w:r>
      <w:r>
        <w:rPr>
          <w:lang w:eastAsia="zh-CN"/>
        </w:rPr>
        <w:t>　　二楼：大班幼儿从大楼楼梯下，疏散到操场。</w:t>
      </w:r>
      <w:r>
        <w:rPr>
          <w:lang w:eastAsia="zh-CN"/>
        </w:rPr>
        <w:br/>
      </w:r>
      <w:r>
        <w:rPr>
          <w:lang w:eastAsia="zh-CN"/>
        </w:rPr>
        <w:t>　　三楼：中班幼儿从大楼楼梯下，疏散到操场</w:t>
      </w:r>
      <w:r>
        <w:rPr>
          <w:lang w:eastAsia="zh-CN"/>
        </w:rPr>
        <w:br/>
      </w:r>
      <w:r>
        <w:rPr>
          <w:lang w:eastAsia="zh-CN"/>
        </w:rPr>
        <w:t>　　3、善后事宜：</w:t>
      </w:r>
      <w:r>
        <w:rPr>
          <w:lang w:eastAsia="zh-CN"/>
        </w:rPr>
        <w:br/>
      </w:r>
      <w:r>
        <w:rPr>
          <w:lang w:eastAsia="zh-CN"/>
        </w:rPr>
        <w:t>　　⑴对受伤幼儿，幼儿园领导、班主任要及时慰问，稳定情绪，保证幼儿园秩序井然有序。</w:t>
      </w:r>
      <w:r>
        <w:rPr>
          <w:lang w:eastAsia="zh-CN"/>
        </w:rPr>
        <w:br/>
      </w:r>
      <w:r>
        <w:rPr>
          <w:lang w:eastAsia="zh-CN"/>
        </w:rPr>
        <w:t>　　⑵成立相关组织，接待受伤幼儿家属，并且做好认真细致的解释工作。</w:t>
      </w:r>
      <w:r>
        <w:rPr>
          <w:lang w:eastAsia="zh-CN"/>
        </w:rPr>
        <w:br/>
      </w:r>
      <w:r>
        <w:rPr>
          <w:lang w:eastAsia="zh-CN"/>
        </w:rPr>
        <w:t>　　⑶协助公安干警，查明事故原因，妥善处理善后工作。</w:t>
      </w:r>
      <w:r>
        <w:rPr>
          <w:lang w:eastAsia="zh-CN"/>
        </w:rPr>
        <w:br/>
      </w:r>
      <w:r>
        <w:rPr>
          <w:lang w:eastAsia="zh-CN"/>
        </w:rPr>
        <w:t>　　⑷按有关规定，积极上报事故原因、伤亡和财产损失情况。</w:t>
      </w:r>
      <w:r>
        <w:rPr>
          <w:lang w:eastAsia="zh-CN"/>
        </w:rPr>
        <w:br/>
      </w:r>
      <w:r>
        <w:rPr>
          <w:lang w:eastAsia="zh-CN"/>
        </w:rPr>
        <w:t xml:space="preserve">    2024年幼儿园消防安全应急预案范文 篇13 </w:t>
      </w:r>
      <w:r>
        <w:rPr>
          <w:lang w:eastAsia="zh-CN"/>
        </w:rPr>
        <w:br/>
      </w:r>
      <w:r>
        <w:rPr>
          <w:lang w:eastAsia="zh-CN"/>
        </w:rPr>
        <w:t>　　为认真贯彻落实教育部、公安部《关于加强中小学幼儿园消防安全管理工作的意见》（教督[20__]4号）和《全民消防安全宣传教育纲要》（_通字〔20__〕_号），进一步加强中小学（幼儿园）消防安全宣传教育工作，提升学校消防安全管理和宣传教育水平，增强学校师生和家长消防安全意识和自防自救能力，切实保障广大师生和家长的生命安全，结合市消委会《关于在全市集中开展119消防宣传月活动的通知》（_消委[20__]_号）精神，市教育局决定借助“__市学校安全教育平台”（），与中国教育学会安全教育办公室合作开展“查火灾隐患，保家校平安——全市中小学（幼儿园）119消防专题教育”活动。现就有关事项通知如下：</w:t>
      </w:r>
      <w:r>
        <w:rPr>
          <w:lang w:eastAsia="zh-CN"/>
        </w:rPr>
        <w:br/>
      </w:r>
      <w:r>
        <w:rPr>
          <w:lang w:eastAsia="zh-CN"/>
        </w:rPr>
        <w:t>　　一、活动时间：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20__年11月6日—20__年11月30日</w:t>
      </w:r>
      <w:r>
        <w:rPr>
          <w:lang w:eastAsia="zh-CN"/>
        </w:rPr>
        <w:br/>
      </w:r>
      <w:r>
        <w:rPr>
          <w:lang w:eastAsia="zh-CN"/>
        </w:rPr>
        <w:t>　　二、参加对象：</w:t>
      </w:r>
      <w:r>
        <w:rPr>
          <w:lang w:eastAsia="zh-CN"/>
        </w:rPr>
        <w:br/>
      </w:r>
      <w:r>
        <w:rPr>
          <w:lang w:eastAsia="zh-CN"/>
        </w:rPr>
        <w:t>　　全市中小学（幼儿园）在校学生及家庭</w:t>
      </w:r>
      <w:r>
        <w:rPr>
          <w:lang w:eastAsia="zh-CN"/>
        </w:rPr>
        <w:br/>
      </w:r>
      <w:r>
        <w:rPr>
          <w:lang w:eastAsia="zh-CN"/>
        </w:rPr>
        <w:t>　　三、活动网址：</w:t>
      </w:r>
      <w:r>
        <w:rPr>
          <w:lang w:eastAsia="zh-CN"/>
        </w:rPr>
        <w:br/>
      </w:r>
      <w:r>
        <w:rPr>
          <w:lang w:eastAsia="zh-CN"/>
        </w:rPr>
        <w:t>　　</w:t>
      </w:r>
      <w:r>
        <w:rPr>
          <w:lang w:eastAsia="zh-CN"/>
        </w:rPr>
        <w:br/>
      </w:r>
      <w:r>
        <w:rPr>
          <w:lang w:eastAsia="zh-CN"/>
        </w:rPr>
        <w:t>　　四、活动内容：</w:t>
      </w:r>
      <w:r>
        <w:rPr>
          <w:lang w:eastAsia="zh-CN"/>
        </w:rPr>
        <w:br/>
      </w:r>
      <w:r>
        <w:rPr>
          <w:lang w:eastAsia="zh-CN"/>
        </w:rPr>
        <w:t>　　1.学校版主要内容包括：如何预防校园火灾、校园火灾逃生技巧；</w:t>
      </w:r>
      <w:r>
        <w:rPr>
          <w:lang w:eastAsia="zh-CN"/>
        </w:rPr>
        <w:br/>
      </w:r>
      <w:r>
        <w:rPr>
          <w:lang w:eastAsia="zh-CN"/>
        </w:rPr>
        <w:t>　　2.家庭版主要内容包括：如何查找家庭火灾隐患等。</w:t>
      </w:r>
      <w:r>
        <w:rPr>
          <w:lang w:eastAsia="zh-CN"/>
        </w:rPr>
        <w:br/>
      </w:r>
      <w:r>
        <w:rPr>
          <w:lang w:eastAsia="zh-CN"/>
        </w:rPr>
        <w:t>　　五、活动办法：</w:t>
      </w:r>
      <w:r>
        <w:rPr>
          <w:lang w:eastAsia="zh-CN"/>
        </w:rPr>
        <w:br/>
      </w:r>
      <w:r>
        <w:rPr>
          <w:lang w:eastAsia="zh-CN"/>
        </w:rPr>
        <w:t>　　1.学校版：由学校（幼儿园）统一组织，各班班主任登录“__市学校安全教育平台”，点击“119消防专题教育”活动图片，进入“活动页面”，点击“学校版”，组织学生观看消防安全视频。（学校版参与流程见附件一）</w:t>
      </w:r>
      <w:r>
        <w:rPr>
          <w:lang w:eastAsia="zh-CN"/>
        </w:rPr>
        <w:br/>
      </w:r>
      <w:r>
        <w:rPr>
          <w:lang w:eastAsia="zh-CN"/>
        </w:rPr>
        <w:t>　　2.家庭版：各学校以家庭作业的方式，指导家长和学生登录“__市学校安全教育平台”，点击“119消防专题教育”活动图片，进入“活动页面”，点击“家庭版”，共同观看消防安全视频并完成家庭消防自查。（家庭版参与流程见附件二）。</w:t>
      </w:r>
      <w:r>
        <w:rPr>
          <w:lang w:eastAsia="zh-CN"/>
        </w:rPr>
        <w:br/>
      </w:r>
      <w:r>
        <w:rPr>
          <w:lang w:eastAsia="zh-CN"/>
        </w:rPr>
        <w:t>　　六、活动要求：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1.精心组织。各地要结合各自实际，在组织开展安全教育平台运行的基础环境调查的基础上，指导各级各类学校（幼儿园）对“119消防专题教育”的时间、内容、形式、组织管理等做出周密安排，制定具体可行的活动方案，确保活动覆盖到每一所学校、每一个班级、每一名学生和每一位家长，达到教育一个学生、带动一个家庭，影响整个社会的目的。</w:t>
      </w:r>
      <w:r>
        <w:rPr>
          <w:lang w:eastAsia="zh-CN"/>
        </w:rPr>
        <w:br/>
      </w:r>
      <w:r>
        <w:rPr>
          <w:lang w:eastAsia="zh-CN"/>
        </w:rPr>
        <w:t>　　2.加强督查。本次专题教育活动是__市教育局与中国教育学会合作创建“__市学校安全教育示范区”的一项试运行项目，暂未开通各地各校帐号，而是采用了通用帐号（详见附件）。各级教育部门务必要高度重视，在加强对各学校（单位）“119消防专题教育”活动督查指导和同时，及时发现平台运行中的情况和问题，对工作开展富有特色、成效显著的单位和个人，要及时宣传报道，通过扎实的工作，为下一步全市安全教育平台的正式运行打下良好基础。</w:t>
      </w:r>
      <w:r>
        <w:rPr>
          <w:lang w:eastAsia="zh-CN"/>
        </w:rPr>
        <w:br/>
      </w:r>
      <w:r>
        <w:rPr>
          <w:lang w:eastAsia="zh-CN"/>
        </w:rPr>
        <w:t>　　七、活动联系：</w:t>
      </w:r>
      <w:r>
        <w:rPr>
          <w:lang w:eastAsia="zh-CN"/>
        </w:rPr>
        <w:br/>
      </w:r>
      <w:r>
        <w:rPr>
          <w:lang w:eastAsia="zh-CN"/>
        </w:rPr>
        <w:t>　　活动过程中，如遇到任何问题，可与__市教育局安监处联系，联系人：陈，联系电话：；或与中国教育学会安全教育实验区办公室联系，联系人：葛（手机:）、陈（手机:），固定电话:。</w:t>
      </w:r>
      <w:r>
        <w:rPr>
          <w:lang w:eastAsia="zh-CN"/>
        </w:rPr>
        <w:br/>
      </w:r>
      <w:r>
        <w:rPr>
          <w:lang w:eastAsia="zh-CN"/>
        </w:rPr>
        <w:t xml:space="preserve">    2024年幼儿园消防安全应急预案范文 篇14 </w:t>
      </w:r>
      <w:r>
        <w:rPr>
          <w:lang w:eastAsia="zh-CN"/>
        </w:rPr>
        <w:br/>
      </w:r>
      <w:r>
        <w:rPr>
          <w:lang w:eastAsia="zh-CN"/>
        </w:rPr>
        <w:t>　　火灾逃生</w:t>
      </w:r>
      <w:r>
        <w:rPr>
          <w:lang w:eastAsia="zh-CN"/>
        </w:rPr>
        <w:br/>
      </w:r>
      <w:r>
        <w:rPr>
          <w:lang w:eastAsia="zh-CN"/>
        </w:rPr>
        <w:t>　　活动目标：</w:t>
      </w:r>
      <w:r>
        <w:rPr>
          <w:lang w:eastAsia="zh-CN"/>
        </w:rPr>
        <w:br/>
      </w:r>
      <w:r>
        <w:rPr>
          <w:lang w:eastAsia="zh-CN"/>
        </w:rPr>
        <w:t>　　1、了解简单的消防安全知识。</w:t>
      </w:r>
      <w:r>
        <w:rPr>
          <w:lang w:eastAsia="zh-CN"/>
        </w:rPr>
        <w:br/>
      </w:r>
      <w:r>
        <w:rPr>
          <w:lang w:eastAsia="zh-CN"/>
        </w:rPr>
        <w:t>　　2、学习自救逃生的本领。</w:t>
      </w:r>
      <w:r>
        <w:rPr>
          <w:lang w:eastAsia="zh-CN"/>
        </w:rPr>
        <w:br/>
      </w:r>
      <w:r>
        <w:rPr>
          <w:lang w:eastAsia="zh-CN"/>
        </w:rPr>
        <w:t>　　3、提高自我保护的意识及应对突发事故的能力。</w:t>
      </w:r>
      <w:r>
        <w:rPr>
          <w:lang w:eastAsia="zh-CN"/>
        </w:rPr>
        <w:br/>
      </w:r>
      <w:r>
        <w:rPr>
          <w:lang w:eastAsia="zh-CN"/>
        </w:rPr>
        <w:t>　　4、加强幼儿的安全意识。</w:t>
      </w:r>
      <w:r>
        <w:rPr>
          <w:lang w:eastAsia="zh-CN"/>
        </w:rPr>
        <w:br/>
      </w:r>
      <w:r>
        <w:rPr>
          <w:lang w:eastAsia="zh-CN"/>
        </w:rPr>
        <w:t>　　5、探索、发现生活中的多样性及特征。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活动准备：</w:t>
      </w:r>
      <w:r>
        <w:rPr>
          <w:lang w:eastAsia="zh-CN"/>
        </w:rPr>
        <w:br/>
      </w:r>
      <w:r>
        <w:rPr>
          <w:lang w:eastAsia="zh-CN"/>
        </w:rPr>
        <w:t>　　1、事先参观过消防队，消防员介绍了一些消防的初浅知识。</w:t>
      </w:r>
      <w:r>
        <w:rPr>
          <w:lang w:eastAsia="zh-CN"/>
        </w:rPr>
        <w:br/>
      </w:r>
      <w:r>
        <w:rPr>
          <w:lang w:eastAsia="zh-CN"/>
        </w:rPr>
        <w:t>　　2、在父母带领下参观大型超市与商场，了解安全出口等相关的知识。</w:t>
      </w:r>
      <w:r>
        <w:rPr>
          <w:lang w:eastAsia="zh-CN"/>
        </w:rPr>
        <w:br/>
      </w:r>
      <w:r>
        <w:rPr>
          <w:lang w:eastAsia="zh-CN"/>
        </w:rPr>
        <w:t>　　3、彩纸、记号笔人手一份。</w:t>
      </w:r>
      <w:r>
        <w:rPr>
          <w:lang w:eastAsia="zh-CN"/>
        </w:rPr>
        <w:br/>
      </w:r>
      <w:r>
        <w:rPr>
          <w:lang w:eastAsia="zh-CN"/>
        </w:rPr>
        <w:t>　　4、火灾录像、烟雾发生器等。</w:t>
      </w:r>
      <w:r>
        <w:rPr>
          <w:lang w:eastAsia="zh-CN"/>
        </w:rPr>
        <w:br/>
      </w:r>
      <w:r>
        <w:rPr>
          <w:lang w:eastAsia="zh-CN"/>
        </w:rPr>
        <w:t>　　5、幼儿自制的消毒面具、毛巾散放在活动室周围。</w:t>
      </w:r>
      <w:r>
        <w:rPr>
          <w:lang w:eastAsia="zh-CN"/>
        </w:rPr>
        <w:br/>
      </w:r>
      <w:r>
        <w:rPr>
          <w:lang w:eastAsia="zh-CN"/>
        </w:rPr>
        <w:t>　　活动过程：</w:t>
      </w:r>
      <w:r>
        <w:rPr>
          <w:lang w:eastAsia="zh-CN"/>
        </w:rPr>
        <w:br/>
      </w:r>
      <w:r>
        <w:rPr>
          <w:lang w:eastAsia="zh-CN"/>
        </w:rPr>
        <w:t>　　一、谈话，回忆消防的相关知识</w:t>
      </w:r>
      <w:r>
        <w:rPr>
          <w:lang w:eastAsia="zh-CN"/>
        </w:rPr>
        <w:br/>
      </w:r>
      <w:r>
        <w:rPr>
          <w:lang w:eastAsia="zh-CN"/>
        </w:rPr>
        <w:t>　　1、消防员叔叔救火时会用上哪些东西?(根据回答在投影仪上展示相应的照片)</w:t>
      </w:r>
      <w:r>
        <w:rPr>
          <w:lang w:eastAsia="zh-CN"/>
        </w:rPr>
        <w:br/>
      </w:r>
      <w:r>
        <w:rPr>
          <w:lang w:eastAsia="zh-CN"/>
        </w:rPr>
        <w:t>　　2、消防车与平时的汽车有什么不同?</w:t>
      </w:r>
      <w:r>
        <w:rPr>
          <w:lang w:eastAsia="zh-CN"/>
        </w:rPr>
        <w:br/>
      </w:r>
      <w:r>
        <w:rPr>
          <w:lang w:eastAsia="zh-CN"/>
        </w:rPr>
        <w:t>　　3、遇到火灾应该怎样拨打119电话?</w:t>
      </w:r>
      <w:r>
        <w:rPr>
          <w:lang w:eastAsia="zh-CN"/>
        </w:rPr>
        <w:br/>
      </w:r>
      <w:r>
        <w:rPr>
          <w:lang w:eastAsia="zh-CN"/>
        </w:rPr>
        <w:t>　　请几位幼儿用玩具时手机模拟拨打119电话，其余幼儿评判是否正确。</w:t>
      </w:r>
      <w:r>
        <w:rPr>
          <w:lang w:eastAsia="zh-CN"/>
        </w:rPr>
        <w:br/>
      </w:r>
      <w:r>
        <w:rPr>
          <w:lang w:eastAsia="zh-CN"/>
        </w:rPr>
        <w:t>　　二、学习自救逃生的本领</w:t>
      </w:r>
      <w:r>
        <w:rPr>
          <w:lang w:eastAsia="zh-CN"/>
        </w:rPr>
        <w:br/>
      </w:r>
      <w:r>
        <w:rPr>
          <w:lang w:eastAsia="zh-CN"/>
        </w:rPr>
        <w:t>　　1、突发事故(配班老师运用烟雾发生器模拟火灾)</w:t>
      </w:r>
      <w:r>
        <w:rPr>
          <w:lang w:eastAsia="zh-CN"/>
        </w:rPr>
        <w:br/>
      </w:r>
      <w:r>
        <w:rPr>
          <w:lang w:eastAsia="zh-CN"/>
        </w:rPr>
        <w:t>　　2、老师的指挥下迅速撤离现场。</w:t>
      </w:r>
      <w:r>
        <w:rPr>
          <w:lang w:eastAsia="zh-CN"/>
        </w:rPr>
        <w:br/>
      </w:r>
      <w:r>
        <w:rPr>
          <w:lang w:eastAsia="zh-CN"/>
        </w:rPr>
        <w:t>　　3、刚才小朋友是用什么办法逃离的?</w:t>
      </w:r>
      <w:r>
        <w:rPr>
          <w:lang w:eastAsia="zh-CN"/>
        </w:rPr>
        <w:br/>
      </w:r>
      <w:r>
        <w:rPr>
          <w:lang w:eastAsia="zh-CN"/>
        </w:rPr>
        <w:t>　　4、一起看看消防员叔叔的介绍，逃生时怎样做才是又快又安全的。(播放逃生录像：重点了解要尽量蹲下，甚至匍匐前进;用湿毛巾捂住鼻子;寻找安全出口快速逃离。)</w:t>
      </w:r>
      <w:r>
        <w:rPr>
          <w:lang w:eastAsia="zh-CN"/>
        </w:rPr>
        <w:br/>
      </w:r>
    </w:p>
    <w:p w:rsidR="001B1F19" w14:textId="27C3F48A">
      <w:pPr>
        <w:rPr>
          <w:rFonts w:hint="eastAsia"/>
          <w:lang w:eastAsia="zh-CN"/>
        </w:rPr>
      </w:pPr>
      <w:r>
        <w:rPr>
          <w:lang w:eastAsia="zh-CN"/>
        </w:rPr>
        <w:t>　　三、设计安全出口标志</w:t>
      </w:r>
      <w:r>
        <w:rPr>
          <w:lang w:eastAsia="zh-CN"/>
        </w:rPr>
        <w:br/>
      </w:r>
      <w:r>
        <w:rPr>
          <w:lang w:eastAsia="zh-CN"/>
        </w:rPr>
        <w:t>　　1、从活动室出发到安全的地方——操场，一共有几条安全通道?</w:t>
      </w:r>
      <w:r>
        <w:rPr>
          <w:lang w:eastAsia="zh-CN"/>
        </w:rPr>
        <w:br/>
      </w:r>
      <w:r>
        <w:rPr>
          <w:lang w:eastAsia="zh-CN"/>
        </w:rPr>
        <w:t>　　2、这几条安全通道上有安全出口标记吗?</w:t>
      </w:r>
      <w:r>
        <w:rPr>
          <w:lang w:eastAsia="zh-CN"/>
        </w:rPr>
        <w:br/>
      </w:r>
      <w:r>
        <w:rPr>
          <w:lang w:eastAsia="zh-CN"/>
        </w:rPr>
        <w:t>　　3、你想怎么来设计安全出口标志?</w:t>
      </w:r>
      <w:r>
        <w:rPr>
          <w:lang w:eastAsia="zh-CN"/>
        </w:rPr>
        <w:br/>
      </w:r>
      <w:r>
        <w:rPr>
          <w:lang w:eastAsia="zh-CN"/>
        </w:rPr>
        <w:t>　　4、幼儿设计安全出口标志。</w:t>
      </w:r>
      <w:r>
        <w:rPr>
          <w:lang w:eastAsia="zh-CN"/>
        </w:rPr>
        <w:br/>
      </w:r>
      <w:r>
        <w:rPr>
          <w:lang w:eastAsia="zh-CN"/>
        </w:rPr>
        <w:t>　　5、幼儿粘贴安全出口标志(提醒幼儿粘贴时注意箭头的方向。)</w:t>
      </w:r>
      <w:r>
        <w:rPr>
          <w:lang w:eastAsia="zh-CN"/>
        </w:rPr>
        <w:br/>
      </w:r>
      <w:r>
        <w:rPr>
          <w:lang w:eastAsia="zh-CN"/>
        </w:rPr>
        <w:t>　　四、逃生演习活动</w:t>
      </w:r>
      <w:r>
        <w:rPr>
          <w:lang w:eastAsia="zh-CN"/>
        </w:rPr>
        <w:br/>
      </w:r>
      <w:r>
        <w:rPr>
          <w:lang w:eastAsia="zh-CN"/>
        </w:rPr>
        <w:t>　　1、我们要来进行一次消防演习，你听到警笛声后怎么做?</w:t>
      </w:r>
      <w:r>
        <w:rPr>
          <w:lang w:eastAsia="zh-CN"/>
        </w:rPr>
        <w:br/>
      </w:r>
      <w:r>
        <w:rPr>
          <w:lang w:eastAsia="zh-CN"/>
        </w:rPr>
        <w:t>　　2、通过录像、音响、烟雾等模拟场景，幼儿进行逃生自救演习。</w:t>
      </w:r>
      <w:r>
        <w:rPr>
          <w:lang w:eastAsia="zh-CN"/>
        </w:rPr>
        <w:br/>
      </w:r>
      <w:r>
        <w:rPr>
          <w:lang w:eastAsia="zh-CN"/>
        </w:rPr>
        <w:t>　　3、室外集中：你在逃生过程中遇到了什么困难?是想什么办法解决的?</w:t>
      </w:r>
      <w:r>
        <w:rPr>
          <w:lang w:eastAsia="zh-CN"/>
        </w:rPr>
        <w:br/>
      </w:r>
      <w:r>
        <w:rPr>
          <w:lang w:eastAsia="zh-CN"/>
        </w:rPr>
        <w:t xml:space="preserve">    2024年幼儿园消防安全应急预案范文 篇15 </w:t>
      </w:r>
      <w:r>
        <w:rPr>
          <w:lang w:eastAsia="zh-CN"/>
        </w:rPr>
        <w:br/>
      </w:r>
      <w:r>
        <w:rPr>
          <w:lang w:eastAsia="zh-CN"/>
        </w:rPr>
        <w:t>　　目标：</w:t>
      </w:r>
      <w:r>
        <w:rPr>
          <w:lang w:eastAsia="zh-CN"/>
        </w:rPr>
        <w:br/>
      </w:r>
      <w:r>
        <w:rPr>
          <w:lang w:eastAsia="zh-CN"/>
        </w:rPr>
        <w:t>　　引导幼儿观察燃烧现象，了解火的用途与危害，增进幼儿安全防火的意识。</w:t>
      </w:r>
      <w:r>
        <w:rPr>
          <w:lang w:eastAsia="zh-CN"/>
        </w:rPr>
        <w:br/>
      </w:r>
      <w:r>
        <w:rPr>
          <w:lang w:eastAsia="zh-CN"/>
        </w:rPr>
        <w:t>　　准备：</w:t>
      </w:r>
      <w:r>
        <w:rPr>
          <w:lang w:eastAsia="zh-CN"/>
        </w:rPr>
        <w:br/>
      </w:r>
      <w:r>
        <w:rPr>
          <w:lang w:eastAsia="zh-CN"/>
        </w:rPr>
        <w:t>　　蜡烛若干支，大、中、小玻璃杯，小烤炉等。</w:t>
      </w:r>
      <w:r>
        <w:rPr>
          <w:lang w:eastAsia="zh-CN"/>
        </w:rPr>
        <w:br/>
      </w:r>
      <w:r>
        <w:rPr>
          <w:lang w:eastAsia="zh-CN"/>
        </w:rPr>
        <w:t>　　过程：</w:t>
      </w:r>
      <w:r>
        <w:rPr>
          <w:lang w:eastAsia="zh-CN"/>
        </w:rPr>
        <w:br/>
      </w:r>
      <w:r>
        <w:rPr>
          <w:lang w:eastAsia="zh-CN"/>
        </w:rPr>
        <w:t>　　1、燃烧蜡烛点燃几支蜡烛，观察蜡烛燃烧的过程。注意火焰的颜色、形态，感知火发出的光和热。将一张纸用烛火点燃，观察纸燃烧的'过程。让幼儿用手在蜡烛附近烤一烤，并说说有什么感觉。</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https://d.book118.com/008114121111006033</w:t>
        </w:r>
      </w:hyperlink>
    </w:p>
    <w:p w:rsidR="001B1F19">
      <w:pPr>
        <w:rPr>
          <w:rFonts w:hint="eastAsia"/>
          <w:lang w:eastAsia="zh-CN"/>
        </w:rPr>
      </w:pPr>
    </w:p>
    <w:sectPr>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0811412111100603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