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建筑工程承包协议书</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t>建筑工程承包协议书1</w:t>
      </w:r>
      <w:r>
        <w:rPr>
          <w:lang w:eastAsia="zh-CN"/>
        </w:rPr>
        <w:br/>
      </w:r>
      <w:r>
        <w:rPr>
          <w:lang w:eastAsia="zh-CN"/>
        </w:rPr>
        <w:t xml:space="preserve">  甲方： (以下简称“甲方”) </w:t>
      </w:r>
      <w:r>
        <w:rPr>
          <w:lang w:eastAsia="zh-CN"/>
        </w:rPr>
        <w:br/>
      </w:r>
      <w:r>
        <w:rPr>
          <w:lang w:eastAsia="zh-CN"/>
        </w:rPr>
        <w:t xml:space="preserve">    乙方： (以下简称“乙方”) </w:t>
      </w:r>
      <w:r>
        <w:rPr>
          <w:lang w:eastAsia="zh-CN"/>
        </w:rPr>
        <w:br/>
      </w:r>
      <w:r>
        <w:rPr>
          <w:lang w:eastAsia="zh-CN"/>
        </w:rPr>
        <w:t xml:space="preserve">    根据《中华人民共和国合同法》、《中华人民共和国建筑法》及其他有关法律，行政法规，双方本着平等、自愿、公平和诚实信用的原则,商住楼工程，在双方于年 月日签订的编号为的《施工合同》中的专用条款之第47条“补充条款”部分另行签订补充协议： </w:t>
      </w:r>
      <w:r>
        <w:rPr>
          <w:lang w:eastAsia="zh-CN"/>
        </w:rPr>
        <w:br/>
      </w:r>
      <w:r>
        <w:rPr>
          <w:lang w:eastAsia="zh-CN"/>
        </w:rPr>
        <w:t xml:space="preserve">    一、合同承包范围： </w:t>
      </w:r>
      <w:r>
        <w:rPr>
          <w:lang w:eastAsia="zh-CN"/>
        </w:rPr>
        <w:br/>
      </w:r>
      <w:r>
        <w:rPr>
          <w:lang w:eastAsia="zh-CN"/>
        </w:rPr>
        <w:t xml:space="preserve">    1.1 以施工图图示内容和变更内容详见2.4条款为准进行施工(不含门窗、桩基)。 </w:t>
      </w:r>
      <w:r>
        <w:rPr>
          <w:lang w:eastAsia="zh-CN"/>
        </w:rPr>
        <w:br/>
      </w:r>
      <w:r>
        <w:rPr>
          <w:lang w:eastAsia="zh-CN"/>
        </w:rPr>
        <w:t xml:space="preserve">    1.2 具体承包内容如下： </w:t>
      </w:r>
      <w:r>
        <w:rPr>
          <w:lang w:eastAsia="zh-CN"/>
        </w:rPr>
        <w:br/>
      </w:r>
      <w:r>
        <w:rPr>
          <w:lang w:eastAsia="zh-CN"/>
        </w:rPr>
        <w:t xml:space="preserve">    1.2.1土建工程：基础工程、主体工程、屋面工程、防水工程、初级装饰工程(不含门窗)。 </w:t>
      </w:r>
      <w:r>
        <w:rPr>
          <w:lang w:eastAsia="zh-CN"/>
        </w:rPr>
        <w:br/>
      </w:r>
      <w:r>
        <w:rPr>
          <w:lang w:eastAsia="zh-CN"/>
        </w:rPr>
        <w:t xml:space="preserve">    1.2.3安装工程：室内暖通工程、室内给排水工程、室内照明工程、防雷接地工程、电话电视网络配管及箱体预留管、消防工程的'预埋预留工程、智能化工程预留预埋工程、供配电预留预埋工程、太阳能热水器预留预埋工程。 </w:t>
      </w:r>
      <w:r>
        <w:rPr>
          <w:lang w:eastAsia="zh-CN"/>
        </w:rPr>
        <w:br/>
      </w:r>
      <w:r>
        <w:rPr>
          <w:lang w:eastAsia="zh-CN"/>
        </w:rPr>
        <w:t xml:space="preserve">    二：合同价款的确定及调整 </w:t>
      </w:r>
      <w:r>
        <w:rPr>
          <w:lang w:eastAsia="zh-CN"/>
        </w:rPr>
        <w:br/>
      </w:r>
      <w:r>
        <w:rPr>
          <w:lang w:eastAsia="zh-CN"/>
        </w:rPr>
        <w:t xml:space="preserve">    2.1：采用固定合同价 </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xml:space="preserve">    工程按固定总价合同一次包死，固定合同总价 万元(其中：8#楼固定合同总价 万元，11#固定合同总价 万元，含安全文明施工费等各种税费)，钢材采用固定数量调整，8#楼钢材总用量为：吨，11#楼钢材总用量为：吨;钢材的市场价与20________年十一期信息价上下浮动超过±5%时可按超出部分给予调整，其余不予调整(包括政策性调整); </w:t>
      </w:r>
      <w:r>
        <w:rPr>
          <w:lang w:eastAsia="zh-CN"/>
        </w:rPr>
        <w:br/>
      </w:r>
      <w:r>
        <w:rPr>
          <w:lang w:eastAsia="zh-CN"/>
        </w:rPr>
        <w:t xml:space="preserve">    2.2：工程变更签证须经甲方、设计、监理等单位签字盖章后生效，增减价款20________年基础定额，安徽省综合估价表和99装饰定额按(定额基价+材料差价)×(1+税金)计算;对门窗暂定价部分须经甲方指定品牌和质量标准，经甲、乙双方询价后，按所询价格计取后由乙方负责施工和管理. </w:t>
      </w:r>
      <w:r>
        <w:rPr>
          <w:lang w:eastAsia="zh-CN"/>
        </w:rPr>
        <w:br/>
      </w:r>
      <w:r>
        <w:rPr>
          <w:lang w:eastAsia="zh-CN"/>
        </w:rPr>
        <w:t xml:space="preserve">    2.3甲方有权对下述工程进行分包： </w:t>
      </w:r>
      <w:r>
        <w:rPr>
          <w:lang w:eastAsia="zh-CN"/>
        </w:rPr>
        <w:br/>
      </w:r>
      <w:r>
        <w:rPr>
          <w:lang w:eastAsia="zh-CN"/>
        </w:rPr>
        <w:t xml:space="preserve">    土建部分：桩基工程、门窗安装(包括不锈钢及铁艺栏杆)。 </w:t>
      </w:r>
      <w:r>
        <w:rPr>
          <w:lang w:eastAsia="zh-CN"/>
        </w:rPr>
        <w:br/>
      </w:r>
      <w:r>
        <w:rPr>
          <w:lang w:eastAsia="zh-CN"/>
        </w:rPr>
        <w:t xml:space="preserve">    安装工程：消防工程、电视电话网络工程、智能化工程、供配电工程(单元电表箱上端部分)、给水水表前端等。 </w:t>
      </w:r>
      <w:r>
        <w:rPr>
          <w:lang w:eastAsia="zh-CN"/>
        </w:rPr>
        <w:br/>
      </w:r>
      <w:r>
        <w:rPr>
          <w:lang w:eastAsia="zh-CN"/>
        </w:rPr>
        <w:t xml:space="preserve">    对甲方所有分包的工程，乙方不计取肢解索赔费用及配合费用。 </w:t>
      </w:r>
      <w:r>
        <w:rPr>
          <w:lang w:eastAsia="zh-CN"/>
        </w:rPr>
        <w:br/>
      </w:r>
      <w:r>
        <w:rPr>
          <w:lang w:eastAsia="zh-CN"/>
        </w:rPr>
        <w:t xml:space="preserve">    2.楼标书编制说明 </w:t>
      </w:r>
      <w:r>
        <w:rPr>
          <w:lang w:eastAsia="zh-CN"/>
        </w:rPr>
        <w:br/>
      </w:r>
      <w:r>
        <w:rPr>
          <w:lang w:eastAsia="zh-CN"/>
        </w:rPr>
        <w:t xml:space="preserve">    2.4.1工程量计算依据：楼是按施工图纸以及国家有关规范、标准图集。 </w:t>
      </w:r>
      <w:r>
        <w:rPr>
          <w:lang w:eastAsia="zh-CN"/>
        </w:rPr>
        <w:br/>
      </w:r>
      <w:r>
        <w:rPr>
          <w:lang w:eastAsia="zh-CN"/>
        </w:rPr>
        <w:t xml:space="preserve">    2.4.2采用定额： </w:t>
      </w:r>
      <w:r>
        <w:rPr>
          <w:lang w:eastAsia="zh-CN"/>
        </w:rPr>
        <w:br/>
      </w:r>
      <w:r>
        <w:rPr>
          <w:lang w:eastAsia="zh-CN"/>
        </w:rPr>
        <w:t xml:space="preserve">    2.4.2.1土建定额套用依据：20________年《安徽省综合估价表》; </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xml:space="preserve">    2.4.2.2装饰定额套用依据：1999年《安徽省建筑装饰综合估价表》; </w:t>
      </w:r>
      <w:r>
        <w:rPr>
          <w:lang w:eastAsia="zh-CN"/>
        </w:rPr>
        <w:br/>
      </w:r>
      <w:r>
        <w:rPr>
          <w:lang w:eastAsia="zh-CN"/>
        </w:rPr>
        <w:t xml:space="preserve">    2.4.2.3费用定额套用依据：20________年《安徽省建筑费用定额》; </w:t>
      </w:r>
      <w:r>
        <w:rPr>
          <w:lang w:eastAsia="zh-CN"/>
        </w:rPr>
        <w:br/>
      </w:r>
      <w:r>
        <w:rPr>
          <w:lang w:eastAsia="zh-CN"/>
        </w:rPr>
        <w:t xml:space="preserve">    2.4.2.4 20________年《安徽省建设工程工程补充定额估价表》; </w:t>
      </w:r>
      <w:r>
        <w:rPr>
          <w:lang w:eastAsia="zh-CN"/>
        </w:rPr>
        <w:br/>
      </w:r>
      <w:r>
        <w:rPr>
          <w:lang w:eastAsia="zh-CN"/>
        </w:rPr>
        <w:t xml:space="preserve">    2.4.2.5 (20________)《安徽省建筑安装工程费用定额》; </w:t>
      </w:r>
      <w:r>
        <w:rPr>
          <w:lang w:eastAsia="zh-CN"/>
        </w:rPr>
        <w:br/>
      </w:r>
      <w:r>
        <w:rPr>
          <w:lang w:eastAsia="zh-CN"/>
        </w:rPr>
        <w:t xml:space="preserve">    2.4.2.6《关于调整执行建设工程定额人工费的实施意见》造价[20________]33号; </w:t>
      </w:r>
      <w:r>
        <w:rPr>
          <w:lang w:eastAsia="zh-CN"/>
        </w:rPr>
        <w:br/>
      </w:r>
      <w:r>
        <w:rPr>
          <w:lang w:eastAsia="zh-CN"/>
        </w:rPr>
        <w:t xml:space="preserve">    2.4.2.7(20________)安徽省建筑节能定额综合单价表; </w:t>
      </w:r>
      <w:r>
        <w:rPr>
          <w:lang w:eastAsia="zh-CN"/>
        </w:rPr>
        <w:br/>
      </w:r>
      <w:r>
        <w:rPr>
          <w:lang w:eastAsia="zh-CN"/>
        </w:rPr>
        <w:t xml:space="preserve">    2.4.2.8工程类别：土建装饰按综合取费15%、水电按55元/平方计入总价; </w:t>
      </w:r>
      <w:r>
        <w:rPr>
          <w:lang w:eastAsia="zh-CN"/>
        </w:rPr>
        <w:br/>
      </w:r>
      <w:r>
        <w:rPr>
          <w:lang w:eastAsia="zh-CN"/>
        </w:rPr>
        <w:t xml:space="preserve">    2.4.2.9材料价格：20________年阜阳工程造价11期阜阳市场价信息。 </w:t>
      </w:r>
      <w:r>
        <w:rPr>
          <w:lang w:eastAsia="zh-CN"/>
        </w:rPr>
        <w:br/>
      </w:r>
      <w:r>
        <w:rPr>
          <w:lang w:eastAsia="zh-CN"/>
        </w:rPr>
        <w:t xml:space="preserve">    2.4.3其他说明： </w:t>
      </w:r>
      <w:r>
        <w:rPr>
          <w:lang w:eastAsia="zh-CN"/>
        </w:rPr>
        <w:br/>
      </w:r>
      <w:r>
        <w:rPr>
          <w:lang w:eastAsia="zh-CN"/>
        </w:rPr>
        <w:t xml:space="preserve">    2.4.3.1 ____楼1-9轴3-6层厨房间隔墙图纸标注不明，暂未计算。 </w:t>
      </w:r>
      <w:r>
        <w:rPr>
          <w:lang w:eastAsia="zh-CN"/>
        </w:rPr>
        <w:br/>
      </w:r>
      <w:r>
        <w:rPr>
          <w:lang w:eastAsia="zh-CN"/>
        </w:rPr>
        <w:t xml:space="preserve">    2.4.3.2 厨房间排气道已计算，暂按35元/M计价。 </w:t>
      </w:r>
      <w:r>
        <w:rPr>
          <w:lang w:eastAsia="zh-CN"/>
        </w:rPr>
        <w:br/>
      </w:r>
      <w:r>
        <w:rPr>
          <w:lang w:eastAsia="zh-CN"/>
        </w:rPr>
        <w:t xml:space="preserve">    2.4.3.3 外墙面乳胶漆暂按13元/M2计取税金，外墙面砖22元/M2计算。 </w:t>
      </w:r>
      <w:r>
        <w:rPr>
          <w:lang w:eastAsia="zh-CN"/>
        </w:rPr>
        <w:br/>
      </w:r>
      <w:r>
        <w:rPr>
          <w:lang w:eastAsia="zh-CN"/>
        </w:rPr>
        <w:t xml:space="preserve">    2.4.3.4 所有户内门、窗均未计算。 </w:t>
      </w:r>
      <w:r>
        <w:rPr>
          <w:lang w:eastAsia="zh-CN"/>
        </w:rPr>
        <w:br/>
      </w:r>
      <w:r>
        <w:rPr>
          <w:lang w:eastAsia="zh-CN"/>
        </w:rPr>
        <w:t xml:space="preserve">    2.4.3.5 层面瓦暂按30元/M2(只计取税金，已包括瓦基层)。 </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xml:space="preserve">    2.4.3.6 三层平面女儿墙面高度未注明，暂按0.7M高计价。 </w:t>
      </w:r>
      <w:r>
        <w:rPr>
          <w:lang w:eastAsia="zh-CN"/>
        </w:rPr>
        <w:br/>
      </w:r>
      <w:r>
        <w:rPr>
          <w:lang w:eastAsia="zh-CN"/>
        </w:rPr>
        <w:t xml:space="preserve">    2.4.3.7 外墙胶粉颗粒保温面砖面层60元/M2(只计取税金)，乳胶漆面层保温50元/M2(只计取税金)。 </w:t>
      </w:r>
      <w:r>
        <w:rPr>
          <w:lang w:eastAsia="zh-CN"/>
        </w:rPr>
        <w:br/>
      </w:r>
      <w:r>
        <w:rPr>
          <w:lang w:eastAsia="zh-CN"/>
        </w:rPr>
        <w:t xml:space="preserve">    2.4.3.8 外墙面砖，乳胶漆标注不详，1-5层外墙暂按面砖计算，6层以上外墙及阳台栏板，阳台柱暂按乳胶漆计算。 </w:t>
      </w:r>
      <w:r>
        <w:rPr>
          <w:lang w:eastAsia="zh-CN"/>
        </w:rPr>
        <w:br/>
      </w:r>
      <w:r>
        <w:rPr>
          <w:lang w:eastAsia="zh-CN"/>
        </w:rPr>
        <w:t xml:space="preserve">    2.4.3.9 所有栏杆按55元/M2计算，均只计税金。 </w:t>
      </w:r>
      <w:r>
        <w:rPr>
          <w:lang w:eastAsia="zh-CN"/>
        </w:rPr>
        <w:br/>
      </w:r>
      <w:r>
        <w:rPr>
          <w:lang w:eastAsia="zh-CN"/>
        </w:rPr>
        <w:t xml:space="preserve">    2.4.3.10 ____楼10-43轴3-6层墙体为砼空心切块，暂按粘土实心砖计算。 </w:t>
      </w:r>
      <w:r>
        <w:rPr>
          <w:lang w:eastAsia="zh-CN"/>
        </w:rPr>
        <w:br/>
      </w:r>
      <w:r>
        <w:rPr>
          <w:lang w:eastAsia="zh-CN"/>
        </w:rPr>
        <w:t xml:space="preserve">    2.4.3.11 图纸层高2.8米，现改为层高2.9米，按层高2.9米计算。 </w:t>
      </w:r>
      <w:r>
        <w:rPr>
          <w:lang w:eastAsia="zh-CN"/>
        </w:rPr>
        <w:br/>
      </w:r>
      <w:r>
        <w:rPr>
          <w:lang w:eastAsia="zh-CN"/>
        </w:rPr>
        <w:t xml:space="preserve">    2.4.3.12 ____楼二层平面图E轴外栏板无详图未计算。 </w:t>
      </w:r>
      <w:r>
        <w:rPr>
          <w:lang w:eastAsia="zh-CN"/>
        </w:rPr>
        <w:br/>
      </w:r>
      <w:r>
        <w:rPr>
          <w:lang w:eastAsia="zh-CN"/>
        </w:rPr>
        <w:t xml:space="preserve">    2.4.3.13 ____楼进深变更增加0.3米，已计算。 </w:t>
      </w:r>
      <w:r>
        <w:rPr>
          <w:lang w:eastAsia="zh-CN"/>
        </w:rPr>
        <w:br/>
      </w:r>
      <w:r>
        <w:rPr>
          <w:lang w:eastAsia="zh-CN"/>
        </w:rPr>
        <w:t xml:space="preserve">    2.5 楼 + 0.00相当于绝对标高31.35米。8#、11#楼阁楼部分按高度增加1.2米计入预算。 </w:t>
      </w:r>
      <w:r>
        <w:rPr>
          <w:lang w:eastAsia="zh-CN"/>
        </w:rPr>
        <w:br/>
      </w:r>
      <w:r>
        <w:rPr>
          <w:lang w:eastAsia="zh-CN"/>
        </w:rPr>
        <w:t xml:space="preserve">    2.6 人工费、机械费及材料价格(钢材除外)按合同签订时的造价文件执行,不随市场及政策进行调整。 </w:t>
      </w:r>
      <w:r>
        <w:rPr>
          <w:lang w:eastAsia="zh-CN"/>
        </w:rPr>
        <w:br/>
      </w:r>
      <w:r>
        <w:rPr>
          <w:lang w:eastAsia="zh-CN"/>
        </w:rPr>
        <w:t xml:space="preserve">    三、双方的权利和职责： </w:t>
      </w:r>
      <w:r>
        <w:rPr>
          <w:lang w:eastAsia="zh-CN"/>
        </w:rPr>
        <w:br/>
      </w:r>
      <w:r>
        <w:rPr>
          <w:lang w:eastAsia="zh-CN"/>
        </w:rPr>
        <w:t xml:space="preserve">    3.1、甲方代表及职责： </w:t>
      </w:r>
      <w:r>
        <w:rPr>
          <w:lang w:eastAsia="zh-CN"/>
        </w:rPr>
        <w:br/>
      </w:r>
      <w:r>
        <w:rPr>
          <w:lang w:eastAsia="zh-CN"/>
        </w:rPr>
        <w:t xml:space="preserve">    本工程甲方代表为 。甲方代表代表甲方行使合同约定的权力，履行合同约定的职责。甲方如另行委托其他人员代行上述全部或部分职责的，以甲方向乙方出具的授权委托文件或书面通知为准。 </w:t>
      </w:r>
      <w:r>
        <w:rPr>
          <w:lang w:eastAsia="zh-CN"/>
        </w:rPr>
        <w:br/>
      </w:r>
      <w:r>
        <w:rPr>
          <w:lang w:eastAsia="zh-CN"/>
        </w:rPr>
        <w:t xml:space="preserve">    3.2、乙方驻工地代表及其他人员： </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乙方驻工地负责人为 ，代表乙方负责行使与甲方所签订的本工程之《施工合同》及《补充协议》的履行。 </w:t>
      </w:r>
      <w:r>
        <w:rPr>
          <w:lang w:eastAsia="zh-CN"/>
        </w:rPr>
        <w:br/>
      </w:r>
      <w:r>
        <w:rPr>
          <w:lang w:eastAsia="zh-CN"/>
        </w:rPr>
        <w:t xml:space="preserve">    乙方项目经理为 ，项目技术负责人为 ，其它管理人员名单按乙方的工程投标文件。 </w:t>
      </w:r>
      <w:r>
        <w:rPr>
          <w:lang w:eastAsia="zh-CN"/>
        </w:rPr>
        <w:br/>
      </w:r>
      <w:r>
        <w:rPr>
          <w:lang w:eastAsia="zh-CN"/>
        </w:rPr>
        <w:t xml:space="preserve">    乙方项目部主要管理人员在本工程施工期间(包括准备和收尾阶段)，均须专职在岗，坚守施工现场;如需对人员、机械设备、施工方案等变更，必须提前一周以书面形式报经甲方同意。 </w:t>
      </w:r>
      <w:r>
        <w:rPr>
          <w:lang w:eastAsia="zh-CN"/>
        </w:rPr>
        <w:br/>
      </w:r>
      <w:r>
        <w:rPr>
          <w:lang w:eastAsia="zh-CN"/>
        </w:rPr>
        <w:t xml:space="preserve">    四、合同工期： </w:t>
      </w:r>
      <w:r>
        <w:rPr>
          <w:lang w:eastAsia="zh-CN"/>
        </w:rPr>
        <w:br/>
      </w:r>
      <w:r>
        <w:rPr>
          <w:lang w:eastAsia="zh-CN"/>
        </w:rPr>
        <w:t xml:space="preserve">    4.1总工期为 天，自 年 月 日开工至 年 月 日竣工 </w:t>
      </w:r>
      <w:r>
        <w:rPr>
          <w:lang w:eastAsia="zh-CN"/>
        </w:rPr>
        <w:br/>
      </w:r>
      <w:r>
        <w:rPr>
          <w:lang w:eastAsia="zh-CN"/>
        </w:rPr>
        <w:t xml:space="preserve">    4.2该工期共分以下重要节点： </w:t>
      </w:r>
      <w:r>
        <w:rPr>
          <w:lang w:eastAsia="zh-CN"/>
        </w:rPr>
        <w:br/>
      </w:r>
      <w:r>
        <w:rPr>
          <w:lang w:eastAsia="zh-CN"/>
        </w:rPr>
        <w:t xml:space="preserve">    4.2.1一层顶板施工完毕，完成日期 年 月 日 </w:t>
      </w:r>
      <w:r>
        <w:rPr>
          <w:lang w:eastAsia="zh-CN"/>
        </w:rPr>
        <w:br/>
      </w:r>
      <w:r>
        <w:rPr>
          <w:lang w:eastAsia="zh-CN"/>
        </w:rPr>
        <w:t xml:space="preserve">    4.2.2四层顶板施工完毕，完成日期 年 月 日 </w:t>
      </w:r>
      <w:r>
        <w:rPr>
          <w:lang w:eastAsia="zh-CN"/>
        </w:rPr>
        <w:br/>
      </w:r>
      <w:r>
        <w:rPr>
          <w:lang w:eastAsia="zh-CN"/>
        </w:rPr>
        <w:t xml:space="preserve">    4.2.3六层顶板施工完毕，完成日期 年 月 日 </w:t>
      </w:r>
      <w:r>
        <w:rPr>
          <w:lang w:eastAsia="zh-CN"/>
        </w:rPr>
        <w:br/>
      </w:r>
      <w:r>
        <w:rPr>
          <w:lang w:eastAsia="zh-CN"/>
        </w:rPr>
        <w:t xml:space="preserve">    4.2.4主体结构验收，完成日期 年 月 日 </w:t>
      </w:r>
      <w:r>
        <w:rPr>
          <w:lang w:eastAsia="zh-CN"/>
        </w:rPr>
        <w:br/>
      </w:r>
      <w:r>
        <w:rPr>
          <w:lang w:eastAsia="zh-CN"/>
        </w:rPr>
        <w:t xml:space="preserve">    4.2.5六层以下内粉，完成日期 年 月 日 </w:t>
      </w:r>
      <w:r>
        <w:rPr>
          <w:lang w:eastAsia="zh-CN"/>
        </w:rPr>
        <w:br/>
      </w:r>
      <w:r>
        <w:rPr>
          <w:lang w:eastAsia="zh-CN"/>
        </w:rPr>
        <w:t xml:space="preserve">    4.2.6外墙涂料施工完毕，完成日期 年 月 日 </w:t>
      </w:r>
      <w:r>
        <w:rPr>
          <w:lang w:eastAsia="zh-CN"/>
        </w:rPr>
        <w:br/>
      </w:r>
      <w:r>
        <w:rPr>
          <w:lang w:eastAsia="zh-CN"/>
        </w:rPr>
        <w:t xml:space="preserve">    4.2.7水电暖通等安装工程施工完毕，完成日期 年 月 日 </w:t>
      </w:r>
      <w:r>
        <w:rPr>
          <w:lang w:eastAsia="zh-CN"/>
        </w:rPr>
        <w:br/>
      </w:r>
      <w:r>
        <w:rPr>
          <w:lang w:eastAsia="zh-CN"/>
        </w:rPr>
        <w:t xml:space="preserve">    4.2.8竣工验收，完成日期 年 月 日 </w:t>
      </w:r>
      <w:r>
        <w:rPr>
          <w:lang w:eastAsia="zh-CN"/>
        </w:rPr>
        <w:br/>
      </w:r>
      <w:r>
        <w:rPr>
          <w:lang w:eastAsia="zh-CN"/>
        </w:rPr>
        <w:t xml:space="preserve">    4.2.9竣工移交，完成日期 年 月 日建筑工程承包协议书2 </w:t>
      </w:r>
      <w:r>
        <w:rPr>
          <w:lang w:eastAsia="zh-CN"/>
        </w:rPr>
        <w:br/>
      </w:r>
      <w:r>
        <w:rPr>
          <w:lang w:eastAsia="zh-CN"/>
        </w:rPr>
        <w:t xml:space="preserve">  甲方： </w:t>
      </w:r>
      <w:r>
        <w:rPr>
          <w:lang w:eastAsia="zh-CN"/>
        </w:rPr>
        <w:br/>
      </w:r>
      <w:r>
        <w:rPr>
          <w:lang w:eastAsia="zh-CN"/>
        </w:rPr>
        <w:t xml:space="preserve">    乙方：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xml:space="preserve"> 经甲乙双方协商，甲方愿将本公司承建的工程水电分项目以包工包料的形式分包给乙方，其条件原则上遵守甲方与总包括方所签订的合同相同，并具有同等的法律效力，双方共同遵守。</w:t>
      </w:r>
      <w:r>
        <w:rPr>
          <w:lang w:eastAsia="zh-CN"/>
        </w:rPr>
        <w:t xml:space="preserve"> </w:t>
      </w:r>
      <w:r>
        <w:rPr>
          <w:lang w:eastAsia="zh-CN"/>
        </w:rPr>
        <w:br/>
      </w:r>
      <w:r>
        <w:rPr>
          <w:lang w:eastAsia="zh-CN"/>
        </w:rPr>
        <w:t xml:space="preserve">    一、工程概况 </w:t>
      </w:r>
      <w:r>
        <w:rPr>
          <w:lang w:eastAsia="zh-CN"/>
        </w:rPr>
        <w:br/>
      </w:r>
      <w:r>
        <w:rPr>
          <w:lang w:eastAsia="zh-CN"/>
        </w:rPr>
        <w:t xml:space="preserve">    1、工程名称： </w:t>
      </w:r>
      <w:r>
        <w:rPr>
          <w:lang w:eastAsia="zh-CN"/>
        </w:rPr>
        <w:br/>
      </w:r>
      <w:r>
        <w:rPr>
          <w:lang w:eastAsia="zh-CN"/>
        </w:rPr>
        <w:t xml:space="preserve">    2、工程地点： </w:t>
      </w:r>
      <w:r>
        <w:rPr>
          <w:lang w:eastAsia="zh-CN"/>
        </w:rPr>
        <w:br/>
      </w:r>
      <w:r>
        <w:rPr>
          <w:lang w:eastAsia="zh-CN"/>
        </w:rPr>
        <w:t xml:space="preserve">    3、工程内容： </w:t>
      </w:r>
      <w:r>
        <w:rPr>
          <w:lang w:eastAsia="zh-CN"/>
        </w:rPr>
        <w:br/>
      </w:r>
      <w:r>
        <w:rPr>
          <w:lang w:eastAsia="zh-CN"/>
        </w:rPr>
        <w:t xml:space="preserve">    4、开工日期：____年____月____日，竣工日期：____年____月____日 </w:t>
      </w:r>
      <w:r>
        <w:rPr>
          <w:lang w:eastAsia="zh-CN"/>
        </w:rPr>
        <w:br/>
      </w:r>
      <w:r>
        <w:rPr>
          <w:lang w:eastAsia="zh-CN"/>
        </w:rPr>
        <w:t xml:space="preserve">    5、建筑面积：以实际做建筑面积为准备，暂定为________平方米。 </w:t>
      </w:r>
      <w:r>
        <w:rPr>
          <w:lang w:eastAsia="zh-CN"/>
        </w:rPr>
        <w:br/>
      </w:r>
      <w:r>
        <w:rPr>
          <w:lang w:eastAsia="zh-CN"/>
        </w:rPr>
        <w:t xml:space="preserve">    6、工程单价：该水电分项工程，以包工包料形式承包，按山东省________定额，人工调差、材料调差、及山东省现行相关文件调整，现甲方和总承包方所签订的合同同步执行，其管理费含税金在内甲方收取乙方总价的%费用。其管理费用按工程形象进度拨款按比例收取。 </w:t>
      </w:r>
      <w:r>
        <w:rPr>
          <w:lang w:eastAsia="zh-CN"/>
        </w:rPr>
        <w:br/>
      </w:r>
      <w:r>
        <w:rPr>
          <w:lang w:eastAsia="zh-CN"/>
        </w:rPr>
        <w:t xml:space="preserve">    7、水电工程施工范围及内容： </w:t>
      </w:r>
      <w:r>
        <w:rPr>
          <w:lang w:eastAsia="zh-CN"/>
        </w:rPr>
        <w:br/>
      </w:r>
      <w:r>
        <w:rPr>
          <w:lang w:eastAsia="zh-CN"/>
        </w:rPr>
        <w:t xml:space="preserve">    （1）按施工图上的全部内容均包含在内，图纸发生变更以设计变更 </w:t>
      </w:r>
      <w:r>
        <w:rPr>
          <w:lang w:eastAsia="zh-CN"/>
        </w:rPr>
        <w:br/>
      </w:r>
      <w:r>
        <w:rPr>
          <w:lang w:eastAsia="zh-CN"/>
        </w:rPr>
        <w:t xml:space="preserve">    为准。 </w:t>
      </w:r>
      <w:r>
        <w:rPr>
          <w:lang w:eastAsia="zh-CN"/>
        </w:rPr>
        <w:br/>
      </w:r>
      <w:r>
        <w:rPr>
          <w:lang w:eastAsia="zh-CN"/>
        </w:rPr>
        <w:t xml:space="preserve">    （2）本合同是以包工包料的.方式，乙方包括机械设备及现场组织施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xml:space="preserve"> 工、安全、进度、质量达到现场监理验收合格为准，否则所造成材料浪费及返工等一切损失由乙方负责。</w:t>
      </w:r>
      <w:r>
        <w:rPr>
          <w:lang w:eastAsia="zh-CN"/>
        </w:rPr>
        <w:t xml:space="preserve"> </w:t>
      </w:r>
      <w:r>
        <w:rPr>
          <w:lang w:eastAsia="zh-CN"/>
        </w:rPr>
        <w:br/>
      </w:r>
      <w:r>
        <w:rPr>
          <w:lang w:eastAsia="zh-CN"/>
        </w:rPr>
        <w:t xml:space="preserve">    （3）承包方式：包安全、包质量、包施工进度、包文明施工。 </w:t>
      </w:r>
      <w:r>
        <w:rPr>
          <w:lang w:eastAsia="zh-CN"/>
        </w:rPr>
        <w:br/>
      </w:r>
      <w:r>
        <w:rPr>
          <w:lang w:eastAsia="zh-CN"/>
        </w:rPr>
        <w:t xml:space="preserve">    二、工程指标 </w:t>
      </w:r>
      <w:r>
        <w:rPr>
          <w:lang w:eastAsia="zh-CN"/>
        </w:rPr>
        <w:br/>
      </w:r>
      <w:r>
        <w:rPr>
          <w:lang w:eastAsia="zh-CN"/>
        </w:rPr>
        <w:t xml:space="preserve">    1、安全与文明施工：确保无重大作伤亡事故、无火灾事故，无重大安全事故，乙方如因违章施工造成的或非生产性即在施工区域以外所发生的伤亡事故均由乙方负全部责任。 </w:t>
      </w:r>
      <w:r>
        <w:rPr>
          <w:lang w:eastAsia="zh-CN"/>
        </w:rPr>
        <w:br/>
      </w:r>
      <w:r>
        <w:rPr>
          <w:lang w:eastAsia="zh-CN"/>
        </w:rPr>
        <w:t xml:space="preserve">    2、质量确保无质量事故，施工中必须严格按照操作规程进行施工，确保一次性交验成功。 </w:t>
      </w:r>
      <w:r>
        <w:rPr>
          <w:lang w:eastAsia="zh-CN"/>
        </w:rPr>
        <w:br/>
      </w:r>
      <w:r>
        <w:rPr>
          <w:lang w:eastAsia="zh-CN"/>
        </w:rPr>
        <w:t xml:space="preserve">    三、工程款结算方式 </w:t>
      </w:r>
      <w:r>
        <w:rPr>
          <w:lang w:eastAsia="zh-CN"/>
        </w:rPr>
        <w:br/>
      </w:r>
      <w:r>
        <w:rPr>
          <w:lang w:eastAsia="zh-CN"/>
        </w:rPr>
        <w:t xml:space="preserve">    1、以承包方所定合同同步执行，甲方提供与总承包合同复印件一份，付款方式根据水电分项工程所完成的工作量形象进度按比例付款。扣除甲方所得管理费余款全部支付给乙方。 </w:t>
      </w:r>
      <w:r>
        <w:rPr>
          <w:lang w:eastAsia="zh-CN"/>
        </w:rPr>
        <w:br/>
      </w:r>
      <w:r>
        <w:rPr>
          <w:lang w:eastAsia="zh-CN"/>
        </w:rPr>
        <w:t xml:space="preserve">    2、本合同与甲所签订的承包合同具有同等法律效力。 </w:t>
      </w:r>
      <w:r>
        <w:rPr>
          <w:lang w:eastAsia="zh-CN"/>
        </w:rPr>
        <w:br/>
      </w:r>
      <w:r>
        <w:rPr>
          <w:lang w:eastAsia="zh-CN"/>
        </w:rPr>
        <w:t xml:space="preserve">    四、其它 </w:t>
      </w:r>
      <w:r>
        <w:rPr>
          <w:lang w:eastAsia="zh-CN"/>
        </w:rPr>
        <w:br/>
      </w:r>
      <w:r>
        <w:rPr>
          <w:lang w:eastAsia="zh-CN"/>
        </w:rPr>
        <w:t xml:space="preserve">    本协议未尽事宜，双方协商解决，工人进场后安全生产，文明施工另签订协议一式三份，甲乙双方各执一份，备留一份签字后即生法律效力，按国家法律、法规和有关部门执行。 </w:t>
      </w:r>
      <w:r>
        <w:rPr>
          <w:lang w:eastAsia="zh-CN"/>
        </w:rPr>
        <w:br/>
      </w:r>
      <w:r>
        <w:rPr>
          <w:lang w:eastAsia="zh-CN"/>
        </w:rPr>
        <w:t xml:space="preserve">    甲方： </w:t>
      </w:r>
      <w:r>
        <w:rPr>
          <w:lang w:eastAsia="zh-CN"/>
        </w:rPr>
        <w:br/>
      </w:r>
      <w:r>
        <w:rPr>
          <w:lang w:eastAsia="zh-CN"/>
        </w:rPr>
        <w:t xml:space="preserve">    乙方： </w:t>
      </w:r>
      <w:r>
        <w:rPr>
          <w:lang w:eastAsia="zh-CN"/>
        </w:rPr>
        <w:br/>
      </w:r>
      <w:r>
        <w:rPr>
          <w:lang w:eastAsia="zh-CN"/>
        </w:rPr>
        <w:t xml:space="preserve">    ____年____月____日建筑工程承包协议书3 </w:t>
      </w:r>
      <w:r>
        <w:rPr>
          <w:lang w:eastAsia="zh-CN"/>
        </w:rPr>
        <w:br/>
      </w:r>
      <w:r>
        <w:rPr>
          <w:lang w:eastAsia="zh-CN"/>
        </w:rPr>
        <w:t xml:space="preserve">  甲方： </w:t>
      </w:r>
      <w:r>
        <w:rPr>
          <w:lang w:eastAsia="zh-CN"/>
        </w:rPr>
        <w:br/>
      </w:r>
      <w:r>
        <w:rPr>
          <w:lang w:eastAsia="zh-CN"/>
        </w:rPr>
        <w:t xml:space="preserve">    乙方： </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xml:space="preserve">    一、经甲乙双方协商达成一致，就巴中市巴州区白云乡大茅海洋普通艺术中学拆迁还房建设项目承包给乙方。 </w:t>
      </w:r>
      <w:r>
        <w:rPr>
          <w:lang w:eastAsia="zh-CN"/>
        </w:rPr>
        <w:br/>
      </w:r>
      <w:r>
        <w:rPr>
          <w:lang w:eastAsia="zh-CN"/>
        </w:rPr>
        <w:t xml:space="preserve">    二、乙方的'责任和义务 </w:t>
      </w:r>
      <w:r>
        <w:rPr>
          <w:lang w:eastAsia="zh-CN"/>
        </w:rPr>
        <w:br/>
      </w:r>
      <w:r>
        <w:rPr>
          <w:lang w:eastAsia="zh-CN"/>
        </w:rPr>
        <w:t xml:space="preserve">    乙方自愿承包白云乡海洋普通艺术中学拆迁还房工程，严格按照国家标准建设。 </w:t>
      </w:r>
      <w:r>
        <w:rPr>
          <w:lang w:eastAsia="zh-CN"/>
        </w:rPr>
        <w:br/>
      </w:r>
      <w:r>
        <w:rPr>
          <w:lang w:eastAsia="zh-CN"/>
        </w:rPr>
        <w:t xml:space="preserve">    三、甲方的责任和义务 </w:t>
      </w:r>
      <w:r>
        <w:rPr>
          <w:lang w:eastAsia="zh-CN"/>
        </w:rPr>
        <w:br/>
      </w:r>
      <w:r>
        <w:rPr>
          <w:lang w:eastAsia="zh-CN"/>
        </w:rPr>
        <w:t xml:space="preserve">    本协议甲方就海洋普通艺术中学建设项目承包给乙方，在甲乙双方签定意向性协议之日，乙方向甲方先缴纳履约金现金人民币伍万元（小写：50000.00元）整给甲方，甲方承诺于2月内签订正式合同并开工。如在2月内开不了工，甲方必须退还缴纳的履约保证金，并承担一切法律责任。 </w:t>
      </w:r>
      <w:r>
        <w:rPr>
          <w:lang w:eastAsia="zh-CN"/>
        </w:rPr>
        <w:br/>
      </w:r>
      <w:r>
        <w:rPr>
          <w:lang w:eastAsia="zh-CN"/>
        </w:rPr>
        <w:t xml:space="preserve">    四、工程计算和付款方式 </w:t>
      </w:r>
      <w:r>
        <w:rPr>
          <w:lang w:eastAsia="zh-CN"/>
        </w:rPr>
        <w:br/>
      </w:r>
      <w:r>
        <w:rPr>
          <w:lang w:eastAsia="zh-CN"/>
        </w:rPr>
        <w:t xml:space="preserve">    本工程按20__年清单报价不上浮，不下浮，按最新定额当时当地市场调差，付款方式按每月月进度支付给乙方已完工程量的70%，工程完工付款必须达到已完工程量的90%。 </w:t>
      </w:r>
      <w:r>
        <w:rPr>
          <w:lang w:eastAsia="zh-CN"/>
        </w:rPr>
        <w:br/>
      </w:r>
      <w:r>
        <w:rPr>
          <w:lang w:eastAsia="zh-CN"/>
        </w:rPr>
        <w:t xml:space="preserve">    五、本意向性协议一式两份，甲乙双方各执一份，协议具有法律效力，双方签字生效。 </w:t>
      </w:r>
      <w:r>
        <w:rPr>
          <w:lang w:eastAsia="zh-CN"/>
        </w:rPr>
        <w:br/>
      </w:r>
      <w:r>
        <w:rPr>
          <w:lang w:eastAsia="zh-CN"/>
        </w:rPr>
        <w:t xml:space="preserve">    甲方： </w:t>
      </w:r>
      <w:r>
        <w:rPr>
          <w:lang w:eastAsia="zh-CN"/>
        </w:rPr>
        <w:br/>
      </w:r>
      <w:r>
        <w:rPr>
          <w:lang w:eastAsia="zh-CN"/>
        </w:rPr>
        <w:t xml:space="preserve">    乙方： </w:t>
      </w:r>
      <w:r>
        <w:rPr>
          <w:lang w:eastAsia="zh-CN"/>
        </w:rPr>
        <w:br/>
      </w:r>
      <w:r>
        <w:rPr>
          <w:lang w:eastAsia="zh-CN"/>
        </w:rPr>
        <w:t xml:space="preserve">    年月日建筑工程承包协议书4 </w:t>
      </w:r>
      <w:r>
        <w:rPr>
          <w:lang w:eastAsia="zh-CN"/>
        </w:rPr>
        <w:br/>
      </w:r>
      <w:r>
        <w:rPr>
          <w:lang w:eastAsia="zh-CN"/>
        </w:rPr>
        <w:t xml:space="preserve">  甲方： 项目部乙方：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xml:space="preserve"> 为了适应市场经济发展的需要，改革经营管理方式，完善企业管理制度，明确双方的权利和义务，经甲乙双方协商，将宣城中学新校区1#、2#教学楼及实验楼工程劳务分包给乙方。为使工程顺利进行，特签订本协议书：</w:t>
      </w:r>
      <w:r>
        <w:rPr>
          <w:lang w:eastAsia="zh-CN"/>
        </w:rPr>
        <w:t xml:space="preserve"> </w:t>
      </w:r>
      <w:r>
        <w:rPr>
          <w:lang w:eastAsia="zh-CN"/>
        </w:rPr>
        <w:br/>
      </w:r>
      <w:r>
        <w:rPr>
          <w:lang w:eastAsia="zh-CN"/>
        </w:rPr>
        <w:t xml:space="preserve">    一、承包方式、承包范围和承包单价 </w:t>
      </w:r>
      <w:r>
        <w:rPr>
          <w:lang w:eastAsia="zh-CN"/>
        </w:rPr>
        <w:br/>
      </w:r>
      <w:r>
        <w:rPr>
          <w:lang w:eastAsia="zh-CN"/>
        </w:rPr>
        <w:t xml:space="preserve">    承包方式：包工、包质量、包节约材料、包工期、包安全、包文明施工。 </w:t>
      </w:r>
      <w:r>
        <w:rPr>
          <w:lang w:eastAsia="zh-CN"/>
        </w:rPr>
        <w:br/>
      </w:r>
      <w:r>
        <w:rPr>
          <w:lang w:eastAsia="zh-CN"/>
        </w:rPr>
        <w:t xml:space="preserve">    程图纸上所有瓦工施工项目和场地硬化以及涉及到本工程的其他瓦工工作都在乙方承包范围内。 </w:t>
      </w:r>
      <w:r>
        <w:rPr>
          <w:lang w:eastAsia="zh-CN"/>
        </w:rPr>
        <w:br/>
      </w:r>
      <w:r>
        <w:rPr>
          <w:lang w:eastAsia="zh-CN"/>
        </w:rPr>
        <w:t xml:space="preserve">    二、工程结算 </w:t>
      </w:r>
      <w:r>
        <w:rPr>
          <w:lang w:eastAsia="zh-CN"/>
        </w:rPr>
        <w:br/>
      </w:r>
      <w:r>
        <w:rPr>
          <w:lang w:eastAsia="zh-CN"/>
        </w:rPr>
        <w:t xml:space="preserve">    最终由公司审核确定。）余款在当年内给予结清。 </w:t>
      </w:r>
      <w:r>
        <w:rPr>
          <w:lang w:eastAsia="zh-CN"/>
        </w:rPr>
        <w:br/>
      </w:r>
      <w:r>
        <w:rPr>
          <w:lang w:eastAsia="zh-CN"/>
        </w:rPr>
        <w:t xml:space="preserve">    付款方式：每月付瓦工班组生活费贰万元。 </w:t>
      </w:r>
      <w:r>
        <w:rPr>
          <w:lang w:eastAsia="zh-CN"/>
        </w:rPr>
        <w:br/>
      </w:r>
      <w:r>
        <w:rPr>
          <w:lang w:eastAsia="zh-CN"/>
        </w:rPr>
        <w:t xml:space="preserve">    三、工期要求 </w:t>
      </w:r>
      <w:r>
        <w:rPr>
          <w:lang w:eastAsia="zh-CN"/>
        </w:rPr>
        <w:br/>
      </w:r>
      <w:r>
        <w:rPr>
          <w:lang w:eastAsia="zh-CN"/>
        </w:rPr>
        <w:t xml:space="preserve">    甲方根据总工期要求，编制施工总进度计划。在此基础，乙方编制详细的周计划，月计划。如果由于乙方计划不周，组织不力，技术力量不足，造成工期延误，使甲方蒙受的损失，甲方保留索赔的权利。若达不到规定进度要求，甲方有权安排其他班组施工，所干工作量从乙方结算中扣除给其他班组。 </w:t>
      </w:r>
      <w:r>
        <w:rPr>
          <w:lang w:eastAsia="zh-CN"/>
        </w:rPr>
        <w:br/>
      </w:r>
      <w:r>
        <w:rPr>
          <w:lang w:eastAsia="zh-CN"/>
        </w:rPr>
        <w:t xml:space="preserve">    工期要求：按甲方总进度计划，只准提前，不得延误。 </w:t>
      </w:r>
      <w:r>
        <w:rPr>
          <w:lang w:eastAsia="zh-CN"/>
        </w:rPr>
        <w:br/>
      </w:r>
      <w:r>
        <w:rPr>
          <w:lang w:eastAsia="zh-CN"/>
        </w:rPr>
        <w:t xml:space="preserve">    四、权利和义务 </w:t>
      </w:r>
      <w:r>
        <w:rPr>
          <w:lang w:eastAsia="zh-CN"/>
        </w:rPr>
        <w:br/>
      </w:r>
      <w:r>
        <w:rPr>
          <w:lang w:eastAsia="zh-CN"/>
        </w:rPr>
        <w:t xml:space="preserve">    甲方权利 </w:t>
      </w:r>
      <w:r>
        <w:rPr>
          <w:lang w:eastAsia="zh-CN"/>
        </w:rPr>
        <w:br/>
      </w:r>
      <w:r>
        <w:rPr>
          <w:lang w:eastAsia="zh-CN"/>
        </w:rPr>
        <w:t xml:space="preserve">    4..甲方有权审查乙方队伍组成的合理性，当甲方发现乙方队伍中有不适合本工程的工作人员，有提议撤换的权利。 </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xml:space="preserve">    甲方有权对乙方施工的项目进行抽查，发现质量问题，指令整改，其损失部分由乙 </w:t>
      </w:r>
      <w:r>
        <w:rPr>
          <w:lang w:eastAsia="zh-CN"/>
        </w:rPr>
        <w:br/>
      </w:r>
      <w:r>
        <w:rPr>
          <w:lang w:eastAsia="zh-CN"/>
        </w:rPr>
        <w:t xml:space="preserve">    方自行负责。如乙方在甲方所限时间内未加整改，甲方罚款1000元，以此类推。 </w:t>
      </w:r>
      <w:r>
        <w:rPr>
          <w:lang w:eastAsia="zh-CN"/>
        </w:rPr>
        <w:br/>
      </w:r>
      <w:r>
        <w:rPr>
          <w:lang w:eastAsia="zh-CN"/>
        </w:rPr>
        <w:t xml:space="preserve">    如因甲方工期要求，需乙方加班时，乙方必须无条件服从加班。如乙方以各种理由不加班，甲方将罚款乙方20__元，从工程款中扣除。 </w:t>
      </w:r>
      <w:r>
        <w:rPr>
          <w:lang w:eastAsia="zh-CN"/>
        </w:rPr>
        <w:br/>
      </w:r>
      <w:r>
        <w:rPr>
          <w:lang w:eastAsia="zh-CN"/>
        </w:rPr>
        <w:t xml:space="preserve">    当甲方发现乙方不能确保工程进度和质量以及违反上述条款时，甲方有权辞退乙方，乙方不得借故拖延，按完成工作量的60%结清账目，限在3日内离开工地。 </w:t>
      </w:r>
      <w:r>
        <w:rPr>
          <w:lang w:eastAsia="zh-CN"/>
        </w:rPr>
        <w:br/>
      </w:r>
      <w:r>
        <w:rPr>
          <w:lang w:eastAsia="zh-CN"/>
        </w:rPr>
        <w:t xml:space="preserve">    若未经甲方允许，乙方无故中途退场，则视为违约，甲方一律不予结账。 </w:t>
      </w:r>
      <w:r>
        <w:rPr>
          <w:lang w:eastAsia="zh-CN"/>
        </w:rPr>
        <w:br/>
      </w:r>
      <w:r>
        <w:rPr>
          <w:lang w:eastAsia="zh-CN"/>
        </w:rPr>
        <w:t xml:space="preserve">    乙方如不服从甲方管理，甲方有权清退乙方。 </w:t>
      </w:r>
      <w:r>
        <w:rPr>
          <w:lang w:eastAsia="zh-CN"/>
        </w:rPr>
        <w:br/>
      </w:r>
      <w:r>
        <w:rPr>
          <w:lang w:eastAsia="zh-CN"/>
        </w:rPr>
        <w:t xml:space="preserve">    甲方义务 </w:t>
      </w:r>
      <w:r>
        <w:rPr>
          <w:lang w:eastAsia="zh-CN"/>
        </w:rPr>
        <w:br/>
      </w:r>
      <w:r>
        <w:rPr>
          <w:lang w:eastAsia="zh-CN"/>
        </w:rPr>
        <w:t xml:space="preserve">    施工期间，甲方向乙方提供必须的食宿条件，及相应施工工具、设备、生活设施等。 </w:t>
      </w:r>
      <w:r>
        <w:rPr>
          <w:lang w:eastAsia="zh-CN"/>
        </w:rPr>
        <w:br/>
      </w:r>
      <w:r>
        <w:rPr>
          <w:lang w:eastAsia="zh-CN"/>
        </w:rPr>
        <w:t xml:space="preserve">    施工完毕，经验收合格，要求甲方按合同约定结算付款。 </w:t>
      </w:r>
      <w:r>
        <w:rPr>
          <w:lang w:eastAsia="zh-CN"/>
        </w:rPr>
        <w:br/>
      </w:r>
      <w:r>
        <w:rPr>
          <w:lang w:eastAsia="zh-CN"/>
        </w:rPr>
        <w:t xml:space="preserve">    乙方权利 </w:t>
      </w:r>
      <w:r>
        <w:rPr>
          <w:lang w:eastAsia="zh-CN"/>
        </w:rPr>
        <w:br/>
      </w:r>
      <w:r>
        <w:rPr>
          <w:lang w:eastAsia="zh-CN"/>
        </w:rPr>
        <w:t xml:space="preserve">    要求甲方提供施工必须的相应工具、设备及生活设施条件。 </w:t>
      </w:r>
      <w:r>
        <w:rPr>
          <w:lang w:eastAsia="zh-CN"/>
        </w:rPr>
        <w:br/>
      </w:r>
      <w:r>
        <w:rPr>
          <w:lang w:eastAsia="zh-CN"/>
        </w:rPr>
        <w:t xml:space="preserve">    施工完毕，经验收合格，要求甲方按合同的约定结算付款。 </w:t>
      </w:r>
      <w:r>
        <w:rPr>
          <w:lang w:eastAsia="zh-CN"/>
        </w:rPr>
        <w:br/>
      </w:r>
      <w:r>
        <w:rPr>
          <w:lang w:eastAsia="zh-CN"/>
        </w:rPr>
        <w:t xml:space="preserve">    乙方义务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xml:space="preserve"> 乙方负责组建政治素质、技术素质合格的职工队伍，并将花名册及身份证等相关证件呈报甲方备案。每个职工签好上岗协议书，方可上岗作业。</w:t>
      </w:r>
      <w:r>
        <w:rPr>
          <w:lang w:eastAsia="zh-CN"/>
        </w:rPr>
        <w:t xml:space="preserve"> </w:t>
      </w:r>
      <w:r>
        <w:rPr>
          <w:lang w:eastAsia="zh-CN"/>
        </w:rPr>
        <w:br/>
      </w:r>
      <w:r>
        <w:rPr>
          <w:lang w:eastAsia="zh-CN"/>
        </w:rPr>
        <w:t xml:space="preserve">    施工完毕，经甲方和建设单位验收合格后，对乙方进行每月生活费按约定付款。 </w:t>
      </w:r>
      <w:r>
        <w:rPr>
          <w:lang w:eastAsia="zh-CN"/>
        </w:rPr>
        <w:br/>
      </w:r>
      <w:r>
        <w:rPr>
          <w:lang w:eastAsia="zh-CN"/>
        </w:rPr>
        <w:t xml:space="preserve">    乙方自行办理职工人身保险、劳动保护用品、合作医疗、进场施工有关证件。医疗福利费已包括在承包单价中。乙方不得开小灶，甲方提供的一切，乙方均应加倍爱护，若有损坏，照价赔偿。 </w:t>
      </w:r>
      <w:r>
        <w:rPr>
          <w:lang w:eastAsia="zh-CN"/>
        </w:rPr>
        <w:br/>
      </w:r>
      <w:r>
        <w:rPr>
          <w:lang w:eastAsia="zh-CN"/>
        </w:rPr>
        <w:t xml:space="preserve">    乙方必须制定出安全生产技术措施，严格遵守安全生产操作规程，乙方发生的任何安全事故，由乙方自行负责，与甲方无关。 </w:t>
      </w:r>
      <w:r>
        <w:rPr>
          <w:lang w:eastAsia="zh-CN"/>
        </w:rPr>
        <w:br/>
      </w:r>
      <w:r>
        <w:rPr>
          <w:lang w:eastAsia="zh-CN"/>
        </w:rPr>
        <w:t xml:space="preserve">    乙方工人不得在宿舍内私拉乱接电线，烧电炉、热得快、电热毯等类似电器。 </w:t>
      </w:r>
      <w:r>
        <w:rPr>
          <w:lang w:eastAsia="zh-CN"/>
        </w:rPr>
        <w:br/>
      </w:r>
      <w:r>
        <w:rPr>
          <w:lang w:eastAsia="zh-CN"/>
        </w:rPr>
        <w:t xml:space="preserve">    乙方在施工过程中必须加强对自己队伍的管理教育。所有人员必须遵守甲方的各项规章制度、管理条例，决不允许酗酒、赌博、偷盗、打架斗殴。如有上述现象发生，甲方将视情节轻重，处以五十到五百元的罚款，直至清除出工地并交当地公安部门处理。 </w:t>
      </w:r>
      <w:r>
        <w:rPr>
          <w:lang w:eastAsia="zh-CN"/>
        </w:rPr>
        <w:br/>
      </w:r>
      <w:r>
        <w:rPr>
          <w:lang w:eastAsia="zh-CN"/>
        </w:rPr>
        <w:t xml:space="preserve">    乙方派同志为工地代表，全权处理乙方施工中的一切事务。乙方代表必须常驻现场，并积极配合项目部人员做好各项检查。有事离开现场必须请假征得同意，安排好工作后方可离开，超出处以元/天罚款，擅自离开工地者，处以元/天罚款。 </w:t>
      </w:r>
      <w:r>
        <w:rPr>
          <w:lang w:eastAsia="zh-CN"/>
        </w:rPr>
        <w:br/>
      </w:r>
      <w:r>
        <w:rPr>
          <w:lang w:eastAsia="zh-CN"/>
        </w:rPr>
        <w:t xml:space="preserve">    乙方内部的.事情由乙方自行解决，乙方必须以自己当地的施工队伍为主，进场施工的一切手续，由乙方自行办理，如因手续不全发生的后果，乙方自负。 </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xml:space="preserve">    乙方选派施工人员必须是适合从事体力劳动，45周岁以上、身体健康无任何传染病、高血压、心脏病、恐高症等疾病。 </w:t>
      </w:r>
      <w:r>
        <w:rPr>
          <w:lang w:eastAsia="zh-CN"/>
        </w:rPr>
        <w:br/>
      </w:r>
      <w:r>
        <w:rPr>
          <w:lang w:eastAsia="zh-CN"/>
        </w:rPr>
        <w:t xml:space="preserve">    五、奖罚措施 </w:t>
      </w:r>
      <w:r>
        <w:rPr>
          <w:lang w:eastAsia="zh-CN"/>
        </w:rPr>
        <w:br/>
      </w:r>
      <w:r>
        <w:rPr>
          <w:lang w:eastAsia="zh-CN"/>
        </w:rPr>
        <w:t xml:space="preserve">    施工过程中要注意节约材料，合理调配。发现乙方用料损耗超过2%，则甲方按超过数量成本10倍对乙方处罚。 </w:t>
      </w:r>
      <w:r>
        <w:rPr>
          <w:lang w:eastAsia="zh-CN"/>
        </w:rPr>
        <w:br/>
      </w:r>
      <w:r>
        <w:rPr>
          <w:lang w:eastAsia="zh-CN"/>
        </w:rPr>
        <w:t xml:space="preserve">    每个施工段结束。必须做到随做随清，料尽场清，如不及时清理，甲方有权派人清理，发生人工按20元/小时计算，并处500元罚款。 </w:t>
      </w:r>
      <w:r>
        <w:rPr>
          <w:lang w:eastAsia="zh-CN"/>
        </w:rPr>
        <w:br/>
      </w:r>
      <w:r>
        <w:rPr>
          <w:lang w:eastAsia="zh-CN"/>
        </w:rPr>
        <w:t xml:space="preserve">    如有本协议条款现象，一经发现，甲方将立即予以劝退，并处以500元/人，以上人员发生事故由乙方承当全部责任。 </w:t>
      </w:r>
      <w:r>
        <w:rPr>
          <w:lang w:eastAsia="zh-CN"/>
        </w:rPr>
        <w:br/>
      </w:r>
      <w:r>
        <w:rPr>
          <w:lang w:eastAsia="zh-CN"/>
        </w:rPr>
        <w:t xml:space="preserve">    乙方必须按照甲方要求工期施工完毕，如乙方造成工期延误，甲方处300元/日罚款。 </w:t>
      </w:r>
      <w:r>
        <w:rPr>
          <w:lang w:eastAsia="zh-CN"/>
        </w:rPr>
        <w:br/>
      </w:r>
      <w:r>
        <w:rPr>
          <w:lang w:eastAsia="zh-CN"/>
        </w:rPr>
        <w:t xml:space="preserve">    乙方必须严格按照甲方要求质量标准施工，如乙方施工质量经验收不合格，乙方必须返工，所发生的人工费、材料费以及牵连发生的费用全部由乙方承担，甲方并处1000元/次罚款。 </w:t>
      </w:r>
      <w:r>
        <w:rPr>
          <w:lang w:eastAsia="zh-CN"/>
        </w:rPr>
        <w:br/>
      </w:r>
      <w:r>
        <w:rPr>
          <w:lang w:eastAsia="zh-CN"/>
        </w:rPr>
        <w:t xml:space="preserve">    六、争议解决方式 </w:t>
      </w:r>
      <w:r>
        <w:rPr>
          <w:lang w:eastAsia="zh-CN"/>
        </w:rPr>
        <w:br/>
      </w:r>
      <w:r>
        <w:rPr>
          <w:lang w:eastAsia="zh-CN"/>
        </w:rPr>
        <w:t xml:space="preserve">    本合同在履行过程中发生争议，双方应当协商解决。如未能达成一致，可以向人民法院起诉 </w:t>
      </w:r>
      <w:r>
        <w:rPr>
          <w:lang w:eastAsia="zh-CN"/>
        </w:rPr>
        <w:br/>
      </w:r>
      <w:r>
        <w:rPr>
          <w:lang w:eastAsia="zh-CN"/>
        </w:rPr>
        <w:t xml:space="preserve">    七、其他 </w:t>
      </w:r>
      <w:r>
        <w:rPr>
          <w:lang w:eastAsia="zh-CN"/>
        </w:rPr>
        <w:br/>
      </w:r>
      <w:r>
        <w:rPr>
          <w:lang w:eastAsia="zh-CN"/>
        </w:rPr>
        <w:t xml:space="preserve">    部分工具可由乙方向甲方借用，定班定车，自行保管，遗失照价赔偿。正常修理由乙方负责。人损坏的，由乙方修理，并照价赔偿。特别是在轮胎无气情况下使用推车，每次罚款50元。 </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xml:space="preserve">    本合同签订至本工程竣工验收合格后，在施工工程中不得有所变动。 </w:t>
      </w:r>
      <w:r>
        <w:rPr>
          <w:lang w:eastAsia="zh-CN"/>
        </w:rPr>
        <w:br/>
      </w:r>
      <w:r>
        <w:rPr>
          <w:lang w:eastAsia="zh-CN"/>
        </w:rPr>
        <w:t xml:space="preserve">    本合同一式两份，具有法律效力，双方各执一份，双方签字盖章后生效，账目结清后自行失效。 </w:t>
      </w:r>
      <w:r>
        <w:rPr>
          <w:lang w:eastAsia="zh-CN"/>
        </w:rPr>
        <w:br/>
      </w:r>
      <w:r>
        <w:rPr>
          <w:lang w:eastAsia="zh-CN"/>
        </w:rPr>
        <w:t xml:space="preserve">    甲方：乙方： </w:t>
      </w:r>
      <w:r>
        <w:rPr>
          <w:lang w:eastAsia="zh-CN"/>
        </w:rPr>
        <w:br/>
      </w:r>
      <w:r>
        <w:rPr>
          <w:lang w:eastAsia="zh-CN"/>
        </w:rPr>
        <w:t xml:space="preserve">    代表：代表： </w:t>
      </w:r>
      <w:r>
        <w:rPr>
          <w:lang w:eastAsia="zh-CN"/>
        </w:rPr>
        <w:br/>
      </w:r>
      <w:r>
        <w:rPr>
          <w:lang w:eastAsia="zh-CN"/>
        </w:rPr>
        <w:t xml:space="preserve">    年月日建筑工程承包协议书5 </w:t>
      </w:r>
      <w:r>
        <w:rPr>
          <w:lang w:eastAsia="zh-CN"/>
        </w:rPr>
        <w:br/>
      </w:r>
      <w:r>
        <w:rPr>
          <w:lang w:eastAsia="zh-CN"/>
        </w:rPr>
        <w:t xml:space="preserve">  甲方： （以下简称甲方） </w:t>
      </w:r>
      <w:r>
        <w:rPr>
          <w:lang w:eastAsia="zh-CN"/>
        </w:rPr>
        <w:br/>
      </w:r>
      <w:r>
        <w:rPr>
          <w:lang w:eastAsia="zh-CN"/>
        </w:rPr>
        <w:t xml:space="preserve">    乙方： （以下简称乙方） </w:t>
      </w:r>
      <w:r>
        <w:rPr>
          <w:lang w:eastAsia="zh-CN"/>
        </w:rPr>
        <w:br/>
      </w:r>
      <w:r>
        <w:rPr>
          <w:lang w:eastAsia="zh-CN"/>
        </w:rPr>
        <w:t xml:space="preserve">    因甲方工程施工需要，将 模板制作安装项目分包给乙方施工，本着自愿、诚实信用的原则，为明确双方责任和权利，确保工程质量和安全生产、文明施工保质保量按期地完成，根据我国现行的《建筑法》、《合同法》规定，经甲、乙双方充分协商，达成如下条款，望双方共同信守执行。 </w:t>
      </w:r>
      <w:r>
        <w:rPr>
          <w:lang w:eastAsia="zh-CN"/>
        </w:rPr>
        <w:br/>
      </w:r>
      <w:r>
        <w:rPr>
          <w:lang w:eastAsia="zh-CN"/>
        </w:rPr>
        <w:t xml:space="preserve">    一、工程概况： </w:t>
      </w:r>
      <w:r>
        <w:rPr>
          <w:lang w:eastAsia="zh-CN"/>
        </w:rPr>
        <w:br/>
      </w:r>
      <w:r>
        <w:rPr>
          <w:lang w:eastAsia="zh-CN"/>
        </w:rPr>
        <w:t xml:space="preserve">    1、工程名称： </w:t>
      </w:r>
      <w:r>
        <w:rPr>
          <w:lang w:eastAsia="zh-CN"/>
        </w:rPr>
        <w:br/>
      </w:r>
      <w:r>
        <w:rPr>
          <w:lang w:eastAsia="zh-CN"/>
        </w:rPr>
        <w:t xml:space="preserve">    2、施工地点： </w:t>
      </w:r>
      <w:r>
        <w:rPr>
          <w:lang w:eastAsia="zh-CN"/>
        </w:rPr>
        <w:br/>
      </w:r>
      <w:r>
        <w:rPr>
          <w:lang w:eastAsia="zh-CN"/>
        </w:rPr>
        <w:t xml:space="preserve">    3、承包方式：主体模板制作及安装、包工包料。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xml:space="preserve"> 4、承包范围：施工图及设计变更联系单所有涉及的梁、板、柱及剪力墙、构造柱、阳台栏板等模板安装拆除、螺杆制作安装拆除以及内架搭设拆除，施工中所用的所有材料，包括模板、钢管、铁钉、铁丝及所有木工工艺施工机具，爆模所造成混凝土的凿打，以及小型构件模板制作，楼层清理及楼层轴线和细部放线均由乙方自行负责。</w:t>
      </w:r>
      <w:r>
        <w:rPr>
          <w:lang w:eastAsia="zh-CN"/>
        </w:rPr>
        <w:t xml:space="preserve"> </w:t>
      </w:r>
      <w:r>
        <w:rPr>
          <w:lang w:eastAsia="zh-CN"/>
        </w:rPr>
        <w:br/>
      </w:r>
      <w:r>
        <w:rPr>
          <w:lang w:eastAsia="zh-CN"/>
        </w:rPr>
        <w:t xml:space="preserve">    二、施工工期： </w:t>
      </w:r>
      <w:r>
        <w:rPr>
          <w:lang w:eastAsia="zh-CN"/>
        </w:rPr>
        <w:br/>
      </w:r>
      <w:r>
        <w:rPr>
          <w:lang w:eastAsia="zh-CN"/>
        </w:rPr>
        <w:t xml:space="preserve">    乙方应按甲方每月进度计划合理安排人员进行施工，楼层模板制作安装每层不超过10天，若遇设计变更、停电、不可抗力等原因或其他分项工程未能及时配合及其甲方原因造成的，经甲方项目经理签证认可后方可顺延工期。如因乙方自身劳动力储备不足及返工所造成工期延误，每超过一天罚款300元，相应提前一天奖励300元。 </w:t>
      </w:r>
      <w:r>
        <w:rPr>
          <w:lang w:eastAsia="zh-CN"/>
        </w:rPr>
        <w:br/>
      </w:r>
      <w:r>
        <w:rPr>
          <w:lang w:eastAsia="zh-CN"/>
        </w:rPr>
        <w:t xml:space="preserve">    三、承包价格及结算方式 </w:t>
      </w:r>
      <w:r>
        <w:rPr>
          <w:lang w:eastAsia="zh-CN"/>
        </w:rPr>
        <w:br/>
      </w:r>
      <w:r>
        <w:rPr>
          <w:lang w:eastAsia="zh-CN"/>
        </w:rPr>
        <w:t xml:space="preserve">    1、承包价格：本工程模板分项工程以包工包料的形式承包给乙方，承包单价为125元/㎡，总建筑面积按施工图纸面积进行计算，架空层及设计更改增加部份另算（其中基础已施工完成，结算时扣除8000元）。 </w:t>
      </w:r>
      <w:r>
        <w:rPr>
          <w:lang w:eastAsia="zh-CN"/>
        </w:rPr>
        <w:br/>
      </w:r>
      <w:r>
        <w:rPr>
          <w:lang w:eastAsia="zh-CN"/>
        </w:rPr>
        <w:t xml:space="preserve">    2、结算方式：甲方根据乙方施工进度，按每月25日前进行统计工程量，于次月10日至15日前支付前月进度工程量的80%工程进度款。其余待中间验收合格后支付15%工程款，剩下5%作为工程保修金，待工程验收合格后一次性付清。 </w:t>
      </w:r>
      <w:r>
        <w:rPr>
          <w:lang w:eastAsia="zh-CN"/>
        </w:rPr>
        <w:br/>
      </w:r>
      <w:r>
        <w:rPr>
          <w:lang w:eastAsia="zh-CN"/>
        </w:rPr>
        <w:t xml:space="preserve">    四、工程质量：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xml:space="preserve"> 1、乙方必须严格按照施工设计图纸、施工组织、施工方案、工程技术联系单、交底单及国家现行建筑工程施工规范、规程和标准的要求，严格按（GB50202—20__）规范精心施工，并无条件地接受甲方全方位、全过程管理。</w:t>
      </w:r>
      <w:r>
        <w:rPr>
          <w:lang w:eastAsia="zh-CN"/>
        </w:rPr>
        <w:t xml:space="preserve"> </w:t>
      </w:r>
      <w:r>
        <w:rPr>
          <w:lang w:eastAsia="zh-CN"/>
        </w:rPr>
        <w:br/>
      </w:r>
      <w:r>
        <w:rPr>
          <w:lang w:eastAsia="zh-CN"/>
        </w:rPr>
        <w:t xml:space="preserve">    2、本工程木模制作质量必须做到合格标准，每道工序完成后应通知甲方管理人员及监理进行检查验收，验收中如有甲方管理人员和监理方提出的整改要求，乙方应无条件进行整改。 </w:t>
      </w:r>
      <w:r>
        <w:rPr>
          <w:lang w:eastAsia="zh-CN"/>
        </w:rPr>
        <w:br/>
      </w:r>
      <w:r>
        <w:rPr>
          <w:lang w:eastAsia="zh-CN"/>
        </w:rPr>
        <w:t xml:space="preserve">    3、模板拼缝必须严密，以免水泥浆渗漏。内架立杆、扫地杆、剪刀撑等搭设应符合安全及规范要求，以免发生安全事故。 </w:t>
      </w:r>
      <w:r>
        <w:rPr>
          <w:lang w:eastAsia="zh-CN"/>
        </w:rPr>
        <w:br/>
      </w:r>
      <w:r>
        <w:rPr>
          <w:lang w:eastAsia="zh-CN"/>
        </w:rPr>
        <w:t xml:space="preserve">    4、混凝土施工中如有模板发生混凝土胀模现象，处理费用由乙方负责；因乙方对施工图的不熟悉所造成的返工或重做由乙方负责。 </w:t>
      </w:r>
      <w:r>
        <w:rPr>
          <w:lang w:eastAsia="zh-CN"/>
        </w:rPr>
        <w:br/>
      </w:r>
      <w:r>
        <w:rPr>
          <w:lang w:eastAsia="zh-CN"/>
        </w:rPr>
        <w:t xml:space="preserve">    5、乙方应配合甲方对工人进行质量、安全的交底。 </w:t>
      </w:r>
      <w:r>
        <w:rPr>
          <w:lang w:eastAsia="zh-CN"/>
        </w:rPr>
        <w:br/>
      </w:r>
      <w:r>
        <w:rPr>
          <w:lang w:eastAsia="zh-CN"/>
        </w:rPr>
        <w:t xml:space="preserve">    五、双方责任 </w:t>
      </w:r>
      <w:r>
        <w:rPr>
          <w:lang w:eastAsia="zh-CN"/>
        </w:rPr>
        <w:br/>
      </w:r>
      <w:r>
        <w:rPr>
          <w:lang w:eastAsia="zh-CN"/>
        </w:rPr>
        <w:t xml:space="preserve">    1、甲方责任： </w:t>
      </w:r>
      <w:r>
        <w:rPr>
          <w:lang w:eastAsia="zh-CN"/>
        </w:rPr>
        <w:br/>
      </w:r>
      <w:r>
        <w:rPr>
          <w:lang w:eastAsia="zh-CN"/>
        </w:rPr>
        <w:t xml:space="preserve">    （1）、做好“三通一平”工作，施工用水、用电接至现场，提供施工图纸； </w:t>
      </w:r>
      <w:r>
        <w:rPr>
          <w:lang w:eastAsia="zh-CN"/>
        </w:rPr>
        <w:br/>
      </w:r>
      <w:r>
        <w:rPr>
          <w:lang w:eastAsia="zh-CN"/>
        </w:rPr>
        <w:t xml:space="preserve">    （2）、提供坐标控制点，水准点，每层主要控制线。 </w:t>
      </w:r>
      <w:r>
        <w:rPr>
          <w:lang w:eastAsia="zh-CN"/>
        </w:rPr>
        <w:br/>
      </w:r>
      <w:r>
        <w:rPr>
          <w:lang w:eastAsia="zh-CN"/>
        </w:rPr>
        <w:t xml:space="preserve">    （3）、及时参加隐蔽工程验收、及时按合同约定支付工程款，配合乙方协调有关工作。 </w:t>
      </w:r>
      <w:r>
        <w:rPr>
          <w:lang w:eastAsia="zh-CN"/>
        </w:rPr>
        <w:br/>
      </w:r>
      <w:r>
        <w:rPr>
          <w:lang w:eastAsia="zh-CN"/>
        </w:rPr>
        <w:t xml:space="preserve">    （4）、外墙脚手架按每层跟上。 </w:t>
      </w:r>
      <w:r>
        <w:rPr>
          <w:lang w:eastAsia="zh-CN"/>
        </w:rPr>
        <w:br/>
      </w:r>
      <w:r>
        <w:rPr>
          <w:lang w:eastAsia="zh-CN"/>
        </w:rPr>
        <w:t xml:space="preserve">    （5）、按照本合同约定向乙方支付工程进度款 </w:t>
      </w:r>
      <w:r>
        <w:rPr>
          <w:lang w:eastAsia="zh-CN"/>
        </w:rPr>
        <w:br/>
      </w:r>
      <w:r>
        <w:rPr>
          <w:lang w:eastAsia="zh-CN"/>
        </w:rPr>
        <w:t xml:space="preserve">    2、乙方责任： </w:t>
      </w:r>
      <w:r>
        <w:rPr>
          <w:lang w:eastAsia="zh-CN"/>
        </w:rPr>
        <w:br/>
      </w:r>
      <w:r>
        <w:rPr>
          <w:lang w:eastAsia="zh-CN"/>
        </w:rPr>
        <w:t xml:space="preserve">    （1）、全面履行合同，严格按规范、规程及设计要求组织施工，严格履行合同工期，确保按期完工；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xml:space="preserve"> （2）、服从项目部、甲方、监理等单位的管理和指挥，遵守项目部各项规章制度及处罚制度；认真接受现场有关部门的质量监督；</w:t>
      </w:r>
      <w:r>
        <w:rPr>
          <w:lang w:eastAsia="zh-CN"/>
        </w:rPr>
        <w:t xml:space="preserve"> </w:t>
      </w:r>
      <w:r>
        <w:rPr>
          <w:lang w:eastAsia="zh-CN"/>
        </w:rPr>
        <w:br/>
      </w:r>
      <w:r>
        <w:rPr>
          <w:lang w:eastAsia="zh-CN"/>
        </w:rPr>
        <w:t xml:space="preserve">    （3）、负责施工设备、机具的准备及人员组织调配，如在施工中所发生相互矛盾问题应服从甲方协调； </w:t>
      </w:r>
      <w:r>
        <w:rPr>
          <w:lang w:eastAsia="zh-CN"/>
        </w:rPr>
        <w:br/>
      </w:r>
      <w:r>
        <w:rPr>
          <w:lang w:eastAsia="zh-CN"/>
        </w:rPr>
        <w:t xml:space="preserve">    （4）、乙方造成质量事故或不符合相关规范及方案要求施工的或验收不合格的，乙方无条件返工、返修至合格； </w:t>
      </w:r>
      <w:r>
        <w:rPr>
          <w:lang w:eastAsia="zh-CN"/>
        </w:rPr>
        <w:br/>
      </w:r>
      <w:r>
        <w:rPr>
          <w:lang w:eastAsia="zh-CN"/>
        </w:rPr>
        <w:t xml:space="preserve">    （5）、乙方施工人员进入施工现场应服从甲方各项管理制度（各项管理制度附后）。 </w:t>
      </w:r>
      <w:r>
        <w:rPr>
          <w:lang w:eastAsia="zh-CN"/>
        </w:rPr>
        <w:br/>
      </w:r>
      <w:r>
        <w:rPr>
          <w:lang w:eastAsia="zh-CN"/>
        </w:rPr>
        <w:t xml:space="preserve">    （6）、甲主提供楼层固定式配电箱及到施工楼层的移动式配电箱，接出路线由乙方协调有关工作。 </w:t>
      </w:r>
      <w:r>
        <w:rPr>
          <w:lang w:eastAsia="zh-CN"/>
        </w:rPr>
        <w:br/>
      </w:r>
      <w:r>
        <w:rPr>
          <w:lang w:eastAsia="zh-CN"/>
        </w:rPr>
        <w:t xml:space="preserve">    （7）、负责提供相应的材料收据及人工工资表，严禁使用童工和无合法手续人员参加班组生产，若发现每人次罚款500元。 </w:t>
      </w:r>
      <w:r>
        <w:rPr>
          <w:lang w:eastAsia="zh-CN"/>
        </w:rPr>
        <w:br/>
      </w:r>
      <w:r>
        <w:rPr>
          <w:lang w:eastAsia="zh-CN"/>
        </w:rPr>
        <w:t xml:space="preserve">    （8）未经甲方书面同意，乙方不得将本工程自行转包给他人，也不得将其承包的分包工程的全部或者部分在分包给他人。若乙方将其承包的分包工程转包或者在分包，甲方有权终止合同，由此造成的经济损失由乙方负责赔偿。 </w:t>
      </w:r>
      <w:r>
        <w:rPr>
          <w:lang w:eastAsia="zh-CN"/>
        </w:rPr>
        <w:br/>
      </w:r>
      <w:r>
        <w:rPr>
          <w:lang w:eastAsia="zh-CN"/>
        </w:rPr>
        <w:t xml:space="preserve">    六、安全生产： </w:t>
      </w:r>
      <w:r>
        <w:rPr>
          <w:lang w:eastAsia="zh-CN"/>
        </w:rPr>
        <w:br/>
      </w:r>
      <w:r>
        <w:rPr>
          <w:lang w:eastAsia="zh-CN"/>
        </w:rPr>
        <w:t xml:space="preserve">    乙方在施工过程中必须严格遵守安全生产操作规程，指定安全员专人负责安全生产，服从安全管理人员监督，并采取必要的安全防护措施，以确保施工安全，如违章操作而引起安全及其它事故，其责任与造成的经济等有关损失均由乙方自行负责，与甲方无关。 </w:t>
      </w:r>
      <w:r>
        <w:rPr>
          <w:lang w:eastAsia="zh-CN"/>
        </w:rPr>
        <w:br/>
      </w:r>
      <w:r>
        <w:rPr>
          <w:lang w:eastAsia="zh-CN"/>
        </w:rPr>
        <w:t xml:space="preserve">    乙方进入施工现场后甲方进行三级教育和安全技术交底，并签字作为备案。 </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xml:space="preserve">    工人在施工过程中，必须严格按照安全操作规程进行操作，遵守工地现场的一切规章制度，安全员要随时监督，服从甲方的`总体安排。 </w:t>
      </w:r>
      <w:r>
        <w:rPr>
          <w:lang w:eastAsia="zh-CN"/>
        </w:rPr>
        <w:br/>
      </w:r>
      <w:r>
        <w:rPr>
          <w:lang w:eastAsia="zh-CN"/>
        </w:rPr>
        <w:t xml:space="preserve">    乙方工人进场施工，必须配备施工操作证，持证上岗，严禁非机电人员操作机械，必须树立高度的安全意识，在施工区与生活区内，工人的安全自行负责，要自觉做好施工现场文明整洁工作，如有违反，则按公司及甲方的规章制度给予相应的处罚。 </w:t>
      </w:r>
      <w:r>
        <w:rPr>
          <w:lang w:eastAsia="zh-CN"/>
        </w:rPr>
        <w:br/>
      </w:r>
      <w:r>
        <w:rPr>
          <w:lang w:eastAsia="zh-CN"/>
        </w:rPr>
        <w:t xml:space="preserve">    外来务工人员必须及时办好外来人员的暂住手续，否则若遇到检查而带来的一切后果自行负责。 </w:t>
      </w:r>
      <w:r>
        <w:rPr>
          <w:lang w:eastAsia="zh-CN"/>
        </w:rPr>
        <w:br/>
      </w:r>
      <w:r>
        <w:rPr>
          <w:lang w:eastAsia="zh-CN"/>
        </w:rPr>
        <w:t xml:space="preserve">    班组长及时登记每月民工工资，从进度款中支付，如进度款不够支付必须由乙方垫资。根据劳动部的要求，工人必须与项目部签定劳动合同。 </w:t>
      </w:r>
      <w:r>
        <w:rPr>
          <w:lang w:eastAsia="zh-CN"/>
        </w:rPr>
        <w:br/>
      </w:r>
      <w:r>
        <w:rPr>
          <w:lang w:eastAsia="zh-CN"/>
        </w:rPr>
        <w:t xml:space="preserve">    七、违约责任： </w:t>
      </w:r>
      <w:r>
        <w:rPr>
          <w:lang w:eastAsia="zh-CN"/>
        </w:rPr>
        <w:br/>
      </w:r>
      <w:r>
        <w:rPr>
          <w:lang w:eastAsia="zh-CN"/>
        </w:rPr>
        <w:t xml:space="preserve">    第一个月的进度款预留2万元做为本工程的违约保证金。 </w:t>
      </w:r>
      <w:r>
        <w:rPr>
          <w:lang w:eastAsia="zh-CN"/>
        </w:rPr>
        <w:br/>
      </w:r>
      <w:r>
        <w:rPr>
          <w:lang w:eastAsia="zh-CN"/>
        </w:rPr>
        <w:t xml:space="preserve">    八、其他 </w:t>
      </w:r>
      <w:r>
        <w:rPr>
          <w:lang w:eastAsia="zh-CN"/>
        </w:rPr>
        <w:br/>
      </w:r>
      <w:r>
        <w:rPr>
          <w:lang w:eastAsia="zh-CN"/>
        </w:rPr>
        <w:t xml:space="preserve">    本合同正副本共二份，双方各执一份，由甲乙双方签字盖章后生效。如合同未尽事谊，双方另订立补充合同。 </w:t>
      </w:r>
      <w:r>
        <w:rPr>
          <w:lang w:eastAsia="zh-CN"/>
        </w:rPr>
        <w:br/>
      </w:r>
      <w:r>
        <w:rPr>
          <w:lang w:eastAsia="zh-CN"/>
        </w:rPr>
        <w:t xml:space="preserve">    甲方： 乙方： </w:t>
      </w:r>
      <w:r>
        <w:rPr>
          <w:lang w:eastAsia="zh-CN"/>
        </w:rPr>
        <w:br/>
      </w:r>
      <w:r>
        <w:rPr>
          <w:lang w:eastAsia="zh-CN"/>
        </w:rPr>
        <w:t xml:space="preserve">    法人代表： 法人代表： </w:t>
      </w:r>
      <w:r>
        <w:rPr>
          <w:lang w:eastAsia="zh-CN"/>
        </w:rPr>
        <w:br/>
      </w:r>
      <w:r>
        <w:rPr>
          <w:lang w:eastAsia="zh-CN"/>
        </w:rPr>
        <w:t xml:space="preserve">    年 月 日 年 月 日建筑工程承包协议书6 </w:t>
      </w:r>
      <w:r>
        <w:rPr>
          <w:lang w:eastAsia="zh-CN"/>
        </w:rPr>
        <w:br/>
      </w:r>
      <w:r>
        <w:rPr>
          <w:lang w:eastAsia="zh-CN"/>
        </w:rPr>
        <w:t xml:space="preserve">  甲方： </w:t>
      </w:r>
      <w:r>
        <w:rPr>
          <w:lang w:eastAsia="zh-CN"/>
        </w:rPr>
        <w:br/>
      </w:r>
      <w:r>
        <w:rPr>
          <w:lang w:eastAsia="zh-CN"/>
        </w:rPr>
        <w:t xml:space="preserve">    乙方： </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xml:space="preserve">    一、经甲乙双方协商达成一致，就__市__区白云乡__普通艺术中学拆迁还房建设项目承包给乙方。 </w:t>
      </w:r>
      <w:r>
        <w:rPr>
          <w:lang w:eastAsia="zh-CN"/>
        </w:rPr>
        <w:br/>
      </w:r>
      <w:r>
        <w:rPr>
          <w:lang w:eastAsia="zh-CN"/>
        </w:rPr>
        <w:t xml:space="preserve">    二、乙方的`责任和义务：乙方自愿承包白云乡海洋普通艺术中学拆迁还房工程，严格按照国家标准建设。 </w:t>
      </w:r>
      <w:r>
        <w:rPr>
          <w:lang w:eastAsia="zh-CN"/>
        </w:rPr>
        <w:br/>
      </w:r>
      <w:r>
        <w:rPr>
          <w:lang w:eastAsia="zh-CN"/>
        </w:rPr>
        <w:t xml:space="preserve">    三、甲方的责任和义务：本协议甲方就海洋普通艺术中学建设项目承包给乙方，在甲乙双方签定意向性协议之日，乙方向甲方先缴纳履约金现金人民币伍万元（小写：.00元）整给甲方，甲方承诺于2月内签订正式合同并开工。如在2月内开不了工，甲方必须退还缴纳的履约保证金，并承担一切法律责任。 </w:t>
      </w:r>
      <w:r>
        <w:rPr>
          <w:lang w:eastAsia="zh-CN"/>
        </w:rPr>
        <w:br/>
      </w:r>
      <w:r>
        <w:rPr>
          <w:lang w:eastAsia="zh-CN"/>
        </w:rPr>
        <w:t xml:space="preserve">    四、工程计算和付款方式：本工程按20__年清单报价不上浮，不下浮，按最新定额当时当地市场调差，付款方式按每月月进度支付给乙方已完工程量的70%，工程完工付款必须达到已完工程量的90%。 </w:t>
      </w:r>
      <w:r>
        <w:rPr>
          <w:lang w:eastAsia="zh-CN"/>
        </w:rPr>
        <w:br/>
      </w:r>
      <w:r>
        <w:rPr>
          <w:lang w:eastAsia="zh-CN"/>
        </w:rPr>
        <w:t xml:space="preserve">    五、本意向性协议一式两份，甲乙双方各执一份，协议具有法律效力，双方签字生效。 </w:t>
      </w:r>
      <w:r>
        <w:rPr>
          <w:lang w:eastAsia="zh-CN"/>
        </w:rPr>
        <w:br/>
      </w:r>
      <w:r>
        <w:rPr>
          <w:lang w:eastAsia="zh-CN"/>
        </w:rPr>
        <w:t xml:space="preserve">    甲方： </w:t>
      </w:r>
      <w:r>
        <w:rPr>
          <w:lang w:eastAsia="zh-CN"/>
        </w:rPr>
        <w:br/>
      </w:r>
      <w:r>
        <w:rPr>
          <w:lang w:eastAsia="zh-CN"/>
        </w:rPr>
        <w:t xml:space="preserve">    乙方： </w:t>
      </w:r>
      <w:r>
        <w:rPr>
          <w:lang w:eastAsia="zh-CN"/>
        </w:rPr>
        <w:br/>
      </w:r>
      <w:r>
        <w:rPr>
          <w:lang w:eastAsia="zh-CN"/>
        </w:rPr>
        <w:t xml:space="preserve">    年月日建筑工程承包协议书7 </w:t>
      </w:r>
      <w:r>
        <w:rPr>
          <w:lang w:eastAsia="zh-CN"/>
        </w:rPr>
        <w:br/>
      </w:r>
      <w:r>
        <w:rPr>
          <w:lang w:eastAsia="zh-CN"/>
        </w:rPr>
        <w:t xml:space="preserve">  对于建筑工程承包协议书大家了解过吗？知道建筑工程承包协议书包含哪些方面的内容吗？以下是精心准备的建筑工程承包协议书范文，大家可以参考以下内容哦！ </w:t>
      </w:r>
      <w:r>
        <w:rPr>
          <w:lang w:eastAsia="zh-CN"/>
        </w:rPr>
        <w:br/>
      </w:r>
      <w:r>
        <w:rPr>
          <w:lang w:eastAsia="zh-CN"/>
        </w:rPr>
        <w:t xml:space="preserve">    甲方： </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xml:space="preserve">    乙方： </w:t>
      </w:r>
      <w:r>
        <w:rPr>
          <w:lang w:eastAsia="zh-CN"/>
        </w:rPr>
        <w:br/>
      </w:r>
      <w:r>
        <w:rPr>
          <w:lang w:eastAsia="zh-CN"/>
        </w:rPr>
        <w:t xml:space="preserve">    合同签订地： </w:t>
      </w:r>
      <w:r>
        <w:rPr>
          <w:lang w:eastAsia="zh-CN"/>
        </w:rPr>
        <w:br/>
      </w:r>
      <w:r>
        <w:rPr>
          <w:lang w:eastAsia="zh-CN"/>
        </w:rPr>
        <w:t xml:space="preserve">    根据《中华人民共和国合同法》、《中华人民共和国建筑法》及其他有关法律、法规、条例、规章等，双方遵循平等、自愿、公平和诚实信用的原则，就本项目协商一致，订立协议并共同遵照执行。 </w:t>
      </w:r>
      <w:r>
        <w:rPr>
          <w:lang w:eastAsia="zh-CN"/>
        </w:rPr>
        <w:br/>
      </w:r>
      <w:r>
        <w:rPr>
          <w:lang w:eastAsia="zh-CN"/>
        </w:rPr>
        <w:t xml:space="preserve">    一、工程概况 </w:t>
      </w:r>
      <w:r>
        <w:rPr>
          <w:lang w:eastAsia="zh-CN"/>
        </w:rPr>
        <w:br/>
      </w:r>
      <w:r>
        <w:rPr>
          <w:lang w:eastAsia="zh-CN"/>
        </w:rPr>
        <w:t xml:space="preserve">    1、工程名称： </w:t>
      </w:r>
      <w:r>
        <w:rPr>
          <w:lang w:eastAsia="zh-CN"/>
        </w:rPr>
        <w:br/>
      </w:r>
      <w:r>
        <w:rPr>
          <w:lang w:eastAsia="zh-CN"/>
        </w:rPr>
        <w:t xml:space="preserve">    2、工程地点： </w:t>
      </w:r>
      <w:r>
        <w:rPr>
          <w:lang w:eastAsia="zh-CN"/>
        </w:rPr>
        <w:br/>
      </w:r>
      <w:r>
        <w:rPr>
          <w:lang w:eastAsia="zh-CN"/>
        </w:rPr>
        <w:t xml:space="preserve">    二、工程范围及内容： </w:t>
      </w:r>
      <w:r>
        <w:rPr>
          <w:lang w:eastAsia="zh-CN"/>
        </w:rPr>
        <w:br/>
      </w:r>
      <w:r>
        <w:rPr>
          <w:lang w:eastAsia="zh-CN"/>
        </w:rPr>
        <w:t xml:space="preserve">    工程量： </w:t>
      </w:r>
      <w:r>
        <w:rPr>
          <w:lang w:eastAsia="zh-CN"/>
        </w:rPr>
        <w:br/>
      </w:r>
      <w:r>
        <w:rPr>
          <w:lang w:eastAsia="zh-CN"/>
        </w:rPr>
        <w:t xml:space="preserve">    承包形式： </w:t>
      </w:r>
      <w:r>
        <w:rPr>
          <w:lang w:eastAsia="zh-CN"/>
        </w:rPr>
        <w:br/>
      </w:r>
      <w:r>
        <w:rPr>
          <w:lang w:eastAsia="zh-CN"/>
        </w:rPr>
        <w:t xml:space="preserve">    三、工期： </w:t>
      </w:r>
      <w:r>
        <w:rPr>
          <w:lang w:eastAsia="zh-CN"/>
        </w:rPr>
        <w:br/>
      </w:r>
      <w:r>
        <w:rPr>
          <w:lang w:eastAsia="zh-CN"/>
        </w:rPr>
        <w:t xml:space="preserve">    1、开工日期： </w:t>
      </w:r>
      <w:r>
        <w:rPr>
          <w:lang w:eastAsia="zh-CN"/>
        </w:rPr>
        <w:br/>
      </w:r>
      <w:r>
        <w:rPr>
          <w:lang w:eastAsia="zh-CN"/>
        </w:rPr>
        <w:t xml:space="preserve">    2、竣工日期： </w:t>
      </w:r>
      <w:r>
        <w:rPr>
          <w:lang w:eastAsia="zh-CN"/>
        </w:rPr>
        <w:br/>
      </w:r>
      <w:r>
        <w:rPr>
          <w:lang w:eastAsia="zh-CN"/>
        </w:rPr>
        <w:t xml:space="preserve">    3、合同总工期为 工作日。期间如遇连续大雨等无法抗拒的特殊天气，经甲方和监理签字认可后，工期可相应顺延。 </w:t>
      </w:r>
      <w:r>
        <w:rPr>
          <w:lang w:eastAsia="zh-CN"/>
        </w:rPr>
        <w:br/>
      </w:r>
      <w:r>
        <w:rPr>
          <w:lang w:eastAsia="zh-CN"/>
        </w:rPr>
        <w:t xml:space="preserve">    四、质量标准采用下列： </w:t>
      </w:r>
      <w:r>
        <w:rPr>
          <w:lang w:eastAsia="zh-CN"/>
        </w:rPr>
        <w:br/>
      </w:r>
      <w:r>
        <w:rPr>
          <w:lang w:eastAsia="zh-CN"/>
        </w:rPr>
        <w:t xml:space="preserve">    1、工程质量达到省优至鲁班奖; </w:t>
      </w:r>
      <w:r>
        <w:rPr>
          <w:lang w:eastAsia="zh-CN"/>
        </w:rPr>
        <w:br/>
      </w:r>
      <w:r>
        <w:rPr>
          <w:lang w:eastAsia="zh-CN"/>
        </w:rPr>
        <w:t xml:space="preserve">    2、工程质量评定等级为优良; </w:t>
      </w:r>
      <w:r>
        <w:rPr>
          <w:lang w:eastAsia="zh-CN"/>
        </w:rPr>
        <w:br/>
      </w:r>
      <w:r>
        <w:rPr>
          <w:lang w:eastAsia="zh-CN"/>
        </w:rPr>
        <w:t xml:space="preserve">    3、符合国家质量验收标准; </w:t>
      </w:r>
      <w:r>
        <w:rPr>
          <w:lang w:eastAsia="zh-CN"/>
        </w:rPr>
        <w:br/>
      </w:r>
      <w:r>
        <w:rPr>
          <w:lang w:eastAsia="zh-CN"/>
        </w:rPr>
        <w:t xml:space="preserve">    4、双方约定的标准、具体为： </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xml:space="preserve">    五、合同价款 </w:t>
      </w:r>
      <w:r>
        <w:rPr>
          <w:lang w:eastAsia="zh-CN"/>
        </w:rPr>
        <w:br/>
      </w:r>
      <w:r>
        <w:rPr>
          <w:lang w:eastAsia="zh-CN"/>
        </w:rPr>
        <w:t xml:space="preserve">    本合同工程价款结算采用下列 种方式： </w:t>
      </w:r>
      <w:r>
        <w:rPr>
          <w:lang w:eastAsia="zh-CN"/>
        </w:rPr>
        <w:br/>
      </w:r>
      <w:r>
        <w:rPr>
          <w:lang w:eastAsia="zh-CN"/>
        </w:rPr>
        <w:t xml:space="preserve">    1、采用一次性包死总价的固定价格方式，总价为 ，如今后涉及工程变更和增加工程量的，增加部分按实结算。若变更增加工程量在5%以内,双方不再签订补充协议，若变更增加工程量超过5%的，双方应另行签订补充协议 。 2、按实际发生的工程量结算。并按下列约定执行： </w:t>
      </w:r>
      <w:r>
        <w:rPr>
          <w:lang w:eastAsia="zh-CN"/>
        </w:rPr>
        <w:br/>
      </w:r>
      <w:r>
        <w:rPr>
          <w:lang w:eastAsia="zh-CN"/>
        </w:rPr>
        <w:t xml:space="preserve">    (1) 工程预算价： (工程结束后按实结算) </w:t>
      </w:r>
      <w:r>
        <w:rPr>
          <w:lang w:eastAsia="zh-CN"/>
        </w:rPr>
        <w:br/>
      </w:r>
      <w:r>
        <w:rPr>
          <w:lang w:eastAsia="zh-CN"/>
        </w:rPr>
        <w:t xml:space="preserve">    工程单价: (含外运等其他一切费用) </w:t>
      </w:r>
      <w:r>
        <w:rPr>
          <w:lang w:eastAsia="zh-CN"/>
        </w:rPr>
        <w:br/>
      </w:r>
      <w:r>
        <w:rPr>
          <w:lang w:eastAsia="zh-CN"/>
        </w:rPr>
        <w:t xml:space="preserve">    (2)按实际发生的工程量，结合江苏省有关工程定额标准计算，由乙方报决算价，经监理及甲方审核后，由会计事务所或 进行审计确认。 </w:t>
      </w:r>
      <w:r>
        <w:rPr>
          <w:lang w:eastAsia="zh-CN"/>
        </w:rPr>
        <w:br/>
      </w:r>
      <w:r>
        <w:rPr>
          <w:lang w:eastAsia="zh-CN"/>
        </w:rPr>
        <w:t xml:space="preserve">    (3)所有工程量必须在每月 日前，由乙方向甲方提交月统计报表或已完工程量报告，须经监理及甲方审核同意。 </w:t>
      </w:r>
      <w:r>
        <w:rPr>
          <w:lang w:eastAsia="zh-CN"/>
        </w:rPr>
        <w:br/>
      </w:r>
      <w:r>
        <w:rPr>
          <w:lang w:eastAsia="zh-CN"/>
        </w:rPr>
        <w:t xml:space="preserve">    (4)若涉及工程变更及增加工程量的，须经甲方项目负责人下达指令，变更签证除应由监理方签字外，还须由甲方工程部和有关项目负责人签字，并在实际发生日的十五日内报甲方计财部负责人复核签字，并由甲方分管领导签字，以及最终由总经理审批后方可生效，否则甲方有权不予认可。 </w:t>
      </w:r>
      <w:r>
        <w:rPr>
          <w:lang w:eastAsia="zh-CN"/>
        </w:rPr>
        <w:br/>
      </w:r>
      <w:r>
        <w:rPr>
          <w:lang w:eastAsia="zh-CN"/>
        </w:rPr>
        <w:t xml:space="preserve">    (5)变更工程量在总承包价5%以内，无需追加合同，超过5%，须另订合同。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xml:space="preserve"> (6)取费标准及说明：土石方量测量执行省市有关土石方验收标准，土方量按实结算。</w:t>
      </w:r>
      <w:r>
        <w:rPr>
          <w:lang w:eastAsia="zh-CN"/>
        </w:rPr>
        <w:t xml:space="preserve"> </w:t>
      </w:r>
      <w:r>
        <w:rPr>
          <w:lang w:eastAsia="zh-CN"/>
        </w:rPr>
        <w:br/>
      </w:r>
      <w:r>
        <w:rPr>
          <w:lang w:eastAsia="zh-CN"/>
        </w:rPr>
        <w:t xml:space="preserve">    (7)工程量核算确认方式说明: 完成合格工作量上报甲方审核报批，并编制统计报表上报监理，取得监理、甲方的确认后方可。 </w:t>
      </w:r>
      <w:r>
        <w:rPr>
          <w:lang w:eastAsia="zh-CN"/>
        </w:rPr>
        <w:br/>
      </w:r>
      <w:r>
        <w:rPr>
          <w:lang w:eastAsia="zh-CN"/>
        </w:rPr>
        <w:t xml:space="preserve">    (8)合同协议一经签字，不受市场价格变化影响，按合同及协议约定标准进行结算。 </w:t>
      </w:r>
      <w:r>
        <w:rPr>
          <w:lang w:eastAsia="zh-CN"/>
        </w:rPr>
        <w:br/>
      </w:r>
      <w:r>
        <w:rPr>
          <w:lang w:eastAsia="zh-CN"/>
        </w:rPr>
        <w:t xml:space="preserve">    六、付款方式 </w:t>
      </w:r>
      <w:r>
        <w:rPr>
          <w:lang w:eastAsia="zh-CN"/>
        </w:rPr>
        <w:br/>
      </w:r>
      <w:r>
        <w:rPr>
          <w:lang w:eastAsia="zh-CN"/>
        </w:rPr>
        <w:t xml:space="preserve">    1、本工程预算款为： </w:t>
      </w:r>
      <w:r>
        <w:rPr>
          <w:lang w:eastAsia="zh-CN"/>
        </w:rPr>
        <w:br/>
      </w:r>
      <w:r>
        <w:rPr>
          <w:lang w:eastAsia="zh-CN"/>
        </w:rPr>
        <w:t xml:space="preserve">    扣回工程预付款的方式为: </w:t>
      </w:r>
      <w:r>
        <w:rPr>
          <w:lang w:eastAsia="zh-CN"/>
        </w:rPr>
        <w:br/>
      </w:r>
      <w:r>
        <w:rPr>
          <w:lang w:eastAsia="zh-CN"/>
        </w:rPr>
        <w:t xml:space="preserve">    2、工程款按 方式支付，具体为： </w:t>
      </w:r>
      <w:r>
        <w:rPr>
          <w:lang w:eastAsia="zh-CN"/>
        </w:rPr>
        <w:br/>
      </w:r>
      <w:r>
        <w:rPr>
          <w:lang w:eastAsia="zh-CN"/>
        </w:rPr>
        <w:t xml:space="preserve">    (1)本工程无预付款; </w:t>
      </w:r>
      <w:r>
        <w:rPr>
          <w:lang w:eastAsia="zh-CN"/>
        </w:rPr>
        <w:br/>
      </w:r>
      <w:r>
        <w:rPr>
          <w:lang w:eastAsia="zh-CN"/>
        </w:rPr>
        <w:t xml:space="preserve">    (2)按每月完成工程量统计报表，经监理、甲方审核确认后，支付合格已完工工程款的 %; </w:t>
      </w:r>
      <w:r>
        <w:rPr>
          <w:lang w:eastAsia="zh-CN"/>
        </w:rPr>
        <w:br/>
      </w:r>
      <w:r>
        <w:rPr>
          <w:lang w:eastAsia="zh-CN"/>
        </w:rPr>
        <w:t xml:space="preserve">    (3) </w:t>
      </w:r>
      <w:r>
        <w:rPr>
          <w:lang w:eastAsia="zh-CN"/>
        </w:rPr>
        <w:br/>
      </w:r>
      <w:r>
        <w:rPr>
          <w:lang w:eastAsia="zh-CN"/>
        </w:rPr>
        <w:t xml:space="preserve">    (4) </w:t>
      </w:r>
      <w:r>
        <w:rPr>
          <w:lang w:eastAsia="zh-CN"/>
        </w:rPr>
        <w:br/>
      </w:r>
      <w:r>
        <w:rPr>
          <w:lang w:eastAsia="zh-CN"/>
        </w:rPr>
        <w:t xml:space="preserve">    (5)总工程款的 %作为质量保证金，若无质量问题及其它违约情形， 后支付给乙方。相反，如存在质量问题及出现其它违约情形，甲方有权直接扣付乙方质保金，如给甲方造成的损失超过质保金数额，乙方对超出部分仍应予赔偿。 </w:t>
      </w:r>
      <w:r>
        <w:rPr>
          <w:lang w:eastAsia="zh-CN"/>
        </w:rPr>
        <w:br/>
      </w:r>
      <w:r>
        <w:rPr>
          <w:lang w:eastAsia="zh-CN"/>
        </w:rPr>
        <w:t xml:space="preserve">    七、材料、设备供应： </w:t>
      </w:r>
      <w:r>
        <w:rPr>
          <w:lang w:eastAsia="zh-CN"/>
        </w:rPr>
        <w:br/>
      </w:r>
      <w:r>
        <w:rPr>
          <w:lang w:eastAsia="zh-CN"/>
        </w:rPr>
        <w:t xml:space="preserve">    八、质量及验收 </w:t>
      </w:r>
      <w:r>
        <w:rPr>
          <w:lang w:eastAsia="zh-CN"/>
        </w:rPr>
        <w:br/>
      </w:r>
      <w:r>
        <w:rPr>
          <w:lang w:eastAsia="zh-CN"/>
        </w:rPr>
        <w:t xml:space="preserve">  </w:t>
      </w:r>
      <w:r>
        <w:rPr>
          <w:lang w:eastAsia="zh-CN"/>
        </w:rPr>
        <w:t xml:space="preserve"> </w:t>
      </w:r>
      <w:r>
        <w:rPr>
          <w:lang w:eastAsia="zh-CN"/>
        </w:rPr>
        <w:t xml:space="preserve"> 1、工程质量必须符合本协议第四条约定标准，并按现行国家验收规范执行。质量保证期</w:t>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xml:space="preserve"> 年，如工程内容涉及主体结构的，应终身质保。</w:t>
      </w:r>
      <w:r>
        <w:rPr>
          <w:lang w:eastAsia="zh-CN"/>
        </w:rPr>
        <w:t xml:space="preserve"> </w:t>
      </w:r>
      <w:r>
        <w:rPr>
          <w:lang w:eastAsia="zh-CN"/>
        </w:rPr>
        <w:br/>
      </w:r>
      <w:r>
        <w:rPr>
          <w:lang w:eastAsia="zh-CN"/>
        </w:rPr>
        <w:t xml:space="preserve">    2、项目经理须持有省建委核发的`岗位证书，且在建工程不得超过两个，项目经理在现场的时间每天不低于 小时，负责处理工程上有关事务。 </w:t>
      </w:r>
      <w:r>
        <w:rPr>
          <w:lang w:eastAsia="zh-CN"/>
        </w:rPr>
        <w:br/>
      </w:r>
      <w:r>
        <w:rPr>
          <w:lang w:eastAsia="zh-CN"/>
        </w:rPr>
        <w:t xml:space="preserve">    3、乙方所有进场人员未经甲方认可不得任意调换，若确实需更换，应提前3天以书面形式向甲方申请，否则，乙方任意调换人员达30%时，甲方有权终止合同，乙方无条件退场。 </w:t>
      </w:r>
      <w:r>
        <w:rPr>
          <w:lang w:eastAsia="zh-CN"/>
        </w:rPr>
        <w:br/>
      </w:r>
      <w:r>
        <w:rPr>
          <w:lang w:eastAsia="zh-CN"/>
        </w:rPr>
        <w:t xml:space="preserve">    4、工程质量验收必须按规范进行，所有工程资料须与工程施工同步进行，随时供有关部门及人员查阅，不合格资料及时修正。 </w:t>
      </w:r>
      <w:r>
        <w:rPr>
          <w:lang w:eastAsia="zh-CN"/>
        </w:rPr>
        <w:br/>
      </w:r>
      <w:r>
        <w:rPr>
          <w:lang w:eastAsia="zh-CN"/>
        </w:rPr>
        <w:t xml:space="preserve">    5、分项工序验收，以及隐蔽工程验收，必须经甲方及监理签字验收后方可进行下道工序施工。 </w:t>
      </w:r>
      <w:r>
        <w:rPr>
          <w:lang w:eastAsia="zh-CN"/>
        </w:rPr>
        <w:br/>
      </w:r>
      <w:r>
        <w:rPr>
          <w:lang w:eastAsia="zh-CN"/>
        </w:rPr>
        <w:t xml:space="preserve">    6、甲方及监理应在收到乙方请验报告后 小时内验收完毕并出具书面验收意见。平时甲方定期或不定期抽查，发现质量问题时，出具限期书面整改意见，乙方必须按甲方要求限期整改。若多次发现质量问题，或经两次整改仍不符合要求，甲方有权根据情况要求支付违约金，严重的责令退场，一切损失由乙方负责。 </w:t>
      </w:r>
      <w:r>
        <w:rPr>
          <w:lang w:eastAsia="zh-CN"/>
        </w:rPr>
        <w:br/>
      </w:r>
      <w:r>
        <w:rPr>
          <w:lang w:eastAsia="zh-CN"/>
        </w:rPr>
        <w:t xml:space="preserve">    7、竣工后，乙方应书面通知甲方及监理验收，乙方在竣工后 天内提供符合规范性要求的竣工图及全部竣工资料，并应一式 份。 </w:t>
      </w:r>
      <w:r>
        <w:rPr>
          <w:lang w:eastAsia="zh-CN"/>
        </w:rPr>
        <w:br/>
      </w:r>
      <w:r>
        <w:rPr>
          <w:lang w:eastAsia="zh-CN"/>
        </w:rPr>
        <w:t xml:space="preserve">    8、其他约定 ： 按图纸说明施工，达到甲方、监理的要求，禁止随地洒落、倾倒。 </w:t>
      </w:r>
      <w:r>
        <w:rPr>
          <w:lang w:eastAsia="zh-CN"/>
        </w:rPr>
        <w:br/>
      </w:r>
      <w:r>
        <w:rPr>
          <w:lang w:eastAsia="zh-CN"/>
        </w:rPr>
        <w:t xml:space="preserve">    九、施工组织与工期 </w:t>
      </w:r>
      <w:r>
        <w:rPr>
          <w:lang w:eastAsia="zh-CN"/>
        </w:rPr>
        <w:br/>
      </w:r>
      <w:r>
        <w:rPr>
          <w:lang w:eastAsia="zh-CN"/>
        </w:rPr>
        <w:t xml:space="preserve">  </w:t>
      </w:r>
      <w:r>
        <w:rPr>
          <w:lang w:eastAsia="zh-CN"/>
        </w:rPr>
        <w:t xml:space="preserve"> </w:t>
      </w:r>
    </w:p>
    <w:p w:rsidR="001B1F19" w14:textId="27C3F48A">
      <w:pPr>
        <w:rPr>
          <w:lang w:eastAsia="zh-CN"/>
        </w:rPr>
      </w:pPr>
      <w:r>
        <w:rPr>
          <w:lang w:eastAsia="zh-CN"/>
        </w:rPr>
        <w:t xml:space="preserve"> 1、乙方在收到甲方正式施工图纸三日内向甲方提交书面施工组织方案，乙方自行办理开工报告等相关手续，甲方对乙方的施工组织方案进行审核批准，安排图纸技术交底。</w:t>
      </w:r>
      <w:r>
        <w:rPr>
          <w:lang w:eastAsia="zh-CN"/>
        </w:rPr>
        <w:t xml:space="preserve"> </w:t>
      </w:r>
      <w:r>
        <w:rPr>
          <w:lang w:eastAsia="zh-CN"/>
        </w:rPr>
        <w:br/>
      </w:r>
      <w:r>
        <w:rPr>
          <w:lang w:eastAsia="zh-CN"/>
        </w:rPr>
        <w:t xml:space="preserve">    2、乙方必须按合同工期和批准的进度计划组织施工，接受甲方、监理对工程进度的监督、检查，工程实际进度与计划不符时，甲方、监理有权责令限期改进，乙方应按甲方、监理的要求提出整改措施报甲方、监理审批后执行，期间赶工费用由乙方自理。月进度明显滞后于进度计划时，甲方有权暂停支付工程款。若乙方明显无力按约定工期完工时，甲方有权调换施工队伍，乙方应在按到甲方退场通知的十日内无条件退场，并撤出所有人员及设备，工程款按实际完成工程量的 %支付，否则甲方不支付任何款项，每拖延一天按总工程款的2 ‰承担延期违约金，造成其它损失的，应全额赔偿。 </w:t>
      </w:r>
      <w:r>
        <w:rPr>
          <w:lang w:eastAsia="zh-CN"/>
        </w:rPr>
        <w:br/>
      </w:r>
      <w:r>
        <w:rPr>
          <w:lang w:eastAsia="zh-CN"/>
        </w:rPr>
        <w:t xml:space="preserve">    3、项目经理 ：现场代表(乙方)： </w:t>
      </w:r>
      <w:r>
        <w:rPr>
          <w:lang w:eastAsia="zh-CN"/>
        </w:rPr>
        <w:br/>
      </w:r>
      <w:r>
        <w:rPr>
          <w:lang w:eastAsia="zh-CN"/>
        </w:rPr>
        <w:t xml:space="preserve">    监理： 现场代表(甲方)： </w:t>
      </w:r>
      <w:r>
        <w:rPr>
          <w:lang w:eastAsia="zh-CN"/>
        </w:rPr>
        <w:br/>
      </w:r>
      <w:r>
        <w:rPr>
          <w:lang w:eastAsia="zh-CN"/>
        </w:rPr>
        <w:t xml:space="preserve">    4、施工中的水、电、食宿、工具等设施的约定：乙方自行解决 </w:t>
      </w:r>
      <w:r>
        <w:rPr>
          <w:lang w:eastAsia="zh-CN"/>
        </w:rPr>
        <w:br/>
      </w:r>
      <w:r>
        <w:rPr>
          <w:lang w:eastAsia="zh-CN"/>
        </w:rPr>
        <w:t xml:space="preserve">    十、安全及文明施工与管理 </w:t>
      </w:r>
      <w:r>
        <w:rPr>
          <w:lang w:eastAsia="zh-CN"/>
        </w:rPr>
        <w:br/>
      </w:r>
      <w:r>
        <w:rPr>
          <w:lang w:eastAsia="zh-CN"/>
        </w:rPr>
        <w:t xml:space="preserve">    1、乙方须严格执行有关安全操作管理规范。 </w:t>
      </w:r>
      <w:r>
        <w:rPr>
          <w:lang w:eastAsia="zh-CN"/>
        </w:rPr>
        <w:br/>
      </w:r>
      <w:r>
        <w:rPr>
          <w:lang w:eastAsia="zh-CN"/>
        </w:rPr>
        <w:t xml:space="preserve">    2、不得招收无身份证、有劣迹、身体残疾人员及童工。否则后果自负。 </w:t>
      </w:r>
      <w:r>
        <w:rPr>
          <w:lang w:eastAsia="zh-CN"/>
        </w:rPr>
        <w:br/>
      </w:r>
      <w:r>
        <w:rPr>
          <w:lang w:eastAsia="zh-CN"/>
        </w:rPr>
        <w:t xml:space="preserve">    3、特殊工程需持有劳动部门核发的上岗证，持证上岗。 </w:t>
      </w:r>
      <w:r>
        <w:rPr>
          <w:lang w:eastAsia="zh-CN"/>
        </w:rPr>
        <w:br/>
      </w:r>
      <w:r>
        <w:rPr>
          <w:lang w:eastAsia="zh-CN"/>
        </w:rPr>
        <w:t xml:space="preserve">    4、在施工过程中发生的工伤事故或其他内部纠纷，由乙方自行处理并承担全部经济责任。 </w:t>
      </w:r>
      <w:r>
        <w:rPr>
          <w:lang w:eastAsia="zh-CN"/>
        </w:rPr>
        <w:br/>
      </w:r>
      <w:r>
        <w:rPr>
          <w:lang w:eastAsia="zh-CN"/>
        </w:rPr>
        <w:t xml:space="preserve">    5、所有机械设备需满足工程施工需要，特殊设备须有安检证明。 </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https://d.book118.com/016031123055010054</w:t>
        </w:r>
      </w:hyperlink>
    </w:p>
    <w:p w:rsidR="001B1F19">
      <w:pPr>
        <w:rPr>
          <w:lang w:eastAsia="zh-CN"/>
        </w:rPr>
      </w:pPr>
    </w:p>
    <w:sectPr>
      <w:type w:val="nextPage"/>
      <w:pgSz w:w="11906" w:h="16838"/>
      <w:pgMar w:top="1440" w:right="1800" w:bottom="1440" w:left="1800" w:header="851" w:footer="992" w:gutter="0"/>
      <w:pgNumType w:start="2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1603112305501005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