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销售计划书样本（30篇）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销售计划书样本（精选30篇）</w:t>
      </w:r>
      <w:r>
        <w:rPr>
          <w:lang w:eastAsia="zh-CN"/>
        </w:rPr>
        <w:br/>
      </w:r>
      <w:r>
        <w:rPr>
          <w:lang w:eastAsia="zh-CN"/>
        </w:rPr>
        <w:t xml:space="preserve">    销售计划书样本 篇1 </w:t>
      </w:r>
      <w:r>
        <w:rPr>
          <w:lang w:eastAsia="zh-CN"/>
        </w:rPr>
        <w:br/>
      </w:r>
      <w:r>
        <w:rPr>
          <w:lang w:eastAsia="zh-CN"/>
        </w:rPr>
        <w:t>　　在度过了紧张的20__年之后，房产行业总算是保住了市场上的地位。我在房产公司上班也是有很长时间了，对房产市场的情况不说是十分的了解，但总是还有点造诣的。相信随着市场的逐渐回暖，房产市场是会回到一个正确的轨道中来的。我对房产公司的前景还是比较看好的，所以我会一直坚持在房产公司上班!</w:t>
      </w:r>
      <w:r>
        <w:rPr>
          <w:lang w:eastAsia="zh-CN"/>
        </w:rPr>
        <w:br/>
      </w:r>
      <w:r>
        <w:rPr>
          <w:lang w:eastAsia="zh-CN"/>
        </w:rPr>
        <w:t>　　20__年是我们__地产公司业务开展至关重大的开局之年，对于一个刚刚踏入房产中介市场的新人来说，也是一个充满挑战，机遇与压力并重的开始的一年。因此，为了我要调整工作心态、增强责任意识、服务意识，充分认识并做好厂房中介的工作。为此，在厂房部的朱、郭两位同事的热心帮助下，我逐步认识本部门的基本业务工作，也充分认识到自己目前各方面的不足，为了尽快的成长为一名职业经纪人，我订立了以下年度工作计划：</w:t>
      </w:r>
      <w:r>
        <w:rPr>
          <w:lang w:eastAsia="zh-CN"/>
        </w:rPr>
        <w:br/>
      </w:r>
      <w:r>
        <w:rPr>
          <w:lang w:eastAsia="zh-CN"/>
        </w:rPr>
        <w:t>　　一、加强自己思想建设，增强全局意识、增强责任感、增强服务意识、增强团队意识。积极主动地把工作做到点上、落到实处。我将尽我最大的能力减轻领导的压力。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制订学习计划。做房产市场中介是需要根据市场不停的变化局面，不断调整经营思路的工作，学习对于业务人员来说至关重要，因为它直接关系到一个业务人员与时俱进的步伐和业务方面的生命力。我会适时的根据需要调整我的学习方向来补充新的能量。工业知识、营销知识、部门管理等相关厂房的知识都是我要掌握的内容，知己知彼，方能百战不殆(在这方面还希望公司给与我们业务人员支持)。</w:t>
      </w:r>
      <w:r>
        <w:rPr>
          <w:lang w:eastAsia="zh-CN"/>
        </w:rPr>
        <w:br/>
      </w:r>
      <w:r>
        <w:rPr>
          <w:lang w:eastAsia="zh-CN"/>
        </w:rPr>
        <w:t>　　三、熟悉公司的规章制度和基本业务工作。作为一位新员工，本人通过对此业务的接触，使我对公司的业务有了更好地了解，但距离还差得很远。这对于业务员来讲是一大缺陷，希望公司以后有时间能定期为新员工组织学习和培训，以便于工作起来更加得心顺手。</w:t>
      </w:r>
      <w:r>
        <w:rPr>
          <w:lang w:eastAsia="zh-CN"/>
        </w:rPr>
        <w:br/>
      </w:r>
      <w:r>
        <w:rPr>
          <w:lang w:eastAsia="zh-CN"/>
        </w:rPr>
        <w:t>　　1、年底的工作是一年当中的顶峰时期，加之我们一年的厂房推界、客户推广，我相信是我们厂房部最热火朝天的时间。我们部门会充分的根据实际情况、时间特点去做好客户开发工作，并根据市场变化及时调节我部的工作思路。争取把厂房工作业绩做到最大化!</w:t>
      </w:r>
      <w:r>
        <w:rPr>
          <w:lang w:eastAsia="zh-CN"/>
        </w:rPr>
        <w:br/>
      </w:r>
      <w:r>
        <w:rPr>
          <w:lang w:eastAsia="zh-CN"/>
        </w:rPr>
        <w:t>　　2、在第一季度，以业务学习为主，由于我们公司正值开张期间，部门的计划制定还未完成，节后还会处于一个市场低潮期，我会充分利用这段时间补充相关业务知识，认真学习公司得规章制度，与公司人员充分认识合作;通过到周边镇区工业园实地扫盘，以期找到新的盘源和了解镇区工业厂房情况;通过上网，电话，陌生人拜访多种方式联系客户，加紧联络客户感情，到以期组成一个强大的客户群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3、在第二季度的时候，公司已正式走上轨道，工业厂房市场会迎来一个小小的高峰期，在对业务有了一定了解熟悉得情况下，我会努力争取尽快开单，从而正式转正成为我们公司的员工。并与朱、郭两经理一起培训新加入的员工，让厂房部早日成长起来。</w:t>
      </w:r>
      <w:r>
        <w:rPr>
          <w:lang w:eastAsia="zh-CN"/>
        </w:rPr>
        <w:br/>
      </w:r>
      <w:r>
        <w:rPr>
          <w:lang w:eastAsia="zh-CN"/>
        </w:rPr>
        <w:t>　　4、第三季度的十一中秋双节，市场会给后半年带来一个良好的开端。并且，随着我公司铺设数量的增加，一些规模较大的客户就可以逐步渗入进来了，为年底的厂房市场大战做好充分的准备。此时我会伙同公司其他员工竭尽全力为公司进一步发展做出努力。</w:t>
      </w:r>
      <w:r>
        <w:rPr>
          <w:lang w:eastAsia="zh-CN"/>
        </w:rPr>
        <w:br/>
      </w:r>
      <w:r>
        <w:rPr>
          <w:lang w:eastAsia="zh-CN"/>
        </w:rPr>
        <w:t>　　以上，是我对20__年的一些设想，可能还很不成熟，希望领导指正。火车跑的快还靠车头带，我希望得到公司领导、部门领导的正确引导和帮助。展望20__年，我会更加努力、认真负责的去对待每一个业务，也力争赢的机会去寻求更多的客户，争取更多的单，完善厂房部门的工作。相信自己会完成新的任务，能迎接新的挑战。</w:t>
      </w:r>
      <w:r>
        <w:rPr>
          <w:lang w:eastAsia="zh-CN"/>
        </w:rPr>
        <w:br/>
      </w:r>
      <w:r>
        <w:rPr>
          <w:lang w:eastAsia="zh-CN"/>
        </w:rPr>
        <w:t>　　20__年，更多的挑战在等着我，我已经做好准备了。在新的一年，我相信我能够做的更好，这是我肯定灰要做好的。展望这过去一段时间的工作，我对将来的工作有了更多的期待，我相信我能够做的更好。在不断的发展中，公司得到了进步，我的知识和业务水平也都得到了进步，相信自己一定能够做好，20__年，我一直在期待!</w:t>
      </w:r>
      <w:r>
        <w:rPr>
          <w:lang w:eastAsia="zh-CN"/>
        </w:rPr>
        <w:br/>
      </w:r>
      <w:r>
        <w:rPr>
          <w:lang w:eastAsia="zh-CN"/>
        </w:rPr>
        <w:t xml:space="preserve">    销售计划书样本 篇2 </w:t>
      </w:r>
      <w:r>
        <w:rPr>
          <w:lang w:eastAsia="zh-CN"/>
        </w:rPr>
        <w:br/>
      </w:r>
      <w:r>
        <w:rPr>
          <w:lang w:eastAsia="zh-CN"/>
        </w:rPr>
        <w:t>　　一、营销背景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该博览中心占地面积达6000平方米,条件得天独厚,管理先进，后期服务及其相关的工商、税务、银行、交管等配套服务齐全，能够为客户提供一体化、全面化的优质服务，使广大的汽车以及其他附属行业的经营者能够轻松的经营，免去多个烦琐程序。为广大的汽车及负数行业的经营者提供了一个更加完善的;有着广阔市场前景的现代化汽车交易场所。</w:t>
      </w:r>
      <w:r>
        <w:rPr>
          <w:lang w:eastAsia="zh-CN"/>
        </w:rPr>
        <w:br/>
      </w:r>
      <w:r>
        <w:rPr>
          <w:lang w:eastAsia="zh-CN"/>
        </w:rPr>
        <w:t>　　为了更好的开展宣传活动，提高知名度，能够使南方汽车博览中心在大众的心目中有更高好地位，营造声势，前期的广告能够合理的、科学的运做;顺利的实施，受其委托，特安排制定南方汽车博览中心前期的广告投放计划。</w:t>
      </w:r>
      <w:r>
        <w:rPr>
          <w:lang w:eastAsia="zh-CN"/>
        </w:rPr>
        <w:br/>
      </w:r>
      <w:r>
        <w:rPr>
          <w:lang w:eastAsia="zh-CN"/>
        </w:rPr>
        <w:t>　　二、 市场分析</w:t>
      </w:r>
      <w:r>
        <w:rPr>
          <w:lang w:eastAsia="zh-CN"/>
        </w:rPr>
        <w:br/>
      </w:r>
      <w:r>
        <w:rPr>
          <w:lang w:eastAsia="zh-CN"/>
        </w:rPr>
        <w:t>　　1、 市场环境优势分析</w:t>
      </w:r>
      <w:r>
        <w:rPr>
          <w:lang w:eastAsia="zh-CN"/>
        </w:rPr>
        <w:br/>
      </w:r>
      <w:r>
        <w:rPr>
          <w:lang w:eastAsia="zh-CN"/>
        </w:rPr>
        <w:t>　　A、 东风日产汽车博览中心位于解放公园路旁，交通十分便利快捷，本中心以东风日产汽车为中心，辐射武汉、襄樊、黄陂、荆州等周边镇区，地理环境非常优越。</w:t>
      </w:r>
      <w:r>
        <w:rPr>
          <w:lang w:eastAsia="zh-CN"/>
        </w:rPr>
        <w:br/>
      </w:r>
      <w:r>
        <w:rPr>
          <w:lang w:eastAsia="zh-CN"/>
        </w:rPr>
        <w:t>　　B、 东风日产汽车博览中心位于居住很集中的地方。周边镇区有着密集的制造业和加工业发达，在今后的几年中，东风日产汽车的经济将会飞速的发展，为其他汽车展览中心创造更加优越的经济环境。</w:t>
      </w:r>
      <w:r>
        <w:rPr>
          <w:lang w:eastAsia="zh-CN"/>
        </w:rPr>
        <w:br/>
      </w:r>
      <w:r>
        <w:rPr>
          <w:lang w:eastAsia="zh-CN"/>
        </w:rPr>
        <w:t>　　C、</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随着经济的进一步增长，人民生活水平的逐步提高，汽车以及其附属行业将会有一个新的飞跃，在今后的几年，汽车的消费将会是大众的主流消费，家庭和个人用车将更加普及，而汽车的消费将更加的贴近大众化，这些都为东风日产汽车博览中心的今后发展创造良好的市场机会。</w:t>
      </w:r>
      <w:r>
        <w:rPr>
          <w:lang w:eastAsia="zh-CN"/>
        </w:rPr>
        <w:br/>
      </w:r>
      <w:r>
        <w:rPr>
          <w:lang w:eastAsia="zh-CN"/>
        </w:rPr>
        <w:t>　　2、 自身优势分析</w:t>
      </w:r>
      <w:r>
        <w:rPr>
          <w:lang w:eastAsia="zh-CN"/>
        </w:rPr>
        <w:br/>
      </w:r>
      <w:r>
        <w:rPr>
          <w:lang w:eastAsia="zh-CN"/>
        </w:rPr>
        <w:t>　　A、 现及其周边的汽车销售较为零散，而且大部分的配套服务设施不是很完善，东风日产汽车博览中心是机器周边地区的第一座现代化汽车交易市场，该中心的落成将会吸引更多的汽车及其附属行业的客户关注，并咨询投资，市场前景非常广阔。</w:t>
      </w:r>
      <w:r>
        <w:rPr>
          <w:lang w:eastAsia="zh-CN"/>
        </w:rPr>
        <w:br/>
      </w:r>
      <w:r>
        <w:rPr>
          <w:lang w:eastAsia="zh-CN"/>
        </w:rPr>
        <w:t>　　B、 自身环境优越，占地面积大，整个博览中心布局合理，大型停车场、展厅、交易厅等相关配套设施齐全完善，是集销售、售后服务、配件供应等为一体的综合性汽车专业交易市场，整个中心设计高、质量好，是乃至整个湖北地区设备先进、功能齐全的第一个高级汽车交易中心。</w:t>
      </w:r>
      <w:r>
        <w:rPr>
          <w:lang w:eastAsia="zh-CN"/>
        </w:rPr>
        <w:br/>
      </w:r>
      <w:r>
        <w:rPr>
          <w:lang w:eastAsia="zh-CN"/>
        </w:rPr>
        <w:t>　　C、 高品质的服务，工商、税务、交管、银行、保险等服务配套设施将进场办公，将会为汽车的交易免去很多烦琐的程序，使整个汽车交易更加快捷顺畅。会员俱乐部、信息中心等相关配套设施完善，能够为客户提供优质的一流服务，为汽车及其附属经销商提供汽车文化，新车投放以及现场促销等活动，并配有汽车美容、装潢的项目，使整个交易中心更加规范化、一体化。</w:t>
      </w:r>
      <w:r>
        <w:rPr>
          <w:lang w:eastAsia="zh-CN"/>
        </w:rPr>
        <w:br/>
      </w:r>
      <w:r>
        <w:rPr>
          <w:lang w:eastAsia="zh-CN"/>
        </w:rPr>
        <w:t>　　D 、 东风日产汽车博览中心的通信、语言查询、数码演示、信息发布、电子摄像等硬件设施也很完善，装饰豪华典雅，经营环境舒适温馨。</w:t>
      </w:r>
      <w:r>
        <w:rPr>
          <w:lang w:eastAsia="zh-CN"/>
        </w:rPr>
        <w:br/>
      </w:r>
      <w:r>
        <w:rPr>
          <w:lang w:eastAsia="zh-CN"/>
        </w:rPr>
        <w:t>　　三、 前期市场策略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1、紧抓市场机会点为重点，进行大幅度宣传，使所占的优势能深入人心，吸引更多的汽车以及其附属行业的经销商和生产商来投资。</w:t>
      </w:r>
      <w:r>
        <w:rPr>
          <w:lang w:eastAsia="zh-CN"/>
        </w:rPr>
        <w:br/>
      </w:r>
      <w:r>
        <w:rPr>
          <w:lang w:eastAsia="zh-CN"/>
        </w:rPr>
        <w:t>　　2、尽量展示自身强大的优点，扬长避短，来扩大知名度和美誉度。</w:t>
      </w:r>
      <w:r>
        <w:rPr>
          <w:lang w:eastAsia="zh-CN"/>
        </w:rPr>
        <w:br/>
      </w:r>
      <w:r>
        <w:rPr>
          <w:lang w:eastAsia="zh-CN"/>
        </w:rPr>
        <w:t>　　3、早日导入CIS系统(企业形象识别系统)，实现闯名牌的市场战略目标。</w:t>
      </w:r>
      <w:r>
        <w:rPr>
          <w:lang w:eastAsia="zh-CN"/>
        </w:rPr>
        <w:br/>
      </w:r>
      <w:r>
        <w:rPr>
          <w:lang w:eastAsia="zh-CN"/>
        </w:rPr>
        <w:t>　　4、引用现代的管理模式和高品质的服务，树立良好的企业形象，提升企业美誉度。</w:t>
      </w:r>
      <w:r>
        <w:rPr>
          <w:lang w:eastAsia="zh-CN"/>
        </w:rPr>
        <w:br/>
      </w:r>
      <w:r>
        <w:rPr>
          <w:lang w:eastAsia="zh-CN"/>
        </w:rPr>
        <w:t>　　四、 前期广告策略</w:t>
      </w:r>
      <w:r>
        <w:rPr>
          <w:lang w:eastAsia="zh-CN"/>
        </w:rPr>
        <w:br/>
      </w:r>
      <w:r>
        <w:rPr>
          <w:lang w:eastAsia="zh-CN"/>
        </w:rPr>
        <w:t>　　1、 广告定位</w:t>
      </w:r>
      <w:r>
        <w:rPr>
          <w:lang w:eastAsia="zh-CN"/>
        </w:rPr>
        <w:br/>
      </w:r>
      <w:r>
        <w:rPr>
          <w:lang w:eastAsia="zh-CN"/>
        </w:rPr>
        <w:t>　　前期的广告定位应合理的考虑到有利于后期的广告投放计划，以及广告的具体实施。建议采用南方汽车博览中心的配套服务优势来作为广告定位。</w:t>
      </w:r>
      <w:r>
        <w:rPr>
          <w:lang w:eastAsia="zh-CN"/>
        </w:rPr>
        <w:br/>
      </w:r>
      <w:r>
        <w:rPr>
          <w:lang w:eastAsia="zh-CN"/>
        </w:rPr>
        <w:t>　　2、 广告诉求</w:t>
      </w:r>
      <w:r>
        <w:rPr>
          <w:lang w:eastAsia="zh-CN"/>
        </w:rPr>
        <w:br/>
      </w:r>
      <w:r>
        <w:rPr>
          <w:lang w:eastAsia="zh-CN"/>
        </w:rPr>
        <w:t>　　以理性的广告诉求为广告诉求点，用实实在在的的事实去说服人，以便在实际的操作中，有利于广告的操作。</w:t>
      </w:r>
      <w:r>
        <w:rPr>
          <w:lang w:eastAsia="zh-CN"/>
        </w:rPr>
        <w:br/>
      </w:r>
      <w:r>
        <w:rPr>
          <w:lang w:eastAsia="zh-CN"/>
        </w:rPr>
        <w:t>　　3、 广告目标</w:t>
      </w:r>
      <w:r>
        <w:rPr>
          <w:lang w:eastAsia="zh-CN"/>
        </w:rPr>
        <w:br/>
      </w:r>
      <w:r>
        <w:rPr>
          <w:lang w:eastAsia="zh-CN"/>
        </w:rPr>
        <w:t>　　争取在开盘前来通过广告和其他的宣传手段相结合，使东风日产汽车博览中心在开盘前就能够深入人心，在市场中占有一定的地位。广告宣传的目标应该放在各个汽车经销商，以及其零配件和汽车美容、装潢等的生产商和经销商。在他们中间创造良好的信誉提升自身价值，以便吸引更多的客户来咨询投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五、媒体分析</w:t>
      </w:r>
      <w:r>
        <w:rPr>
          <w:lang w:eastAsia="zh-CN"/>
        </w:rPr>
        <w:br/>
      </w:r>
      <w:r>
        <w:rPr>
          <w:lang w:eastAsia="zh-CN"/>
        </w:rPr>
        <w:t>　　A、 在众多的广告媒体中，__地区主要以电视、报纸、户外、网络、电台等几种广告媒体为主。其中电视、报纸和电台的广告效果比较明显，选择性、针对性较突出，能够直接到达受众。户外广告的起效较慢，但是最容易树立良好的企业形象。</w:t>
      </w:r>
      <w:r>
        <w:rPr>
          <w:lang w:eastAsia="zh-CN"/>
        </w:rPr>
        <w:br/>
      </w:r>
      <w:r>
        <w:rPr>
          <w:lang w:eastAsia="zh-CN"/>
        </w:rPr>
        <w:t>　　B、媒介利用应遵循广告的整体策略，分阶段式投放，更加的接近目标群，简化传播途径，有效的利用广告资源。</w:t>
      </w:r>
      <w:r>
        <w:rPr>
          <w:lang w:eastAsia="zh-CN"/>
        </w:rPr>
        <w:br/>
      </w:r>
      <w:r>
        <w:rPr>
          <w:lang w:eastAsia="zh-CN"/>
        </w:rPr>
        <w:t>　　六、 告媒体投放计划表</w:t>
      </w:r>
      <w:r>
        <w:rPr>
          <w:lang w:eastAsia="zh-CN"/>
        </w:rPr>
        <w:br/>
      </w:r>
      <w:r>
        <w:rPr>
          <w:lang w:eastAsia="zh-CN"/>
        </w:rPr>
        <w:t>　　投放时间 投放媒体 广告形式 广告目的 投放方法 备注</w:t>
      </w:r>
      <w:r>
        <w:rPr>
          <w:lang w:eastAsia="zh-CN"/>
        </w:rPr>
        <w:br/>
      </w:r>
      <w:r>
        <w:rPr>
          <w:lang w:eastAsia="zh-CN"/>
        </w:rPr>
        <w:t>　　__年9月 《金报》汽车专刊、传单、礼品广告的定制 企业形象宣传广告 提高知名度、树立良好的企业形象。 报纸每隔一期投放一次，</w:t>
      </w:r>
      <w:r>
        <w:rPr>
          <w:lang w:eastAsia="zh-CN"/>
        </w:rPr>
        <w:br/>
      </w:r>
      <w:r>
        <w:rPr>
          <w:lang w:eastAsia="zh-CN"/>
        </w:rPr>
        <w:t>　　__年10月 《金报》汽车专刊、自身网站的建设。 企业形象宣传广告 树立良好和企业形象、扩大影响力。 报纸每隔一期投放一次</w:t>
      </w:r>
      <w:r>
        <w:rPr>
          <w:lang w:eastAsia="zh-CN"/>
        </w:rPr>
        <w:br/>
      </w:r>
      <w:r>
        <w:rPr>
          <w:lang w:eastAsia="zh-CN"/>
        </w:rPr>
        <w:t>　　__年11月 《金报》汽车专刊、由企业形象宣传广告转为招商投资宣传广告，在广告目标范围内扩大影响力。获得好评，提升美誉度。 报纸每隔一期投放一次，电台每天两次，户外广告的制作。</w:t>
      </w:r>
      <w:r>
        <w:rPr>
          <w:lang w:eastAsia="zh-CN"/>
        </w:rPr>
        <w:br/>
      </w:r>
      <w:r>
        <w:rPr>
          <w:lang w:eastAsia="zh-CN"/>
        </w:rPr>
        <w:t>　　__年12月 《金报》汽车专刊、户外、电台广告、完成网站的建设，企业形象宣传广告与招商投资广告相结合，吸引更多的客商咨询投资，报纸每天一次，电台每天四次，户外广告的发布，电视广告开始制作。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__年1月 《金报》汽车专刊、电台广告、完成网站的建设、杂志广告。 招商投资广告、软文操作。 吸引更多的客商参观、咨询、投资 报纸每日一次电台每日四次，杂志刊登，电视广告每日两次 报纸软文操作、杂志视实际情况而定</w:t>
      </w:r>
      <w:r>
        <w:rPr>
          <w:lang w:eastAsia="zh-CN"/>
        </w:rPr>
        <w:br/>
      </w:r>
      <w:r>
        <w:rPr>
          <w:lang w:eastAsia="zh-CN"/>
        </w:rPr>
        <w:t xml:space="preserve">    销售计划书样本 篇3 </w:t>
      </w:r>
      <w:r>
        <w:rPr>
          <w:lang w:eastAsia="zh-CN"/>
        </w:rPr>
        <w:br/>
      </w:r>
      <w:r>
        <w:rPr>
          <w:lang w:eastAsia="zh-CN"/>
        </w:rPr>
        <w:t>　　为主要的工作来做：</w:t>
      </w:r>
      <w:r>
        <w:rPr>
          <w:lang w:eastAsia="zh-CN"/>
        </w:rPr>
        <w:br/>
      </w:r>
      <w:r>
        <w:rPr>
          <w:lang w:eastAsia="zh-CN"/>
        </w:rPr>
        <w:t>　　1)建立一支熟悉业务，比较稳定的销售团队。</w:t>
      </w:r>
      <w:r>
        <w:rPr>
          <w:lang w:eastAsia="zh-CN"/>
        </w:rPr>
        <w:br/>
      </w:r>
      <w:r>
        <w:rPr>
          <w:lang w:eastAsia="zh-CN"/>
        </w:rPr>
        <w:t>　　人才是企业最宝贵的资源，一切销售业绩都起源于有一个好的销售人员。没错，先制定出销售人员个人工作计划并监督完成。建立一支具有凝聚力，合作精神的销售团队是我们现在的一个重点。在工作中建立一个和谐，具有杀伤力的销售团队应作为一项主要的工作来抓。</w:t>
      </w:r>
      <w:r>
        <w:rPr>
          <w:lang w:eastAsia="zh-CN"/>
        </w:rPr>
        <w:br/>
      </w:r>
      <w:r>
        <w:rPr>
          <w:lang w:eastAsia="zh-CN"/>
        </w:rPr>
        <w:t>　　2)完善销售制度，建立一套明确系统的业务管理办法。</w:t>
      </w:r>
      <w:r>
        <w:rPr>
          <w:lang w:eastAsia="zh-CN"/>
        </w:rPr>
        <w:br/>
      </w:r>
      <w:r>
        <w:rPr>
          <w:lang w:eastAsia="zh-CN"/>
        </w:rPr>
        <w:t>　　销售管理是企业的老大难问题，销售人员出差，见客户处于放任自流的状态。完善销售管理制度的目的是让销售人员在工作中发挥主观能动性，对工作有较强的责任心，提高销售人员的主人公意识。</w:t>
      </w:r>
      <w:r>
        <w:rPr>
          <w:lang w:eastAsia="zh-CN"/>
        </w:rPr>
        <w:br/>
      </w:r>
      <w:r>
        <w:rPr>
          <w:lang w:eastAsia="zh-CN"/>
        </w:rPr>
        <w:t>　　3)培养销售人员发现问题，总结问题，不断自我提高的习惯。</w:t>
      </w:r>
      <w:r>
        <w:rPr>
          <w:lang w:eastAsia="zh-CN"/>
        </w:rPr>
        <w:br/>
      </w:r>
      <w:r>
        <w:rPr>
          <w:lang w:eastAsia="zh-CN"/>
        </w:rPr>
        <w:t>　　培养销售人员发现问题，总结问题目的在于提高销售人员综合素质，在工作中能发现问题总结问题并能提出自己的看法和建议，业务能力提高到一个成熟业务员的档次。</w:t>
      </w:r>
      <w:r>
        <w:rPr>
          <w:lang w:eastAsia="zh-CN"/>
        </w:rPr>
        <w:br/>
      </w:r>
      <w:r>
        <w:rPr>
          <w:lang w:eastAsia="zh-CN"/>
        </w:rPr>
        <w:t>　　4)市场分析。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也就是根据我们所了解到的市场情况，对我们公司产品的卖点，消费体，销量等进行适当的定位。</w:t>
      </w:r>
      <w:r>
        <w:rPr>
          <w:lang w:eastAsia="zh-CN"/>
        </w:rPr>
        <w:br/>
      </w:r>
      <w:r>
        <w:rPr>
          <w:lang w:eastAsia="zh-CN"/>
        </w:rPr>
        <w:t>　　5)销售方式。</w:t>
      </w:r>
      <w:r>
        <w:rPr>
          <w:lang w:eastAsia="zh-CN"/>
        </w:rPr>
        <w:br/>
      </w:r>
      <w:r>
        <w:rPr>
          <w:lang w:eastAsia="zh-CN"/>
        </w:rPr>
        <w:t>　　就是找出适合我们公司产品销售的模式和方法。</w:t>
      </w:r>
      <w:r>
        <w:rPr>
          <w:lang w:eastAsia="zh-CN"/>
        </w:rPr>
        <w:br/>
      </w:r>
      <w:r>
        <w:rPr>
          <w:lang w:eastAsia="zh-CN"/>
        </w:rPr>
        <w:t>　　6)销售目标</w:t>
      </w:r>
      <w:r>
        <w:rPr>
          <w:lang w:eastAsia="zh-CN"/>
        </w:rPr>
        <w:br/>
      </w:r>
      <w:r>
        <w:rPr>
          <w:lang w:eastAsia="zh-CN"/>
        </w:rPr>
        <w:t>　　根据公司下达的销售任务，把任务根据具体情况分解到每月，每周，每日;以每月，每周，每日的销售目标分解到各个销售人员身上，完成各个时间段的销售任务。并在完成销售任务的基础上提高销售业绩。如出现未完成时应及时找出原因并改正!</w:t>
      </w:r>
      <w:r>
        <w:rPr>
          <w:lang w:eastAsia="zh-CN"/>
        </w:rPr>
        <w:br/>
      </w:r>
      <w:r>
        <w:rPr>
          <w:lang w:eastAsia="zh-CN"/>
        </w:rPr>
        <w:t>　　7)客户管理。</w:t>
      </w:r>
      <w:r>
        <w:rPr>
          <w:lang w:eastAsia="zh-CN"/>
        </w:rPr>
        <w:br/>
      </w:r>
      <w:r>
        <w:rPr>
          <w:lang w:eastAsia="zh-CN"/>
        </w:rPr>
        <w:t>　　就是对一开发的客户如何进行服务和怎样促使他们提高销售或购买;对潜在客户怎样进行跟进。</w:t>
      </w:r>
      <w:r>
        <w:rPr>
          <w:lang w:eastAsia="zh-CN"/>
        </w:rPr>
        <w:br/>
      </w:r>
      <w:r>
        <w:rPr>
          <w:lang w:eastAsia="zh-CN"/>
        </w:rPr>
        <w:t>　　总结:</w:t>
      </w:r>
      <w:r>
        <w:rPr>
          <w:lang w:eastAsia="zh-CN"/>
        </w:rPr>
        <w:br/>
      </w:r>
      <w:r>
        <w:rPr>
          <w:lang w:eastAsia="zh-CN"/>
        </w:rPr>
        <w:t>　　根据我以往的销售过程当中遇到的一些问题，约好的客户突然改变行程，毁约，使计划好的行程被打乱，不能完成出差的目的。造成时间，资金上的浪费。我希望领导能多注意这方面的工作!</w:t>
      </w:r>
      <w:r>
        <w:rPr>
          <w:lang w:eastAsia="zh-CN"/>
        </w:rPr>
        <w:br/>
      </w:r>
      <w:r>
        <w:rPr>
          <w:lang w:eastAsia="zh-CN"/>
        </w:rPr>
        <w:t>　　之前我从未从事过这方面的工作。不知这分计划可否有用。还望领导给予指导!我坚信在自身的努力和公司的培训以及在工作的磨练下自己在这方面一定会有所成就!</w:t>
      </w:r>
      <w:r>
        <w:rPr>
          <w:lang w:eastAsia="zh-CN"/>
        </w:rPr>
        <w:br/>
      </w:r>
      <w:r>
        <w:rPr>
          <w:lang w:eastAsia="zh-CN"/>
        </w:rPr>
        <w:t>　　如何打造一支狼性团队？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销售是一项报酬率非常高的艰难工作，也是一项报酬率最低的轻松工作。销售，说大不大，说小不小。小可做一针一线，大可做跨国集团。但究其本质，都是相似的。销售员的行动决定了他的报酬。他可以成为一个高收入的辛勤工作者，也可以成为一个收入最低的轻松工作者。这一切完全取决于销售员对销售工作是怎么看怎么想怎么做的。本文将从销售的角度从目标、定位、本质、文化、组织、考核、执行力等角度分析销售如何构建更有效！</w:t>
      </w:r>
      <w:r>
        <w:rPr>
          <w:lang w:eastAsia="zh-CN"/>
        </w:rPr>
        <w:br/>
      </w:r>
      <w:r>
        <w:rPr>
          <w:lang w:eastAsia="zh-CN"/>
        </w:rPr>
        <w:t xml:space="preserve">    销售计划书样本 篇4 </w:t>
      </w:r>
      <w:r>
        <w:rPr>
          <w:lang w:eastAsia="zh-CN"/>
        </w:rPr>
        <w:br/>
      </w:r>
      <w:r>
        <w:rPr>
          <w:lang w:eastAsia="zh-CN"/>
        </w:rPr>
        <w:t>　　一、企业概况</w:t>
      </w:r>
      <w:r>
        <w:rPr>
          <w:lang w:eastAsia="zh-CN"/>
        </w:rPr>
        <w:br/>
      </w:r>
      <w:r>
        <w:rPr>
          <w:lang w:eastAsia="zh-CN"/>
        </w:rPr>
        <w:t>　　天津桓博科技发展有限公司成立于20__年12月，位于天津市南开区高新技术产业园区的中心地带(白堤路)。是一家集计算机专业应用软件的培训、安装、批发、零售、技术服务于一体的知识密集型企业。员工队伍业务全面、经验丰富、敬业爱岗、素质优良，其中：专业技术人员20人，全部是大专以上学历，能够以最合理的价格为客户提供最专业的技术服务。</w:t>
      </w:r>
      <w:r>
        <w:rPr>
          <w:lang w:eastAsia="zh-CN"/>
        </w:rPr>
        <w:br/>
      </w:r>
      <w:r>
        <w:rPr>
          <w:lang w:eastAsia="zh-CN"/>
        </w:rPr>
        <w:t>　　公司是北京用友集团天津地区小型管理软件授权营销服务商，并且连续两年获得用友软件在天津地区的产品A级代理销售及服务授权资格。而且销售额连续两年名列前两位，获得用友集团的表扬和鼓励。</w:t>
      </w:r>
      <w:r>
        <w:rPr>
          <w:lang w:eastAsia="zh-CN"/>
        </w:rPr>
        <w:br/>
      </w:r>
      <w:r>
        <w:rPr>
          <w:lang w:eastAsia="zh-CN"/>
        </w:rPr>
        <w:t>　　公司内部管理制度合理适宜。外部社会关系广泛良好。经过不断地改进和完善，已基本形成了一套比较科学有效的管理运作体系。</w:t>
      </w:r>
      <w:r>
        <w:rPr>
          <w:lang w:eastAsia="zh-CN"/>
        </w:rPr>
        <w:br/>
      </w:r>
      <w:r>
        <w:rPr>
          <w:lang w:eastAsia="zh-CN"/>
        </w:rPr>
        <w:t>　　为适应业务发展的需要，壮大经营规模，进一步增强核心竞争力，公司决定启动以“追求客户全面满意，扩大市场占有份额”为主旨的二次创业。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我们相信，通过努力，在以北京用友集团为后盾，桓博公司将成为更具综合实力的企业，也将为加速提高天津地区企业信息化技术应用水平，做出更大贡献。</w:t>
      </w:r>
      <w:r>
        <w:rPr>
          <w:lang w:eastAsia="zh-CN"/>
        </w:rPr>
        <w:br/>
      </w:r>
      <w:r>
        <w:rPr>
          <w:lang w:eastAsia="zh-CN"/>
        </w:rPr>
        <w:t>　　二、营销计划公司不仅注重短期目标，更加重视长期发展。</w:t>
      </w:r>
      <w:r>
        <w:rPr>
          <w:lang w:eastAsia="zh-CN"/>
        </w:rPr>
        <w:br/>
      </w:r>
      <w:r>
        <w:rPr>
          <w:lang w:eastAsia="zh-CN"/>
        </w:rPr>
        <w:t>　　公司将秉承“重诚信，竭精心，尽全力，为客户着想，让客户满意”服务理念，在日常业务中不断丰富公司品牌内涵，努力拓宽渠道，扩大市场知名度及美誉度，激活市场，带动人气，力求在天津大部分地区实现销售增长，成为天津地区财务软件的最大代理服务商。</w:t>
      </w:r>
      <w:r>
        <w:rPr>
          <w:lang w:eastAsia="zh-CN"/>
        </w:rPr>
        <w:br/>
      </w:r>
      <w:r>
        <w:rPr>
          <w:lang w:eastAsia="zh-CN"/>
        </w:rPr>
        <w:t>　　1.目标市场：创业前期(两年内)目标主要集中在天津及周围区县的小型企业，个体经营和一般事业单位，在后期(两年后)逐步进入天津的大型企事业单位，占领这部分增值潜力最大的市场。</w:t>
      </w:r>
      <w:r>
        <w:rPr>
          <w:lang w:eastAsia="zh-CN"/>
        </w:rPr>
        <w:br/>
      </w:r>
      <w:r>
        <w:rPr>
          <w:lang w:eastAsia="zh-CN"/>
        </w:rPr>
        <w:t>　　2.企业定位：“精细管理、卓越理财”为客户提供更及时、更准确、更全面的、更周到的服务，推动软件信息化的普及。</w:t>
      </w:r>
      <w:r>
        <w:rPr>
          <w:lang w:eastAsia="zh-CN"/>
        </w:rPr>
        <w:br/>
      </w:r>
      <w:r>
        <w:rPr>
          <w:lang w:eastAsia="zh-CN"/>
        </w:rPr>
        <w:t>　　3.使用价格：参考报价</w:t>
      </w:r>
      <w:r>
        <w:rPr>
          <w:lang w:eastAsia="zh-CN"/>
        </w:rPr>
        <w:br/>
      </w:r>
      <w:r>
        <w:rPr>
          <w:lang w:eastAsia="zh-CN"/>
        </w:rPr>
        <w:t>　　4.营销队伍：在创业初期，为了降低企业的运营成本，大部分的宣传工作都由本公司的成员承担;在企业不断发展过程中，再适时招纳一定数量新成员(15名左右)专门从事企业营销策划的工作。</w:t>
      </w:r>
      <w:r>
        <w:rPr>
          <w:lang w:eastAsia="zh-CN"/>
        </w:rPr>
        <w:br/>
      </w:r>
      <w:r>
        <w:rPr>
          <w:lang w:eastAsia="zh-CN"/>
        </w:rPr>
        <w:t>　　5.服务支持：使顾客能迅速、方便的得到准确、完善的相关服务和技术支持。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6.广告宣传：开展有计划。有目的的广告活动。在初期(两年内)主要面向小型的企事业单位，提供尽可能多的免费培训和知识讲座，专门针对会计人员的业务应用环节，逐渐“渗透”的方式进入企业;从第三年开始，我们将集中一部分优势力量对企业中的广大财务人员展开新一轮软件的宣传、促销和培训攻势。广告中突出宣传我公司“专业化”、“人性化”等鲜明特点，并且保证初期的广告投入预算，迅速提升知名度，预计20__年广告费10万元。</w:t>
      </w:r>
      <w:r>
        <w:rPr>
          <w:lang w:eastAsia="zh-CN"/>
        </w:rPr>
        <w:br/>
      </w:r>
      <w:r>
        <w:rPr>
          <w:lang w:eastAsia="zh-CN"/>
        </w:rPr>
        <w:t>　　7.推广计划：20__年下半年开始投入5万元建立自己的网站，并且丰富网站内容，建立会员机制，提供在线技术支持和交流论坛;注册3721网络实名和网站推广，在各大传媒中广告投入，吸引用户注册我们的会员，并且给予会员金额上的优惠和赠送礼品，以此扩大我们的客户群体。</w:t>
      </w:r>
      <w:r>
        <w:rPr>
          <w:lang w:eastAsia="zh-CN"/>
        </w:rPr>
        <w:br/>
      </w:r>
      <w:r>
        <w:rPr>
          <w:lang w:eastAsia="zh-CN"/>
        </w:rPr>
        <w:t xml:space="preserve">    销售计划书样本 篇5 </w:t>
      </w:r>
      <w:r>
        <w:rPr>
          <w:lang w:eastAsia="zh-CN"/>
        </w:rPr>
        <w:br/>
      </w:r>
      <w:r>
        <w:rPr>
          <w:lang w:eastAsia="zh-CN"/>
        </w:rPr>
        <w:t>　　如何制定作战计划，方法很多，一般包括以下几个步骤：</w:t>
      </w:r>
      <w:r>
        <w:rPr>
          <w:lang w:eastAsia="zh-CN"/>
        </w:rPr>
        <w:br/>
      </w:r>
      <w:r>
        <w:rPr>
          <w:lang w:eastAsia="zh-CN"/>
        </w:rPr>
        <w:t>　　1、设定目标，确立销售观念。确立销售观念或信条，而且要使其具体化，将总的目标细化分解，细化到各个部门、环节甚至各个岗位员工的具体量化任务，使其成为指导各业务部门分工合作的方针和努力的方向。</w:t>
      </w:r>
      <w:r>
        <w:rPr>
          <w:lang w:eastAsia="zh-CN"/>
        </w:rPr>
        <w:br/>
      </w:r>
      <w:r>
        <w:rPr>
          <w:lang w:eastAsia="zh-CN"/>
        </w:rPr>
        <w:t>　　2、进行预测。不管销售人员的主观意向如何，实际上是被客观环境（有利的和不利的因素）所包围的。如果忽略了对客观环境的分析预测，销售计划只能是沙上建塔，空中造楼。因此在这个环节，一些前期的市场考察和分析工作是必不可少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3、设想销售计划。销售计划是根据销售计划“主观意向”和所处客观环境而加以制定的，为了实现销售目标，必须突破客观环境的限制。为此，必须有一个决定用何种手段和如何实现销售目标的计划体系。</w:t>
      </w:r>
      <w:r>
        <w:rPr>
          <w:lang w:eastAsia="zh-CN"/>
        </w:rPr>
        <w:br/>
      </w:r>
      <w:r>
        <w:rPr>
          <w:lang w:eastAsia="zh-CN"/>
        </w:rPr>
        <w:t>　　如何制定科学的计划体系，建议销售人员可以从“6W”的角度去设计。</w:t>
      </w:r>
      <w:r>
        <w:rPr>
          <w:lang w:eastAsia="zh-CN"/>
        </w:rPr>
        <w:br/>
      </w:r>
      <w:r>
        <w:rPr>
          <w:lang w:eastAsia="zh-CN"/>
        </w:rPr>
        <w:t>　　一、6W</w:t>
      </w:r>
      <w:r>
        <w:rPr>
          <w:lang w:eastAsia="zh-CN"/>
        </w:rPr>
        <w:br/>
      </w:r>
      <w:r>
        <w:rPr>
          <w:lang w:eastAsia="zh-CN"/>
        </w:rPr>
        <w:t>　　第一个是What，是指要达到怎样的销售，一定要具体化。比如某个时间段内达到多少具体数量的销售额或发展多少个客户以及产品覆盖多少个区域。有了数量化的目标，才能知道目标达到了多少，计划进行的效果怎样以及如何修正计划。</w:t>
      </w:r>
      <w:r>
        <w:rPr>
          <w:lang w:eastAsia="zh-CN"/>
        </w:rPr>
        <w:br/>
      </w:r>
      <w:r>
        <w:rPr>
          <w:lang w:eastAsia="zh-CN"/>
        </w:rPr>
        <w:t>　　第二个是When,是指什么时候完成销售。确定了行动步骤与完成期限，时间就变得越来越重要了，一些关键的步骤必须制定合理可行的时间计划并按时完成。</w:t>
      </w:r>
      <w:r>
        <w:rPr>
          <w:lang w:eastAsia="zh-CN"/>
        </w:rPr>
        <w:br/>
      </w:r>
      <w:r>
        <w:rPr>
          <w:lang w:eastAsia="zh-CN"/>
        </w:rPr>
        <w:t>　　第三个是Where,是指完成销售所要利用的各个场所地点，即必须明确产品的销售市场，产品可以铺向什么场所或什么类型的销售点，很简单一句话就是产品在什么地方可以卖。</w:t>
      </w:r>
      <w:r>
        <w:rPr>
          <w:lang w:eastAsia="zh-CN"/>
        </w:rPr>
        <w:br/>
      </w:r>
      <w:r>
        <w:rPr>
          <w:lang w:eastAsia="zh-CN"/>
        </w:rPr>
        <w:t>　　第四个是Who，是指促成销售实现的有关人物。这里需要营销人员善于观察。要与决策权的客户多沟通以及如何与可能影响决策人物决策的第三方人物进行沟通。</w:t>
      </w:r>
      <w:r>
        <w:rPr>
          <w:lang w:eastAsia="zh-CN"/>
        </w:rPr>
        <w:br/>
      </w:r>
      <w:r>
        <w:rPr>
          <w:lang w:eastAsia="zh-CN"/>
        </w:rPr>
        <w:t>　　第五个是Why,是指应明确自己为什么要这样做，并确认这样做的理由必须是正确的。</w:t>
      </w:r>
      <w:r>
        <w:rPr>
          <w:lang w:eastAsia="zh-CN"/>
        </w:rPr>
        <w:br/>
      </w:r>
      <w:r>
        <w:rPr>
          <w:lang w:eastAsia="zh-CN"/>
        </w:rPr>
        <w:t>　　第六个是Which,是指应在思路上保持更多的弹性。不能局限于一种方案，要准备多套方案供客户选择。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目标是销售行动的原动力，精密完善的销售计划才是决定商战胜负的战斗力。</w:t>
      </w:r>
      <w:r>
        <w:rPr>
          <w:lang w:eastAsia="zh-CN"/>
        </w:rPr>
        <w:br/>
      </w:r>
      <w:r>
        <w:rPr>
          <w:lang w:eastAsia="zh-CN"/>
        </w:rPr>
        <w:t xml:space="preserve">    销售计划书样本 篇6 </w:t>
      </w:r>
      <w:r>
        <w:rPr>
          <w:lang w:eastAsia="zh-CN"/>
        </w:rPr>
        <w:br/>
      </w:r>
      <w:r>
        <w:rPr>
          <w:lang w:eastAsia="zh-CN"/>
        </w:rPr>
        <w:t>　　第一条 为扩大销售，以低价位、高质量迅速占领市场，特制定本销售计划。</w:t>
      </w:r>
      <w:r>
        <w:rPr>
          <w:lang w:eastAsia="zh-CN"/>
        </w:rPr>
        <w:br/>
      </w:r>
      <w:r>
        <w:rPr>
          <w:lang w:eastAsia="zh-CN"/>
        </w:rPr>
        <w:t>　　第二条 以低价位、高质量为本企业今后的主要商品。</w:t>
      </w:r>
      <w:r>
        <w:rPr>
          <w:lang w:eastAsia="zh-CN"/>
        </w:rPr>
        <w:br/>
      </w:r>
      <w:r>
        <w:rPr>
          <w:lang w:eastAsia="zh-CN"/>
        </w:rPr>
        <w:t>　　第三条 本企业不特别重视单纯性的流行品或时代尖端的产品。但是，仍多少会推出这种类型的尖端流行产品。</w:t>
      </w:r>
      <w:r>
        <w:rPr>
          <w:lang w:eastAsia="zh-CN"/>
        </w:rPr>
        <w:br/>
      </w:r>
      <w:r>
        <w:rPr>
          <w:lang w:eastAsia="zh-CN"/>
        </w:rPr>
        <w:t>　　第四条 在选择销售据点时，以中型规模或中型以上规模的销售店为目标。小规模的店面行销方式，除特殊情况外，原则上不予采用。</w:t>
      </w:r>
      <w:r>
        <w:rPr>
          <w:lang w:eastAsia="zh-CN"/>
        </w:rPr>
        <w:br/>
      </w:r>
      <w:r>
        <w:rPr>
          <w:lang w:eastAsia="zh-CN"/>
        </w:rPr>
        <w:t>　　第五条 关于前项的销售据点，在做选择、决定或交易条件的企划、事务处理时，都须确实慎重行事，这样才能巩固本企业的营业根基。</w:t>
      </w:r>
      <w:r>
        <w:rPr>
          <w:lang w:eastAsia="zh-CN"/>
        </w:rPr>
        <w:br/>
      </w:r>
      <w:r>
        <w:rPr>
          <w:lang w:eastAsia="zh-CN"/>
        </w:rPr>
        <w:t>　　第六条 与销售店开始进行新的交易之前，须先提出检查，并依照规定做好调查、审议及条件的查核后才能决定进行交易。</w:t>
      </w:r>
      <w:r>
        <w:rPr>
          <w:lang w:eastAsia="zh-CN"/>
        </w:rPr>
        <w:br/>
      </w:r>
      <w:r>
        <w:rPr>
          <w:lang w:eastAsia="zh-CN"/>
        </w:rPr>
        <w:t>　　第七条 销售的活动必须制度化，合理化，力争使各项事宜高质高效的完成。</w:t>
      </w:r>
      <w:r>
        <w:rPr>
          <w:lang w:eastAsia="zh-CN"/>
        </w:rPr>
        <w:br/>
      </w:r>
      <w:r>
        <w:rPr>
          <w:lang w:eastAsia="zh-CN"/>
        </w:rPr>
        <w:t>　　第八条 销售人员在接受订货和收款工作时，不得参与相关的附带性事务处理工作，必须要全身心投入销售事务。因此，在销售方面应另订计划及设置专科处理该事务。</w:t>
      </w:r>
      <w:r>
        <w:rPr>
          <w:lang w:eastAsia="zh-CN"/>
        </w:rPr>
        <w:br/>
      </w:r>
      <w:r>
        <w:rPr>
          <w:lang w:eastAsia="zh-CN"/>
        </w:rPr>
        <w:t>　　第九条</w:t>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改善处理手续（步骤），设法增强与销售店之间的联系及内部的联络，提高业务的整体管理及相关事务的效率。尤其须巧妙地运用各种账表（传单、日报）来提高效率。</w:t>
      </w:r>
      <w:r>
        <w:rPr>
          <w:lang w:eastAsia="zh-CN"/>
        </w:rPr>
        <w:br/>
      </w:r>
      <w:r>
        <w:rPr>
          <w:lang w:eastAsia="zh-CN"/>
        </w:rPr>
        <w:t>　　第十条 进货总额中的20%用于对 企业的订货，其他则用于企业对外的转包工程。</w:t>
      </w:r>
      <w:r>
        <w:rPr>
          <w:lang w:eastAsia="zh-CN"/>
        </w:rPr>
        <w:br/>
      </w:r>
      <w:r>
        <w:rPr>
          <w:lang w:eastAsia="zh-CN"/>
        </w:rPr>
        <w:t>　　第十一条 进货尽可能集中在某季节，有计划性地开展订货活动。要确保交易双方的权益。</w:t>
      </w:r>
      <w:r>
        <w:rPr>
          <w:lang w:eastAsia="zh-CN"/>
        </w:rPr>
        <w:br/>
      </w:r>
      <w:r>
        <w:rPr>
          <w:lang w:eastAsia="zh-CN"/>
        </w:rPr>
        <w:t>　　第十二条 进货时要设立交货的促进制度，并按下列条件来进行计算；对于交货的成绩优良的厂商，将采取退佣方式处理，其规定如下：</w:t>
      </w:r>
      <w:r>
        <w:rPr>
          <w:lang w:eastAsia="zh-CN"/>
        </w:rPr>
        <w:br/>
      </w:r>
      <w:r>
        <w:rPr>
          <w:lang w:eastAsia="zh-CN"/>
        </w:rPr>
        <w:t>　　（1）进货数量；</w:t>
      </w:r>
      <w:r>
        <w:rPr>
          <w:lang w:eastAsia="zh-CN"/>
        </w:rPr>
        <w:br/>
      </w:r>
      <w:r>
        <w:rPr>
          <w:lang w:eastAsia="zh-CN"/>
        </w:rPr>
        <w:t>　　（2）交货的日期及交货数量；</w:t>
      </w:r>
      <w:r>
        <w:rPr>
          <w:lang w:eastAsia="zh-CN"/>
        </w:rPr>
        <w:br/>
      </w:r>
      <w:r>
        <w:rPr>
          <w:lang w:eastAsia="zh-CN"/>
        </w:rPr>
        <w:t>　　（3）交货的迟缓程度及数量。</w:t>
      </w:r>
      <w:r>
        <w:rPr>
          <w:lang w:eastAsia="zh-CN"/>
        </w:rPr>
        <w:br/>
      </w:r>
      <w:r>
        <w:rPr>
          <w:lang w:eastAsia="zh-CN"/>
        </w:rPr>
        <w:t>　　第十三条 为使进货业务能合理运作，本企业每月召集由各进货厂商、外包商及相关人员参加的会议，借此进行磋商、联络、协议。</w:t>
      </w:r>
      <w:r>
        <w:rPr>
          <w:lang w:eastAsia="zh-CN"/>
        </w:rPr>
        <w:br/>
      </w:r>
      <w:r>
        <w:rPr>
          <w:lang w:eastAsia="zh-CN"/>
        </w:rPr>
        <w:t>　　第十四条 A企业与本企业之间的交易（包括与该制造企业目前正式交易的三家企业），一概归与本企业作直接交易。</w:t>
      </w:r>
      <w:r>
        <w:rPr>
          <w:lang w:eastAsia="zh-CN"/>
        </w:rPr>
        <w:br/>
      </w:r>
      <w:r>
        <w:rPr>
          <w:lang w:eastAsia="zh-CN"/>
        </w:rPr>
        <w:t>　　第十五条 本企业拒绝接受传票，物品交入本企业就属于本企业的营业范围内。</w:t>
      </w:r>
      <w:r>
        <w:rPr>
          <w:lang w:eastAsia="zh-CN"/>
        </w:rPr>
        <w:br/>
      </w:r>
      <w:r>
        <w:rPr>
          <w:lang w:eastAsia="zh-CN"/>
        </w:rPr>
        <w:t>　　第十六条 负责进货人员应每天到各厂商去照会联络，并促使对方尽快着手。</w:t>
      </w:r>
      <w:r>
        <w:rPr>
          <w:lang w:eastAsia="zh-CN"/>
        </w:rPr>
        <w:br/>
      </w:r>
      <w:r>
        <w:rPr>
          <w:lang w:eastAsia="zh-CN"/>
        </w:rPr>
        <w:t>　　第十七条</w:t>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处理对外订货事宜时应使用报表，记入材料名称、色调、产品样式、号码、尺寸、厂商号码，然后交给厂商（厂商的户头也应写入），各种表格的填写必须详尽。</w:t>
      </w:r>
      <w:r>
        <w:rPr>
          <w:lang w:eastAsia="zh-CN"/>
        </w:rPr>
        <w:br/>
      </w:r>
      <w:r>
        <w:rPr>
          <w:lang w:eastAsia="zh-CN"/>
        </w:rPr>
        <w:t>　　第十八条 前项报表在发出订单时应一起附上，另外，还要贴在产品的箱子上，连同产品一起交给零售商和消费者。</w:t>
      </w:r>
      <w:r>
        <w:rPr>
          <w:lang w:eastAsia="zh-CN"/>
        </w:rPr>
        <w:br/>
      </w:r>
      <w:r>
        <w:rPr>
          <w:lang w:eastAsia="zh-CN"/>
        </w:rPr>
        <w:t xml:space="preserve">    销售计划书样本 篇7 </w:t>
      </w:r>
      <w:r>
        <w:rPr>
          <w:lang w:eastAsia="zh-CN"/>
        </w:rPr>
        <w:br/>
      </w:r>
      <w:r>
        <w:rPr>
          <w:lang w:eastAsia="zh-CN"/>
        </w:rPr>
        <w:t>　　20__年，我办将紧紧围绕县委、县政府的决策安排，大力发展普惠金融，扩大社会融资规模，推动金融改革创新，提升金融服务水平，维护区域金融稳定，提高金融服务实体经济效率，充分发挥金融在脱贫攻坚中的撬动作用：</w:t>
      </w:r>
      <w:r>
        <w:rPr>
          <w:lang w:eastAsia="zh-CN"/>
        </w:rPr>
        <w:br/>
      </w:r>
      <w:r>
        <w:rPr>
          <w:lang w:eastAsia="zh-CN"/>
        </w:rPr>
        <w:t>　　一是进一步完善金融体制机制。增加金融机构的数量和类别，鼓励国有大型银行、股份制商业银行和政策性银行在经济发达的乡镇设点，农村中小金融机构和邮政储蓄银行在农业人口较多、集市贸易繁荣的地区增设网点；进一步优化农村网点布局，提升农村金融机构整体服务质量，建立起多层次、多类别的农村金融机构体系。</w:t>
      </w:r>
      <w:r>
        <w:rPr>
          <w:lang w:eastAsia="zh-CN"/>
        </w:rPr>
        <w:br/>
      </w:r>
      <w:r>
        <w:rPr>
          <w:lang w:eastAsia="zh-CN"/>
        </w:rPr>
        <w:t>　　二是进一步扩大金融投放规模。鼓励各银行业金融机构积极争取上级行加大信贷支持；加快金融产品“增量拓面”；将信贷资金向战略性新兴产业和科技创新创业企业倾斜，加大对地下综合管廊、公共交通建设、保障性安居工程、城市设施更新改造等重大民生工程建设的支持力度。</w:t>
      </w:r>
      <w:r>
        <w:rPr>
          <w:lang w:eastAsia="zh-CN"/>
        </w:rPr>
        <w:br/>
      </w:r>
      <w:r>
        <w:rPr>
          <w:lang w:eastAsia="zh-CN"/>
        </w:rPr>
        <w:t>　　三是进一步提升金融服务质量。开发推广各类适合农村和农户服务需求特点的金融业务产品，积极发展电话银行、手机银行等现代金融服务方式，积极推动基础金融服务下基层，继续做好流动银行服务，提高农村金融服务的充分性与多样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四是进一步推动保险改革创新。推动各保险企业加快农村地区保险机构的基础建设，加强营销员队伍建设，探索农险协保员和农村营销员业务衔接制度；加大保险产品创新，在特色产业、农村养老保险、责任险、保险融资增信等方面创新保险产品；鼓励享受贷款的农户参加保险，给农民增收系上“保险带”。</w:t>
      </w:r>
      <w:r>
        <w:rPr>
          <w:lang w:eastAsia="zh-CN"/>
        </w:rPr>
        <w:br/>
      </w:r>
      <w:r>
        <w:rPr>
          <w:lang w:eastAsia="zh-CN"/>
        </w:rPr>
        <w:t>　　五是进一步加强金融安全监管。鼓励各金融机构充分运用农户信用信息平台成果，推广贷款者提供信用报告制度；严厉打击非法集资，维护全县经济金融秩序的稳定与安全；加强各金融机构及主管部门的行业自律和监管，不断提高风险管理和控制水平。</w:t>
      </w:r>
      <w:r>
        <w:rPr>
          <w:lang w:eastAsia="zh-CN"/>
        </w:rPr>
        <w:br/>
      </w:r>
      <w:r>
        <w:rPr>
          <w:lang w:eastAsia="zh-CN"/>
        </w:rPr>
        <w:t>　　六是进一步加快企业上市挂牌。深化“一司一县”合作，依托华泰证券企业，积极对接计划上市的县外企业来县，以金寨作为上市注册地。加强对县内企业的培育和辅导力度，加快企业上市进程，充实县域经济发展的后劲；同时以县内企业的长效发展巩固脱贫成果。</w:t>
      </w:r>
      <w:r>
        <w:rPr>
          <w:lang w:eastAsia="zh-CN"/>
        </w:rPr>
        <w:br/>
      </w:r>
      <w:r>
        <w:rPr>
          <w:lang w:eastAsia="zh-CN"/>
        </w:rPr>
        <w:t xml:space="preserve">    销售计划书样本 篇8 </w:t>
      </w:r>
      <w:r>
        <w:rPr>
          <w:lang w:eastAsia="zh-CN"/>
        </w:rPr>
        <w:br/>
      </w:r>
      <w:r>
        <w:rPr>
          <w:lang w:eastAsia="zh-CN"/>
        </w:rPr>
        <w:t>　　一、软件销售现状</w:t>
      </w:r>
      <w:r>
        <w:rPr>
          <w:lang w:eastAsia="zh-CN"/>
        </w:rPr>
        <w:br/>
      </w:r>
      <w:r>
        <w:rPr>
          <w:lang w:eastAsia="zh-CN"/>
        </w:rPr>
        <w:t>　　展示软件从20__到公司以来，对外销售的对象主要有卖场、汽车行业、婚纱行业及触摸屏生产厂商，从实际完成的销售情况上看，上述行业只停留在认知阶段，没有销售出一套，只有公司在做项目的时候，把软件捆绑在项目上给用户。</w:t>
      </w:r>
      <w:r>
        <w:rPr>
          <w:lang w:eastAsia="zh-CN"/>
        </w:rPr>
        <w:br/>
      </w:r>
      <w:r>
        <w:rPr>
          <w:lang w:eastAsia="zh-CN"/>
        </w:rPr>
        <w:t>　　二、原因分析</w:t>
      </w:r>
      <w:r>
        <w:rPr>
          <w:lang w:eastAsia="zh-CN"/>
        </w:rPr>
        <w:br/>
      </w:r>
      <w:r>
        <w:rPr>
          <w:lang w:eastAsia="zh-CN"/>
        </w:rPr>
        <w:t>　　2.1</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价格定位分析</w:t>
      </w:r>
      <w:r>
        <w:rPr>
          <w:lang w:eastAsia="zh-CN"/>
        </w:rPr>
        <w:br/>
      </w:r>
      <w:r>
        <w:rPr>
          <w:lang w:eastAsia="zh-CN"/>
        </w:rPr>
        <w:t>　　公司对软件的销售价格为统一价，没有根据企业的规模、性质、需求、选择等方面考虑，如小中型企业主要关心的是价格、应用，大型企业主要关心的是成功案例、应用和服务。</w:t>
      </w:r>
      <w:r>
        <w:rPr>
          <w:lang w:eastAsia="zh-CN"/>
        </w:rPr>
        <w:br/>
      </w:r>
      <w:r>
        <w:rPr>
          <w:lang w:eastAsia="zh-CN"/>
        </w:rPr>
        <w:t>　　2.2</w:t>
      </w:r>
      <w:r>
        <w:rPr>
          <w:lang w:eastAsia="zh-CN"/>
        </w:rPr>
        <w:br/>
      </w:r>
      <w:r>
        <w:rPr>
          <w:lang w:eastAsia="zh-CN"/>
        </w:rPr>
        <w:t>　　销售团队分析</w:t>
      </w:r>
      <w:r>
        <w:rPr>
          <w:lang w:eastAsia="zh-CN"/>
        </w:rPr>
        <w:br/>
      </w:r>
      <w:r>
        <w:rPr>
          <w:lang w:eastAsia="zh-CN"/>
        </w:rPr>
        <w:t>　　销售人员的主动性、积极性不高，没有做到“销售”释解的定义，只是为完成公司交代的任务，做的是面的工作，没有质的工作，而且没有建立一种长期相互交往的姿态。市场部没有方向、销售策略，没有建立、发展潜在的客户群体。</w:t>
      </w:r>
      <w:r>
        <w:rPr>
          <w:lang w:eastAsia="zh-CN"/>
        </w:rPr>
        <w:br/>
      </w:r>
      <w:r>
        <w:rPr>
          <w:lang w:eastAsia="zh-CN"/>
        </w:rPr>
        <w:t>　　2.3</w:t>
      </w:r>
      <w:r>
        <w:rPr>
          <w:lang w:eastAsia="zh-CN"/>
        </w:rPr>
        <w:br/>
      </w:r>
      <w:r>
        <w:rPr>
          <w:lang w:eastAsia="zh-CN"/>
        </w:rPr>
        <w:t>　　软件制作团队分析</w:t>
      </w:r>
      <w:r>
        <w:rPr>
          <w:lang w:eastAsia="zh-CN"/>
        </w:rPr>
        <w:br/>
      </w:r>
      <w:r>
        <w:rPr>
          <w:lang w:eastAsia="zh-CN"/>
        </w:rPr>
        <w:t>　　软件在展示方面具有一定优势，而制作团队能不能把它用现代艺术、审美的手法表现出来，给观众带来视觉上的享受则是关键。需要专业美工团队作为它的载体。</w:t>
      </w:r>
      <w:r>
        <w:rPr>
          <w:lang w:eastAsia="zh-CN"/>
        </w:rPr>
        <w:br/>
      </w:r>
      <w:r>
        <w:rPr>
          <w:lang w:eastAsia="zh-CN"/>
        </w:rPr>
        <w:t>　　三、销售计划</w:t>
      </w:r>
      <w:r>
        <w:rPr>
          <w:lang w:eastAsia="zh-CN"/>
        </w:rPr>
        <w:br/>
      </w:r>
      <w:r>
        <w:rPr>
          <w:lang w:eastAsia="zh-CN"/>
        </w:rPr>
        <w:t>　　3.1</w:t>
      </w:r>
      <w:r>
        <w:rPr>
          <w:lang w:eastAsia="zh-CN"/>
        </w:rPr>
        <w:br/>
      </w:r>
      <w:r>
        <w:rPr>
          <w:lang w:eastAsia="zh-CN"/>
        </w:rPr>
        <w:t>　　市场销售</w:t>
      </w:r>
      <w:r>
        <w:rPr>
          <w:lang w:eastAsia="zh-CN"/>
        </w:rPr>
        <w:br/>
      </w:r>
      <w:r>
        <w:rPr>
          <w:lang w:eastAsia="zh-CN"/>
        </w:rPr>
        <w:t>　　针对市场潜在的用户如汽车4S店、知名品牌店等，主要靠联系、跟踪商谈等基本方法，计划销售额基本下线为4套/年，单套软件（含制作）定价为10000元，其中人员提成15%，制作团队15%，税金17%。</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3.2</w:t>
      </w:r>
      <w:r>
        <w:rPr>
          <w:lang w:eastAsia="zh-CN"/>
        </w:rPr>
        <w:br/>
      </w:r>
      <w:r>
        <w:rPr>
          <w:lang w:eastAsia="zh-CN"/>
        </w:rPr>
        <w:t>　　嫁接销售</w:t>
      </w:r>
      <w:r>
        <w:rPr>
          <w:lang w:eastAsia="zh-CN"/>
        </w:rPr>
        <w:br/>
      </w:r>
      <w:r>
        <w:rPr>
          <w:lang w:eastAsia="zh-CN"/>
        </w:rPr>
        <w:t>　　把产品嫁接在相关的配套设备厂商或商业活动上，在比较高端的展会里向参展商采用销售、租赁的方式，帮助参展商制作宣传页，提供软件、硬件设施，租赁定价为1500元/天，其中硬件租赁费300～500元/天，制作团队400元，运输200元，税金6%。</w:t>
      </w:r>
      <w:r>
        <w:rPr>
          <w:lang w:eastAsia="zh-CN"/>
        </w:rPr>
        <w:br/>
      </w:r>
      <w:r>
        <w:rPr>
          <w:lang w:eastAsia="zh-CN"/>
        </w:rPr>
        <w:t>　　与触摸屏厂商展开合作，以600元/套低价销售给厂商，并免费提供培训。计划完成销售100套/年。</w:t>
      </w:r>
      <w:r>
        <w:rPr>
          <w:lang w:eastAsia="zh-CN"/>
        </w:rPr>
        <w:br/>
      </w:r>
      <w:r>
        <w:rPr>
          <w:lang w:eastAsia="zh-CN"/>
        </w:rPr>
        <w:t>　　3.3</w:t>
      </w:r>
      <w:r>
        <w:rPr>
          <w:lang w:eastAsia="zh-CN"/>
        </w:rPr>
        <w:br/>
      </w:r>
      <w:r>
        <w:rPr>
          <w:lang w:eastAsia="zh-CN"/>
        </w:rPr>
        <w:t>　　捆绑销售</w:t>
      </w:r>
      <w:r>
        <w:rPr>
          <w:lang w:eastAsia="zh-CN"/>
        </w:rPr>
        <w:br/>
      </w:r>
      <w:r>
        <w:rPr>
          <w:lang w:eastAsia="zh-CN"/>
        </w:rPr>
        <w:t>　　通过公司的项目把软件应用于其中，单套价格可定位高一点，预计有福建项目和珠海项目。</w:t>
      </w:r>
      <w:r>
        <w:rPr>
          <w:lang w:eastAsia="zh-CN"/>
        </w:rPr>
        <w:br/>
      </w:r>
      <w:r>
        <w:rPr>
          <w:lang w:eastAsia="zh-CN"/>
        </w:rPr>
        <w:t>　　3.4</w:t>
      </w:r>
      <w:r>
        <w:rPr>
          <w:lang w:eastAsia="zh-CN"/>
        </w:rPr>
        <w:br/>
      </w:r>
      <w:r>
        <w:rPr>
          <w:lang w:eastAsia="zh-CN"/>
        </w:rPr>
        <w:t>　　分销销售</w:t>
      </w:r>
      <w:r>
        <w:rPr>
          <w:lang w:eastAsia="zh-CN"/>
        </w:rPr>
        <w:br/>
      </w:r>
      <w:r>
        <w:rPr>
          <w:lang w:eastAsia="zh-CN"/>
        </w:rPr>
        <w:t>　　承招各地经销商和软件公司，让他们做代理，以单套600元价格给他们，并作出奖励条件，每个代理经销商一年内完成100套以上，单价上优惠100元，年底结算返还。每年计划发展40个代理经销商，每个做到销售保有量10套/，全年为400套。逐步形成品牌效应，进入到大众化领域。</w:t>
      </w:r>
      <w:r>
        <w:rPr>
          <w:lang w:eastAsia="zh-CN"/>
        </w:rPr>
        <w:br/>
      </w:r>
      <w:r>
        <w:rPr>
          <w:lang w:eastAsia="zh-CN"/>
        </w:rPr>
        <w:t>　　四、条件准备</w:t>
      </w:r>
      <w:r>
        <w:rPr>
          <w:lang w:eastAsia="zh-CN"/>
        </w:rPr>
        <w:br/>
      </w:r>
      <w:r>
        <w:rPr>
          <w:lang w:eastAsia="zh-CN"/>
        </w:rPr>
        <w:t>　　4.1</w:t>
      </w:r>
      <w:r>
        <w:rPr>
          <w:lang w:eastAsia="zh-CN"/>
        </w:rPr>
        <w:br/>
      </w:r>
      <w:r>
        <w:rPr>
          <w:lang w:eastAsia="zh-CN"/>
        </w:rPr>
        <w:t>　　人员准备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扩充销售人员队伍，招聘一位有经验、能力的销售人员作为经理，培训现有人员，还可适当再招一两个销售人员。与固定美工制作团队合作。</w:t>
      </w:r>
      <w:r>
        <w:rPr>
          <w:lang w:eastAsia="zh-CN"/>
        </w:rPr>
        <w:br/>
      </w:r>
      <w:r>
        <w:rPr>
          <w:lang w:eastAsia="zh-CN"/>
        </w:rPr>
        <w:t>　　4.2</w:t>
      </w:r>
      <w:r>
        <w:rPr>
          <w:lang w:eastAsia="zh-CN"/>
        </w:rPr>
        <w:br/>
      </w:r>
      <w:r>
        <w:rPr>
          <w:lang w:eastAsia="zh-CN"/>
        </w:rPr>
        <w:t>　　资金准备</w:t>
      </w:r>
      <w:r>
        <w:rPr>
          <w:lang w:eastAsia="zh-CN"/>
        </w:rPr>
        <w:br/>
      </w:r>
      <w:r>
        <w:rPr>
          <w:lang w:eastAsia="zh-CN"/>
        </w:rPr>
        <w:t>　　硬件资金准备，触摸屏采取租赁或购买方式，并配备相应的加密狗。</w:t>
      </w:r>
      <w:r>
        <w:rPr>
          <w:lang w:eastAsia="zh-CN"/>
        </w:rPr>
        <w:br/>
      </w:r>
      <w:r>
        <w:rPr>
          <w:lang w:eastAsia="zh-CN"/>
        </w:rPr>
        <w:t xml:space="preserve">    销售计划书样本 篇9 </w:t>
      </w:r>
      <w:r>
        <w:rPr>
          <w:lang w:eastAsia="zh-CN"/>
        </w:rPr>
        <w:br/>
      </w:r>
      <w:r>
        <w:rPr>
          <w:lang w:eastAsia="zh-CN"/>
        </w:rPr>
        <w:t>　　在下季度的工作规划中下面的几项工作作为主要的工作来做：</w:t>
      </w:r>
      <w:r>
        <w:rPr>
          <w:lang w:eastAsia="zh-CN"/>
        </w:rPr>
        <w:br/>
      </w:r>
      <w:r>
        <w:rPr>
          <w:lang w:eastAsia="zh-CN"/>
        </w:rPr>
        <w:t>　　1)建立一支熟悉业务，而相对稳定的销售团队。</w:t>
      </w:r>
      <w:r>
        <w:rPr>
          <w:lang w:eastAsia="zh-CN"/>
        </w:rPr>
        <w:br/>
      </w:r>
      <w:r>
        <w:rPr>
          <w:lang w:eastAsia="zh-CN"/>
        </w:rPr>
        <w:t>　　人才是最宝贵的资源，一切销售业绩都起源于有一个好的销售人员，建立一支具有凝聚力，合作精神的销售团队是根本。在下季度的工作中建立一个和谐，具有杀伤力的团队作为一项主要的工作来抓。</w:t>
      </w:r>
      <w:r>
        <w:rPr>
          <w:lang w:eastAsia="zh-CN"/>
        </w:rPr>
        <w:br/>
      </w:r>
      <w:r>
        <w:rPr>
          <w:lang w:eastAsia="zh-CN"/>
        </w:rPr>
        <w:t>　　2)完善综合事业部制度，建立一套明确系统的管理办法。</w:t>
      </w:r>
      <w:r>
        <w:rPr>
          <w:lang w:eastAsia="zh-CN"/>
        </w:rPr>
        <w:br/>
      </w:r>
      <w:r>
        <w:rPr>
          <w:lang w:eastAsia="zh-CN"/>
        </w:rPr>
        <w:t>　　销售管理是老大难问题，销售人员外出拜访，见客户处于放任自流的状态。完善销售管理制度的目的是让销售人员在工作中发挥主观能动性，对工作有高度的职责心，提高销售人员的主人翁意识。</w:t>
      </w:r>
      <w:r>
        <w:rPr>
          <w:lang w:eastAsia="zh-CN"/>
        </w:rPr>
        <w:br/>
      </w:r>
      <w:r>
        <w:rPr>
          <w:lang w:eastAsia="zh-CN"/>
        </w:rPr>
        <w:t>　　3)培养销售人员发现问题，总结问题，不断自我提高的习惯。</w:t>
      </w:r>
      <w:r>
        <w:rPr>
          <w:lang w:eastAsia="zh-CN"/>
        </w:rPr>
        <w:br/>
      </w:r>
      <w:r>
        <w:rPr>
          <w:lang w:eastAsia="zh-CN"/>
        </w:rPr>
        <w:t>　　培养销售人员发现问题，总结问题目的在于提高销售人员综合素质.，在工作中能发现问题总结问题并能提出自己的看法和推荐，业务潜力提高到一个新的档次。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4)建立约访专员。(推荐试行)</w:t>
      </w:r>
      <w:r>
        <w:rPr>
          <w:lang w:eastAsia="zh-CN"/>
        </w:rPr>
        <w:br/>
      </w:r>
      <w:r>
        <w:rPr>
          <w:lang w:eastAsia="zh-CN"/>
        </w:rPr>
        <w:t>　　根据销售同事在外出拜访过程中遇到的一系列的问题，约好的客户突然改变行程，毁约，不在家的状况，使计划好的行程被打乱，不能顺利完成拜访的目的。造成时间，资金上的浪费。</w:t>
      </w:r>
      <w:r>
        <w:rPr>
          <w:lang w:eastAsia="zh-CN"/>
        </w:rPr>
        <w:br/>
      </w:r>
      <w:r>
        <w:rPr>
          <w:lang w:eastAsia="zh-CN"/>
        </w:rPr>
        <w:t>　　5)销售目标</w:t>
      </w:r>
      <w:r>
        <w:rPr>
          <w:lang w:eastAsia="zh-CN"/>
        </w:rPr>
        <w:br/>
      </w:r>
      <w:r>
        <w:rPr>
          <w:lang w:eastAsia="zh-CN"/>
        </w:rPr>
        <w:t>　　下季度的销售目标最基本的是做到日日有进帐的单子。根据企业下达的销售任务，把任务根据具体状况分解到每月，每周，每日;以每月，每周，每日的销售目标分解到各个销售人员身上，完成各个时间段的销售任务。并在完成销售任务的基础上提高销售业绩。</w:t>
      </w:r>
      <w:r>
        <w:rPr>
          <w:lang w:eastAsia="zh-CN"/>
        </w:rPr>
        <w:br/>
      </w:r>
      <w:r>
        <w:rPr>
          <w:lang w:eastAsia="zh-CN"/>
        </w:rPr>
        <w:t>　　我认为企业下季度的发展是与整个企业的综合素质，企业的指导方针，团队的建设是分不开的。提高执行力的标准，建立一个良好的销售团队和有一个好的工作模式与工作环境是工作的关键。</w:t>
      </w:r>
      <w:r>
        <w:rPr>
          <w:lang w:eastAsia="zh-CN"/>
        </w:rPr>
        <w:br/>
      </w:r>
      <w:r>
        <w:rPr>
          <w:lang w:eastAsia="zh-CN"/>
        </w:rPr>
        <w:t>　　具体的其他工作计划如下：</w:t>
      </w:r>
      <w:r>
        <w:rPr>
          <w:lang w:eastAsia="zh-CN"/>
        </w:rPr>
        <w:br/>
      </w:r>
      <w:r>
        <w:rPr>
          <w:lang w:eastAsia="zh-CN"/>
        </w:rPr>
        <w:t>　　第一步:招聘员工</w:t>
      </w:r>
      <w:r>
        <w:rPr>
          <w:lang w:eastAsia="zh-CN"/>
        </w:rPr>
        <w:br/>
      </w:r>
      <w:r>
        <w:rPr>
          <w:lang w:eastAsia="zh-CN"/>
        </w:rPr>
        <w:t>　　1、看销售人员的心态及人品</w:t>
      </w:r>
      <w:r>
        <w:rPr>
          <w:lang w:eastAsia="zh-CN"/>
        </w:rPr>
        <w:br/>
      </w:r>
      <w:r>
        <w:rPr>
          <w:lang w:eastAsia="zh-CN"/>
        </w:rPr>
        <w:t>　　2、让他们清楚企业、我及他们自己的目标</w:t>
      </w:r>
      <w:r>
        <w:rPr>
          <w:lang w:eastAsia="zh-CN"/>
        </w:rPr>
        <w:br/>
      </w:r>
      <w:r>
        <w:rPr>
          <w:lang w:eastAsia="zh-CN"/>
        </w:rPr>
        <w:t>　　3、建立一个和谐的具有凝聚力的团队</w:t>
      </w:r>
      <w:r>
        <w:rPr>
          <w:lang w:eastAsia="zh-CN"/>
        </w:rPr>
        <w:br/>
      </w:r>
      <w:r>
        <w:rPr>
          <w:lang w:eastAsia="zh-CN"/>
        </w:rPr>
        <w:t>　　第二步：培训员工</w:t>
      </w:r>
      <w:r>
        <w:rPr>
          <w:lang w:eastAsia="zh-CN"/>
        </w:rPr>
        <w:br/>
      </w:r>
      <w:r>
        <w:rPr>
          <w:lang w:eastAsia="zh-CN"/>
        </w:rPr>
        <w:t>　　1、让员工学习产品知识及互联网常</w:t>
      </w:r>
      <w:r>
        <w:rPr>
          <w:lang w:eastAsia="zh-CN"/>
        </w:rPr>
        <w:br/>
      </w:r>
      <w:r>
        <w:rPr>
          <w:lang w:eastAsia="zh-CN"/>
        </w:rPr>
        <w:t>　　2、培训员工的销售和与人沟通的技巧</w:t>
      </w:r>
      <w:r>
        <w:rPr>
          <w:lang w:eastAsia="zh-CN"/>
        </w:rPr>
        <w:br/>
      </w:r>
      <w:r>
        <w:rPr>
          <w:lang w:eastAsia="zh-CN"/>
        </w:rPr>
        <w:t>　　3、培训员工的快速成交法</w:t>
      </w:r>
      <w:r>
        <w:rPr>
          <w:lang w:eastAsia="zh-CN"/>
        </w:rPr>
        <w:br/>
      </w:r>
      <w:r>
        <w:rPr>
          <w:lang w:eastAsia="zh-CN"/>
        </w:rPr>
        <w:t>　　4、引发员工的用心性和职责感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5、使团队的每个人与各个部门的员工和睦相处</w:t>
      </w:r>
      <w:r>
        <w:rPr>
          <w:lang w:eastAsia="zh-CN"/>
        </w:rPr>
        <w:br/>
      </w:r>
      <w:r>
        <w:rPr>
          <w:lang w:eastAsia="zh-CN"/>
        </w:rPr>
        <w:t>　　第三步：发挥员工的个人优点</w:t>
      </w:r>
      <w:r>
        <w:rPr>
          <w:lang w:eastAsia="zh-CN"/>
        </w:rPr>
        <w:br/>
      </w:r>
      <w:r>
        <w:rPr>
          <w:lang w:eastAsia="zh-CN"/>
        </w:rPr>
        <w:t>　　1、找出每个员工身上的闪光点(每一周保证和员工每人一次以上的应对面谈心，关心他们的身体健康，家庭生活。工作状况，及时纠正他们的错误思想及行为)。</w:t>
      </w:r>
      <w:r>
        <w:rPr>
          <w:lang w:eastAsia="zh-CN"/>
        </w:rPr>
        <w:br/>
      </w:r>
      <w:r>
        <w:rPr>
          <w:lang w:eastAsia="zh-CN"/>
        </w:rPr>
        <w:t>　　2、帮忙员工找出自己的位置，使之发挥自己最大的潜能(透过每月一次或两次的群众活动来体现。活动中无上下级和大小之分。让员工发表意见和见解)</w:t>
      </w:r>
      <w:r>
        <w:rPr>
          <w:lang w:eastAsia="zh-CN"/>
        </w:rPr>
        <w:br/>
      </w:r>
      <w:r>
        <w:rPr>
          <w:lang w:eastAsia="zh-CN"/>
        </w:rPr>
        <w:t>　　3、保证每个员工都有家的感觉，让他们无时无刻都能体现到企业的关怀</w:t>
      </w:r>
      <w:r>
        <w:rPr>
          <w:lang w:eastAsia="zh-CN"/>
        </w:rPr>
        <w:br/>
      </w:r>
      <w:r>
        <w:rPr>
          <w:lang w:eastAsia="zh-CN"/>
        </w:rPr>
        <w:t>　　第四步：让员工去市场上锻炼</w:t>
      </w:r>
      <w:r>
        <w:rPr>
          <w:lang w:eastAsia="zh-CN"/>
        </w:rPr>
        <w:br/>
      </w:r>
      <w:r>
        <w:rPr>
          <w:lang w:eastAsia="zh-CN"/>
        </w:rPr>
        <w:t>　　1、发现问题及时调整(思想用心地为企业服务)</w:t>
      </w:r>
      <w:r>
        <w:rPr>
          <w:lang w:eastAsia="zh-CN"/>
        </w:rPr>
        <w:br/>
      </w:r>
      <w:r>
        <w:rPr>
          <w:lang w:eastAsia="zh-CN"/>
        </w:rPr>
        <w:t>　　2、具体问题具体分析(首先突破自己的懒惰、执着和担心得罪人的心态，用心主动与员工沟通，引发他们的用心与职责感使他们与自己的目标达成一致)</w:t>
      </w:r>
      <w:r>
        <w:rPr>
          <w:lang w:eastAsia="zh-CN"/>
        </w:rPr>
        <w:br/>
      </w:r>
      <w:r>
        <w:rPr>
          <w:lang w:eastAsia="zh-CN"/>
        </w:rPr>
        <w:t>　　3、不断地修正自己，向高难度挑战，每一周开3次综合管理岗位会议，总结经验取长补短。不断扩展业务，提高效率。</w:t>
      </w:r>
      <w:r>
        <w:rPr>
          <w:lang w:eastAsia="zh-CN"/>
        </w:rPr>
        <w:br/>
      </w:r>
      <w:r>
        <w:rPr>
          <w:lang w:eastAsia="zh-CN"/>
        </w:rPr>
        <w:t>　　第五步：凝聚团队的力量</w:t>
      </w:r>
      <w:r>
        <w:rPr>
          <w:lang w:eastAsia="zh-CN"/>
        </w:rPr>
        <w:br/>
      </w:r>
      <w:r>
        <w:rPr>
          <w:lang w:eastAsia="zh-CN"/>
        </w:rPr>
        <w:t>　　1、凝聚团队的力量，发挥最大的潜能，月中组织一次群众活动。活动的目的让整个企业更有凝聚力，团结互助进取，让我的团队更强大。</w:t>
      </w:r>
      <w:r>
        <w:rPr>
          <w:lang w:eastAsia="zh-CN"/>
        </w:rPr>
        <w:br/>
      </w:r>
      <w:r>
        <w:rPr>
          <w:lang w:eastAsia="zh-CN"/>
        </w:rPr>
        <w:t>　　第六步：开发新客户，同时挖掘老客户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1、对前两个月每个销售人员的业务量进行检查，分析业绩有所下降的原因，找出原因及解决方法。</w:t>
      </w:r>
      <w:r>
        <w:rPr>
          <w:lang w:eastAsia="zh-CN"/>
        </w:rPr>
        <w:br/>
      </w:r>
      <w:r>
        <w:rPr>
          <w:lang w:eastAsia="zh-CN"/>
        </w:rPr>
        <w:t>　　2、让销售人员发展更多新客户，一个月内保证每个销售人员完成与20个未曾有过业务来往的新客户联系，至少有2至4个客户和我们合作，达成双赢的局面</w:t>
      </w:r>
      <w:r>
        <w:rPr>
          <w:lang w:eastAsia="zh-CN"/>
        </w:rPr>
        <w:br/>
      </w:r>
      <w:r>
        <w:rPr>
          <w:lang w:eastAsia="zh-CN"/>
        </w:rPr>
        <w:t>　　3、让销售人员加强与原有客户沟通，让他们了解我们企业的服务宗旨，更加相信我们企业，更加支持我们的企业，到达更好的收益，同时开拓更大的市场。</w:t>
      </w:r>
      <w:r>
        <w:rPr>
          <w:lang w:eastAsia="zh-CN"/>
        </w:rPr>
        <w:br/>
      </w:r>
      <w:r>
        <w:rPr>
          <w:lang w:eastAsia="zh-CN"/>
        </w:rPr>
        <w:t>　　4、让销售人员保证月内与5个无意向客户进行联系沟通一次以上，持续更密切。更和谐的状态，创造更佳的效益，使从无意向到签单。</w:t>
      </w:r>
      <w:r>
        <w:rPr>
          <w:lang w:eastAsia="zh-CN"/>
        </w:rPr>
        <w:br/>
      </w:r>
      <w:r>
        <w:rPr>
          <w:lang w:eastAsia="zh-CN"/>
        </w:rPr>
        <w:t>　　第七步目标达成</w:t>
      </w:r>
      <w:r>
        <w:rPr>
          <w:lang w:eastAsia="zh-CN"/>
        </w:rPr>
        <w:br/>
      </w:r>
      <w:r>
        <w:rPr>
          <w:lang w:eastAsia="zh-CN"/>
        </w:rPr>
        <w:t>　　1、自己和团队中的每个人都成长起来，团队壮大</w:t>
      </w:r>
      <w:r>
        <w:rPr>
          <w:lang w:eastAsia="zh-CN"/>
        </w:rPr>
        <w:br/>
      </w:r>
      <w:r>
        <w:rPr>
          <w:lang w:eastAsia="zh-CN"/>
        </w:rPr>
        <w:t>　　2、企业也会更加的强大</w:t>
      </w:r>
      <w:r>
        <w:rPr>
          <w:lang w:eastAsia="zh-CN"/>
        </w:rPr>
        <w:br/>
      </w:r>
      <w:r>
        <w:rPr>
          <w:lang w:eastAsia="zh-CN"/>
        </w:rPr>
        <w:t>　　3、让我的团队成为行业的”虎狼”之狮。</w:t>
      </w:r>
      <w:r>
        <w:rPr>
          <w:lang w:eastAsia="zh-CN"/>
        </w:rPr>
        <w:br/>
      </w:r>
      <w:r>
        <w:rPr>
          <w:lang w:eastAsia="zh-CN"/>
        </w:rPr>
        <w:t>　　4、本季度综合事业部的目标是120万，期望企业给予支持与帮忙。</w:t>
      </w:r>
      <w:r>
        <w:rPr>
          <w:lang w:eastAsia="zh-CN"/>
        </w:rPr>
        <w:br/>
      </w:r>
      <w:r>
        <w:rPr>
          <w:lang w:eastAsia="zh-CN"/>
        </w:rPr>
        <w:t xml:space="preserve">    销售计划书样本 篇10 </w:t>
      </w:r>
      <w:r>
        <w:rPr>
          <w:lang w:eastAsia="zh-CN"/>
        </w:rPr>
        <w:br/>
      </w:r>
      <w:r>
        <w:rPr>
          <w:lang w:eastAsia="zh-CN"/>
        </w:rPr>
        <w:t>　　一、苗木市场前景(需求、变化、发展)：</w:t>
      </w:r>
      <w:r>
        <w:rPr>
          <w:lang w:eastAsia="zh-CN"/>
        </w:rPr>
        <w:br/>
      </w:r>
      <w:r>
        <w:rPr>
          <w:lang w:eastAsia="zh-CN"/>
        </w:rPr>
        <w:t>　　花木产业发展市场前景广阔。一是城乡居民消费，将绿色移入居室。二是建设生态城市，发展农业休闲产业将成为行业发展的动力。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二、成都地区苗木产业分析：</w:t>
      </w:r>
      <w:r>
        <w:rPr>
          <w:lang w:eastAsia="zh-CN"/>
        </w:rPr>
        <w:br/>
      </w:r>
      <w:r>
        <w:rPr>
          <w:lang w:eastAsia="zh-CN"/>
        </w:rPr>
        <w:t>　　现状：本地区绿化苗木产业发达，但普遍规模小、管理粗放，科技含量低，从业人员水平参差不齐，营销模式陈旧，缺乏标准化管理等一系列问题制定三大策略：</w:t>
      </w:r>
      <w:r>
        <w:rPr>
          <w:lang w:eastAsia="zh-CN"/>
        </w:rPr>
        <w:br/>
      </w:r>
      <w:r>
        <w:rPr>
          <w:lang w:eastAsia="zh-CN"/>
        </w:rPr>
        <w:t>　　1、品种策略，以精品化银杏成为主导，观叶、观花等植物为辅，四季花开，一季一景。</w:t>
      </w:r>
      <w:r>
        <w:rPr>
          <w:lang w:eastAsia="zh-CN"/>
        </w:rPr>
        <w:br/>
      </w:r>
      <w:r>
        <w:rPr>
          <w:lang w:eastAsia="zh-CN"/>
        </w:rPr>
        <w:t>　　2、投资策略，以先进的容器、盆栽苗为以后发展方向，实现精品化、商品化。</w:t>
      </w:r>
      <w:r>
        <w:rPr>
          <w:lang w:eastAsia="zh-CN"/>
        </w:rPr>
        <w:br/>
      </w:r>
      <w:r>
        <w:rPr>
          <w:lang w:eastAsia="zh-CN"/>
        </w:rPr>
        <w:t>　　3、品牌策略，“万花自选超市”</w:t>
      </w:r>
      <w:r>
        <w:rPr>
          <w:lang w:eastAsia="zh-CN"/>
        </w:rPr>
        <w:br/>
      </w:r>
      <w:r>
        <w:rPr>
          <w:lang w:eastAsia="zh-CN"/>
        </w:rPr>
        <w:t>　　三、现阶段苗木市场需求的趋势：</w:t>
      </w:r>
      <w:r>
        <w:rPr>
          <w:lang w:eastAsia="zh-CN"/>
        </w:rPr>
        <w:br/>
      </w:r>
      <w:r>
        <w:rPr>
          <w:lang w:eastAsia="zh-CN"/>
        </w:rPr>
        <w:t>　　1、在市场普遍低迷的情况下，部分精品苗木价格依然坚挺。如全冠香樟、大规格精品皂角、黄连木、茶条槭等。</w:t>
      </w:r>
      <w:r>
        <w:rPr>
          <w:lang w:eastAsia="zh-CN"/>
        </w:rPr>
        <w:br/>
      </w:r>
      <w:r>
        <w:rPr>
          <w:lang w:eastAsia="zh-CN"/>
        </w:rPr>
        <w:t>　　2、在先绿起来的目标实现后，人们对彩叶树种的需求也不断加大，造成彩叶树种培育和种植面积增大，但普遍规格较小。彩叶市场前景看好的有，金枝槐、金叶榆、元宝枫、黄连木、茶条槭等。</w:t>
      </w:r>
      <w:r>
        <w:rPr>
          <w:lang w:eastAsia="zh-CN"/>
        </w:rPr>
        <w:br/>
      </w:r>
      <w:r>
        <w:rPr>
          <w:lang w:eastAsia="zh-CN"/>
        </w:rPr>
        <w:t>　　3、容器苗将成为市场的新宠，随着绿化工程对苗木标准的提升，对苗木的整体性、存活率要求越来越高，容器苗具有栽植不受季节变化的限制。目前成都地区容器苗尚处于发展阶段，多数企业和个人觉得成本高，不愿发展容器苗，容器苗市场空缺。容器苗市场前景看好的有，桂花、红枫、垂丝海棠、香樟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4、灌木品种以生产周期短，见效快的品种为首选，彩叶品种具有较强的色彩效果和较好的适应性的品种更受喜爱。市场前景看好的有，袋装红叶石楠、金森女贞、大花六道木等。</w:t>
      </w:r>
      <w:r>
        <w:rPr>
          <w:lang w:eastAsia="zh-CN"/>
        </w:rPr>
        <w:br/>
      </w:r>
      <w:r>
        <w:rPr>
          <w:lang w:eastAsia="zh-CN"/>
        </w:rPr>
        <w:t>　　四、销售方案</w:t>
      </w:r>
      <w:r>
        <w:rPr>
          <w:lang w:eastAsia="zh-CN"/>
        </w:rPr>
        <w:br/>
      </w:r>
      <w:r>
        <w:rPr>
          <w:lang w:eastAsia="zh-CN"/>
        </w:rPr>
        <w:t>　　为了更好的给公司种植的_等品种苗木制定合理价格，确保在本地区推广销售工作的顺利进行，并形成长期持续、稳定的销售渠道，特拟定此销售建议。</w:t>
      </w:r>
      <w:r>
        <w:rPr>
          <w:lang w:eastAsia="zh-CN"/>
        </w:rPr>
        <w:br/>
      </w:r>
      <w:r>
        <w:rPr>
          <w:lang w:eastAsia="zh-CN"/>
        </w:rPr>
        <w:t xml:space="preserve">    销售计划书样本 篇11 </w:t>
      </w:r>
      <w:r>
        <w:rPr>
          <w:lang w:eastAsia="zh-CN"/>
        </w:rPr>
        <w:br/>
      </w:r>
      <w:r>
        <w:rPr>
          <w:lang w:eastAsia="zh-CN"/>
        </w:rPr>
        <w:t>　　一、销售背景</w:t>
      </w:r>
      <w:r>
        <w:rPr>
          <w:lang w:eastAsia="zh-CN"/>
        </w:rPr>
        <w:br/>
      </w:r>
      <w:r>
        <w:rPr>
          <w:lang w:eastAsia="zh-CN"/>
        </w:rPr>
        <w:t>　　1、项目背景</w:t>
      </w:r>
      <w:r>
        <w:rPr>
          <w:lang w:eastAsia="zh-CN"/>
        </w:rPr>
        <w:br/>
      </w:r>
      <w:r>
        <w:rPr>
          <w:lang w:eastAsia="zh-CN"/>
        </w:rPr>
        <w:t>　　这几年的研究调查表明，大学生体质健康状况不容乐观，例如体质下降，容易生病等。这不仅影响了大学生当前的学习，而且也对他们未来所从事的事业产生了不可忽视的影响。尤其是这几年nba、英超等体育活动的风靡，激发了大学生在竞技场上一展风采的愿望。当下大学生希望通过体育锻炼来增强体质。然而，学校提供的锻炼设施较为陈旧，且目前市场上健身房的收费标准往往超出了大学生的承受能力，因此，开办一间针对大学生的健身房具有明朗的前景。</w:t>
      </w:r>
      <w:r>
        <w:rPr>
          <w:lang w:eastAsia="zh-CN"/>
        </w:rPr>
        <w:br/>
      </w:r>
      <w:r>
        <w:rPr>
          <w:lang w:eastAsia="zh-CN"/>
        </w:rPr>
        <w:t>　　结合福州高校学生健身房匮乏的现状，拟选取大学城作为销售的起点，凭借大学城庞大的学生群体及在体能教育方面的优势，可以预见我们拥有庞大的市场空间和发展空间。</w:t>
      </w:r>
      <w:r>
        <w:rPr>
          <w:lang w:eastAsia="zh-CN"/>
        </w:rPr>
        <w:br/>
      </w:r>
      <w:r>
        <w:rPr>
          <w:lang w:eastAsia="zh-CN"/>
        </w:rPr>
        <w:t>　　二、销售构想</w:t>
      </w:r>
      <w:r>
        <w:rPr>
          <w:lang w:eastAsia="zh-CN"/>
        </w:rPr>
        <w:br/>
      </w:r>
      <w:r>
        <w:rPr>
          <w:lang w:eastAsia="zh-CN"/>
        </w:rPr>
        <w:t>　　1、项目介绍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我们计划成立一间健身房，以大学城为中心，客户以附近大学的大学生为主，以及附近周围的社会上的客户。项目前期打算先租赁一间大仓库，地点选在地价相对较低的地段。相关配套设施有：跑步机5台、五人综合训练器1台、坐式蹬腿训练器1台、坐式胸肌推举训练器1台、下斜举重床1台、臂力训练器2台、乒乓球台、桌球台、桌游设备等。</w:t>
      </w:r>
      <w:r>
        <w:rPr>
          <w:lang w:eastAsia="zh-CN"/>
        </w:rPr>
        <w:br/>
      </w:r>
      <w:r>
        <w:rPr>
          <w:lang w:eastAsia="zh-CN"/>
        </w:rPr>
        <w:t>　　2、项目的经营</w:t>
      </w:r>
      <w:r>
        <w:rPr>
          <w:lang w:eastAsia="zh-CN"/>
        </w:rPr>
        <w:br/>
      </w:r>
      <w:r>
        <w:rPr>
          <w:lang w:eastAsia="zh-CN"/>
        </w:rPr>
        <w:t>　　形势分析：前期因为设施有限，并且知名度不高，客户对我们的认知度不高。 相应对策：我们必须先把握住每个进来的客户，前期我们打算为每个来光顾的客户量身定制健身方案，争取每个客户都有专门的教练手把手的指导与训练。在客户中留下好的口碑、好的形象，通过客户的口碑相传，打开我们在大学城的市场，使我们能够站稳脚跟。后期发展壮大之后，首先进行面积上的扩展，设备的更新和新设备的引进，专业教练的人员数量增加。并且有可能发展成为全国唯一一家针对大学生的专业健身连锁店。</w:t>
      </w:r>
      <w:r>
        <w:rPr>
          <w:lang w:eastAsia="zh-CN"/>
        </w:rPr>
        <w:br/>
      </w:r>
      <w:r>
        <w:rPr>
          <w:lang w:eastAsia="zh-CN"/>
        </w:rPr>
        <w:t>　　3、项目优势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大学城附近没有一个设备齐全、价格适合大学生的健身房。并且即使有也没有一个主要针对大学生人群的专业化的健身团队。现代社会对良好身体素质的需要，要求我们迫切改变自己，提高自己的身体素质。初中高中我们迫于学业压力锻炼的机会和时间都很少，大学的时间是很充足的并且我们处于一个从学校走向社会的转折。有一个良好的体魄对于我们走向社会、走向职场都有很大的帮助。现在很多的职业面试都是先看外表。俗话也有说：好的身体是革命的本钱。所以，加强锻炼，增强身体素质是现代大学生的需求。这是一个正在增长的新兴社会需求。</w:t>
      </w:r>
      <w:r>
        <w:rPr>
          <w:lang w:eastAsia="zh-CN"/>
        </w:rPr>
        <w:br/>
      </w:r>
      <w:r>
        <w:rPr>
          <w:lang w:eastAsia="zh-CN"/>
        </w:rPr>
        <w:t>　　4、团队优势</w:t>
      </w:r>
      <w:r>
        <w:rPr>
          <w:lang w:eastAsia="zh-CN"/>
        </w:rPr>
        <w:br/>
      </w:r>
      <w:r>
        <w:rPr>
          <w:lang w:eastAsia="zh-CN"/>
        </w:rPr>
        <w:t>　　我们团队自己拥有有体育专业的学生、专业化的健身知识，优良的管理和营销策略以及对于事业的热忱。</w:t>
      </w:r>
      <w:r>
        <w:rPr>
          <w:lang w:eastAsia="zh-CN"/>
        </w:rPr>
        <w:br/>
      </w:r>
      <w:r>
        <w:rPr>
          <w:lang w:eastAsia="zh-CN"/>
        </w:rPr>
        <w:t>　　三、市场分析</w:t>
      </w:r>
      <w:r>
        <w:rPr>
          <w:lang w:eastAsia="zh-CN"/>
        </w:rPr>
        <w:br/>
      </w:r>
      <w:r>
        <w:rPr>
          <w:lang w:eastAsia="zh-CN"/>
        </w:rPr>
        <w:t>　　1、市场调查与行业分析</w:t>
      </w:r>
      <w:r>
        <w:rPr>
          <w:lang w:eastAsia="zh-CN"/>
        </w:rPr>
        <w:br/>
      </w:r>
      <w:r>
        <w:rPr>
          <w:lang w:eastAsia="zh-CN"/>
        </w:rPr>
        <w:t>　　大学生，一群永远走在时尚和思潮前面的人，随着我国经济的发展，健身这个及健康又时尚的行业越来越流行了，大学生自然不会落后。</w:t>
      </w:r>
      <w:r>
        <w:rPr>
          <w:lang w:eastAsia="zh-CN"/>
        </w:rPr>
        <w:br/>
      </w:r>
      <w:r>
        <w:rPr>
          <w:lang w:eastAsia="zh-CN"/>
        </w:rPr>
        <w:t>　　一方面，对于大学生而言，健身并不是一项很简单的很随意的消费。大学生没有固定的经济来源，同时平时要上课，空闲时间有限。另一方面，健身房要怎么做才能吸引更多的大学生来作自己的会员呢？作为潜在消费者，无疑现在的大学生将是以后健身房的主力消费群体，在一定意义上来说，这是一项长期投资，但绝对值得，何况当下就有回报，只是相对的少点。何乐而不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目前的高校学生以80后期和90后出生的人群为主。这个群体是伴随着我国经济快速成长起来的，而互联网是他们日常生活的一部分。因此这个人群的特点是思想开放、容易接收新事物，敢于尝试新事物。对这样的一个群体而言，高校之内的传统健身项目显然不能满足他们的基本的要求。而目前单在福州市的高校众多，因此开拓这片高校健身市场具有重大的意义。经过调查发现，福州大学生平均月消费是750元左右，但是办理一张力美健健身年卡最少需要3000元左右。对于一名普通的在校大学生，是不可能承受如此高额的健身消费的，无疑福州的大学生想获得适合自己的健身锻炼只是一种奢侈的幻想。为此，我们针对性地开设了这个健身房。</w:t>
      </w:r>
      <w:r>
        <w:rPr>
          <w:lang w:eastAsia="zh-CN"/>
        </w:rPr>
        <w:br/>
      </w:r>
      <w:r>
        <w:rPr>
          <w:lang w:eastAsia="zh-CN"/>
        </w:rPr>
        <w:t>　　结合大学城远离市区的地理位置和城内庞大的消费群体 ，因此此选址开设健身房即能吸引较多的大学生，而且竞争压力相对较小。由于大部分高校学生有群体式消费的习惯，他们锻炼的时间比较集中，加上学习和社团的任务与压力都比较大，他们需要更多的体育活动来减压。而我们拥有比较专业的体能教练，能对不同的学生针对开设一套比较完善、符合他们需要的健身方案。</w:t>
      </w:r>
      <w:r>
        <w:rPr>
          <w:lang w:eastAsia="zh-CN"/>
        </w:rPr>
        <w:br/>
      </w:r>
      <w:r>
        <w:rPr>
          <w:lang w:eastAsia="zh-CN"/>
        </w:rPr>
        <w:t>　　目前大部分学校的健身方式比较单一、内容较为枯燥。部分同学急切关心自己的锻炼成效、拥有较强的表现欲望，他们希望通过体育锻炼能获得更多的成功体验。拟根据客户的要求，设定最适合他们的健身方式。</w:t>
      </w:r>
      <w:r>
        <w:rPr>
          <w:lang w:eastAsia="zh-CN"/>
        </w:rPr>
        <w:br/>
      </w:r>
      <w:r>
        <w:rPr>
          <w:lang w:eastAsia="zh-CN"/>
        </w:rPr>
        <w:t>　　男生市场：在师大和福大的宿舍附近的商业区开设以主要锻炼大腿、胸腹、手臂等肌肉为主的健身项目。</w:t>
      </w:r>
      <w:r>
        <w:rPr>
          <w:lang w:eastAsia="zh-CN"/>
        </w:rPr>
        <w:br/>
      </w:r>
      <w:r>
        <w:rPr>
          <w:lang w:eastAsia="zh-CN"/>
        </w:rPr>
        <w:t>　　女生市场：当男生市场的运作趋于稳定的时候，我们将在福大、师大外附近开设瑜伽、普拉提、舍宾等健身项目。</w:t>
      </w:r>
      <w:r>
        <w:rPr>
          <w:lang w:eastAsia="zh-CN"/>
        </w:rPr>
        <w:br/>
      </w:r>
      <w:r>
        <w:rPr>
          <w:lang w:eastAsia="zh-CN"/>
        </w:rPr>
        <w:t xml:space="preserve">    销售计划书样本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转眼间就要进入20__-20__年的新年了。新的一年充满了挑战、机遇和压力，对我来说也是非常重要的一年。生活和工作的压力驱使我努力工作，努力学习。在这里，我制定了今年的工作计划，以便在新的一年里取得更大的进步和成绩。</w:t>
      </w:r>
      <w:r>
        <w:rPr>
          <w:lang w:eastAsia="zh-CN"/>
        </w:rPr>
        <w:br/>
      </w:r>
      <w:r>
        <w:rPr>
          <w:lang w:eastAsia="zh-CN"/>
        </w:rPr>
        <w:t>　　一、销量指数</w:t>
      </w:r>
      <w:r>
        <w:rPr>
          <w:lang w:eastAsia="zh-CN"/>
        </w:rPr>
        <w:br/>
      </w:r>
      <w:r>
        <w:rPr>
          <w:lang w:eastAsia="zh-CN"/>
        </w:rPr>
        <w:t>　　上级下达的销售任务30万元，销售目标35万元。</w:t>
      </w:r>
      <w:r>
        <w:rPr>
          <w:lang w:eastAsia="zh-CN"/>
        </w:rPr>
        <w:br/>
      </w:r>
      <w:r>
        <w:rPr>
          <w:lang w:eastAsia="zh-CN"/>
        </w:rPr>
        <w:t>　　二、规划</w:t>
      </w:r>
      <w:r>
        <w:rPr>
          <w:lang w:eastAsia="zh-CN"/>
        </w:rPr>
        <w:br/>
      </w:r>
      <w:r>
        <w:rPr>
          <w:lang w:eastAsia="zh-CN"/>
        </w:rPr>
        <w:t>　　1.年初草稿《年度销售计划》；</w:t>
      </w:r>
      <w:r>
        <w:rPr>
          <w:lang w:eastAsia="zh-CN"/>
        </w:rPr>
        <w:br/>
      </w:r>
      <w:r>
        <w:rPr>
          <w:lang w:eastAsia="zh-CN"/>
        </w:rPr>
        <w:t>　　2.每月初拟《月销售计划表》；</w:t>
      </w:r>
      <w:r>
        <w:rPr>
          <w:lang w:eastAsia="zh-CN"/>
        </w:rPr>
        <w:br/>
      </w:r>
      <w:r>
        <w:rPr>
          <w:lang w:eastAsia="zh-CN"/>
        </w:rPr>
        <w:t>　　三.客户分类</w:t>
      </w:r>
      <w:r>
        <w:rPr>
          <w:lang w:eastAsia="zh-CN"/>
        </w:rPr>
        <w:br/>
      </w:r>
      <w:r>
        <w:rPr>
          <w:lang w:eastAsia="zh-CN"/>
        </w:rPr>
        <w:t>　　根据收到的每个客户，将现有客户分为三类：A类客户、B类客户、C类客户，对各级客户进行综合分析。实现不同的客户，采用不同的服务。愉快地来，满意地回。</w:t>
      </w:r>
      <w:r>
        <w:rPr>
          <w:lang w:eastAsia="zh-CN"/>
        </w:rPr>
        <w:br/>
      </w:r>
      <w:r>
        <w:rPr>
          <w:lang w:eastAsia="zh-CN"/>
        </w:rPr>
        <w:t>　　四.实施措施</w:t>
      </w:r>
      <w:r>
        <w:rPr>
          <w:lang w:eastAsia="zh-CN"/>
        </w:rPr>
        <w:br/>
      </w:r>
      <w:r>
        <w:rPr>
          <w:lang w:eastAsia="zh-CN"/>
        </w:rPr>
        <w:t>　　1、熟悉公司新的规章制度和业务工作。该公司不断改革和建立新系统，尤其是在商业领域。作为公司的部门经理，你必须自己承担责任，在遵守公司规定的同时，尽最大努力开展业务工作。</w:t>
      </w:r>
      <w:r>
        <w:rPr>
          <w:lang w:eastAsia="zh-CN"/>
        </w:rPr>
        <w:br/>
      </w:r>
      <w:r>
        <w:rPr>
          <w:lang w:eastAsia="zh-CN"/>
        </w:rPr>
        <w:t>　　2.制定学习计划。学习对于业务人员来说非常重要，因为它直接关系到一个业务人员与时俱进的步伐和业务活力。根据需要调整自己的学习方向，补充新能源。专业知识和管理能力都是我想掌握的内容。只有知己知彼，才能百战不殆。</w:t>
      </w:r>
      <w:r>
        <w:rPr>
          <w:lang w:eastAsia="zh-CN"/>
        </w:rPr>
        <w:br/>
      </w:r>
      <w:r>
        <w:rPr>
          <w:lang w:eastAsia="zh-CN"/>
        </w:rPr>
        <w:t>　　3.加强与客户的信息交流，增加感情，坚持每周联系一次A类客户，半个月联系一次B类客户，每月联系一次C类客户。始终与已经达成交易的客户保持联系。</w:t>
      </w:r>
      <w:r>
        <w:rPr>
          <w:lang w:eastAsia="zh-CN"/>
        </w:rPr>
        <w:br/>
      </w:r>
      <w:r>
        <w:rPr>
          <w:lang w:eastAsia="zh-CN"/>
        </w:rPr>
        <w:t>　　4.在网络方面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做好房源的收集发放和客户的开发。做好生意。</w:t>
      </w:r>
      <w:r>
        <w:rPr>
          <w:lang w:eastAsia="zh-CN"/>
        </w:rPr>
        <w:br/>
      </w:r>
      <w:r>
        <w:rPr>
          <w:lang w:eastAsia="zh-CN"/>
        </w:rPr>
        <w:t>　　以上是我20年的工作规划，可能还不成熟。希望领导指正。火车的快速运行取决于前带。希望得到公司领导的正确指导和帮助。展望20__年，我将更加努力，认真负责地对待每一项业务，争取更多的订单，改进业务工作。我相信我会在20__年内完成新的任务，迎接新的挑战。</w:t>
      </w:r>
      <w:r>
        <w:rPr>
          <w:lang w:eastAsia="zh-CN"/>
        </w:rPr>
        <w:br/>
      </w:r>
      <w:r>
        <w:rPr>
          <w:lang w:eastAsia="zh-CN"/>
        </w:rPr>
        <w:t xml:space="preserve">    销售计划书样本 篇13 </w:t>
      </w:r>
      <w:r>
        <w:rPr>
          <w:lang w:eastAsia="zh-CN"/>
        </w:rPr>
        <w:br/>
      </w:r>
      <w:r>
        <w:rPr>
          <w:lang w:eastAsia="zh-CN"/>
        </w:rPr>
        <w:t>　　根据公司20__7年度深圳地区总销售额1亿元，销量总量5万套的总目标及公司20__7年度的渠道策略做出以下工作计划：</w:t>
      </w:r>
      <w:r>
        <w:rPr>
          <w:lang w:eastAsia="zh-CN"/>
        </w:rPr>
        <w:br/>
      </w:r>
      <w:r>
        <w:rPr>
          <w:lang w:eastAsia="zh-CN"/>
        </w:rPr>
        <w:t>　　一、 市场分析</w:t>
      </w:r>
      <w:r>
        <w:rPr>
          <w:lang w:eastAsia="zh-CN"/>
        </w:rPr>
        <w:br/>
      </w:r>
      <w:r>
        <w:rPr>
          <w:lang w:eastAsia="zh-CN"/>
        </w:rPr>
        <w:t>　　空调市场连续几年的价格战逐步启动了。二、三级市场的低端需求，同时随着城市建设和人民生活水平的不断提高以及产品更新换代时期的到来带动了一级市场的持续增长幅度，从而带动了整体市场容量的扩张。20__7年度内销总量达到1950万套，较20__7年度增长11.4_.20__7年度预计可达到2500万-3000万套.根据行业数据显示全球市场容量在5500万套-6000万套.中国市场容量约为3800万套,根据区域市场份额容量的划分,深圳空调市场的容量约为40万套左右,5万套的销售目标约占市场份额的13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目前在深圳空调市场的占有率约为2.8_左右,但根据行业数据显示近几年一直处于“洗牌”阶段，品牌市场占有率将形成高度的集中化。根据公司的实力及20__7年度的产品线,公司20__7年度销售目标完全有可能实现.20__7年中国空调品牌约有400个，到20__7年下降到140个左右,年均淘汰率32_.到20__7年在格力、美的、海尔等一线品牌的“围剿”下，中国空调市场活跃的品牌不足50个，淘汰率达60_。20__7年度LG受到美国指责倾销；科龙遇到财务问题，市场份额急剧下滑。新科、长虹、奥克斯也受到企业、品牌等方面的不良影响，市场份额也有所下滑。日资品牌如松下、三菱等品牌在20__7年度受到中国人民的强烈抵日情绪的影响，市场份额下划较大。而空调在广东市场则呈现出急速增长的趋势。但深圳市场基础比较薄弱，团队还比较年轻，品牌影响力还需要巩固与拓展。根据以上情况做以下工作规划。</w:t>
      </w:r>
      <w:r>
        <w:rPr>
          <w:lang w:eastAsia="zh-CN"/>
        </w:rPr>
        <w:br/>
      </w:r>
      <w:r>
        <w:rPr>
          <w:lang w:eastAsia="zh-CN"/>
        </w:rPr>
        <w:t>　　二、 工作规划</w:t>
      </w:r>
      <w:r>
        <w:rPr>
          <w:lang w:eastAsia="zh-CN"/>
        </w:rPr>
        <w:br/>
      </w:r>
      <w:r>
        <w:rPr>
          <w:lang w:eastAsia="zh-CN"/>
        </w:rPr>
        <w:t>　　根据以上情况在20__7年度计划主抓六项工作:</w:t>
      </w:r>
      <w:r>
        <w:rPr>
          <w:lang w:eastAsia="zh-CN"/>
        </w:rPr>
        <w:br/>
      </w:r>
      <w:r>
        <w:rPr>
          <w:lang w:eastAsia="zh-CN"/>
        </w:rPr>
        <w:t>　　1、 销售业绩</w:t>
      </w:r>
      <w:r>
        <w:rPr>
          <w:lang w:eastAsia="zh-CN"/>
        </w:rPr>
        <w:br/>
      </w:r>
      <w:r>
        <w:rPr>
          <w:lang w:eastAsia="zh-CN"/>
        </w:rPr>
        <w:t>　　根据公司下达的年销任务，月销售任务。根据市场具体情况进行分解。分解到每月、每周、每日。以每月、每周、每日的销售目标分解到各个系统及各个门店，完成各个时段的销售任务。并在完成任务的基础上，提高销售业绩。主要手段是：提高团队素质，加强团队管理，开展各种促销活动，制定奖罚制度及激励方案（根据市场情况及各时间段的实际情况进行）此项工作不分淡旺季时时主抓。在销售旺季针对国美、苏宁等专业家电系统实施力度较大的销售促进活动，强势推进大型终端。</w:t>
      </w:r>
      <w:r>
        <w:rPr>
          <w:lang w:eastAsia="zh-CN"/>
        </w:rPr>
        <w:br/>
      </w:r>
      <w:r>
        <w:rPr>
          <w:lang w:eastAsia="zh-CN"/>
        </w:rPr>
        <w:t>　　2、 K/A、代理商管理及关系维护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针对现有的K/A客户、代理商或将拓展的K/A及代理商进行有效管理及关系维护，对各个K/A客户及代理商建立客户档案，了解前期销售情况及实力情况，进行公司的企业文化传播和公司20__7年度的新产品传播。此项工作在8月末完成。在旺季结束后和旺季来临前不定时的进行传播。了解各K/A及代理商负责人的基本情况进行定期拜访，进行有效沟通。</w:t>
      </w:r>
      <w:r>
        <w:rPr>
          <w:lang w:eastAsia="zh-CN"/>
        </w:rPr>
        <w:br/>
      </w:r>
      <w:r>
        <w:rPr>
          <w:lang w:eastAsia="zh-CN"/>
        </w:rPr>
        <w:t>　　3、 品牌及产品推广</w:t>
      </w:r>
      <w:r>
        <w:rPr>
          <w:lang w:eastAsia="zh-CN"/>
        </w:rPr>
        <w:br/>
      </w:r>
      <w:r>
        <w:rPr>
          <w:lang w:eastAsia="zh-CN"/>
        </w:rPr>
        <w:t>　　品牌及产品推广在20__7年至20__7年度配合及执行公司的定期品牌宣传及产品推广活动，并策划一些投入成本，较低的公共关系宣传活动，提升品牌形象。如“空调健康、环保、爱我家”等公益活动。有可能的情况下与各个K/A系统联合进行推广，不但可以扩大影响力，还可以建立良好的客情关系。产品推广主要进行一些“路演”或户外静态展示进行一些产品推广和正常营业推广。</w:t>
      </w:r>
      <w:r>
        <w:rPr>
          <w:lang w:eastAsia="zh-CN"/>
        </w:rPr>
        <w:br/>
      </w:r>
      <w:r>
        <w:rPr>
          <w:lang w:eastAsia="zh-CN"/>
        </w:rPr>
        <w:t>　　4、 终端布置（配合业务条线的渠道拓展）</w:t>
      </w:r>
      <w:r>
        <w:rPr>
          <w:lang w:eastAsia="zh-CN"/>
        </w:rPr>
        <w:br/>
      </w:r>
      <w:r>
        <w:rPr>
          <w:lang w:eastAsia="zh-CN"/>
        </w:rPr>
        <w:t>　　根据公司的06年度的销售目标，渠道网点普及还会大量的增加，根据此种情况随时、随地积极配合业务部门的工作，积极配合店中店、园中园、店中柜的形象建设，（根据公司的展台布置六个氛围的要求进行）。积极对促销安排上岗及上样跟踪和产品陈列等工作。此项工作根据公司的业务部门的需要进行开展。布置标准严格按照公司的统一标准。（特殊情况再适时调整）</w:t>
      </w:r>
      <w:r>
        <w:rPr>
          <w:lang w:eastAsia="zh-CN"/>
        </w:rPr>
        <w:br/>
      </w:r>
      <w:r>
        <w:rPr>
          <w:lang w:eastAsia="zh-CN"/>
        </w:rPr>
        <w:t>　　5、 促销活动的策划与执行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促销活动的策划及执行主要在06年04月—8月销售旺季进行，第一严格执行公司的销售促进活动，第二根据届时的市场情况和竞争对手的销售促进活动，灵活策划一些销售促进活动。主题思路以避其优势，攻其劣势，根据公司的产品优势及资源优势，突出重点进行策划与执行。</w:t>
      </w:r>
      <w:r>
        <w:rPr>
          <w:lang w:eastAsia="zh-CN"/>
        </w:rPr>
        <w:br/>
      </w:r>
      <w:r>
        <w:rPr>
          <w:lang w:eastAsia="zh-CN"/>
        </w:rPr>
        <w:t xml:space="preserve">    销售计划书样本 篇14 </w:t>
      </w:r>
      <w:r>
        <w:rPr>
          <w:lang w:eastAsia="zh-CN"/>
        </w:rPr>
        <w:br/>
      </w:r>
      <w:r>
        <w:rPr>
          <w:lang w:eastAsia="zh-CN"/>
        </w:rPr>
        <w:t>　　（一）、现行渠道存在的问题</w:t>
      </w:r>
      <w:r>
        <w:rPr>
          <w:lang w:eastAsia="zh-CN"/>
        </w:rPr>
        <w:br/>
      </w:r>
      <w:r>
        <w:rPr>
          <w:lang w:eastAsia="zh-CN"/>
        </w:rPr>
        <w:t>　　1、大部分区域整体渠道（含商业、终端）利润比较低，渠道积极性受到影响。</w:t>
      </w:r>
      <w:r>
        <w:rPr>
          <w:lang w:eastAsia="zh-CN"/>
        </w:rPr>
        <w:br/>
      </w:r>
      <w:r>
        <w:rPr>
          <w:lang w:eastAsia="zh-CN"/>
        </w:rPr>
        <w:t>　　2、对经销商没有明确定义，经销商比较小而散，并且由于流通经销商的存在并占有较大比例，导致渠道价格混乱，而且渠道窜货现象严重。</w:t>
      </w:r>
      <w:r>
        <w:rPr>
          <w:lang w:eastAsia="zh-CN"/>
        </w:rPr>
        <w:br/>
      </w:r>
      <w:r>
        <w:rPr>
          <w:lang w:eastAsia="zh-CN"/>
        </w:rPr>
        <w:t>　　3、部分地区为了维护本地区商业销售，采用终端进货返利的政策，进一步加大了渠道流通成本。</w:t>
      </w:r>
      <w:r>
        <w:rPr>
          <w:lang w:eastAsia="zh-CN"/>
        </w:rPr>
        <w:br/>
      </w:r>
      <w:r>
        <w:rPr>
          <w:lang w:eastAsia="zh-CN"/>
        </w:rPr>
        <w:t>　　4、企业政策缺乏统一性，经销商协议比较单纯，返利政策与销售量和返款挂钩，忽略了销售区域、价格维护、终端纯销的约束，部分区域的营销人员滥用资源，贴补销售，没有明确的奖惩政策，致使价格体系更加混乱。</w:t>
      </w:r>
      <w:r>
        <w:rPr>
          <w:lang w:eastAsia="zh-CN"/>
        </w:rPr>
        <w:br/>
      </w:r>
      <w:r>
        <w:rPr>
          <w:lang w:eastAsia="zh-CN"/>
        </w:rPr>
        <w:t>　　5、公司缺乏对单一商品充足的资源投入，包括日益增长的广告投放费用和终端费用，导致价格对竞争商品的反拦截缺乏力度。</w:t>
      </w:r>
      <w:r>
        <w:rPr>
          <w:lang w:eastAsia="zh-CN"/>
        </w:rPr>
        <w:br/>
      </w:r>
      <w:r>
        <w:rPr>
          <w:lang w:eastAsia="zh-CN"/>
        </w:rPr>
        <w:t>　　6、公司的价格体系有待明确，终端没有统一的零售价，价格维护成为弱项，终端价格竞争比拼，无法确保渠道，尤其是终端获得稳定的利润。</w:t>
      </w:r>
      <w:r>
        <w:rPr>
          <w:lang w:eastAsia="zh-CN"/>
        </w:rPr>
        <w:br/>
      </w:r>
      <w:r>
        <w:rPr>
          <w:lang w:eastAsia="zh-CN"/>
        </w:rPr>
        <w:t>　　（二）、建立渠道目标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1、从终端用户来讲，王老吉分销渠道的目标就是为顾客提供全面的购买信息、便利的购买过程及其他相关的服务如健康下火饮料、饮料质量评估等。</w:t>
      </w:r>
      <w:r>
        <w:rPr>
          <w:lang w:eastAsia="zh-CN"/>
        </w:rPr>
        <w:br/>
      </w:r>
      <w:r>
        <w:rPr>
          <w:lang w:eastAsia="zh-CN"/>
        </w:rPr>
        <w:t>　　2、从生产商和经销商的角度来讲，目前我国的饮料市场已经从卖方市场转向买方市场，经销商不再是厂家摆布的一颗棋子，厂家应该从长远的利益考虑，应和经销商建立一种相互依存的家庭式关系，通过这种关系能够提高商品质量，降低系统的成本，增加双方的利润空间。</w:t>
      </w:r>
      <w:r>
        <w:rPr>
          <w:lang w:eastAsia="zh-CN"/>
        </w:rPr>
        <w:br/>
      </w:r>
      <w:r>
        <w:rPr>
          <w:lang w:eastAsia="zh-CN"/>
        </w:rPr>
        <w:t>　　（三）、确定渠道的长度和宽度</w:t>
      </w:r>
      <w:r>
        <w:rPr>
          <w:lang w:eastAsia="zh-CN"/>
        </w:rPr>
        <w:br/>
      </w:r>
      <w:r>
        <w:rPr>
          <w:lang w:eastAsia="zh-CN"/>
        </w:rPr>
        <w:t>　　确定渠道的长度需要考虑的一个重要的问题就是资源运用和渠道控制的关系。一般来说，便利品通常采用长而宽的渠道，特殊品采用短而窄的渠道。现阶段，王老吉的分销渠道主要以长而宽的渠道为主，原因有：</w:t>
      </w:r>
      <w:r>
        <w:rPr>
          <w:lang w:eastAsia="zh-CN"/>
        </w:rPr>
        <w:br/>
      </w:r>
      <w:r>
        <w:rPr>
          <w:lang w:eastAsia="zh-CN"/>
        </w:rPr>
        <w:t>　　1、王老吉饮料是一种低价位的商品，采用长而宽的渠道有助于商品的广泛分销。通过经销商的桥梁，使商品更好的与消费者相连，从而有利于调节生产和消费在品种、数量、时间和空间等方面的矛盾。既能有利于满足生产厂家目标顾客的需求，也有利于生产企业商品价值的实现，更能使商品广泛的分销，巩固已有的目标市场，扩大新的市场。</w:t>
      </w:r>
      <w:r>
        <w:rPr>
          <w:lang w:eastAsia="zh-CN"/>
        </w:rPr>
        <w:br/>
      </w:r>
      <w:r>
        <w:rPr>
          <w:lang w:eastAsia="zh-CN"/>
        </w:rPr>
        <w:t>　　2、长渠道耗费较少的财务资源，缓解王老吉生产商在广泛分销方面人、财、物等费用的不足。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3、间接促销。消费者往往喜欢货比数家，而一位经销商通常经销众多厂家的.同类商品，中间商对不同商品的介绍和宣传，对商品的影响甚大。所以，生产者若能取得与中间商的良好协作，就能促进商品的销售，并从中间商那里及时获取市场信息。</w:t>
      </w:r>
      <w:r>
        <w:rPr>
          <w:lang w:eastAsia="zh-CN"/>
        </w:rPr>
        <w:br/>
      </w:r>
      <w:r>
        <w:rPr>
          <w:lang w:eastAsia="zh-CN"/>
        </w:rPr>
        <w:t>　　（四）、渠道模式的选择</w:t>
      </w:r>
      <w:r>
        <w:rPr>
          <w:lang w:eastAsia="zh-CN"/>
        </w:rPr>
        <w:br/>
      </w:r>
      <w:r>
        <w:rPr>
          <w:lang w:eastAsia="zh-CN"/>
        </w:rPr>
        <w:t>　　1、采取总经销制的模式。一个总经销商负责一个区域，经销商下面可发展多家分销商，如批发分销商、餐饮分销商、便利店分销商、夜场分销商、商场分销商、综合分销商等。这种营销模式有利于厂家很好地控制整个价格体系，也保证各个分销环节的高利润，提高销售商的积极性。但是在资金运作上有一定的风险，如果在某一个环节出现了问题就可能会导致整个价值链的崩溃。只是在金融如此发达的今天，这种风险概率比小，而且要厂家在这种风险和长期的巨额利润之间做出选择的话厂家一定会选择后者。</w:t>
      </w:r>
      <w:r>
        <w:rPr>
          <w:lang w:eastAsia="zh-CN"/>
        </w:rPr>
        <w:br/>
      </w:r>
      <w:r>
        <w:rPr>
          <w:lang w:eastAsia="zh-CN"/>
        </w:rPr>
        <w:t>　　2、混合分销渠道的模式。在销售渠道上，王老吉大胆创新，开辟销售渠道的蓝海。王老吉在开辟销售渠道时，寻求新的突破口，不仅进入传统的商场超市，还进入餐饮店、酒吧、网吧等场所。在一些地区，王老吉还选择火锅店、湘菜馆、川菜馆作为“王老吉诚意合作店”，提供尝品，搞公关营销，拓展自己的销售市场空间。</w:t>
      </w:r>
      <w:r>
        <w:rPr>
          <w:lang w:eastAsia="zh-CN"/>
        </w:rPr>
        <w:br/>
      </w:r>
      <w:r>
        <w:rPr>
          <w:lang w:eastAsia="zh-CN"/>
        </w:rPr>
        <w:t>　　3、特殊的分销渠道。与酒楼、宾馆甚至加油站、车站、列车、飞机等特殊销售通路建立合作关系，利用促销、无孔不入的终端宣传或其他手段，使王老吉的曝光频率增加，刺激消费者，方便直接进入销售终端，与消费者面对面的接触。</w:t>
      </w:r>
      <w:r>
        <w:rPr>
          <w:lang w:eastAsia="zh-CN"/>
        </w:rPr>
        <w:br/>
      </w:r>
      <w:r>
        <w:rPr>
          <w:lang w:eastAsia="zh-CN"/>
        </w:rPr>
        <w:t>　　（五）、如何选择渠道成员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如果王老吉厂家不是采用直销的方式，那么就必然会涉及到渠道成员的选择问题。由于王老吉的分销渠道比较大，其他零售、KA卖场等的选择主要依靠经销商，所以下面主要讨论对经销商的选择，对经销商的选择步骤如下：</w:t>
      </w:r>
      <w:r>
        <w:rPr>
          <w:lang w:eastAsia="zh-CN"/>
        </w:rPr>
        <w:br/>
      </w:r>
      <w:r>
        <w:rPr>
          <w:lang w:eastAsia="zh-CN"/>
        </w:rPr>
        <w:t>　　1、访谈。通过这一步了解经销商的现有商品和服务，了解的内容包括商品、价格、市场、客户、竞争、销售、经营状况、广告和促销活动、销售导向和书面协议等。</w:t>
      </w:r>
      <w:r>
        <w:rPr>
          <w:lang w:eastAsia="zh-CN"/>
        </w:rPr>
        <w:br/>
      </w:r>
      <w:r>
        <w:rPr>
          <w:lang w:eastAsia="zh-CN"/>
        </w:rPr>
        <w:t>　　2、渠道评价。在经过访谈之后，可以根据经销商的回答来评估经销商。评估的标准包括：</w:t>
      </w:r>
      <w:r>
        <w:rPr>
          <w:lang w:eastAsia="zh-CN"/>
        </w:rPr>
        <w:br/>
      </w:r>
      <w:r>
        <w:rPr>
          <w:lang w:eastAsia="zh-CN"/>
        </w:rPr>
        <w:t>　　①、向生产商提供足够的市场信息</w:t>
      </w:r>
      <w:r>
        <w:rPr>
          <w:lang w:eastAsia="zh-CN"/>
        </w:rPr>
        <w:br/>
      </w:r>
      <w:r>
        <w:rPr>
          <w:lang w:eastAsia="zh-CN"/>
        </w:rPr>
        <w:t>　　②、销售服务人员的素质</w:t>
      </w:r>
      <w:r>
        <w:rPr>
          <w:lang w:eastAsia="zh-CN"/>
        </w:rPr>
        <w:br/>
      </w:r>
      <w:r>
        <w:rPr>
          <w:lang w:eastAsia="zh-CN"/>
        </w:rPr>
        <w:t>　　③、是否能有效地推销和促销</w:t>
      </w:r>
      <w:r>
        <w:rPr>
          <w:lang w:eastAsia="zh-CN"/>
        </w:rPr>
        <w:br/>
      </w:r>
      <w:r>
        <w:rPr>
          <w:lang w:eastAsia="zh-CN"/>
        </w:rPr>
        <w:t>　　④、购买生产商的整个生产线的意向度</w:t>
      </w:r>
      <w:r>
        <w:rPr>
          <w:lang w:eastAsia="zh-CN"/>
        </w:rPr>
        <w:br/>
      </w:r>
      <w:r>
        <w:rPr>
          <w:lang w:eastAsia="zh-CN"/>
        </w:rPr>
        <w:t>　　⑤、提供充分的地域覆盖能力</w:t>
      </w:r>
      <w:r>
        <w:rPr>
          <w:lang w:eastAsia="zh-CN"/>
        </w:rPr>
        <w:br/>
      </w:r>
      <w:r>
        <w:rPr>
          <w:lang w:eastAsia="zh-CN"/>
        </w:rPr>
        <w:t>　　⑥、各地理区域的市场份额的分配</w:t>
      </w:r>
      <w:r>
        <w:rPr>
          <w:lang w:eastAsia="zh-CN"/>
        </w:rPr>
        <w:br/>
      </w:r>
      <w:r>
        <w:rPr>
          <w:lang w:eastAsia="zh-CN"/>
        </w:rPr>
        <w:t>　　⑦、维持足够存货的资金能力</w:t>
      </w:r>
      <w:r>
        <w:rPr>
          <w:lang w:eastAsia="zh-CN"/>
        </w:rPr>
        <w:br/>
      </w:r>
      <w:r>
        <w:rPr>
          <w:lang w:eastAsia="zh-CN"/>
        </w:rPr>
        <w:t>　　⑧、在市场上的道德声誉</w:t>
      </w:r>
      <w:r>
        <w:rPr>
          <w:lang w:eastAsia="zh-CN"/>
        </w:rPr>
        <w:br/>
      </w:r>
      <w:r>
        <w:rPr>
          <w:lang w:eastAsia="zh-CN"/>
        </w:rPr>
        <w:t>　　⑨、维护生产商定价政策的意向度</w:t>
      </w:r>
      <w:r>
        <w:rPr>
          <w:lang w:eastAsia="zh-CN"/>
        </w:rPr>
        <w:br/>
      </w:r>
      <w:r>
        <w:rPr>
          <w:lang w:eastAsia="zh-CN"/>
        </w:rPr>
        <w:t>　　⑩、对商品进行推荐和服务的能力</w:t>
      </w:r>
      <w:r>
        <w:rPr>
          <w:lang w:eastAsia="zh-CN"/>
        </w:rPr>
        <w:br/>
      </w:r>
      <w:r>
        <w:rPr>
          <w:lang w:eastAsia="zh-CN"/>
        </w:rPr>
        <w:t>　　此外，还要考虑企业的商品线和竞争者的商品线对经销商的重要性，经销商的仓储设施，市场增长的投资能力已经经销商是综合财务能力。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3、综合分析</w:t>
      </w:r>
      <w:r>
        <w:rPr>
          <w:lang w:eastAsia="zh-CN"/>
        </w:rPr>
        <w:br/>
      </w:r>
      <w:r>
        <w:rPr>
          <w:lang w:eastAsia="zh-CN"/>
        </w:rPr>
        <w:t>　　①、当销售额在不同的层次上时，经销成本和直销成本也是不同的，厂家可以估算出某一地理区域的销售量以及销售额，在这个销售额层次上再计算分销和直销的成本，进而做出选择。</w:t>
      </w:r>
      <w:r>
        <w:rPr>
          <w:lang w:eastAsia="zh-CN"/>
        </w:rPr>
        <w:br/>
      </w:r>
      <w:r>
        <w:rPr>
          <w:lang w:eastAsia="zh-CN"/>
        </w:rPr>
        <w:t>　　②、确定经销商对销售的影响力。这种影响取决于三个方面：一是经销商在特定区域内的覆盖程度，二是替代性商品的销售，三是在特定目标市场上的全部销售额。</w:t>
      </w:r>
      <w:r>
        <w:rPr>
          <w:lang w:eastAsia="zh-CN"/>
        </w:rPr>
        <w:br/>
      </w:r>
      <w:r>
        <w:rPr>
          <w:lang w:eastAsia="zh-CN"/>
        </w:rPr>
        <w:t>　　（六）、分销渠道的任务</w:t>
      </w:r>
      <w:r>
        <w:rPr>
          <w:lang w:eastAsia="zh-CN"/>
        </w:rPr>
        <w:br/>
      </w:r>
      <w:r>
        <w:rPr>
          <w:lang w:eastAsia="zh-CN"/>
        </w:rPr>
        <w:t>　　1、营销</w:t>
      </w:r>
      <w:r>
        <w:rPr>
          <w:lang w:eastAsia="zh-CN"/>
        </w:rPr>
        <w:br/>
      </w:r>
      <w:r>
        <w:rPr>
          <w:lang w:eastAsia="zh-CN"/>
        </w:rPr>
        <w:t>　　①、已有商品的市场推广</w:t>
      </w:r>
      <w:r>
        <w:rPr>
          <w:lang w:eastAsia="zh-CN"/>
        </w:rPr>
        <w:br/>
      </w:r>
      <w:r>
        <w:rPr>
          <w:lang w:eastAsia="zh-CN"/>
        </w:rPr>
        <w:t>　　②、向最终用户促销</w:t>
      </w:r>
      <w:r>
        <w:rPr>
          <w:lang w:eastAsia="zh-CN"/>
        </w:rPr>
        <w:br/>
      </w:r>
      <w:r>
        <w:rPr>
          <w:lang w:eastAsia="zh-CN"/>
        </w:rPr>
        <w:t>　　③、建立零售促销</w:t>
      </w:r>
      <w:r>
        <w:rPr>
          <w:lang w:eastAsia="zh-CN"/>
        </w:rPr>
        <w:br/>
      </w:r>
      <w:r>
        <w:rPr>
          <w:lang w:eastAsia="zh-CN"/>
        </w:rPr>
        <w:t>　　④、价格谈判与销售形式的确定</w:t>
      </w:r>
      <w:r>
        <w:rPr>
          <w:lang w:eastAsia="zh-CN"/>
        </w:rPr>
        <w:br/>
      </w:r>
      <w:r>
        <w:rPr>
          <w:lang w:eastAsia="zh-CN"/>
        </w:rPr>
        <w:t>　　2、渠道支持</w:t>
      </w:r>
      <w:r>
        <w:rPr>
          <w:lang w:eastAsia="zh-CN"/>
        </w:rPr>
        <w:br/>
      </w:r>
      <w:r>
        <w:rPr>
          <w:lang w:eastAsia="zh-CN"/>
        </w:rPr>
        <w:t>　　①、市场调研</w:t>
      </w:r>
      <w:r>
        <w:rPr>
          <w:lang w:eastAsia="zh-CN"/>
        </w:rPr>
        <w:br/>
      </w:r>
      <w:r>
        <w:rPr>
          <w:lang w:eastAsia="zh-CN"/>
        </w:rPr>
        <w:t>　　②、区域市场信息共享</w:t>
      </w:r>
      <w:r>
        <w:rPr>
          <w:lang w:eastAsia="zh-CN"/>
        </w:rPr>
        <w:br/>
      </w:r>
      <w:r>
        <w:rPr>
          <w:lang w:eastAsia="zh-CN"/>
        </w:rPr>
        <w:t>　　③、向顾客提供市场信息</w:t>
      </w:r>
      <w:r>
        <w:rPr>
          <w:lang w:eastAsia="zh-CN"/>
        </w:rPr>
        <w:br/>
      </w:r>
      <w:r>
        <w:rPr>
          <w:lang w:eastAsia="zh-CN"/>
        </w:rPr>
        <w:t>　　④、选择和激励经销商</w:t>
      </w:r>
      <w:r>
        <w:rPr>
          <w:lang w:eastAsia="zh-CN"/>
        </w:rPr>
        <w:br/>
      </w:r>
      <w:r>
        <w:rPr>
          <w:lang w:eastAsia="zh-CN"/>
        </w:rPr>
        <w:t>　　⑤、培训经销商的员工</w:t>
      </w:r>
      <w:r>
        <w:rPr>
          <w:lang w:eastAsia="zh-CN"/>
        </w:rPr>
        <w:br/>
      </w:r>
      <w:r>
        <w:rPr>
          <w:lang w:eastAsia="zh-CN"/>
        </w:rPr>
        <w:t>　　3、物流</w:t>
      </w:r>
      <w:r>
        <w:rPr>
          <w:lang w:eastAsia="zh-CN"/>
        </w:rPr>
        <w:br/>
      </w:r>
      <w:r>
        <w:rPr>
          <w:lang w:eastAsia="zh-CN"/>
        </w:rPr>
        <w:t>　　①、存货</w:t>
      </w:r>
      <w:r>
        <w:rPr>
          <w:lang w:eastAsia="zh-CN"/>
        </w:rPr>
        <w:br/>
      </w:r>
      <w:r>
        <w:rPr>
          <w:lang w:eastAsia="zh-CN"/>
        </w:rPr>
        <w:t>　　②、订单处理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③、商品运输和顾客报单</w:t>
      </w:r>
      <w:r>
        <w:rPr>
          <w:lang w:eastAsia="zh-CN"/>
        </w:rPr>
        <w:br/>
      </w:r>
      <w:r>
        <w:rPr>
          <w:lang w:eastAsia="zh-CN"/>
        </w:rPr>
        <w:t>　　④、单据处理</w:t>
      </w:r>
      <w:r>
        <w:rPr>
          <w:lang w:eastAsia="zh-CN"/>
        </w:rPr>
        <w:br/>
      </w:r>
      <w:r>
        <w:rPr>
          <w:lang w:eastAsia="zh-CN"/>
        </w:rPr>
        <w:t>　　4、售后服务</w:t>
      </w:r>
      <w:r>
        <w:rPr>
          <w:lang w:eastAsia="zh-CN"/>
        </w:rPr>
        <w:br/>
      </w:r>
      <w:r>
        <w:rPr>
          <w:lang w:eastAsia="zh-CN"/>
        </w:rPr>
        <w:t>　　①、建立客服平台</w:t>
      </w:r>
      <w:r>
        <w:rPr>
          <w:lang w:eastAsia="zh-CN"/>
        </w:rPr>
        <w:br/>
      </w:r>
      <w:r>
        <w:rPr>
          <w:lang w:eastAsia="zh-CN"/>
        </w:rPr>
        <w:t>　　②、调整商品以满足顾客需要</w:t>
      </w:r>
      <w:r>
        <w:rPr>
          <w:lang w:eastAsia="zh-CN"/>
        </w:rPr>
        <w:br/>
      </w:r>
      <w:r>
        <w:rPr>
          <w:lang w:eastAsia="zh-CN"/>
        </w:rPr>
        <w:t>　　③、处理退货</w:t>
      </w:r>
      <w:r>
        <w:rPr>
          <w:lang w:eastAsia="zh-CN"/>
        </w:rPr>
        <w:br/>
      </w:r>
      <w:r>
        <w:rPr>
          <w:lang w:eastAsia="zh-CN"/>
        </w:rPr>
        <w:t>　　④、处理取消</w:t>
      </w:r>
      <w:r>
        <w:rPr>
          <w:lang w:eastAsia="zh-CN"/>
        </w:rPr>
        <w:br/>
      </w:r>
      <w:r>
        <w:rPr>
          <w:lang w:eastAsia="zh-CN"/>
        </w:rPr>
        <w:t>　　（七）、具体实施步骤</w:t>
      </w:r>
      <w:r>
        <w:rPr>
          <w:lang w:eastAsia="zh-CN"/>
        </w:rPr>
        <w:br/>
      </w:r>
      <w:r>
        <w:rPr>
          <w:lang w:eastAsia="zh-CN"/>
        </w:rPr>
        <w:t>　　1、先从情感上下功夫，例如做一些公益广告和公益事业，使品牌深入人心。</w:t>
      </w:r>
      <w:r>
        <w:rPr>
          <w:lang w:eastAsia="zh-CN"/>
        </w:rPr>
        <w:br/>
      </w:r>
      <w:r>
        <w:rPr>
          <w:lang w:eastAsia="zh-CN"/>
        </w:rPr>
        <w:t>　　2、从便利角度如送货上门为经销商提供方便。</w:t>
      </w:r>
      <w:r>
        <w:rPr>
          <w:lang w:eastAsia="zh-CN"/>
        </w:rPr>
        <w:br/>
      </w:r>
      <w:r>
        <w:rPr>
          <w:lang w:eastAsia="zh-CN"/>
        </w:rPr>
        <w:t>　　3、加强渠道各环节的监管，培养渠道拜访习惯，充分考虑因补货不及时造成的销量损失。</w:t>
      </w:r>
      <w:r>
        <w:rPr>
          <w:lang w:eastAsia="zh-CN"/>
        </w:rPr>
        <w:br/>
      </w:r>
      <w:r>
        <w:rPr>
          <w:lang w:eastAsia="zh-CN"/>
        </w:rPr>
        <w:t>　　4、安排专业营销人员进行市场调查和收集各店面的销售量和评估市场影响力。</w:t>
      </w:r>
      <w:r>
        <w:rPr>
          <w:lang w:eastAsia="zh-CN"/>
        </w:rPr>
        <w:br/>
      </w:r>
      <w:r>
        <w:rPr>
          <w:lang w:eastAsia="zh-CN"/>
        </w:rPr>
        <w:t>　　5、渠道分级，细分营销。结合店面商品销售数据与市场占有量的评估，可以为每个渠道店面确定级别，并且根据不同的店面级别给予相应的市场支持。包括直邮最新POP、店面装修、促销活动支持、提供培训，销售奖励等活动。通过有效的市场支持，加强了厂商与终端渠道的相互关系，有效提高了渠道忠诚度，防止了竞争对手的渗透，提高了终端渠道销售额。</w:t>
      </w:r>
      <w:r>
        <w:rPr>
          <w:lang w:eastAsia="zh-CN"/>
        </w:rPr>
        <w:br/>
      </w:r>
    </w:p>
    <w:p w:rsidR="001B1F19" w14:textId="27C3F48A">
      <w:pPr>
        <w:rPr>
          <w:rFonts w:hint="eastAsia"/>
          <w:lang w:eastAsia="zh-CN"/>
        </w:rPr>
      </w:pPr>
      <w:r>
        <w:rPr>
          <w:lang w:eastAsia="zh-CN"/>
        </w:rPr>
        <w:t>　　6、针对零售终端销售人员的销售奖励活动。为了更好地实现公司与终端渠道的互动，可以建立一个互动平台，通过渠道店面俱乐部的形式，通过销售积分奖励等方式，促进渠道的销售，以实现与目标人群的沟通。要建成这个平台，首先是建立店面俱乐部网站，将公司的渠道促销信息和奖励政策等内容放在网上，供人查阅。同时，让市场促销人员来推动店面人员上网注册个人信息，以便可以实现业绩申报。这项工作也进一步完善了渠道数据库中的个人信息。建立销售奖励机制之后，越来越多的店面销售人员开始通过网络传递销售量信息，有效的促进了他们的销售积极性。</w:t>
      </w:r>
      <w:r>
        <w:rPr>
          <w:lang w:eastAsia="zh-CN"/>
        </w:rPr>
        <w:br/>
      </w:r>
      <w:r>
        <w:rPr>
          <w:lang w:eastAsia="zh-CN"/>
        </w:rPr>
        <w:t>　　7、新促销渠道建设：社区深度促销、集市促销等；并充分考虑销售氛围对销量的影响，进而设计如何更好的营造销售氛围。</w:t>
      </w:r>
      <w:r>
        <w:rPr>
          <w:lang w:eastAsia="zh-CN"/>
        </w:rPr>
        <w:br/>
      </w:r>
      <w:r>
        <w:rPr>
          <w:lang w:eastAsia="zh-CN"/>
        </w:rPr>
        <w:t>　　8、加强终端建设，考虑建设理货部门，围绕“经销商、零售商、消费者等的关系、陈列、体验营销、日常促销、合理的店面数量、理财、投资、话术”等下功夫。还可以与经销商联合促销，帮助他提升品牌，风险共担，利益共沾等。</w:t>
      </w:r>
      <w:r>
        <w:rPr>
          <w:lang w:eastAsia="zh-CN"/>
        </w:rPr>
        <w:br/>
      </w:r>
      <w:r>
        <w:rPr>
          <w:lang w:eastAsia="zh-CN"/>
        </w:rPr>
        <w:t xml:space="preserve">    销售计划书样本 篇15 </w:t>
      </w:r>
      <w:r>
        <w:rPr>
          <w:lang w:eastAsia="zh-CN"/>
        </w:rPr>
        <w:br/>
      </w:r>
      <w:r>
        <w:rPr>
          <w:lang w:eastAsia="zh-CN"/>
        </w:rPr>
        <w:t>　　意大利时装和皮革制品公司古奇女包登奢侈品集团LVMH的一部分，表示其销售仍然有上升的趋势，并期待着年终佳节，我们都非常重视圣诞节，安托万阿尔诺通信古奇女包负责人表示，对品牌的春天间隙/20__年夏季女装出现在周三销售继续上升的趋势。</w:t>
      </w:r>
      <w:r>
        <w:rPr>
          <w:lang w:eastAsia="zh-CN"/>
        </w:rPr>
        <w:br/>
      </w:r>
      <w:r>
        <w:rPr>
          <w:lang w:eastAsia="zh-CN"/>
        </w:rPr>
        <w:t>　　虽然许多奢侈品厂商都拒绝透露一个关键的圣诞节期间的前景，意大利的包，袋制造商负责人托德的也表示，消费者应该在圣诞节前恢复了一些，回到商店的信心，以得到他们想要的。</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https://d.book118.com/017003023130006040</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1700302313000604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