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关于销售年度计划模板（32篇）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关于销售年度计划模板（精选32篇）</w:t>
      </w:r>
      <w:r>
        <w:rPr>
          <w:lang w:eastAsia="zh-CN"/>
        </w:rPr>
        <w:br/>
      </w:r>
      <w:r>
        <w:rPr>
          <w:lang w:eastAsia="zh-CN"/>
        </w:rPr>
        <w:t xml:space="preserve">    关于销售年度计划模板 篇1 </w:t>
      </w:r>
      <w:r>
        <w:rPr>
          <w:lang w:eastAsia="zh-CN"/>
        </w:rPr>
        <w:br/>
      </w:r>
      <w:r>
        <w:rPr>
          <w:lang w:eastAsia="zh-CN"/>
        </w:rPr>
        <w:t>　　一、建立一支上进、稳定而又训练有素的销售队伍。</w:t>
      </w:r>
      <w:r>
        <w:rPr>
          <w:lang w:eastAsia="zh-CN"/>
        </w:rPr>
        <w:br/>
      </w:r>
      <w:r>
        <w:rPr>
          <w:lang w:eastAsia="zh-CN"/>
        </w:rPr>
        <w:t>　　公司的发展成长首先是要用销售业绩来说话的，而要实现更高的销售目标，销售人才是关键。也许有人认为，现在汽车行业很火暴，顾客主动找上门来，所以销售人员也只是走过场，因此对销售人员的素质没有太多要求。我要说这其实是个错误而危险的观点，我们应该站在高处看问题。现在市场竞争其实日益激烈，回望20__及20__上半年汽车市场一直不是很景气，消费者的购买行为渐趋理智，只有一流的销售人员才能准确有效将品牌价值、先进技术、品质服务甚至品牌的增值行为等传递给消费者，东风风行做为一个国内老字号品牌，它成熟的科技、高标准的品质、可靠的服务。这其中的东西绝不是一个普通人能表达出去的。所以我工作中的第一重点就是要建立一支既有凝聚力，又有杀伤力的销售团队，做成泰安汽车行业服务第一的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人员的挑选我相信贵公司不乏一流的销售人才。但是优胜劣汰，好的人才有更高的标准来衡量。我认为专业销售人才必备的五个基本素质缺一不可，那就是：正确的态度、专业的知识、销售技巧、自我约、履行职务。</w:t>
      </w:r>
      <w:r>
        <w:rPr>
          <w:lang w:eastAsia="zh-CN"/>
        </w:rPr>
        <w:br/>
      </w:r>
      <w:r>
        <w:rPr>
          <w:lang w:eastAsia="zh-CN"/>
        </w:rPr>
        <w:t>　　2、人员的培训。在这个信息社会，只有不断地用知识武装自己，才能在社会上立于不败之地。我们的销售人员就要不断地吸取新的知识，掌握更多的信息。我们要制订好计划，定期进行专业培训。销售礼仪、产品知识、销售技巧、标准销售流程都是销售人员的必修课。在培训的方法上主要注意培训内容的系统性与连贯性，打造汽车销售的正规军。</w:t>
      </w:r>
      <w:r>
        <w:rPr>
          <w:lang w:eastAsia="zh-CN"/>
        </w:rPr>
        <w:br/>
      </w:r>
      <w:r>
        <w:rPr>
          <w:lang w:eastAsia="zh-CN"/>
        </w:rPr>
        <w:t>　　3、建立激励机制，增加销售人员的动力。具作例如将底薪+提成分解为底薪+提成+奖金，销售人员划分明确的级别（具体细节详细汇报），这样做能促进员工积极性，提高工作效率，实现公司与员工的双赢。</w:t>
      </w:r>
      <w:r>
        <w:rPr>
          <w:lang w:eastAsia="zh-CN"/>
        </w:rPr>
        <w:br/>
      </w:r>
      <w:r>
        <w:rPr>
          <w:lang w:eastAsia="zh-CN"/>
        </w:rPr>
        <w:t>　　二、规范展厅管理：</w:t>
      </w:r>
      <w:r>
        <w:rPr>
          <w:lang w:eastAsia="zh-CN"/>
        </w:rPr>
        <w:br/>
      </w:r>
      <w:r>
        <w:rPr>
          <w:lang w:eastAsia="zh-CN"/>
        </w:rPr>
        <w:t>　　1、推行展厅5S管理（整理，整顿，清扫，清洁，修养），打造规范化现代化展厅。（具体细节制定计划）</w:t>
      </w:r>
      <w:r>
        <w:rPr>
          <w:lang w:eastAsia="zh-CN"/>
        </w:rPr>
        <w:br/>
      </w:r>
      <w:r>
        <w:rPr>
          <w:lang w:eastAsia="zh-CN"/>
        </w:rPr>
        <w:t>　　2、人员规范要有详细周密的展厅值班计划分工明确，责任明确，逐渐养成良好习惯。</w:t>
      </w:r>
      <w:r>
        <w:rPr>
          <w:lang w:eastAsia="zh-CN"/>
        </w:rPr>
        <w:br/>
      </w:r>
      <w:r>
        <w:rPr>
          <w:lang w:eastAsia="zh-CN"/>
        </w:rPr>
        <w:t>　　三、加大对风行品牌的宣传力度，提高品牌影响力，限度发挥品牌效应的作用，用品牌推动销售。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有选择地调查了数人，其中有风行车主，也有待购车族，有熟悉汽车品牌的人，也有车盲。果大家对风行这个品牌都没有过多的了解。确实，本人对风行的深入了解也是近段时间的事，大家都知道，品牌在产品的宣传中简单而集中，效果明显、印象深刻，有利于消费者熟悉产品，激发购买欲望，所以，我们日常一定要加强对风行品牌的宣传：</w:t>
      </w:r>
      <w:r>
        <w:rPr>
          <w:lang w:eastAsia="zh-CN"/>
        </w:rPr>
        <w:br/>
      </w:r>
      <w:r>
        <w:rPr>
          <w:lang w:eastAsia="zh-CN"/>
        </w:rPr>
        <w:t>　　1、店面宣传。包括店面里醒目的店招及平面宣传、销售人员与顾客面对面的口头宣传、印发资料、品牌店面标志的小礼品等等。</w:t>
      </w:r>
      <w:r>
        <w:rPr>
          <w:lang w:eastAsia="zh-CN"/>
        </w:rPr>
        <w:br/>
      </w:r>
      <w:r>
        <w:rPr>
          <w:lang w:eastAsia="zh-CN"/>
        </w:rPr>
        <w:t>　　2、户外广告宣传。建议在高速公路连接段或汽车城等位置至少有一个大型的、有震憾效果的东风风行的广告。</w:t>
      </w:r>
      <w:r>
        <w:rPr>
          <w:lang w:eastAsia="zh-CN"/>
        </w:rPr>
        <w:br/>
      </w:r>
      <w:r>
        <w:rPr>
          <w:lang w:eastAsia="zh-CN"/>
        </w:rPr>
        <w:t>　　3、汽车展销。包括每年泰安的重点车展，以及各乡镇县城巡展。风行一直是一个面向普通消费人群，定位于大众化的品牌，我们要让它更加深入人心。</w:t>
      </w:r>
      <w:r>
        <w:rPr>
          <w:lang w:eastAsia="zh-CN"/>
        </w:rPr>
        <w:br/>
      </w:r>
      <w:r>
        <w:rPr>
          <w:lang w:eastAsia="zh-CN"/>
        </w:rPr>
        <w:t>　　（考虑到我们的市场定位及成本投入，广宣一定要节约成本花最小的成本起到最有效的效果不一定靠报纸，DM宣传，可充分利用店内现有资源进行有效的宣传）</w:t>
      </w:r>
      <w:r>
        <w:rPr>
          <w:lang w:eastAsia="zh-CN"/>
        </w:rPr>
        <w:br/>
      </w:r>
      <w:r>
        <w:rPr>
          <w:lang w:eastAsia="zh-CN"/>
        </w:rPr>
        <w:t>　　4、让公司每位员工全员参与宣传，宣传店面及品牌，有意识的随时随地宣传，全员宣传，全员销售。</w:t>
      </w:r>
      <w:r>
        <w:rPr>
          <w:lang w:eastAsia="zh-CN"/>
        </w:rPr>
        <w:br/>
      </w:r>
      <w:r>
        <w:rPr>
          <w:lang w:eastAsia="zh-CN"/>
        </w:rPr>
        <w:t>　　四、分析与预测</w:t>
      </w:r>
      <w:r>
        <w:rPr>
          <w:lang w:eastAsia="zh-CN"/>
        </w:rPr>
        <w:br/>
      </w:r>
      <w:r>
        <w:rPr>
          <w:lang w:eastAsia="zh-CN"/>
        </w:rPr>
        <w:t>　　1、知己知彼，百战不贻。我们应对市场上我们每个车型的主要竞品做调查与分析。具体包括品牌、参数、价格、特点等，掌握这些对于我们有很大的帮助。（对竞品信息本人还有待详细了解）</w:t>
      </w:r>
      <w:r>
        <w:rPr>
          <w:lang w:eastAsia="zh-CN"/>
        </w:rPr>
        <w:br/>
      </w:r>
      <w:r>
        <w:rPr>
          <w:lang w:eastAsia="zh-CN"/>
        </w:rPr>
        <w:t>　　2、本公司产品的卖点，消费群体及精准的市场定位。</w:t>
      </w:r>
      <w:r>
        <w:rPr>
          <w:lang w:eastAsia="zh-CN"/>
        </w:rPr>
        <w:br/>
      </w:r>
      <w:r>
        <w:rPr>
          <w:lang w:eastAsia="zh-CN"/>
        </w:rPr>
        <w:t>　　3、对周边城市特别是同行4S店的价格、政策也应及时了解。</w:t>
      </w:r>
      <w:r>
        <w:rPr>
          <w:lang w:eastAsia="zh-CN"/>
        </w:rPr>
        <w:br/>
      </w:r>
      <w:r>
        <w:rPr>
          <w:lang w:eastAsia="zh-CN"/>
        </w:rPr>
        <w:t>　　4、开发二级市场，充分发挥各个县城汽贸的作用，前期尽量让利于二级经销商，提高公司整体销量（具体细节制定详细计划）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五、完成销售目标。</w:t>
      </w:r>
      <w:r>
        <w:rPr>
          <w:lang w:eastAsia="zh-CN"/>
        </w:rPr>
        <w:br/>
      </w:r>
      <w:r>
        <w:rPr>
          <w:lang w:eastAsia="zh-CN"/>
        </w:rPr>
        <w:t>　　根据公司下达的销售任务，要做一个具体的布置。在时间与人员的安排都要落到实处。个人的力量是有限的，团队的力量是无穷尽的，代好团队就是提高销量，作为部门经理，要想作好本职工作，首先必须在思想上与公司保持高度的一致。我始终认为，只有认真执行公司章程，服从公司领导，才能排除一切干扰，战胜一切困难，干好管理工作。在工作中，我坚决贯彻执行公司领导的各项指示、规定。时刻不放松学习，始终使自己的思想跟得上公司的发展。</w:t>
      </w:r>
      <w:r>
        <w:rPr>
          <w:lang w:eastAsia="zh-CN"/>
        </w:rPr>
        <w:br/>
      </w:r>
      <w:r>
        <w:rPr>
          <w:lang w:eastAsia="zh-CN"/>
        </w:rPr>
        <w:t xml:space="preserve">    关于销售年度计划模板 篇2 </w:t>
      </w:r>
      <w:r>
        <w:rPr>
          <w:lang w:eastAsia="zh-CN"/>
        </w:rPr>
        <w:br/>
      </w:r>
      <w:r>
        <w:rPr>
          <w:lang w:eastAsia="zh-CN"/>
        </w:rPr>
        <w:t>　　把握现在，展望未来。20__，在总经理的领导下，在销售工作中我坚持做到：突出重点维护现有市场，把握时机开发潜在客户，注重销售细节，强化优质服务，稳固和提高市场占有率，积极争取圆满完成销售任务。20__年销售部年度工作计划主要有以下四方面的内容：</w:t>
      </w:r>
      <w:r>
        <w:rPr>
          <w:lang w:eastAsia="zh-CN"/>
        </w:rPr>
        <w:br/>
      </w:r>
      <w:r>
        <w:rPr>
          <w:lang w:eastAsia="zh-CN"/>
        </w:rPr>
        <w:t>　　一、销量指标：</w:t>
      </w:r>
      <w:r>
        <w:rPr>
          <w:lang w:eastAsia="zh-CN"/>
        </w:rPr>
        <w:br/>
      </w:r>
      <w:r>
        <w:rPr>
          <w:lang w:eastAsia="zh-CN"/>
        </w:rPr>
        <w:t>　　至20__年12月31日，河南区销售任务560万元，销售目标700万元。</w:t>
      </w:r>
      <w:r>
        <w:rPr>
          <w:lang w:eastAsia="zh-CN"/>
        </w:rPr>
        <w:br/>
      </w:r>
      <w:r>
        <w:rPr>
          <w:lang w:eastAsia="zh-CN"/>
        </w:rPr>
        <w:t>　　二、计划拟定：</w:t>
      </w:r>
      <w:r>
        <w:rPr>
          <w:lang w:eastAsia="zh-CN"/>
        </w:rPr>
        <w:br/>
      </w:r>
      <w:r>
        <w:rPr>
          <w:lang w:eastAsia="zh-CN"/>
        </w:rPr>
        <w:t>　　1、年初拟定《年度销售工作计划》；</w:t>
      </w:r>
      <w:r>
        <w:rPr>
          <w:lang w:eastAsia="zh-CN"/>
        </w:rPr>
        <w:br/>
      </w:r>
      <w:r>
        <w:rPr>
          <w:lang w:eastAsia="zh-CN"/>
        </w:rPr>
        <w:t>　　2、年终拟定《年度销售总结》；</w:t>
      </w:r>
      <w:r>
        <w:rPr>
          <w:lang w:eastAsia="zh-CN"/>
        </w:rPr>
        <w:br/>
      </w:r>
      <w:r>
        <w:rPr>
          <w:lang w:eastAsia="zh-CN"/>
        </w:rPr>
        <w:t>　　3、月初拟定《月销售计划表》和《月访客户计划表》；</w:t>
      </w:r>
      <w:r>
        <w:rPr>
          <w:lang w:eastAsia="zh-CN"/>
        </w:rPr>
        <w:br/>
      </w:r>
      <w:r>
        <w:rPr>
          <w:lang w:eastAsia="zh-CN"/>
        </w:rPr>
        <w:t>　　4、月末拟定《月销售统计表》和《月访客户统计表》；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三、客户分类：</w:t>
      </w:r>
      <w:r>
        <w:rPr>
          <w:lang w:eastAsia="zh-CN"/>
        </w:rPr>
        <w:br/>
      </w:r>
      <w:r>
        <w:rPr>
          <w:lang w:eastAsia="zh-CN"/>
        </w:rPr>
        <w:t>　　根据08年度销售额度，对市场进行细分化，将现有客户分为VIp用户、一级用户、二级用户和其它用户四大类，并对各级用户进行全面分析。</w:t>
      </w:r>
      <w:r>
        <w:rPr>
          <w:lang w:eastAsia="zh-CN"/>
        </w:rPr>
        <w:br/>
      </w:r>
      <w:r>
        <w:rPr>
          <w:lang w:eastAsia="zh-CN"/>
        </w:rPr>
        <w:t>　　四、实施措施：</w:t>
      </w:r>
      <w:r>
        <w:rPr>
          <w:lang w:eastAsia="zh-CN"/>
        </w:rPr>
        <w:br/>
      </w:r>
      <w:r>
        <w:rPr>
          <w:lang w:eastAsia="zh-CN"/>
        </w:rPr>
        <w:t>　　1、技术交流：</w:t>
      </w:r>
      <w:r>
        <w:rPr>
          <w:lang w:eastAsia="zh-CN"/>
        </w:rPr>
        <w:br/>
      </w:r>
      <w:r>
        <w:rPr>
          <w:lang w:eastAsia="zh-CN"/>
        </w:rPr>
        <w:t>　　（1）本年度针对VIp客户的`技术部、售后服务部开展一次技术交流研讨会；</w:t>
      </w:r>
      <w:r>
        <w:rPr>
          <w:lang w:eastAsia="zh-CN"/>
        </w:rPr>
        <w:br/>
      </w:r>
      <w:r>
        <w:rPr>
          <w:lang w:eastAsia="zh-CN"/>
        </w:rPr>
        <w:t>　　（2）参加相关行业展会两次，其中展会期间安排一场大型联谊座谈会；</w:t>
      </w:r>
      <w:r>
        <w:rPr>
          <w:lang w:eastAsia="zh-CN"/>
        </w:rPr>
        <w:br/>
      </w:r>
      <w:r>
        <w:rPr>
          <w:lang w:eastAsia="zh-CN"/>
        </w:rPr>
        <w:t>　　2、客户回访：</w:t>
      </w:r>
      <w:r>
        <w:rPr>
          <w:lang w:eastAsia="zh-CN"/>
        </w:rPr>
        <w:br/>
      </w:r>
      <w:r>
        <w:rPr>
          <w:lang w:eastAsia="zh-CN"/>
        </w:rPr>
        <w:t>　　目前在国内市场上流通的相似品牌有七八种之多，与我司品牌相当的有三四种，技术方面不相上下，竞争愈来愈激烈，已构成市场威胁。为稳固和拓展市场，务必加强与客户的交流，协调与客户、直接用户之间的关系。</w:t>
      </w:r>
      <w:r>
        <w:rPr>
          <w:lang w:eastAsia="zh-CN"/>
        </w:rPr>
        <w:br/>
      </w:r>
      <w:r>
        <w:rPr>
          <w:lang w:eastAsia="zh-CN"/>
        </w:rPr>
        <w:t xml:space="preserve">    关于销售年度计划模板 篇3 </w:t>
      </w:r>
      <w:r>
        <w:rPr>
          <w:lang w:eastAsia="zh-CN"/>
        </w:rPr>
        <w:br/>
      </w:r>
      <w:r>
        <w:rPr>
          <w:lang w:eastAsia="zh-CN"/>
        </w:rPr>
        <w:t>　　我是从事销售工作的，为了实现明年的计划目标，结合公司和市场实际情况，确定明年几项工作重点：</w:t>
      </w:r>
      <w:r>
        <w:rPr>
          <w:lang w:eastAsia="zh-CN"/>
        </w:rPr>
        <w:br/>
      </w:r>
      <w:r>
        <w:rPr>
          <w:lang w:eastAsia="zh-CN"/>
        </w:rPr>
        <w:t>　　一、建立一支熟悉业务，比较稳定的销售团队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人才是企业最宝贵的资源，一切销售业绩都起源于有一个好的销售人员。没错，先制定出销售人员个人工作计划并监督完成。建立一支具有凝聚力，合作精神的销售团队是我们现在的一个重点。在工作中建立一个和谐，具有杀伤力的销售团队应作为一项主要的工作来抓。</w:t>
      </w:r>
      <w:r>
        <w:rPr>
          <w:lang w:eastAsia="zh-CN"/>
        </w:rPr>
        <w:br/>
      </w:r>
      <w:r>
        <w:rPr>
          <w:lang w:eastAsia="zh-CN"/>
        </w:rPr>
        <w:t>　　二、完善销售制度，建立一套明确系统的业务管理办法</w:t>
      </w:r>
      <w:r>
        <w:rPr>
          <w:lang w:eastAsia="zh-CN"/>
        </w:rPr>
        <w:br/>
      </w:r>
      <w:r>
        <w:rPr>
          <w:lang w:eastAsia="zh-CN"/>
        </w:rPr>
        <w:t>　　销售管理是企业的老大难问题，销售人员出差，见客户处于放任自流的.状态。完善销售管理制度的目的是让销售人员在工作中发挥主观能动性，对工作有较强的责任心，提高销售人员的主人公意识。</w:t>
      </w:r>
      <w:r>
        <w:rPr>
          <w:lang w:eastAsia="zh-CN"/>
        </w:rPr>
        <w:br/>
      </w:r>
      <w:r>
        <w:rPr>
          <w:lang w:eastAsia="zh-CN"/>
        </w:rPr>
        <w:t>　　三、培养销售人员发现问题，总结问题，不断自我提高的习惯</w:t>
      </w:r>
      <w:r>
        <w:rPr>
          <w:lang w:eastAsia="zh-CN"/>
        </w:rPr>
        <w:br/>
      </w:r>
      <w:r>
        <w:rPr>
          <w:lang w:eastAsia="zh-CN"/>
        </w:rPr>
        <w:t>　　培养销售人员发现问题，总结问题目的在于提高销售人员综合素质，在工作中能发现问题总结问题并能提出自己的看法和建议，业务能力提高到一个成熟业务员的档次。</w:t>
      </w:r>
      <w:r>
        <w:rPr>
          <w:lang w:eastAsia="zh-CN"/>
        </w:rPr>
        <w:br/>
      </w:r>
      <w:r>
        <w:rPr>
          <w:lang w:eastAsia="zh-CN"/>
        </w:rPr>
        <w:t>　　四、市场分析</w:t>
      </w:r>
      <w:r>
        <w:rPr>
          <w:lang w:eastAsia="zh-CN"/>
        </w:rPr>
        <w:br/>
      </w:r>
      <w:r>
        <w:rPr>
          <w:lang w:eastAsia="zh-CN"/>
        </w:rPr>
        <w:t>　　也就是根据我们所了解到的市场情况，对我们公司产品的卖点，消费体，销量等进行适当的定位。</w:t>
      </w:r>
      <w:r>
        <w:rPr>
          <w:lang w:eastAsia="zh-CN"/>
        </w:rPr>
        <w:br/>
      </w:r>
      <w:r>
        <w:rPr>
          <w:lang w:eastAsia="zh-CN"/>
        </w:rPr>
        <w:t>　　五、销售方式</w:t>
      </w:r>
      <w:r>
        <w:rPr>
          <w:lang w:eastAsia="zh-CN"/>
        </w:rPr>
        <w:br/>
      </w:r>
      <w:r>
        <w:rPr>
          <w:lang w:eastAsia="zh-CN"/>
        </w:rPr>
        <w:t>　　就是找出适合我们公司产品销售的模式和方法。</w:t>
      </w:r>
      <w:r>
        <w:rPr>
          <w:lang w:eastAsia="zh-CN"/>
        </w:rPr>
        <w:br/>
      </w:r>
      <w:r>
        <w:rPr>
          <w:lang w:eastAsia="zh-CN"/>
        </w:rPr>
        <w:t>　　六、销售目标</w:t>
      </w:r>
      <w:r>
        <w:rPr>
          <w:lang w:eastAsia="zh-CN"/>
        </w:rPr>
        <w:br/>
      </w:r>
      <w:r>
        <w:rPr>
          <w:lang w:eastAsia="zh-CN"/>
        </w:rPr>
        <w:t>　　根据公司下达的销售任务，把任务根据具体情况分解到每月，每周，每日；</w:t>
      </w:r>
      <w:r>
        <w:rPr>
          <w:lang w:eastAsia="zh-CN"/>
        </w:rPr>
        <w:br/>
      </w:r>
      <w:r>
        <w:rPr>
          <w:lang w:eastAsia="zh-CN"/>
        </w:rPr>
        <w:t>　　以每月，每周，每日的销售目标分解到各个销售人员身上，完成各个时间段的销售任务。并在完成销售任务的基础上提高销售业绩。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七、客户管理</w:t>
      </w:r>
      <w:r>
        <w:rPr>
          <w:lang w:eastAsia="zh-CN"/>
        </w:rPr>
        <w:br/>
      </w:r>
      <w:r>
        <w:rPr>
          <w:lang w:eastAsia="zh-CN"/>
        </w:rPr>
        <w:t>　　就是对一开发的客户如何进行服务和怎样促使他们提高销售或购买；</w:t>
      </w:r>
      <w:r>
        <w:rPr>
          <w:lang w:eastAsia="zh-CN"/>
        </w:rPr>
        <w:br/>
      </w:r>
      <w:r>
        <w:rPr>
          <w:lang w:eastAsia="zh-CN"/>
        </w:rPr>
        <w:t>　　对潜在客户怎样进行跟进。</w:t>
      </w:r>
      <w:r>
        <w:rPr>
          <w:lang w:eastAsia="zh-CN"/>
        </w:rPr>
        <w:br/>
      </w:r>
      <w:r>
        <w:rPr>
          <w:lang w:eastAsia="zh-CN"/>
        </w:rPr>
        <w:t>　　总结：根据我以往的销售过程中遇到的一些问题，约好的客户突然改变行程，毁约，使计划好的行程被打乱，不能完成出差的目的。造成时间，资金上的浪费、我希望领导能多注意这方面的工作！</w:t>
      </w:r>
      <w:r>
        <w:rPr>
          <w:lang w:eastAsia="zh-CN"/>
        </w:rPr>
        <w:br/>
      </w:r>
      <w:r>
        <w:rPr>
          <w:lang w:eastAsia="zh-CN"/>
        </w:rPr>
        <w:t>　　之前我从未从事过这方面的工作、不知这分计划可否有用、还望领导给予指导！我坚信在自身的努力和公司的培训以及在工作的磨练下自己在这方面一定会有所成就。</w:t>
      </w:r>
      <w:r>
        <w:rPr>
          <w:lang w:eastAsia="zh-CN"/>
        </w:rPr>
        <w:br/>
      </w:r>
      <w:r>
        <w:rPr>
          <w:lang w:eastAsia="zh-CN"/>
        </w:rPr>
        <w:t xml:space="preserve">    关于销售年度计划模板 篇4 </w:t>
      </w:r>
      <w:r>
        <w:rPr>
          <w:lang w:eastAsia="zh-CN"/>
        </w:rPr>
        <w:br/>
      </w:r>
      <w:r>
        <w:rPr>
          <w:lang w:eastAsia="zh-CN"/>
        </w:rPr>
        <w:t>　　第一阶段：项目开发前期阶段</w:t>
      </w:r>
      <w:r>
        <w:rPr>
          <w:lang w:eastAsia="zh-CN"/>
        </w:rPr>
        <w:br/>
      </w:r>
      <w:r>
        <w:rPr>
          <w:lang w:eastAsia="zh-CN"/>
        </w:rPr>
        <w:t>　　对公司拟投资项目进行初步考察，掌握基本情况和信息，制订具体的市场调查计划，开展正式的房地产市场调研工作，提出项目操作的初步总体思路，对项目入行初步的市场定位，为公司管理层的投资项目决策提供依据。</w:t>
      </w:r>
      <w:r>
        <w:rPr>
          <w:lang w:eastAsia="zh-CN"/>
        </w:rPr>
        <w:br/>
      </w:r>
      <w:r>
        <w:rPr>
          <w:lang w:eastAsia="zh-CN"/>
        </w:rPr>
        <w:t>　　主要工作内容：</w:t>
      </w:r>
      <w:r>
        <w:rPr>
          <w:lang w:eastAsia="zh-CN"/>
        </w:rPr>
        <w:br/>
      </w:r>
      <w:r>
        <w:rPr>
          <w:lang w:eastAsia="zh-CN"/>
        </w:rPr>
        <w:t>　　一、对项目位置、规划红线图、项目相关的法律手续文件、项目周边环境、项目所在区域的市政规划入行了解熟悉;</w:t>
      </w:r>
      <w:r>
        <w:rPr>
          <w:lang w:eastAsia="zh-CN"/>
        </w:rPr>
        <w:br/>
      </w:r>
      <w:r>
        <w:rPr>
          <w:lang w:eastAsia="zh-CN"/>
        </w:rPr>
        <w:t>　　二、开展房地产市场调查</w:t>
      </w:r>
      <w:r>
        <w:rPr>
          <w:lang w:eastAsia="zh-CN"/>
        </w:rPr>
        <w:br/>
      </w:r>
      <w:r>
        <w:rPr>
          <w:lang w:eastAsia="zh-CN"/>
        </w:rPr>
        <w:t>　　①市场环境调查分析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对项目所在地的城市规划、宏看经济、人口规模、土地资源和房地产市场入行考察</w:t>
      </w:r>
      <w:r>
        <w:rPr>
          <w:lang w:eastAsia="zh-CN"/>
        </w:rPr>
        <w:br/>
      </w:r>
      <w:r>
        <w:rPr>
          <w:lang w:eastAsia="zh-CN"/>
        </w:rPr>
        <w:t>　　②房地产市场调查分析</w:t>
      </w:r>
      <w:r>
        <w:rPr>
          <w:lang w:eastAsia="zh-CN"/>
        </w:rPr>
        <w:br/>
      </w:r>
      <w:r>
        <w:rPr>
          <w:lang w:eastAsia="zh-CN"/>
        </w:rPr>
        <w:t>　　对项目所在地的房地产市场供给、需求状况、价格现状和趋势、产品类型及市场缺位、销售渠道入行具体调查。</w:t>
      </w:r>
      <w:r>
        <w:rPr>
          <w:lang w:eastAsia="zh-CN"/>
        </w:rPr>
        <w:br/>
      </w:r>
      <w:r>
        <w:rPr>
          <w:lang w:eastAsia="zh-CN"/>
        </w:rPr>
        <w:t>　　三、项目初步定位</w:t>
      </w:r>
      <w:r>
        <w:rPr>
          <w:lang w:eastAsia="zh-CN"/>
        </w:rPr>
        <w:br/>
      </w:r>
      <w:r>
        <w:rPr>
          <w:lang w:eastAsia="zh-CN"/>
        </w:rPr>
        <w:t>　　根据相应的市场研究分析后，初步明确项目的形象定位、产品定位、价格定位等，为项目开发提供切实可行的依据。</w:t>
      </w:r>
      <w:r>
        <w:rPr>
          <w:lang w:eastAsia="zh-CN"/>
        </w:rPr>
        <w:br/>
      </w:r>
      <w:r>
        <w:rPr>
          <w:lang w:eastAsia="zh-CN"/>
        </w:rPr>
        <w:t>　　四、提出初步的项目操作总体思路。</w:t>
      </w:r>
      <w:r>
        <w:rPr>
          <w:lang w:eastAsia="zh-CN"/>
        </w:rPr>
        <w:br/>
      </w:r>
      <w:r>
        <w:rPr>
          <w:lang w:eastAsia="zh-CN"/>
        </w:rPr>
        <w:t>　　第二阶段：项目开发阶段</w:t>
      </w:r>
      <w:r>
        <w:rPr>
          <w:lang w:eastAsia="zh-CN"/>
        </w:rPr>
        <w:br/>
      </w:r>
      <w:r>
        <w:rPr>
          <w:lang w:eastAsia="zh-CN"/>
        </w:rPr>
        <w:t>　　跟踪动态市场行情，进行竞争楼盘和竞争对手调查、消费者调查，对本开发进行优劣势分析，入一步明确的项目市场定位和项目的总体操作思路，提出相应的营销策略;</w:t>
      </w:r>
      <w:r>
        <w:rPr>
          <w:lang w:eastAsia="zh-CN"/>
        </w:rPr>
        <w:br/>
      </w:r>
      <w:r>
        <w:rPr>
          <w:lang w:eastAsia="zh-CN"/>
        </w:rPr>
        <w:t>　　主要工作内容：</w:t>
      </w:r>
      <w:r>
        <w:rPr>
          <w:lang w:eastAsia="zh-CN"/>
        </w:rPr>
        <w:br/>
      </w:r>
      <w:r>
        <w:rPr>
          <w:lang w:eastAsia="zh-CN"/>
        </w:rPr>
        <w:t>　　一、开展房地产市场动态调查</w:t>
      </w:r>
      <w:r>
        <w:rPr>
          <w:lang w:eastAsia="zh-CN"/>
        </w:rPr>
        <w:br/>
      </w:r>
      <w:r>
        <w:rPr>
          <w:lang w:eastAsia="zh-CN"/>
        </w:rPr>
        <w:t>　　深入了解项目所在区域的房地产市场供应、需求状况，价格现状和未来发展趋势，产品类型、销售渠道。</w:t>
      </w:r>
      <w:r>
        <w:rPr>
          <w:lang w:eastAsia="zh-CN"/>
        </w:rPr>
        <w:br/>
      </w:r>
      <w:r>
        <w:rPr>
          <w:lang w:eastAsia="zh-CN"/>
        </w:rPr>
        <w:t>　　二、开展竞争楼盘和竞争对手势态调查分析</w:t>
      </w:r>
      <w:r>
        <w:rPr>
          <w:lang w:eastAsia="zh-CN"/>
        </w:rPr>
        <w:br/>
      </w:r>
      <w:r>
        <w:rPr>
          <w:lang w:eastAsia="zh-CN"/>
        </w:rPr>
        <w:t>　　①竞争楼盘扫描</w:t>
      </w:r>
      <w:r>
        <w:rPr>
          <w:lang w:eastAsia="zh-CN"/>
        </w:rPr>
        <w:br/>
      </w:r>
      <w:r>
        <w:rPr>
          <w:lang w:eastAsia="zh-CN"/>
        </w:rPr>
        <w:t>　　②替在竞争对手入入可能扫描;</w:t>
      </w:r>
      <w:r>
        <w:rPr>
          <w:lang w:eastAsia="zh-CN"/>
        </w:rPr>
        <w:br/>
      </w:r>
      <w:r>
        <w:rPr>
          <w:lang w:eastAsia="zh-CN"/>
        </w:rPr>
        <w:t>　　③供给量分析</w:t>
      </w:r>
      <w:r>
        <w:rPr>
          <w:lang w:eastAsia="zh-CN"/>
        </w:rPr>
        <w:br/>
      </w:r>
      <w:r>
        <w:rPr>
          <w:lang w:eastAsia="zh-CN"/>
        </w:rPr>
        <w:t>　　④竞争对手的产品分析，包括房型、规划、土地、综合配套;</w:t>
      </w:r>
      <w:r>
        <w:rPr>
          <w:lang w:eastAsia="zh-CN"/>
        </w:rPr>
        <w:br/>
      </w:r>
      <w:r>
        <w:rPr>
          <w:lang w:eastAsia="zh-CN"/>
        </w:rPr>
        <w:t>　　⑤竞争对手的市场定位及趋向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⑥竞争对手的价格基准分析</w:t>
      </w:r>
      <w:r>
        <w:rPr>
          <w:lang w:eastAsia="zh-CN"/>
        </w:rPr>
        <w:br/>
      </w:r>
      <w:r>
        <w:rPr>
          <w:lang w:eastAsia="zh-CN"/>
        </w:rPr>
        <w:t>　　⑦竞争对手的背景和实力。</w:t>
      </w:r>
      <w:r>
        <w:rPr>
          <w:lang w:eastAsia="zh-CN"/>
        </w:rPr>
        <w:br/>
      </w:r>
      <w:r>
        <w:rPr>
          <w:lang w:eastAsia="zh-CN"/>
        </w:rPr>
        <w:t>　　三、进行消费者调查，明确项目的目标客户群</w:t>
      </w:r>
      <w:r>
        <w:rPr>
          <w:lang w:eastAsia="zh-CN"/>
        </w:rPr>
        <w:br/>
      </w:r>
      <w:r>
        <w:rPr>
          <w:lang w:eastAsia="zh-CN"/>
        </w:rPr>
        <w:t>　　①消费者的二手资料分析</w:t>
      </w:r>
      <w:r>
        <w:rPr>
          <w:lang w:eastAsia="zh-CN"/>
        </w:rPr>
        <w:br/>
      </w:r>
      <w:r>
        <w:rPr>
          <w:lang w:eastAsia="zh-CN"/>
        </w:rPr>
        <w:t>　　②竞争对手消费者轮廓描述(职业特征、消费关注、消费心理、产品选择)</w:t>
      </w:r>
      <w:r>
        <w:rPr>
          <w:lang w:eastAsia="zh-CN"/>
        </w:rPr>
        <w:br/>
      </w:r>
      <w:r>
        <w:rPr>
          <w:lang w:eastAsia="zh-CN"/>
        </w:rPr>
        <w:t>　　四、明确项目的市场定位，明确项目的总体操作思路</w:t>
      </w:r>
      <w:r>
        <w:rPr>
          <w:lang w:eastAsia="zh-CN"/>
        </w:rPr>
        <w:br/>
      </w:r>
      <w:r>
        <w:rPr>
          <w:lang w:eastAsia="zh-CN"/>
        </w:rPr>
        <w:t>　　根据深渗透的市场研究分析后，明确项目的形象定位、产品定位、价格定位等;明确项目的总体操作思路</w:t>
      </w:r>
      <w:r>
        <w:rPr>
          <w:lang w:eastAsia="zh-CN"/>
        </w:rPr>
        <w:br/>
      </w:r>
      <w:r>
        <w:rPr>
          <w:lang w:eastAsia="zh-CN"/>
        </w:rPr>
        <w:t>　　①产品分析</w:t>
      </w:r>
      <w:r>
        <w:rPr>
          <w:lang w:eastAsia="zh-CN"/>
        </w:rPr>
        <w:br/>
      </w:r>
      <w:r>
        <w:rPr>
          <w:lang w:eastAsia="zh-CN"/>
        </w:rPr>
        <w:t>　　②本项目的SWOT分析(优劣势分析)</w:t>
      </w:r>
      <w:r>
        <w:rPr>
          <w:lang w:eastAsia="zh-CN"/>
        </w:rPr>
        <w:br/>
      </w:r>
      <w:r>
        <w:rPr>
          <w:lang w:eastAsia="zh-CN"/>
        </w:rPr>
        <w:t>　　基于SWOT分析(优劣势分析)提出针对性的营销策略</w:t>
      </w:r>
      <w:r>
        <w:rPr>
          <w:lang w:eastAsia="zh-CN"/>
        </w:rPr>
        <w:br/>
      </w:r>
      <w:r>
        <w:rPr>
          <w:lang w:eastAsia="zh-CN"/>
        </w:rPr>
        <w:t>　　五、战略分析与规划</w:t>
      </w:r>
      <w:r>
        <w:rPr>
          <w:lang w:eastAsia="zh-CN"/>
        </w:rPr>
        <w:br/>
      </w:r>
      <w:r>
        <w:rPr>
          <w:lang w:eastAsia="zh-CN"/>
        </w:rPr>
        <w:t>　　①项目卖点回纳</w:t>
      </w:r>
      <w:r>
        <w:rPr>
          <w:lang w:eastAsia="zh-CN"/>
        </w:rPr>
        <w:br/>
      </w:r>
      <w:r>
        <w:rPr>
          <w:lang w:eastAsia="zh-CN"/>
        </w:rPr>
        <w:t>　　②营销总策略</w:t>
      </w:r>
      <w:r>
        <w:rPr>
          <w:lang w:eastAsia="zh-CN"/>
        </w:rPr>
        <w:br/>
      </w:r>
      <w:r>
        <w:rPr>
          <w:lang w:eastAsia="zh-CN"/>
        </w:rPr>
        <w:t>　　③销售价格总策略</w:t>
      </w:r>
      <w:r>
        <w:rPr>
          <w:lang w:eastAsia="zh-CN"/>
        </w:rPr>
        <w:br/>
      </w:r>
      <w:r>
        <w:rPr>
          <w:lang w:eastAsia="zh-CN"/>
        </w:rPr>
        <w:t>　　④总推案分阶段策略</w:t>
      </w:r>
      <w:r>
        <w:rPr>
          <w:lang w:eastAsia="zh-CN"/>
        </w:rPr>
        <w:br/>
      </w:r>
      <w:r>
        <w:rPr>
          <w:lang w:eastAsia="zh-CN"/>
        </w:rPr>
        <w:t>　　⑤公关与宣传总策略</w:t>
      </w:r>
      <w:r>
        <w:rPr>
          <w:lang w:eastAsia="zh-CN"/>
        </w:rPr>
        <w:br/>
      </w:r>
      <w:r>
        <w:rPr>
          <w:lang w:eastAsia="zh-CN"/>
        </w:rPr>
        <w:t>　　⑥营销推广项目的策划</w:t>
      </w:r>
      <w:r>
        <w:rPr>
          <w:lang w:eastAsia="zh-CN"/>
        </w:rPr>
        <w:br/>
      </w:r>
      <w:r>
        <w:rPr>
          <w:lang w:eastAsia="zh-CN"/>
        </w:rPr>
        <w:t>　　各阶段推广主题策划</w:t>
      </w:r>
      <w:r>
        <w:rPr>
          <w:lang w:eastAsia="zh-CN"/>
        </w:rPr>
        <w:br/>
      </w:r>
      <w:r>
        <w:rPr>
          <w:lang w:eastAsia="zh-CN"/>
        </w:rPr>
        <w:t>　　各阶段营销分析与总汇</w:t>
      </w:r>
      <w:r>
        <w:rPr>
          <w:lang w:eastAsia="zh-CN"/>
        </w:rPr>
        <w:br/>
      </w:r>
      <w:r>
        <w:rPr>
          <w:lang w:eastAsia="zh-CN"/>
        </w:rPr>
        <w:t>　　各阶段市场动态分析与对策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各阶段客户总体分析与推盘策略</w:t>
      </w:r>
      <w:r>
        <w:rPr>
          <w:lang w:eastAsia="zh-CN"/>
        </w:rPr>
        <w:br/>
      </w:r>
      <w:r>
        <w:rPr>
          <w:lang w:eastAsia="zh-CN"/>
        </w:rPr>
        <w:t>　　渗透市策划、强销策划、促入策划对本项目进行分析</w:t>
      </w:r>
      <w:r>
        <w:rPr>
          <w:lang w:eastAsia="zh-CN"/>
        </w:rPr>
        <w:br/>
      </w:r>
      <w:r>
        <w:rPr>
          <w:lang w:eastAsia="zh-CN"/>
        </w:rPr>
        <w:t>　　六、最终确定销售渠道选择</w:t>
      </w:r>
      <w:r>
        <w:rPr>
          <w:lang w:eastAsia="zh-CN"/>
        </w:rPr>
        <w:br/>
      </w:r>
      <w:r>
        <w:rPr>
          <w:lang w:eastAsia="zh-CN"/>
        </w:rPr>
        <w:t>　　①自售</w:t>
      </w:r>
      <w:r>
        <w:rPr>
          <w:lang w:eastAsia="zh-CN"/>
        </w:rPr>
        <w:br/>
      </w:r>
      <w:r>
        <w:rPr>
          <w:lang w:eastAsia="zh-CN"/>
        </w:rPr>
        <w:t>　　②代理：</w:t>
      </w:r>
      <w:r>
        <w:rPr>
          <w:lang w:eastAsia="zh-CN"/>
        </w:rPr>
        <w:br/>
      </w:r>
      <w:r>
        <w:rPr>
          <w:lang w:eastAsia="zh-CN"/>
        </w:rPr>
        <w:t>　　通过邀请招标或公开招标等方式确定入围的专业物业代理公司</w:t>
      </w:r>
      <w:r>
        <w:rPr>
          <w:lang w:eastAsia="zh-CN"/>
        </w:rPr>
        <w:br/>
      </w:r>
      <w:r>
        <w:rPr>
          <w:lang w:eastAsia="zh-CN"/>
        </w:rPr>
        <w:t>　　对项目进行交底，要求各投标代理公司各自提交营销策划报告</w:t>
      </w:r>
      <w:r>
        <w:rPr>
          <w:lang w:eastAsia="zh-CN"/>
        </w:rPr>
        <w:br/>
      </w:r>
      <w:r>
        <w:rPr>
          <w:lang w:eastAsia="zh-CN"/>
        </w:rPr>
        <w:t>　　组织公司相关人员对《营销策划报告》入行评审，选取最优方案，确定物业代理公司。</w:t>
      </w:r>
      <w:r>
        <w:rPr>
          <w:lang w:eastAsia="zh-CN"/>
        </w:rPr>
        <w:br/>
      </w:r>
      <w:r>
        <w:rPr>
          <w:lang w:eastAsia="zh-CN"/>
        </w:rPr>
        <w:t>　　签订《项目顾问服务合同》或《销售代理合同》，明确合作双方、合作方式、合作内容、时间、权利、义务，付费标准与付款方式等。</w:t>
      </w:r>
      <w:r>
        <w:rPr>
          <w:lang w:eastAsia="zh-CN"/>
        </w:rPr>
        <w:br/>
      </w:r>
      <w:r>
        <w:rPr>
          <w:lang w:eastAsia="zh-CN"/>
        </w:rPr>
        <w:t>　　注：如选择专业的物业代理，则本项目的全程营销策划及销售执行均由代理公司完成，贯穿项目的开发全程。</w:t>
      </w:r>
      <w:r>
        <w:rPr>
          <w:lang w:eastAsia="zh-CN"/>
        </w:rPr>
        <w:br/>
      </w:r>
      <w:r>
        <w:rPr>
          <w:lang w:eastAsia="zh-CN"/>
        </w:rPr>
        <w:t>　　第三阶段：资源整合，完善销售所需手续，蓄势待发，预备销售</w:t>
      </w:r>
      <w:r>
        <w:rPr>
          <w:lang w:eastAsia="zh-CN"/>
        </w:rPr>
        <w:br/>
      </w:r>
      <w:r>
        <w:rPr>
          <w:lang w:eastAsia="zh-CN"/>
        </w:rPr>
        <w:t>　　主要工作：</w:t>
      </w:r>
      <w:r>
        <w:rPr>
          <w:lang w:eastAsia="zh-CN"/>
        </w:rPr>
        <w:br/>
      </w:r>
      <w:r>
        <w:rPr>
          <w:lang w:eastAsia="zh-CN"/>
        </w:rPr>
        <w:t>　　一、完成销售的人员配备，制定销售人员的`考核奖励制度，组织销售培训;</w:t>
      </w:r>
      <w:r>
        <w:rPr>
          <w:lang w:eastAsia="zh-CN"/>
        </w:rPr>
        <w:br/>
      </w:r>
      <w:r>
        <w:rPr>
          <w:lang w:eastAsia="zh-CN"/>
        </w:rPr>
        <w:t>　　二、制定销售模式、设计销售组织的架构;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三、其他物料准备完成，售楼处的布置、样板房、国土部门户型的测绘报告书、《房屋认购书》样本、《房地产买卖合同》样本、售楼书和广宣彩页;</w:t>
      </w:r>
      <w:r>
        <w:rPr>
          <w:lang w:eastAsia="zh-CN"/>
        </w:rPr>
        <w:br/>
      </w:r>
      <w:r>
        <w:rPr>
          <w:lang w:eastAsia="zh-CN"/>
        </w:rPr>
        <w:t>　　第四阶段：销售执行</w:t>
      </w:r>
      <w:r>
        <w:rPr>
          <w:lang w:eastAsia="zh-CN"/>
        </w:rPr>
        <w:br/>
      </w:r>
      <w:r>
        <w:rPr>
          <w:lang w:eastAsia="zh-CN"/>
        </w:rPr>
        <w:t>　　制定详尽可行的营销策略及阶段性的销售目标和计划，全程监控项目销售的执行情况，并适时作出针对性的策略调整，实现公司开发项目的目标利润率;</w:t>
      </w:r>
      <w:r>
        <w:rPr>
          <w:lang w:eastAsia="zh-CN"/>
        </w:rPr>
        <w:br/>
      </w:r>
      <w:r>
        <w:rPr>
          <w:lang w:eastAsia="zh-CN"/>
        </w:rPr>
        <w:t>　　主要工作：</w:t>
      </w:r>
      <w:r>
        <w:rPr>
          <w:lang w:eastAsia="zh-CN"/>
        </w:rPr>
        <w:br/>
      </w:r>
      <w:r>
        <w:rPr>
          <w:lang w:eastAsia="zh-CN"/>
        </w:rPr>
        <w:t>　　一、制定详尽可行的营销策略并组织实施</w:t>
      </w:r>
      <w:r>
        <w:rPr>
          <w:lang w:eastAsia="zh-CN"/>
        </w:rPr>
        <w:br/>
      </w:r>
      <w:r>
        <w:rPr>
          <w:lang w:eastAsia="zh-CN"/>
        </w:rPr>
        <w:t>　　①销售总体策略房地产营销策划流程具体说明</w:t>
      </w:r>
      <w:r>
        <w:rPr>
          <w:lang w:eastAsia="zh-CN"/>
        </w:rPr>
        <w:br/>
      </w:r>
      <w:r>
        <w:rPr>
          <w:lang w:eastAsia="zh-CN"/>
        </w:rPr>
        <w:t>　　销售的总体战略思路和目标的制定</w:t>
      </w:r>
      <w:r>
        <w:rPr>
          <w:lang w:eastAsia="zh-CN"/>
        </w:rPr>
        <w:br/>
      </w:r>
      <w:r>
        <w:rPr>
          <w:lang w:eastAsia="zh-CN"/>
        </w:rPr>
        <w:t>　　销售模式的选择和设计</w:t>
      </w:r>
      <w:r>
        <w:rPr>
          <w:lang w:eastAsia="zh-CN"/>
        </w:rPr>
        <w:br/>
      </w:r>
      <w:r>
        <w:rPr>
          <w:lang w:eastAsia="zh-CN"/>
        </w:rPr>
        <w:t>　　销售阶段的划分和时机选择</w:t>
      </w:r>
      <w:r>
        <w:rPr>
          <w:lang w:eastAsia="zh-CN"/>
        </w:rPr>
        <w:br/>
      </w:r>
      <w:r>
        <w:rPr>
          <w:lang w:eastAsia="zh-CN"/>
        </w:rPr>
        <w:t>　　②推盘策略</w:t>
      </w:r>
      <w:r>
        <w:rPr>
          <w:lang w:eastAsia="zh-CN"/>
        </w:rPr>
        <w:br/>
      </w:r>
      <w:r>
        <w:rPr>
          <w:lang w:eastAsia="zh-CN"/>
        </w:rPr>
        <w:t>　　选择时机</w:t>
      </w:r>
      <w:r>
        <w:rPr>
          <w:lang w:eastAsia="zh-CN"/>
        </w:rPr>
        <w:br/>
      </w:r>
      <w:r>
        <w:rPr>
          <w:lang w:eastAsia="zh-CN"/>
        </w:rPr>
        <w:t>　　选择房源</w:t>
      </w:r>
      <w:r>
        <w:rPr>
          <w:lang w:eastAsia="zh-CN"/>
        </w:rPr>
        <w:br/>
      </w:r>
      <w:r>
        <w:rPr>
          <w:lang w:eastAsia="zh-CN"/>
        </w:rPr>
        <w:t>　　销控计划</w:t>
      </w:r>
      <w:r>
        <w:rPr>
          <w:lang w:eastAsia="zh-CN"/>
        </w:rPr>
        <w:br/>
      </w:r>
      <w:r>
        <w:rPr>
          <w:lang w:eastAsia="zh-CN"/>
        </w:rPr>
        <w:t>　　总体均价的制定</w:t>
      </w:r>
      <w:r>
        <w:rPr>
          <w:lang w:eastAsia="zh-CN"/>
        </w:rPr>
        <w:br/>
      </w:r>
      <w:r>
        <w:rPr>
          <w:lang w:eastAsia="zh-CN"/>
        </w:rPr>
        <w:t>　　制定一房一价的价目表</w:t>
      </w:r>
      <w:r>
        <w:rPr>
          <w:lang w:eastAsia="zh-CN"/>
        </w:rPr>
        <w:br/>
      </w:r>
      <w:r>
        <w:rPr>
          <w:lang w:eastAsia="zh-CN"/>
        </w:rPr>
        <w:t>　　单体差价的要素指标与系数体系，产品系数、楼层系数、景观系数、朝向系数、房型系数等</w:t>
      </w:r>
      <w:r>
        <w:rPr>
          <w:lang w:eastAsia="zh-CN"/>
        </w:rPr>
        <w:br/>
      </w:r>
      <w:r>
        <w:rPr>
          <w:lang w:eastAsia="zh-CN"/>
        </w:rPr>
        <w:t>　　④付款方式</w:t>
      </w:r>
      <w:r>
        <w:rPr>
          <w:lang w:eastAsia="zh-CN"/>
        </w:rPr>
        <w:br/>
      </w:r>
      <w:r>
        <w:rPr>
          <w:lang w:eastAsia="zh-CN"/>
        </w:rPr>
        <w:t>　　优惠政策</w:t>
      </w:r>
      <w:r>
        <w:rPr>
          <w:lang w:eastAsia="zh-CN"/>
        </w:rPr>
        <w:br/>
      </w:r>
      <w:r>
        <w:rPr>
          <w:lang w:eastAsia="zh-CN"/>
        </w:rPr>
        <w:t>　　分期、分类的动态价格策略：内部认购的数量和价格政策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市场预热期的价格政策和数量控制</w:t>
      </w:r>
      <w:r>
        <w:rPr>
          <w:lang w:eastAsia="zh-CN"/>
        </w:rPr>
        <w:br/>
      </w:r>
      <w:r>
        <w:rPr>
          <w:lang w:eastAsia="zh-CN"/>
        </w:rPr>
        <w:t>　　开盘价格的动态策略</w:t>
      </w:r>
      <w:r>
        <w:rPr>
          <w:lang w:eastAsia="zh-CN"/>
        </w:rPr>
        <w:br/>
      </w:r>
      <w:r>
        <w:rPr>
          <w:lang w:eastAsia="zh-CN"/>
        </w:rPr>
        <w:t>　　SP(销售推广)活动价格策略和销售控制</w:t>
      </w:r>
      <w:r>
        <w:rPr>
          <w:lang w:eastAsia="zh-CN"/>
        </w:rPr>
        <w:br/>
      </w:r>
      <w:r>
        <w:rPr>
          <w:lang w:eastAsia="zh-CN"/>
        </w:rPr>
        <w:t>　　调价计划和调价技术</w:t>
      </w:r>
      <w:r>
        <w:rPr>
          <w:lang w:eastAsia="zh-CN"/>
        </w:rPr>
        <w:br/>
      </w:r>
      <w:r>
        <w:rPr>
          <w:lang w:eastAsia="zh-CN"/>
        </w:rPr>
        <w:t>　　整体价格和房源调价技术</w:t>
      </w:r>
      <w:r>
        <w:rPr>
          <w:lang w:eastAsia="zh-CN"/>
        </w:rPr>
        <w:br/>
      </w:r>
      <w:r>
        <w:rPr>
          <w:lang w:eastAsia="zh-CN"/>
        </w:rPr>
        <w:t>　　⑤广告策略</w:t>
      </w:r>
      <w:r>
        <w:rPr>
          <w:lang w:eastAsia="zh-CN"/>
        </w:rPr>
        <w:br/>
      </w:r>
      <w:r>
        <w:rPr>
          <w:lang w:eastAsia="zh-CN"/>
        </w:rPr>
        <w:t>　　主题制定房地产营销策划流程详细说明</w:t>
      </w:r>
      <w:r>
        <w:rPr>
          <w:lang w:eastAsia="zh-CN"/>
        </w:rPr>
        <w:br/>
      </w:r>
      <w:r>
        <w:rPr>
          <w:lang w:eastAsia="zh-CN"/>
        </w:rPr>
        <w:t>　　品牌形象定位</w:t>
      </w:r>
      <w:r>
        <w:rPr>
          <w:lang w:eastAsia="zh-CN"/>
        </w:rPr>
        <w:br/>
      </w:r>
      <w:r>
        <w:rPr>
          <w:lang w:eastAsia="zh-CN"/>
        </w:rPr>
        <w:t>　　媒体计划</w:t>
      </w:r>
      <w:r>
        <w:rPr>
          <w:lang w:eastAsia="zh-CN"/>
        </w:rPr>
        <w:br/>
      </w:r>
      <w:r>
        <w:rPr>
          <w:lang w:eastAsia="zh-CN"/>
        </w:rPr>
        <w:t>　　广告创意</w:t>
      </w:r>
      <w:r>
        <w:rPr>
          <w:lang w:eastAsia="zh-CN"/>
        </w:rPr>
        <w:br/>
      </w:r>
      <w:r>
        <w:rPr>
          <w:lang w:eastAsia="zh-CN"/>
        </w:rPr>
        <w:t>　　现场包装设计：</w:t>
      </w:r>
      <w:r>
        <w:rPr>
          <w:lang w:eastAsia="zh-CN"/>
        </w:rPr>
        <w:br/>
      </w:r>
      <w:r>
        <w:rPr>
          <w:lang w:eastAsia="zh-CN"/>
        </w:rPr>
        <w:t>　　1、围墙2、广告牌3、LOGO指引牌4、大楼包装5、样板房装修风格概念</w:t>
      </w:r>
      <w:r>
        <w:rPr>
          <w:lang w:eastAsia="zh-CN"/>
        </w:rPr>
        <w:br/>
      </w:r>
      <w:r>
        <w:rPr>
          <w:lang w:eastAsia="zh-CN"/>
        </w:rPr>
        <w:t>　　二、制订阶段性的销售目标和计划，全程监控销售执行情况，及时反馈市场信息、销售状况，对反馈的信息加以分析和汇总，适时做出具有针对性的调整;</w:t>
      </w:r>
      <w:r>
        <w:rPr>
          <w:lang w:eastAsia="zh-CN"/>
        </w:rPr>
        <w:br/>
      </w:r>
      <w:r>
        <w:rPr>
          <w:lang w:eastAsia="zh-CN"/>
        </w:rPr>
        <w:t>　　三、完成销售，实现公司项目的目标利润率，提交营销总结报告。</w:t>
      </w:r>
      <w:r>
        <w:rPr>
          <w:lang w:eastAsia="zh-CN"/>
        </w:rPr>
        <w:br/>
      </w:r>
      <w:r>
        <w:rPr>
          <w:lang w:eastAsia="zh-CN"/>
        </w:rPr>
        <w:t>　　销售工作计划</w:t>
      </w:r>
      <w:r>
        <w:rPr>
          <w:lang w:eastAsia="zh-CN"/>
        </w:rPr>
        <w:br/>
      </w:r>
      <w:r>
        <w:rPr>
          <w:lang w:eastAsia="zh-CN"/>
        </w:rPr>
        <w:t xml:space="preserve">    关于销售年度计划模板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__年，26岁，离迈入27岁的岁月已经剩下不到一个月的时间。__年，依然是孤独的一年，贫困潦倒的一年，做事风格柔弱的一年，撸啊撸的一年。</w:t>
      </w:r>
      <w:r>
        <w:rPr>
          <w:lang w:eastAsia="zh-CN"/>
        </w:rPr>
        <w:br/>
      </w:r>
      <w:r>
        <w:rPr>
          <w:lang w:eastAsia="zh-CN"/>
        </w:rPr>
        <w:t>　　__年1月4日，没有得到可以珍爱一生一世的爱情，2月14日，也没有手捧玫瑰，殷勤得献给某个心仪的女孩，等到3月19日一个毫无纪念意义的日子里，第一次送给女孩一大束玫瑰，结果短暂的交往无疾而终；8月8日再次看到恋情的希望，8月15日工作大的变化，再次压力重重，始终还是单身。12月24日平安夜，又开始给小姑娘发暧昧短信。这一周晚上很多时间都和我爸在一起，心里感觉挺好。</w:t>
      </w:r>
      <w:r>
        <w:rPr>
          <w:lang w:eastAsia="zh-CN"/>
        </w:rPr>
        <w:br/>
      </w:r>
      <w:r>
        <w:rPr>
          <w:lang w:eastAsia="zh-CN"/>
        </w:rPr>
        <w:t>　　工作进度</w:t>
      </w:r>
      <w:r>
        <w:rPr>
          <w:lang w:eastAsia="zh-CN"/>
        </w:rPr>
        <w:br/>
      </w:r>
      <w:r>
        <w:rPr>
          <w:lang w:eastAsia="zh-CN"/>
        </w:rPr>
        <w:t>　　经过__年4个月漫长的寒冬，今年前半年更多的时候是在工作的过程中所获得的希望和成就，月工资虽然也不高，但是足以让我这个刚刚迈向销售工作半年的新人感到了一定的喜悦，凡事勤奋，终能够获得报酬。</w:t>
      </w:r>
      <w:r>
        <w:rPr>
          <w:lang w:eastAsia="zh-CN"/>
        </w:rPr>
        <w:br/>
      </w:r>
      <w:r>
        <w:rPr>
          <w:lang w:eastAsia="zh-CN"/>
        </w:rPr>
        <w:t>　　开始和客户交谈的战战兢兢，无论是工程上还是临潼的经销商，都令我感到有一定的交往难度。其实三月和四月两个月，虽然也拿到了一些绩效，其实从本质上说，算是经销商在养我。给自己设定的目标自然是要让经销商获得利益，要让我自己获得工作中的成就感，当我能够以我的本事壮大经销商的实力的时候，做事肯定也会更有底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三月一次巨大的挑战，一次重大的失败，临潼区的经销商周华辉说什么都不愿意给客户垫钱卖货，几经谈判，客户江苏宏大已经达成了较强的用货意向，直到后来已经把合同交到了我的手上。但是最终意外还是发生了，客户撕毁了供货合同。供货经销商规避风险的强烈意识导致了客户的极大不满，而且由于最初的合同是客户和公司签订的合同，而不是客户和经销商直接签订合同，由于签合同的繁琐以及经销商迟迟不愿意达成最终交易，导致最终签单的失败。</w:t>
      </w:r>
      <w:r>
        <w:rPr>
          <w:lang w:eastAsia="zh-CN"/>
        </w:rPr>
        <w:br/>
      </w:r>
      <w:r>
        <w:rPr>
          <w:lang w:eastAsia="zh-CN"/>
        </w:rPr>
        <w:t>　　撕毁合同的经历，发生在第一次谈单子，而且可能会是一个可观的销售量，不禁令人连连叹息，以至于三月底和四月初做事情都感觉没有那么多的信心，要不是三月有相对新来同事更高的绩效提成，我想那时放弃的可能性会更大一些。</w:t>
      </w:r>
      <w:r>
        <w:rPr>
          <w:lang w:eastAsia="zh-CN"/>
        </w:rPr>
        <w:br/>
      </w:r>
      <w:r>
        <w:rPr>
          <w:lang w:eastAsia="zh-CN"/>
        </w:rPr>
        <w:t>　　五月成单两个，金额都比较小，加上经销商货量，整体上还将就。</w:t>
      </w:r>
      <w:r>
        <w:rPr>
          <w:lang w:eastAsia="zh-CN"/>
        </w:rPr>
        <w:br/>
      </w:r>
      <w:r>
        <w:rPr>
          <w:lang w:eastAsia="zh-CN"/>
        </w:rPr>
        <w:t>　　六月份，计划小宇宙爆发的'时候了，六月慢慢地热了起来，跑业务的热情也没有减少，直奔高收入，可是遗憾的是，六月的收入竟然不幸成为本年最高收入了，扼腕叹息！</w:t>
      </w:r>
      <w:r>
        <w:rPr>
          <w:lang w:eastAsia="zh-CN"/>
        </w:rPr>
        <w:br/>
      </w:r>
      <w:r>
        <w:rPr>
          <w:lang w:eastAsia="zh-CN"/>
        </w:rPr>
        <w:t>　　七月份，不太起眼的两个小订单。下午天气炎热，尽量待在家里面休息，利用早上的好时光认真跑业务。</w:t>
      </w:r>
      <w:r>
        <w:rPr>
          <w:lang w:eastAsia="zh-CN"/>
        </w:rPr>
        <w:br/>
      </w:r>
      <w:r>
        <w:rPr>
          <w:lang w:eastAsia="zh-CN"/>
        </w:rPr>
        <w:t>　　八月份的天气已经达到灼热的程度了，八月十日，一个月过去了十天，还没有拿到订单。领导打算让我到天然气管道销售部了。八月十五日，果然还是到了天然气管道销售部。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所谓凡事变则通，通则可能无往而不利。然而，燃气管道销售部的工作进度和工作量对我这个比较喜欢充实一点的人来说，似乎显得有点无法充实，突然觉得空虚的感觉。八月十五日到十月中旬这段时间，想起来不知道在怎么样的一种精神状态下度过的，总之时常都是很难受的，很纠结的，总是希望咬咬牙挺过去，挺到每个月的25日，怎么样也能拿到那么一点点的绩效。情况自然不理想，每个月可能只有几百元的绩效工资甚至十月、十一月没有任何绩效工资。整个状态如同去年刚入职时的低收入一样。</w:t>
      </w:r>
      <w:r>
        <w:rPr>
          <w:lang w:eastAsia="zh-CN"/>
        </w:rPr>
        <w:br/>
      </w:r>
      <w:r>
        <w:rPr>
          <w:lang w:eastAsia="zh-CN"/>
        </w:rPr>
        <w:t>　　十月销售了一次货，结果没有拿到pvc管道部门的绩效提成，只是因为十一月国庆节卖货的时候没有联系公司。十一月勉强通过一些途径弥补了一点收入。</w:t>
      </w:r>
      <w:r>
        <w:rPr>
          <w:lang w:eastAsia="zh-CN"/>
        </w:rPr>
        <w:br/>
      </w:r>
      <w:r>
        <w:rPr>
          <w:lang w:eastAsia="zh-CN"/>
        </w:rPr>
        <w:t>　　年初的设想确实是在pvc行业发挥自己的业务水平，努力发挥自己工作的随和、勤奋等优势，在水电材料行业努力奋斗，获得相对理想的收入。只是八月的变化使得整年没有接受一个在同行业的完整历练，这种局部的跨行以及工作方式的转变必然要求以后在工作中更加细心，更加标准化，更加随和的对待客户以及各个部门的同事。</w:t>
      </w:r>
      <w:r>
        <w:rPr>
          <w:lang w:eastAsia="zh-CN"/>
        </w:rPr>
        <w:br/>
      </w:r>
      <w:r>
        <w:rPr>
          <w:lang w:eastAsia="zh-CN"/>
        </w:rPr>
        <w:t xml:space="preserve">    关于销售年度计划模板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新客户的开发21世纪是个信息发达的世纪，在开发新客户中，我们可以通过网络、报刊、杂志等途径来寻找新客户。另外，让客户了解到公司也很重要，在此我有点建议，如果有时间的话，大家可以多发些信息，以便更多的人了解到公司，了解到咱公司的产品，为公司争取到更多的客户资源。在客户跟进方面，我主要负责寄样品和画册，后继跟进由销售人员负责，当然我也要了解客户处于哪个进度，在销售人员外出的情状下，我也可以跟进。每个新开发的客户，我都将制表统计，在开发客户的得失之处我们可以做分析。建议每半个月可以开一次例会来分析近来客户的状况，对于未成交的客户我们可以做一个总结，以便更好地跟进，对于成交的客户我们也可以拿出来分享以供大家学习。</w:t>
      </w:r>
      <w:r>
        <w:rPr>
          <w:lang w:eastAsia="zh-CN"/>
        </w:rPr>
        <w:br/>
      </w:r>
      <w:r>
        <w:rPr>
          <w:lang w:eastAsia="zh-CN"/>
        </w:rPr>
        <w:t>　　二、老客户的维护</w:t>
      </w:r>
      <w:r>
        <w:rPr>
          <w:lang w:eastAsia="zh-CN"/>
        </w:rPr>
        <w:br/>
      </w:r>
      <w:r>
        <w:rPr>
          <w:lang w:eastAsia="zh-CN"/>
        </w:rPr>
        <w:t>　　A.回复交期每个订单下单后我将及时回复的交期，如果交期有问题就和客户沟通，如果客户不能接受延期，我将和生产部门协调好，尽量满足客户的要求。</w:t>
      </w:r>
      <w:r>
        <w:rPr>
          <w:lang w:eastAsia="zh-CN"/>
        </w:rPr>
        <w:br/>
      </w:r>
      <w:r>
        <w:rPr>
          <w:lang w:eastAsia="zh-CN"/>
        </w:rPr>
        <w:t>　　B.货物的跟进产品生产过程可能会有这样或者那样的状况出现，以致延误了出货，此时和生产部门的沟通显得尤为重要。在和生产部门的沟通时，我会尽量协调好各方便的关系，心平气好的把事情处理好以保证出货的及时。出货后把货运或者快递公司电话、发货日期、单号等信息反馈给客户，以便客户查询和签收。</w:t>
      </w:r>
      <w:r>
        <w:rPr>
          <w:lang w:eastAsia="zh-CN"/>
        </w:rPr>
        <w:br/>
      </w:r>
      <w:r>
        <w:rPr>
          <w:lang w:eastAsia="zh-CN"/>
        </w:rPr>
        <w:t>　　C.产品的改进公司的产品有改进是公司的一种进步，我们在启用新品时，首先要给客户送样，得到他们的承认后方可使用，若他们不接受，我们将作相应的改进满足他们的需求。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D.回访和沟通对于老客户的回访，我们是不定期的。在节假日里我们是一定要送出问候和祝福的，在重要的日子里可以送些小礼品以增进感情。在平时，我们也要和客户保持联络，关心他们的状况，平常可以通过电话QQEAMI等联络感情。如果方便的话，可以登门拜访客户，以便促进我们和客户之间的关系。对于大客户反映的问题，我们会作为重点来解决，及时把信息反馈，让他们有一种被重视的感觉。当然对于一般客户的问题我们也不会忽略。总之要维护客群关系，沟通是关键。我们会尽努力把客群关系搞好。</w:t>
      </w:r>
      <w:r>
        <w:rPr>
          <w:lang w:eastAsia="zh-CN"/>
        </w:rPr>
        <w:br/>
      </w:r>
      <w:r>
        <w:rPr>
          <w:lang w:eastAsia="zh-CN"/>
        </w:rPr>
        <w:t>　　三、建议对于公司的职员来说，熟悉公司的产品是很必要的。为了发展，公司可能会有产品改进或者新品的推出，建议公司经常作一些产品的培训，让我们对咱公司的产品更加了解。此外，工作中学习也是很重要的，如果有时间的话，建议公司开展一些工作技能的培训，让大家成长得更快。还有，工作之余我们可以开展一些活动，比方爬山，游泳、乒乓球赛、羽毛球赛等等丰富我们的业余生活。公司可以有自己的企业文化，创办自己的月刊。</w:t>
      </w:r>
      <w:r>
        <w:rPr>
          <w:lang w:eastAsia="zh-CN"/>
        </w:rPr>
        <w:br/>
      </w:r>
      <w:r>
        <w:rPr>
          <w:lang w:eastAsia="zh-CN"/>
        </w:rPr>
        <w:t xml:space="preserve">    关于销售年度计划模板 篇7 </w:t>
      </w:r>
      <w:r>
        <w:rPr>
          <w:lang w:eastAsia="zh-CN"/>
        </w:rPr>
        <w:br/>
      </w:r>
      <w:r>
        <w:rPr>
          <w:lang w:eastAsia="zh-CN"/>
        </w:rPr>
        <w:t>　　一、加强面对市场竞争不依靠价格战细分用户群体实行差异化营销</w:t>
      </w:r>
      <w:r>
        <w:rPr>
          <w:lang w:eastAsia="zh-CN"/>
        </w:rPr>
        <w:br/>
      </w:r>
      <w:r>
        <w:rPr>
          <w:lang w:eastAsia="zh-CN"/>
        </w:rPr>
        <w:t>　　针对今年公司总部下达的经营指标，结合邢总经理在__年商务大会上的指示精神，分公司将全年销售工作的重点立足在差异化营销和提升营销服务质量两个方面。面对市场愈演愈烈的价格竞争，我们汉阳分公司没有一味地_走入价格战的误区。我常说价格是一把双刃剑，适度的价格促销对销售是有帮助的，可是无限制的价格战却无异于自杀。对于淡季的汽车销售该采用什么样的策略呢?我们摸索了一套对策：对策一：加强销售队伍的目标管理</w:t>
      </w:r>
      <w:r>
        <w:rPr>
          <w:lang w:eastAsia="zh-CN"/>
        </w:rPr>
        <w:br/>
      </w:r>
      <w:r>
        <w:rPr>
          <w:lang w:eastAsia="zh-CN"/>
        </w:rPr>
        <w:t>　　1、服务流程标准化2、日常工作表格化3、检查工作规律化4、销售指标细分化5、晨会、培训例会化6、服务指标进考核</w:t>
      </w:r>
      <w:r>
        <w:rPr>
          <w:lang w:eastAsia="zh-CN"/>
        </w:rPr>
        <w:br/>
      </w:r>
      <w:r>
        <w:rPr>
          <w:lang w:eastAsia="zh-CN"/>
        </w:rPr>
        <w:t>　　对策二：细分市场，建立差异化营销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细致的市场分析。我们对以往的重点市场进行了进一步的细分，不同的细分市场，制定不同的销售策略，形成差异化营销;根据__年的销售形势，我们确定了出租车、集团用户、高校市尝零散用户等四大市常对于这四大市场我们采取了相应的营销策略。localhost对政府采购和出租车市场，我们加大了投入力度，专门成立了出租车销售组和大宗用户组，分公司更是成为了企业用车单位，地利用行业协会的宣传，来正确引导出租公司，宣传海马品牌政策。平时我们采取主动上门，定期沟通反馈的方式，密切跟踪市场动态。针对近两年__市场出租车更新的良好契机，我们_与出租公司保持贯有的良好合作关系，主动上门，了解出租公司换车的需求，司机行为及思想动态;对出租车公司每周进行电话跟踪，每月上门服务一次，了解新出租车的使用情况，并现场解决一些常见故障;与出租车公司协商，对出租司机的使用技巧与维护知识进行现场培训。针对高校消费群知识层面高的特点，我们重点开展毕加索的推荐销售，同时辅以雪铁龙的品牌介绍和文化宣传，让他们感受雪铁龙的悠久历史和丰富的企业文化内涵。另外我们和__市高校后勤集团强强联手，先后和理工大后勤车队联合，成立校区维修服务点，将服务带入高校，并且定期在高校组织免费义诊和保养检查，在高校范围内树立了良好的品牌形象，带动了高校市场的销售。</w:t>
      </w:r>
      <w:r>
        <w:rPr>
          <w:lang w:eastAsia="zh-CN"/>
        </w:rPr>
        <w:br/>
      </w:r>
      <w:r>
        <w:rPr>
          <w:lang w:eastAsia="zh-CN"/>
        </w:rPr>
        <w:t>　　对策三：注重信息收集做好科学预测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当今的市场机遇转瞬即逝，残酷而激烈的竞争无时不在，科学的市场预测成为了阶段性销售目标制定的指导和依据。在市场淡季来临之际，每一条销售信息都如至宝，从某种程度上来讲，需求信息就是销售额的代名词。结合这个特点，我们确定了人人收集、及时沟通、专人负责的制度，通过每天上班前的销售晨会上销售人员反馈的资料和信息，制定以往同_期销售对比分析报表，确定下一步销售任务的细化和具体销售方式、方法的制定，一有需求立即做反应。同时和品牌部相关部门保持密切沟通，积极组织车源。增加工作的计划性，避免了工作的盲目性;在注重销售的绝对数量的同时，我们强化对市场占有率。我们把分公司在当地市场的占有率作为销售部门主要考核目标。今年完成总部任务，顺利完成总部下达的全年销售目标。</w:t>
      </w:r>
      <w:r>
        <w:rPr>
          <w:lang w:eastAsia="zh-CN"/>
        </w:rPr>
        <w:br/>
      </w:r>
      <w:r>
        <w:rPr>
          <w:lang w:eastAsia="zh-CN"/>
        </w:rPr>
        <w:t>　　对于备件销售，我们重点清理了因为历史原因积压下来的部分滞销件，最大限度减少分公司资金的积压。由于今年备件商务政策的变化，经销商的利润空间进一步缩小，对于新的市场形势，分公司领导多次与备件业务部门开专题会讨论，在积极开拓周边的备件市场，尤其是大客户市场的同时，结合新的商务政策，出台了一系列备件促销活动，取得了较好的效果。备件销售营业额__万元，在门市销售受到市场低价倾销冲击影响较大的情况下，利用售后服务带动车间备件销售，不仅扭转了不利局面，也带动了车间的工时销售</w:t>
      </w:r>
      <w:r>
        <w:rPr>
          <w:lang w:eastAsia="zh-CN"/>
        </w:rPr>
        <w:br/>
      </w:r>
      <w:r>
        <w:rPr>
          <w:lang w:eastAsia="zh-CN"/>
        </w:rPr>
        <w:t xml:space="preserve">    关于销售年度计划模板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总结我在20__年销售工作中取得的工作成绩与失误教训，我认为自己应根据行业状况，仔细划分应对客户群体、从而寻找到更多的对应客户，从而提高工作效率。现将本人20__年销售工作安排如下：</w:t>
      </w:r>
      <w:r>
        <w:rPr>
          <w:lang w:eastAsia="zh-CN"/>
        </w:rPr>
        <w:br/>
      </w: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二、在拥有老客户的同时还要不断从各种媒体获得更多客户信息。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四、今年对自己有以下要求</w:t>
      </w:r>
      <w:r>
        <w:rPr>
          <w:lang w:eastAsia="zh-CN"/>
        </w:rPr>
        <w:br/>
      </w:r>
      <w:r>
        <w:rPr>
          <w:lang w:eastAsia="zh-CN"/>
        </w:rPr>
        <w:t>　　每周要增加_个以上的新客户，还要有_到_个潜在客户。一周一小结，每月一大结，看看有哪些工作上的失误，及时改正下次不要再犯。</w:t>
      </w:r>
      <w:r>
        <w:rPr>
          <w:lang w:eastAsia="zh-CN"/>
        </w:rPr>
        <w:br/>
      </w:r>
      <w:r>
        <w:rPr>
          <w:lang w:eastAsia="zh-CN"/>
        </w:rPr>
        <w:t>　　2、我在见客户之前要多了解客户的状态和需求，再做好准备工作才有可能不会丢失这个客户。对客户不能有隐瞒和欺骗，这样不会有忠诚的客户。在有些问题上要和客户是一直的。</w:t>
      </w:r>
      <w:r>
        <w:rPr>
          <w:lang w:eastAsia="zh-CN"/>
        </w:rPr>
        <w:br/>
      </w:r>
      <w:r>
        <w:rPr>
          <w:lang w:eastAsia="zh-CN"/>
        </w:rPr>
        <w:t>　　3、要不断加强业务方面的学习，多看书，上网查阅相关资料，与同行们交流，向他们学习更好的方式方法。对所有客户的工作态度都要一样，但不能太低三下气。给客户一好印象，为公司树立更好的形象。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客户遇到问题，不能置之不理一定要尽全力帮助他们解决。要先做人再做生意，让客户相信我们的工作实力，才能更好的完成任务。自信是非常重要的。要经常对自己说你是的，你是独一无二的.。拥有健康乐观积极向上的工作态度才能更好的完成任务。</w:t>
      </w:r>
      <w:r>
        <w:rPr>
          <w:lang w:eastAsia="zh-CN"/>
        </w:rPr>
        <w:br/>
      </w:r>
      <w:r>
        <w:rPr>
          <w:lang w:eastAsia="zh-CN"/>
        </w:rPr>
        <w:t>　　5、和公司其他员工要有良好的沟通，有团队意识，多交流，多探讨，才能不断增长业务技能。为了今年的销售任务每月我要努力完成到__万元的任务额，为公司创造更多利润。</w:t>
      </w:r>
      <w:r>
        <w:rPr>
          <w:lang w:eastAsia="zh-CN"/>
        </w:rPr>
        <w:br/>
      </w:r>
      <w:r>
        <w:rPr>
          <w:lang w:eastAsia="zh-CN"/>
        </w:rPr>
        <w:t>　　以上就是我这一年的工作计划，工作中总会有各种各样的困难，我会向领导请示，向同事探讨，共同努力克服。为公司做出自己的贡献。</w:t>
      </w:r>
      <w:r>
        <w:rPr>
          <w:lang w:eastAsia="zh-CN"/>
        </w:rPr>
        <w:br/>
      </w:r>
      <w:r>
        <w:rPr>
          <w:lang w:eastAsia="zh-CN"/>
        </w:rPr>
        <w:t xml:space="preserve">    关于销售年度计划模板 篇9 </w:t>
      </w:r>
      <w:r>
        <w:rPr>
          <w:lang w:eastAsia="zh-CN"/>
        </w:rPr>
        <w:br/>
      </w:r>
      <w:r>
        <w:rPr>
          <w:lang w:eastAsia="zh-CN"/>
        </w:rPr>
        <w:t>　　1.市场分析，根据市场容量和个人能力，客观、科学的制定出销售任务。</w:t>
      </w:r>
      <w:r>
        <w:rPr>
          <w:lang w:eastAsia="zh-CN"/>
        </w:rPr>
        <w:br/>
      </w:r>
      <w:r>
        <w:rPr>
          <w:lang w:eastAsia="zh-CN"/>
        </w:rPr>
        <w:t>　　2.适时作出工作计划，制定出月计划和周计划。并定期与业务相关人员会议沟通，确保各专业负责人及时跟进。</w:t>
      </w:r>
      <w:r>
        <w:rPr>
          <w:lang w:eastAsia="zh-CN"/>
        </w:rPr>
        <w:br/>
      </w:r>
      <w:r>
        <w:rPr>
          <w:lang w:eastAsia="zh-CN"/>
        </w:rPr>
        <w:t>　　3.注重绩效管理，对绩效计划、绩效执行、绩效评估进行全程的关注与跟踪。</w:t>
      </w:r>
      <w:r>
        <w:rPr>
          <w:lang w:eastAsia="zh-CN"/>
        </w:rPr>
        <w:br/>
      </w:r>
      <w:r>
        <w:rPr>
          <w:lang w:eastAsia="zh-CN"/>
        </w:rPr>
        <w:t>　　4.目标市场定位，区分大客户与一般客户，分别对待，加强对大客户的沟通与合作，用相同的时间赢取最大的市场份额。</w:t>
      </w:r>
      <w:r>
        <w:rPr>
          <w:lang w:eastAsia="zh-CN"/>
        </w:rPr>
        <w:br/>
      </w:r>
      <w:r>
        <w:rPr>
          <w:lang w:eastAsia="zh-CN"/>
        </w:rPr>
        <w:t>　　5.不断学习行业新知识，新产品，为客户带来实用的资讯，更好为客户服务。并结识弱电各行业各档次的优秀产品提供商，以备工程商需要时能及时作好项目配合，并可以和同行分享行业人脉和项目信息，达到多赢。</w:t>
      </w:r>
      <w:r>
        <w:rPr>
          <w:lang w:eastAsia="zh-CN"/>
        </w:rPr>
        <w:br/>
      </w:r>
      <w:r>
        <w:rPr>
          <w:lang w:eastAsia="zh-CN"/>
        </w:rPr>
        <w:t>　　6.与客户发展良好的友谊，为客户着想，力求与客户进行情感与思想的交流。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7.诚信对客户，答应客户的承诺要及时兑现。</w:t>
      </w:r>
      <w:r>
        <w:rPr>
          <w:lang w:eastAsia="zh-CN"/>
        </w:rPr>
        <w:br/>
      </w:r>
      <w:r>
        <w:rPr>
          <w:lang w:eastAsia="zh-CN"/>
        </w:rPr>
        <w:t>　　8.保持和谐的同事关系，与同事友好相处，确保各部门在项目实施中各项职能的顺利执行。</w:t>
      </w:r>
      <w:r>
        <w:rPr>
          <w:lang w:eastAsia="zh-CN"/>
        </w:rPr>
        <w:br/>
      </w:r>
      <w:r>
        <w:rPr>
          <w:lang w:eastAsia="zh-CN"/>
        </w:rPr>
        <w:t xml:space="preserve">    关于销售年度计划模板 篇10 </w:t>
      </w:r>
      <w:r>
        <w:rPr>
          <w:lang w:eastAsia="zh-CN"/>
        </w:rPr>
        <w:br/>
      </w:r>
      <w:r>
        <w:rPr>
          <w:lang w:eastAsia="zh-CN"/>
        </w:rPr>
        <w:t>　　为促进公司市场销售运作，加快产品推向市场，在有限时间内抢占____地区销售市场及份额，迅速增加产品销售渠道。现根据公司销售策略方针拟制第二季度销售工作计划，对销售实行集中管控，独立核算，效能与业绩挂钩。</w:t>
      </w:r>
      <w:r>
        <w:rPr>
          <w:lang w:eastAsia="zh-CN"/>
        </w:rPr>
        <w:br/>
      </w:r>
      <w:r>
        <w:rPr>
          <w:lang w:eastAsia="zh-CN"/>
        </w:rPr>
        <w:t>　　一、明确公司架构、各岗位职责、销售管理模式</w:t>
      </w:r>
      <w:r>
        <w:rPr>
          <w:lang w:eastAsia="zh-CN"/>
        </w:rPr>
        <w:br/>
      </w:r>
      <w:r>
        <w:rPr>
          <w:lang w:eastAsia="zh-CN"/>
        </w:rPr>
        <w:t>　　1、公司组织架构</w:t>
      </w:r>
      <w:r>
        <w:rPr>
          <w:lang w:eastAsia="zh-CN"/>
        </w:rPr>
        <w:br/>
      </w:r>
      <w:r>
        <w:rPr>
          <w:lang w:eastAsia="zh-CN"/>
        </w:rPr>
        <w:t>　　厂办公室：工人招聘、后勤、厂区卫生、接待等;生产组：生产、仓储。</w:t>
      </w:r>
      <w:r>
        <w:rPr>
          <w:lang w:eastAsia="zh-CN"/>
        </w:rPr>
        <w:br/>
      </w:r>
      <w:r>
        <w:rPr>
          <w:lang w:eastAsia="zh-CN"/>
        </w:rPr>
        <w:t>　　质技组：原材料/半成品/成品的验收检验、样板/模块制作、技术指导;销售组：销售及销售管理。</w:t>
      </w:r>
      <w:r>
        <w:rPr>
          <w:lang w:eastAsia="zh-CN"/>
        </w:rPr>
        <w:br/>
      </w:r>
      <w:r>
        <w:rPr>
          <w:lang w:eastAsia="zh-CN"/>
        </w:rPr>
        <w:t>　　策划组：推广、办理相关的证件备案、市场信息汇总分析、对外关系;财务部：会计、出纳。</w:t>
      </w:r>
      <w:r>
        <w:rPr>
          <w:lang w:eastAsia="zh-CN"/>
        </w:rPr>
        <w:br/>
      </w:r>
      <w:r>
        <w:rPr>
          <w:lang w:eastAsia="zh-CN"/>
        </w:rPr>
        <w:t>　　二、市场营销策略</w:t>
      </w:r>
      <w:r>
        <w:rPr>
          <w:lang w:eastAsia="zh-CN"/>
        </w:rPr>
        <w:br/>
      </w:r>
      <w:r>
        <w:rPr>
          <w:lang w:eastAsia="zh-CN"/>
        </w:rPr>
        <w:t>　　1、以市场为先导，合作伙伴为基础。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坚持高科技、高质量、高服务的品牌方针，以市场开拓为先导，通过发展合作伙伴作为市场开拓基础。公司对销售力量整合，信息共享统一管理，市场部对____市的__县二区重点突础。通过建委及迁改办作为销售渠道突础点，积极寻找有销售实力的合作伙伴，争取用尽快的时间打开____地区市场，建立自己的周边销售网络，形成稳定的销售渠道。</w:t>
      </w:r>
      <w:r>
        <w:rPr>
          <w:lang w:eastAsia="zh-CN"/>
        </w:rPr>
        <w:br/>
      </w:r>
      <w:r>
        <w:rPr>
          <w:lang w:eastAsia="zh-CN"/>
        </w:rPr>
        <w:t>　　2、区域链条管理，确保货款回收。</w:t>
      </w:r>
      <w:r>
        <w:rPr>
          <w:lang w:eastAsia="zh-CN"/>
        </w:rPr>
        <w:br/>
      </w:r>
      <w:r>
        <w:rPr>
          <w:lang w:eastAsia="zh-CN"/>
        </w:rPr>
        <w:t>　　以区域经理带头，设立稳固的市场阵地，寻找稳固的骨干合作伙伴，把他们作为我们的重点，再不断向下和延伸培育这样的重点市场销售和合作伙伴，让他们有稳定的销售业绩，从而确保回款的稳定。</w:t>
      </w:r>
      <w:r>
        <w:rPr>
          <w:lang w:eastAsia="zh-CN"/>
        </w:rPr>
        <w:br/>
      </w:r>
      <w:r>
        <w:rPr>
          <w:lang w:eastAsia="zh-CN"/>
        </w:rPr>
        <w:t>　　3、优惠销售政策，保障服务质量。</w:t>
      </w:r>
      <w:r>
        <w:rPr>
          <w:lang w:eastAsia="zh-CN"/>
        </w:rPr>
        <w:br/>
      </w:r>
      <w:r>
        <w:rPr>
          <w:lang w:eastAsia="zh-CN"/>
        </w:rPr>
        <w:t>　　开发合作伙伴时，我们要优惠销售政策，随机应变，随行就市;当地区销量超过额定任务时，给予合作伙伴更大的利润空间;区域合作商可交纳质保金，享受相应的提货量，从而减轻合作伙伴的资金压力。强化服务与管理，对工程技术质量严格要求，派技术人员进行讲解培训和工程指导，保障工程技术质量。</w:t>
      </w:r>
      <w:r>
        <w:rPr>
          <w:lang w:eastAsia="zh-CN"/>
        </w:rPr>
        <w:br/>
      </w:r>
      <w:r>
        <w:rPr>
          <w:lang w:eastAsia="zh-CN"/>
        </w:rPr>
        <w:t>　　4、进行科学管理，以制度为准则，业绩为标准。</w:t>
      </w:r>
      <w:r>
        <w:rPr>
          <w:lang w:eastAsia="zh-CN"/>
        </w:rPr>
        <w:br/>
      </w:r>
      <w:r>
        <w:rPr>
          <w:lang w:eastAsia="zh-CN"/>
        </w:rPr>
        <w:t>　　内部管理，进行科学规范的管理，建立建全管理和考核制度，以制度作为管理和考核的准绳，实行制度管人。</w:t>
      </w:r>
      <w:r>
        <w:rPr>
          <w:lang w:eastAsia="zh-CN"/>
        </w:rPr>
        <w:br/>
      </w:r>
      <w:r>
        <w:rPr>
          <w:lang w:eastAsia="zh-CN"/>
        </w:rPr>
        <w:t>　　考核方面，首先明确各岗位职责，实行季度考核，以业绩作为依据，奖罚分明、奖优罚劣。</w:t>
      </w:r>
      <w:r>
        <w:rPr>
          <w:lang w:eastAsia="zh-CN"/>
        </w:rPr>
        <w:br/>
      </w:r>
      <w:r>
        <w:rPr>
          <w:lang w:eastAsia="zh-CN"/>
        </w:rPr>
        <w:t>　　三、产品销售模式</w:t>
      </w:r>
      <w:r>
        <w:rPr>
          <w:lang w:eastAsia="zh-CN"/>
        </w:rPr>
        <w:br/>
      </w:r>
      <w:r>
        <w:rPr>
          <w:lang w:eastAsia="zh-CN"/>
        </w:rPr>
        <w:t>　　负责墙体保温材料营销网络的开发、维护、技术服务、客户培训、市场拓展和维护等;负责客户投标资料的准备、技术和商务述标、答辩等。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四、墙体保温材料销售任务</w:t>
      </w:r>
      <w:r>
        <w:rPr>
          <w:lang w:eastAsia="zh-CN"/>
        </w:rPr>
        <w:br/>
      </w:r>
      <w:r>
        <w:rPr>
          <w:lang w:eastAsia="zh-CN"/>
        </w:rPr>
        <w:t>　　(一)产品销售任务目标(20____年4月__日—20____年5月____日)。</w:t>
      </w:r>
      <w:r>
        <w:rPr>
          <w:lang w:eastAsia="zh-CN"/>
        </w:rPr>
        <w:br/>
      </w:r>
      <w:r>
        <w:rPr>
          <w:lang w:eastAsia="zh-CN"/>
        </w:rPr>
        <w:t>　　(二)产品销售任务分解(20____年5月__日—20____年6月____日)。</w:t>
      </w:r>
      <w:r>
        <w:rPr>
          <w:lang w:eastAsia="zh-CN"/>
        </w:rPr>
        <w:br/>
      </w:r>
      <w:r>
        <w:rPr>
          <w:lang w:eastAsia="zh-CN"/>
        </w:rPr>
        <w:t>　　(三)市场区域划分及薪酬福利、费用标准。</w:t>
      </w:r>
      <w:r>
        <w:rPr>
          <w:lang w:eastAsia="zh-CN"/>
        </w:rPr>
        <w:br/>
      </w:r>
      <w:r>
        <w:rPr>
          <w:lang w:eastAsia="zh-CN"/>
        </w:rPr>
        <w:t>　　(1)____地区市场区域划分及人员配置。</w:t>
      </w:r>
      <w:r>
        <w:rPr>
          <w:lang w:eastAsia="zh-CN"/>
        </w:rPr>
        <w:br/>
      </w:r>
      <w:r>
        <w:rPr>
          <w:lang w:eastAsia="zh-CN"/>
        </w:rPr>
        <w:t>　　(2)____地区销售总监待遇及福利。</w:t>
      </w:r>
      <w:r>
        <w:rPr>
          <w:lang w:eastAsia="zh-CN"/>
        </w:rPr>
        <w:br/>
      </w:r>
      <w:r>
        <w:rPr>
          <w:lang w:eastAsia="zh-CN"/>
        </w:rPr>
        <w:t>　　1、出差食宿补贴相关规定。</w:t>
      </w:r>
      <w:r>
        <w:rPr>
          <w:lang w:eastAsia="zh-CN"/>
        </w:rPr>
        <w:br/>
      </w:r>
      <w:r>
        <w:rPr>
          <w:lang w:eastAsia="zh-CN"/>
        </w:rPr>
        <w:t>　　销售总监转正后进入考核期，当月没有完成公司下达的销售任务的60%(不含60%)，出差食宿补贴按120元/天报销，当月完成公司下达销售任务的60%(含)以上，出差食宿补贴按150元/天报销。</w:t>
      </w:r>
      <w:r>
        <w:rPr>
          <w:lang w:eastAsia="zh-CN"/>
        </w:rPr>
        <w:br/>
      </w:r>
      <w:r>
        <w:rPr>
          <w:lang w:eastAsia="zh-CN"/>
        </w:rPr>
        <w:t>　　2、绩效奖金相关规定。</w:t>
      </w:r>
      <w:r>
        <w:rPr>
          <w:lang w:eastAsia="zh-CN"/>
        </w:rPr>
        <w:br/>
      </w:r>
      <w:r>
        <w:rPr>
          <w:lang w:eastAsia="zh-CN"/>
        </w:rPr>
        <w:t>　　销售总监当月没有完成公司下达销售任务的30%(不含)，不享受绩效奖金;当月完成公司下达销售任务的30%(含)以上，绩效奖金按完成销售任务的比例发放。</w:t>
      </w:r>
      <w:r>
        <w:rPr>
          <w:lang w:eastAsia="zh-CN"/>
        </w:rPr>
        <w:br/>
      </w:r>
      <w:r>
        <w:rPr>
          <w:lang w:eastAsia="zh-CN"/>
        </w:rPr>
        <w:t>　　(3)____地区业务主管、区域经理待遇及福利。</w:t>
      </w:r>
      <w:r>
        <w:rPr>
          <w:lang w:eastAsia="zh-CN"/>
        </w:rPr>
        <w:br/>
      </w:r>
      <w:r>
        <w:rPr>
          <w:lang w:eastAsia="zh-CN"/>
        </w:rPr>
        <w:t>　　1、出差食宿补贴相关规定。</w:t>
      </w:r>
      <w:r>
        <w:rPr>
          <w:lang w:eastAsia="zh-CN"/>
        </w:rPr>
        <w:br/>
      </w:r>
      <w:r>
        <w:rPr>
          <w:lang w:eastAsia="zh-CN"/>
        </w:rPr>
        <w:t>　　业务主管、区域经理转正后进入考核期，当月没有完成公司下达的销售任务的60%(不含60%)，出差食宿补贴按80元/天报销，当月完成公司下达销售任务的60%(含)以上，出差食宿补贴按100元/天报销。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2、绩效奖金相关规定。</w:t>
      </w:r>
      <w:r>
        <w:rPr>
          <w:lang w:eastAsia="zh-CN"/>
        </w:rPr>
        <w:br/>
      </w:r>
      <w:r>
        <w:rPr>
          <w:lang w:eastAsia="zh-CN"/>
        </w:rPr>
        <w:t>　　业务主管、区域经理当月没有完成公司下达销售任务的30%(不含)，不享受绩效奖金;当月完成公司下达销售任务的30%(含)以上，绩效奖金按完成销售任务的比例发放。</w:t>
      </w:r>
      <w:r>
        <w:rPr>
          <w:lang w:eastAsia="zh-CN"/>
        </w:rPr>
        <w:br/>
      </w:r>
      <w:r>
        <w:rPr>
          <w:lang w:eastAsia="zh-CN"/>
        </w:rPr>
        <w:t>　　(4)公司新进销售人员，从入职第一个月起实行基本工资+手机补贴+保险、福利+销售提成，但是试用期内不享受绩效奖金，社会保险福利分别从第三个月起由公司统一办理，同时进入考核期享受绩效奖金。</w:t>
      </w:r>
      <w:r>
        <w:rPr>
          <w:lang w:eastAsia="zh-CN"/>
        </w:rPr>
        <w:br/>
      </w:r>
      <w:r>
        <w:rPr>
          <w:lang w:eastAsia="zh-CN"/>
        </w:rPr>
        <w:t>　　(5)其它说明</w:t>
      </w:r>
      <w:r>
        <w:rPr>
          <w:lang w:eastAsia="zh-CN"/>
        </w:rPr>
        <w:br/>
      </w:r>
      <w:r>
        <w:rPr>
          <w:lang w:eastAsia="zh-CN"/>
        </w:rPr>
        <w:t>　　①以上各项补贴费用限额内根据票据报销，出差车费根据车票给予报销。</w:t>
      </w:r>
      <w:r>
        <w:rPr>
          <w:lang w:eastAsia="zh-CN"/>
        </w:rPr>
        <w:br/>
      </w:r>
      <w:r>
        <w:rPr>
          <w:lang w:eastAsia="zh-CN"/>
        </w:rPr>
        <w:t>　　②除基本工资和手机费、保险福利、长途交通费不纳入考核内。</w:t>
      </w:r>
      <w:r>
        <w:rPr>
          <w:lang w:eastAsia="zh-CN"/>
        </w:rPr>
        <w:br/>
      </w:r>
      <w:r>
        <w:rPr>
          <w:lang w:eastAsia="zh-CN"/>
        </w:rPr>
        <w:t>　　③绩效奖金、出差食宿补贴等相关费用均列入考核范围内。</w:t>
      </w:r>
      <w:r>
        <w:rPr>
          <w:lang w:eastAsia="zh-CN"/>
        </w:rPr>
        <w:br/>
      </w:r>
      <w:r>
        <w:rPr>
          <w:lang w:eastAsia="zh-CN"/>
        </w:rPr>
        <w:t>　　④销售提成按公司规定的达标标准给予结算。</w:t>
      </w:r>
      <w:r>
        <w:rPr>
          <w:lang w:eastAsia="zh-CN"/>
        </w:rPr>
        <w:br/>
      </w:r>
      <w:r>
        <w:rPr>
          <w:lang w:eastAsia="zh-CN"/>
        </w:rPr>
        <w:t>　　⑤提成兑现时间：当月销售提成在次月30日发放70%，年终发放30%。</w:t>
      </w:r>
      <w:r>
        <w:rPr>
          <w:lang w:eastAsia="zh-CN"/>
        </w:rPr>
        <w:br/>
      </w:r>
      <w:r>
        <w:rPr>
          <w:lang w:eastAsia="zh-CN"/>
        </w:rPr>
        <w:t>　　(四)业务主管、区域经理、业务员销售提成</w:t>
      </w:r>
      <w:r>
        <w:rPr>
          <w:lang w:eastAsia="zh-CN"/>
        </w:rPr>
        <w:br/>
      </w:r>
      <w:r>
        <w:rPr>
          <w:lang w:eastAsia="zh-CN"/>
        </w:rPr>
        <w:t>　　墙体保温材料个人业绩提成：产品提成标准。</w:t>
      </w:r>
      <w:r>
        <w:rPr>
          <w:lang w:eastAsia="zh-CN"/>
        </w:rPr>
        <w:br/>
      </w:r>
      <w:r>
        <w:rPr>
          <w:lang w:eastAsia="zh-CN"/>
        </w:rPr>
        <w:t>　　(五)业务考核管理</w:t>
      </w:r>
      <w:r>
        <w:rPr>
          <w:lang w:eastAsia="zh-CN"/>
        </w:rPr>
        <w:br/>
      </w:r>
      <w:r>
        <w:rPr>
          <w:lang w:eastAsia="zh-CN"/>
        </w:rPr>
        <w:t>　　1、考核评估</w:t>
      </w:r>
      <w:r>
        <w:rPr>
          <w:lang w:eastAsia="zh-CN"/>
        </w:rPr>
        <w:br/>
      </w:r>
      <w:r>
        <w:rPr>
          <w:lang w:eastAsia="zh-CN"/>
        </w:rPr>
        <w:t>　　(1)业务员相关工作流程及考核由业务主管考核评估。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(2)业务主管和区域经理相关工作流程及考核由销售总监考核评估。</w:t>
      </w:r>
      <w:r>
        <w:rPr>
          <w:lang w:eastAsia="zh-CN"/>
        </w:rPr>
        <w:br/>
      </w:r>
      <w:r>
        <w:rPr>
          <w:lang w:eastAsia="zh-CN"/>
        </w:rPr>
        <w:t>　　(3)销售总监相关工作流程及考核由营销总经理考核评估。</w:t>
      </w:r>
      <w:r>
        <w:rPr>
          <w:lang w:eastAsia="zh-CN"/>
        </w:rPr>
        <w:br/>
      </w:r>
      <w:r>
        <w:rPr>
          <w:lang w:eastAsia="zh-CN"/>
        </w:rPr>
        <w:t>　　2、公司新进业务人员前两个月不纳入考核期，从第三个月起实行公司统一考核。</w:t>
      </w:r>
      <w:r>
        <w:rPr>
          <w:lang w:eastAsia="zh-CN"/>
        </w:rPr>
        <w:br/>
      </w:r>
      <w:r>
        <w:rPr>
          <w:lang w:eastAsia="zh-CN"/>
        </w:rPr>
        <w:t>　　3、绩效考核表(由策划组另行制定)。</w:t>
      </w:r>
      <w:r>
        <w:rPr>
          <w:lang w:eastAsia="zh-CN"/>
        </w:rPr>
        <w:br/>
      </w:r>
      <w:r>
        <w:rPr>
          <w:lang w:eastAsia="zh-CN"/>
        </w:rPr>
        <w:t xml:space="preserve">    关于销售年度计划模板 篇11 </w:t>
      </w:r>
      <w:r>
        <w:rPr>
          <w:lang w:eastAsia="zh-CN"/>
        </w:rPr>
        <w:br/>
      </w:r>
      <w:r>
        <w:rPr>
          <w:lang w:eastAsia="zh-CN"/>
        </w:rPr>
        <w:t>　　一、加强业务学习，开拓视野</w:t>
      </w:r>
      <w:r>
        <w:rPr>
          <w:lang w:eastAsia="zh-CN"/>
        </w:rPr>
        <w:br/>
      </w:r>
      <w:r>
        <w:rPr>
          <w:lang w:eastAsia="zh-CN"/>
        </w:rPr>
        <w:t>　　1、每周至少要保障开发8个新客户，在保障开发新客户的前提下也要维护好老客户并提高其成交率，尽量能够保证每月完成业绩。</w:t>
      </w:r>
      <w:r>
        <w:rPr>
          <w:lang w:eastAsia="zh-CN"/>
        </w:rPr>
        <w:br/>
      </w:r>
      <w:r>
        <w:rPr>
          <w:lang w:eastAsia="zh-CN"/>
        </w:rPr>
        <w:t>　　2、经常把自己名下客户和合作客户记一下看看有哪些工作上的失误有那些地方还可以改进，确切的说就是能不能够把客户的成交量提高，及时改正希望下次还能够做的更好。</w:t>
      </w:r>
      <w:r>
        <w:rPr>
          <w:lang w:eastAsia="zh-CN"/>
        </w:rPr>
        <w:br/>
      </w:r>
      <w:r>
        <w:rPr>
          <w:lang w:eastAsia="zh-CN"/>
        </w:rPr>
        <w:t>　　3、在和客户交谈当中必须要多了解客户的状态和需求，再做好准备工作才有可能不会丢失这个客户。</w:t>
      </w:r>
      <w:r>
        <w:rPr>
          <w:lang w:eastAsia="zh-CN"/>
        </w:rPr>
        <w:br/>
      </w:r>
      <w:r>
        <w:rPr>
          <w:lang w:eastAsia="zh-CN"/>
        </w:rPr>
        <w:t>　　4、对客户不能有隐瞒和欺骗，这样不会有忠诚的客户。在有些问题上你和客户是一直的。</w:t>
      </w:r>
      <w:r>
        <w:rPr>
          <w:lang w:eastAsia="zh-CN"/>
        </w:rPr>
        <w:br/>
      </w:r>
      <w:r>
        <w:rPr>
          <w:lang w:eastAsia="zh-CN"/>
        </w:rPr>
        <w:t>　　5、要不断加强业务、行业专业方面的学习，多看书，上网查阅相关资料，与同事们多交流，向他们学习更好的方式方法。</w:t>
      </w:r>
      <w:r>
        <w:rPr>
          <w:lang w:eastAsia="zh-CN"/>
        </w:rPr>
        <w:br/>
      </w:r>
      <w:r>
        <w:rPr>
          <w:lang w:eastAsia="zh-CN"/>
        </w:rPr>
        <w:t>　　6、对所有客户的工作态度都要一样，但不能太低三下气。给客户一好印象，为公司树立更好的形象。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7、客户遇到问题，不能置之不理一定要尽全力帮助他们解决。要先做人再做生意，让客户相信我们的工作实力，才能更好的完成任务。</w:t>
      </w:r>
      <w:r>
        <w:rPr>
          <w:lang w:eastAsia="zh-CN"/>
        </w:rPr>
        <w:br/>
      </w:r>
      <w:r>
        <w:rPr>
          <w:lang w:eastAsia="zh-CN"/>
        </w:rPr>
        <w:t>　　8、自信是非常重要的。要经常对自己说你是的，你是独一无二的。拥有健康乐观积极向上的工作态度才能更好的完成任务。</w:t>
      </w:r>
      <w:r>
        <w:rPr>
          <w:lang w:eastAsia="zh-CN"/>
        </w:rPr>
        <w:br/>
      </w:r>
      <w:r>
        <w:rPr>
          <w:lang w:eastAsia="zh-CN"/>
        </w:rPr>
        <w:t>　　9、和公司其他员工要有良好的沟通，有团队意识，多交流，多探讨，才能不断增长业务技能。</w:t>
      </w:r>
      <w:r>
        <w:rPr>
          <w:lang w:eastAsia="zh-CN"/>
        </w:rPr>
        <w:br/>
      </w:r>
      <w:r>
        <w:rPr>
          <w:lang w:eastAsia="zh-CN"/>
        </w:rPr>
        <w:t>　　10、为了我们部门的销售任务这个月我要努力完成利润任务额，为我们部门创造更多利润。</w:t>
      </w:r>
      <w:r>
        <w:rPr>
          <w:lang w:eastAsia="zh-CN"/>
        </w:rPr>
        <w:br/>
      </w:r>
      <w:r>
        <w:rPr>
          <w:lang w:eastAsia="zh-CN"/>
        </w:rPr>
        <w:t>　　二、工作中注意事项</w:t>
      </w:r>
      <w:r>
        <w:rPr>
          <w:lang w:eastAsia="zh-CN"/>
        </w:rPr>
        <w:br/>
      </w:r>
      <w:r>
        <w:rPr>
          <w:lang w:eastAsia="zh-CN"/>
        </w:rPr>
        <w:t>　　第一，对上负责的原则。要坚决贯彻执行党和国家的有关方针、政策和上级的指示精神，反对本位主义。</w:t>
      </w:r>
      <w:r>
        <w:rPr>
          <w:lang w:eastAsia="zh-CN"/>
        </w:rPr>
        <w:br/>
      </w:r>
      <w:r>
        <w:rPr>
          <w:lang w:eastAsia="zh-CN"/>
        </w:rPr>
        <w:t>　　第二，切实可行的原则。要从实际情况出发定目标、定任务、定标准，既不要因循守旧，也不要盲目冒进。即使是做规划和设想，也应当保证可行，能基本做到，其目标要明确，其措施要可行，其要求也是可以达到的。</w:t>
      </w:r>
      <w:r>
        <w:rPr>
          <w:lang w:eastAsia="zh-CN"/>
        </w:rPr>
        <w:br/>
      </w:r>
      <w:r>
        <w:rPr>
          <w:lang w:eastAsia="zh-CN"/>
        </w:rPr>
        <w:t>　　第三，集思广益的原则。要深入调查研究，广泛听取群众意见、博采众长，反对主观主义。</w:t>
      </w:r>
      <w:r>
        <w:rPr>
          <w:lang w:eastAsia="zh-CN"/>
        </w:rPr>
        <w:br/>
      </w:r>
      <w:r>
        <w:rPr>
          <w:lang w:eastAsia="zh-CN"/>
        </w:rPr>
        <w:t>　　第四，突出重点的原则。要分清轻重缓急，突出重点，以点带面，不能眉毛胡子一把抓。</w:t>
      </w:r>
      <w:r>
        <w:rPr>
          <w:lang w:eastAsia="zh-CN"/>
        </w:rPr>
        <w:br/>
      </w:r>
      <w:r>
        <w:rPr>
          <w:lang w:eastAsia="zh-CN"/>
        </w:rPr>
        <w:t>　　第五，防患未然的原则。要预先想到工作中可能发行的偏差，可能出现的故障，有必要的防范措施或补充办法。</w:t>
      </w:r>
      <w:r>
        <w:rPr>
          <w:lang w:eastAsia="zh-CN"/>
        </w:rPr>
        <w:br/>
      </w:r>
      <w:r>
        <w:rPr>
          <w:lang w:eastAsia="zh-CN"/>
        </w:rPr>
        <w:t xml:space="preserve">    关于销售年度计划模板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古人云：“兵马未动，粮草先行。”今人云：“思路决定出路”。营销管理部将及时调整营销计划策略，勇于开拓创新，加强学习，团结奋进、敢挑担子;现制定如下工作计划：</w:t>
      </w:r>
      <w:r>
        <w:rPr>
          <w:lang w:eastAsia="zh-CN"/>
        </w:rPr>
        <w:br/>
      </w:r>
      <w:r>
        <w:rPr>
          <w:lang w:eastAsia="zh-CN"/>
        </w:rPr>
        <w:t>　　1、“高科十年，十分感谢”活动的结束及抽奖。</w:t>
      </w:r>
      <w:r>
        <w:rPr>
          <w:lang w:eastAsia="zh-CN"/>
        </w:rPr>
        <w:br/>
      </w:r>
      <w:r>
        <w:rPr>
          <w:lang w:eastAsia="zh-CN"/>
        </w:rPr>
        <w:t>　　抽奖结果将会在“株洲在线”、“长株潭报”、“株洲晚报”同时公布，颁奖活动将在株洲高科房地产开发有限公司一楼营销中心举行。</w:t>
      </w:r>
      <w:r>
        <w:rPr>
          <w:lang w:eastAsia="zh-CN"/>
        </w:rPr>
        <w:br/>
      </w:r>
      <w:r>
        <w:rPr>
          <w:lang w:eastAsia="zh-CN"/>
        </w:rPr>
        <w:t>　　2、慧谷阳光的前期营销策划工作及8月份的开盘准备：</w:t>
      </w:r>
      <w:r>
        <w:rPr>
          <w:lang w:eastAsia="zh-CN"/>
        </w:rPr>
        <w:br/>
      </w:r>
      <w:r>
        <w:rPr>
          <w:lang w:eastAsia="zh-CN"/>
        </w:rPr>
        <w:t>　　1)慧谷阳光前期的推广方案及广告画面安装到位</w:t>
      </w:r>
      <w:r>
        <w:rPr>
          <w:lang w:eastAsia="zh-CN"/>
        </w:rPr>
        <w:br/>
      </w:r>
      <w:r>
        <w:rPr>
          <w:lang w:eastAsia="zh-CN"/>
        </w:rPr>
        <w:t>　　2)慧谷阳光样板房的装修标准确认及完工</w:t>
      </w:r>
      <w:r>
        <w:rPr>
          <w:lang w:eastAsia="zh-CN"/>
        </w:rPr>
        <w:br/>
      </w:r>
      <w:r>
        <w:rPr>
          <w:lang w:eastAsia="zh-CN"/>
        </w:rPr>
        <w:t>　　3)慧谷阳光用户户型图准备及印刷</w:t>
      </w:r>
      <w:r>
        <w:rPr>
          <w:lang w:eastAsia="zh-CN"/>
        </w:rPr>
        <w:br/>
      </w:r>
      <w:r>
        <w:rPr>
          <w:lang w:eastAsia="zh-CN"/>
        </w:rPr>
        <w:t>　　4)慧谷阳光定购协议及销售合同准备</w:t>
      </w:r>
      <w:r>
        <w:rPr>
          <w:lang w:eastAsia="zh-CN"/>
        </w:rPr>
        <w:br/>
      </w:r>
      <w:r>
        <w:rPr>
          <w:lang w:eastAsia="zh-CN"/>
        </w:rPr>
        <w:t>　　5)财务收款流程及销售合同签约审核流程准备;</w:t>
      </w:r>
      <w:r>
        <w:rPr>
          <w:lang w:eastAsia="zh-CN"/>
        </w:rPr>
        <w:br/>
      </w:r>
      <w:r>
        <w:rPr>
          <w:lang w:eastAsia="zh-CN"/>
        </w:rPr>
        <w:t>　　6)开盘活动的节目策划</w:t>
      </w:r>
      <w:r>
        <w:rPr>
          <w:lang w:eastAsia="zh-CN"/>
        </w:rPr>
        <w:br/>
      </w:r>
      <w:r>
        <w:rPr>
          <w:lang w:eastAsia="zh-CN"/>
        </w:rPr>
        <w:t>　　3、内部管理</w:t>
      </w:r>
      <w:r>
        <w:rPr>
          <w:lang w:eastAsia="zh-CN"/>
        </w:rPr>
        <w:br/>
      </w:r>
      <w:r>
        <w:rPr>
          <w:lang w:eastAsia="zh-CN"/>
        </w:rPr>
        <w:t>　　(1)通过对销售人员实行拜访量的考核及每月有效客户量的考核，促使其加大对老客户的拜访和新客户的拓展，增加客源量。</w:t>
      </w:r>
      <w:r>
        <w:rPr>
          <w:lang w:eastAsia="zh-CN"/>
        </w:rPr>
        <w:br/>
      </w:r>
      <w:r>
        <w:rPr>
          <w:lang w:eastAsia="zh-CN"/>
        </w:rPr>
        <w:t>　　(2)通过与老客户带新客户的办法，对老客户和新客户实行促销奖励政策，如送物业管理的办法，从而增加物业的销售。</w:t>
      </w:r>
      <w:r>
        <w:rPr>
          <w:lang w:eastAsia="zh-CN"/>
        </w:rPr>
        <w:br/>
      </w:r>
      <w:r>
        <w:rPr>
          <w:lang w:eastAsia="zh-CN"/>
        </w:rPr>
        <w:t>　　(3)加大内部和外部宣传和促销工作。通过置业顾问行销、回访、信函促销，巩固老客户，发展新客户。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(4)提高员工的专业素质和专业技能，加强部门内的管理，及时掌握项目销售的市场形势，并针对销售工作中出现的问题，制定方案，及时调整;</w:t>
      </w:r>
      <w:r>
        <w:rPr>
          <w:lang w:eastAsia="zh-CN"/>
        </w:rPr>
        <w:br/>
      </w:r>
      <w:r>
        <w:rPr>
          <w:lang w:eastAsia="zh-CN"/>
        </w:rPr>
        <w:t>　　(5)建立客户档案，听取客户意见，并及时做出调整;</w:t>
      </w:r>
      <w:r>
        <w:rPr>
          <w:lang w:eastAsia="zh-CN"/>
        </w:rPr>
        <w:br/>
      </w:r>
      <w:r>
        <w:rPr>
          <w:lang w:eastAsia="zh-CN"/>
        </w:rPr>
        <w:t>　　(6)落实下半年销售部目标责任制，结合实际工作情况，分解到人，严抓工作落实及完成标准。</w:t>
      </w:r>
      <w:r>
        <w:rPr>
          <w:lang w:eastAsia="zh-CN"/>
        </w:rPr>
        <w:br/>
      </w:r>
      <w:r>
        <w:rPr>
          <w:lang w:eastAsia="zh-CN"/>
        </w:rPr>
        <w:t>　　(7)置业顾问销售项目的分配，将按工作能力及销售任务进行安排，既要保证目前项目的稳定发展，又要确保新开发项目的稳定销售。</w:t>
      </w:r>
      <w:r>
        <w:rPr>
          <w:lang w:eastAsia="zh-CN"/>
        </w:rPr>
        <w:br/>
      </w:r>
      <w:r>
        <w:rPr>
          <w:lang w:eastAsia="zh-CN"/>
        </w:rPr>
        <w:t>　　4、对外管理</w:t>
      </w:r>
      <w:r>
        <w:rPr>
          <w:lang w:eastAsia="zh-CN"/>
        </w:rPr>
        <w:br/>
      </w:r>
      <w:r>
        <w:rPr>
          <w:lang w:eastAsia="zh-CN"/>
        </w:rPr>
        <w:t>　　(1)加强团购促销和协议签订散客市场客源的开发，提高我司的知名度，增加系统外散客的市场份额。在开拓散客市场，重点是河西客户</w:t>
      </w:r>
      <w:r>
        <w:rPr>
          <w:lang w:eastAsia="zh-CN"/>
        </w:rPr>
        <w:br/>
      </w:r>
      <w:r>
        <w:rPr>
          <w:lang w:eastAsia="zh-CN"/>
        </w:rPr>
        <w:t>　　(2)在区域内继续进行详细的市场调研，及时掌握市场动向，深入了解客户群消费心里，结合项目实际情况，整合资源，做好调整措施。</w:t>
      </w:r>
      <w:r>
        <w:rPr>
          <w:lang w:eastAsia="zh-CN"/>
        </w:rPr>
        <w:br/>
      </w:r>
      <w:r>
        <w:rPr>
          <w:lang w:eastAsia="zh-CN"/>
        </w:rPr>
        <w:t xml:space="preserve">    关于销售年度计划模板 篇13 </w:t>
      </w:r>
      <w:r>
        <w:rPr>
          <w:lang w:eastAsia="zh-CN"/>
        </w:rPr>
        <w:br/>
      </w:r>
      <w:r>
        <w:rPr>
          <w:lang w:eastAsia="zh-CN"/>
        </w:rPr>
        <w:t>　　1.技能不过硬，话术还有问题。发现在跟客户交流的时候，方法不够灵活，心急的时候会有点口吃。</w:t>
      </w:r>
      <w:r>
        <w:rPr>
          <w:lang w:eastAsia="zh-CN"/>
        </w:rPr>
        <w:br/>
      </w:r>
      <w:r>
        <w:rPr>
          <w:lang w:eastAsia="zh-CN"/>
        </w:rPr>
        <w:t>　　2.工作状态不稳定，比如前两天状态不错的时候跟客户聊得非常好，包括打新单时接通率都会高些。但礼拜三时状态就很差，拿起电话不知道说些什么。脑子一片浆糊。</w:t>
      </w:r>
      <w:r>
        <w:rPr>
          <w:lang w:eastAsia="zh-CN"/>
        </w:rPr>
        <w:br/>
      </w:r>
      <w:r>
        <w:rPr>
          <w:lang w:eastAsia="zh-CN"/>
        </w:rPr>
        <w:t>　　3.销售意识不强，往往是聊了很长时间的客户都不清楚我到底是要跟他推销什么。只是从我这里听消息。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4.过分在乎成败，急躁，把握不好分寸，常常在不恰当的时候推销产品或者嗦过多，让客户有所反感。</w:t>
      </w:r>
      <w:r>
        <w:rPr>
          <w:lang w:eastAsia="zh-CN"/>
        </w:rPr>
        <w:br/>
      </w:r>
      <w:r>
        <w:rPr>
          <w:lang w:eastAsia="zh-CN"/>
        </w:rPr>
        <w:t>　　5.自我要求不强，平时业余时间没有充分利用来学习提高自己，总体能力素质不够强。</w:t>
      </w:r>
      <w:r>
        <w:rPr>
          <w:lang w:eastAsia="zh-CN"/>
        </w:rPr>
        <w:br/>
      </w:r>
      <w:r>
        <w:rPr>
          <w:lang w:eastAsia="zh-CN"/>
        </w:rPr>
        <w:t xml:space="preserve">    关于销售年度计划模板 篇14 </w:t>
      </w:r>
      <w:r>
        <w:rPr>
          <w:lang w:eastAsia="zh-CN"/>
        </w:rPr>
        <w:br/>
      </w:r>
      <w:r>
        <w:rPr>
          <w:lang w:eastAsia="zh-CN"/>
        </w:rPr>
        <w:t>　　本岗位作为公司一个服务性岗位，下年工作重点可从两方面进行：</w:t>
      </w:r>
      <w:r>
        <w:rPr>
          <w:lang w:eastAsia="zh-CN"/>
        </w:rPr>
        <w:br/>
      </w:r>
      <w:r>
        <w:rPr>
          <w:lang w:eastAsia="zh-CN"/>
        </w:rPr>
        <w:t>　　1、公司计算机管理方面，主要包括公司计算机及网络的维护、oa的维护、中心呼叫系统及网站信息更新工作，网点故障远程协助，保证公司所有员工在网络利用方面能正常开展工作，为员工提高工作效率提供一个稳定、便捷的网络平台。</w:t>
      </w:r>
      <w:r>
        <w:rPr>
          <w:lang w:eastAsia="zh-CN"/>
        </w:rPr>
        <w:br/>
      </w:r>
      <w:r>
        <w:rPr>
          <w:lang w:eastAsia="zh-CN"/>
        </w:rPr>
        <w:t>　　2、严格要求自己，遵守公司各项规章制度，与同事之间相处融洽;工作上，尽职尽责，不敢有丝毫懈怠，除了做好本职工作外，还对公司的各项业务及运作情况作了一个全面的了解，熟悉业务知识，更好的做好本职工作。</w:t>
      </w:r>
      <w:r>
        <w:rPr>
          <w:lang w:eastAsia="zh-CN"/>
        </w:rPr>
        <w:br/>
      </w:r>
      <w:r>
        <w:rPr>
          <w:lang w:eastAsia="zh-CN"/>
        </w:rPr>
        <w:t xml:space="preserve">    关于销售年度计划模板 篇15 </w:t>
      </w:r>
      <w:r>
        <w:rPr>
          <w:lang w:eastAsia="zh-CN"/>
        </w:rPr>
        <w:br/>
      </w:r>
      <w:r>
        <w:rPr>
          <w:lang w:eastAsia="zh-CN"/>
        </w:rPr>
        <w:t>　　(一)、拓展销售渠道，实现模式多元化</w:t>
      </w:r>
      <w:r>
        <w:rPr>
          <w:lang w:eastAsia="zh-CN"/>
        </w:rPr>
        <w:br/>
      </w:r>
      <w:r>
        <w:rPr>
          <w:lang w:eastAsia="zh-CN"/>
        </w:rPr>
        <w:t>　　房地产的竞争已经越来越激烈，尤其是20__年，许多大城市的房地产市场进入低谷期，估计20__年度一时也难以回升，所以形势十分严峻，售楼部门为了突破瓶颈，创造淡市飘红的良好销售形势，必须从售楼模式上大做文章，计划改变过去的守株待兔式的单一模式，变被动营销为主动出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加大推销力度，拓宽销售渠道，强化销售队伍的建设。瞄准散队和团队消费市场，积极开拓团队消费市场，加强同各大公司、驻穗机构的联系，建立全新的销售市场;同时根据市场变化，灵活促销，适时调整房价，让房价真正随行就市，进行全方位促销。全年要完成销售收入_____亿元。</w:t>
      </w:r>
      <w:r>
        <w:rPr>
          <w:lang w:eastAsia="zh-CN"/>
        </w:rPr>
        <w:br/>
      </w:r>
      <w:r>
        <w:rPr>
          <w:lang w:eastAsia="zh-CN"/>
        </w:rPr>
        <w:t>　　2、建立兼职售楼队伍。充分调动社会资源为我公司所用，计划成立一个10人的兼职售楼队伍，让这些人有针对性地开展售楼工作，平时则去人流量密集的场所派发宣传品，具体方案另行制定。</w:t>
      </w:r>
      <w:r>
        <w:rPr>
          <w:lang w:eastAsia="zh-CN"/>
        </w:rPr>
        <w:br/>
      </w:r>
      <w:r>
        <w:rPr>
          <w:lang w:eastAsia="zh-CN"/>
        </w:rPr>
        <w:t>　　3、锁定销售区域，分片包抄，责任到人。在方圆5公里范围内，对所有的企业、团体实行上门售楼策略，凡每个单位购房五套以上一律给予特别优惠。开辟团体消费市场。</w:t>
      </w:r>
      <w:r>
        <w:rPr>
          <w:lang w:eastAsia="zh-CN"/>
        </w:rPr>
        <w:br/>
      </w:r>
      <w:r>
        <w:rPr>
          <w:lang w:eastAsia="zh-CN"/>
        </w:rPr>
        <w:t>　　(二)、主抓部门管理，以管理促效益</w:t>
      </w:r>
      <w:r>
        <w:rPr>
          <w:lang w:eastAsia="zh-CN"/>
        </w:rPr>
        <w:br/>
      </w:r>
      <w:r>
        <w:rPr>
          <w:lang w:eastAsia="zh-CN"/>
        </w:rPr>
        <w:t>　　1、定量管理。将销售目标分解到个人身上，责任到人，对每位售楼人员实行目标责任制，也就是给每位售楼员下达年度销售指标，超额完成的给予奖励，未达标的给予处罚。</w:t>
      </w:r>
      <w:r>
        <w:rPr>
          <w:lang w:eastAsia="zh-CN"/>
        </w:rPr>
        <w:br/>
      </w:r>
      <w:r>
        <w:rPr>
          <w:lang w:eastAsia="zh-CN"/>
        </w:rPr>
        <w:t>　　2、实行淘汰制。在内部管理上推行能者上庸者下的管理策略，强化内部考核，每月考核一次，对积极性和责任感不强、未达标者予以淘汰，对有能力有责任感并能完成下达的任务者，予以提升和加薪。</w:t>
      </w:r>
      <w:r>
        <w:rPr>
          <w:lang w:eastAsia="zh-CN"/>
        </w:rPr>
        <w:br/>
      </w:r>
      <w:r>
        <w:rPr>
          <w:lang w:eastAsia="zh-CN"/>
        </w:rPr>
        <w:t>　　3、人员调整</w:t>
      </w:r>
      <w:r>
        <w:rPr>
          <w:lang w:eastAsia="zh-CN"/>
        </w:rPr>
        <w:br/>
      </w:r>
      <w:r>
        <w:rPr>
          <w:lang w:eastAsia="zh-CN"/>
        </w:rPr>
        <w:t>　　(三)、提升服务质量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1、建立服务标准体系。用新观念、新姿态、新方法、新要求来改变并推动服务质量的全面提高;严格服务管理，严格劳动纪律，严格工作程序，严格规范化服务;部门要建立健全检查措施，制订严格的考核指标，采取科学的考核办法，指定专人负责检查考核工作。</w:t>
      </w:r>
      <w:r>
        <w:rPr>
          <w:lang w:eastAsia="zh-CN"/>
        </w:rPr>
        <w:br/>
      </w:r>
      <w:r>
        <w:rPr>
          <w:lang w:eastAsia="zh-CN"/>
        </w:rPr>
        <w:t>　　2、树立服务促销的全新观念。为提高售楼人员的服务意识，达到服务促销的目的，决定每月在售楼部召开一次服务促销座谈会，不断向售楼人员灌输服务意识，强化售楼人员对服务的深度理解，以真正提高整体服务水平。</w:t>
      </w:r>
      <w:r>
        <w:rPr>
          <w:lang w:eastAsia="zh-CN"/>
        </w:rPr>
        <w:br/>
      </w:r>
      <w:r>
        <w:rPr>
          <w:lang w:eastAsia="zh-CN"/>
        </w:rPr>
        <w:t>　　(四)、建立培训体系，提高全体员工的`整体素质</w:t>
      </w:r>
      <w:r>
        <w:rPr>
          <w:lang w:eastAsia="zh-CN"/>
        </w:rPr>
        <w:br/>
      </w:r>
      <w:r>
        <w:rPr>
          <w:lang w:eastAsia="zh-CN"/>
        </w:rPr>
        <w:t>　　1、根据实际情况有针对性地进行职业道德、服务技能、服务用语、操作技能的在岗培训和素质培训，重点抓好服务意识和业务技能的培训。培训时间要化整为零，做到长计划、短安排、长流水、不断线的开展内部培训，部门每月培训的内容要列出计划，并指定专人负责落实。培训分为两大类型，一是内部培训，即由部门主管负责培训;二是请专业顾问公司上门为售楼人员进行专业和素质培训。</w:t>
      </w:r>
      <w:r>
        <w:rPr>
          <w:lang w:eastAsia="zh-CN"/>
        </w:rPr>
        <w:br/>
      </w:r>
      <w:r>
        <w:rPr>
          <w:lang w:eastAsia="zh-CN"/>
        </w:rPr>
        <w:t>　　2、"走出去，请进来"，采取双向交流的方式，取他人之长补已之短。组织管理和售楼人员带着问题外出考察学习，开阔眼界，增长知识，引进先进的管理意识和服务方式，比如去广州本地管理和销售业绩好的售楼部门参观学习，同时也组织去外地考察，如北京、上海等先进城市，学习别人的新方法新理念。</w:t>
      </w:r>
      <w:r>
        <w:rPr>
          <w:lang w:eastAsia="zh-CN"/>
        </w:rPr>
        <w:br/>
      </w:r>
      <w:r>
        <w:rPr>
          <w:lang w:eastAsia="zh-CN"/>
        </w:rPr>
        <w:t xml:space="preserve">    关于销售年度计划模板 篇16 </w:t>
      </w:r>
      <w:r>
        <w:rPr>
          <w:lang w:eastAsia="zh-CN"/>
        </w:rPr>
        <w:br/>
      </w:r>
      <w:r>
        <w:rPr>
          <w:lang w:eastAsia="zh-CN"/>
        </w:rPr>
        <w:t>　　根据公司20__年度+地区总销售额1亿元，销量总量5万套的总目标及公司20__年度的渠道策略做出以下工作计划：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一、市场分析</w:t>
      </w:r>
      <w:r>
        <w:rPr>
          <w:lang w:eastAsia="zh-CN"/>
        </w:rPr>
        <w:br/>
      </w:r>
      <w:r>
        <w:rPr>
          <w:lang w:eastAsia="zh-CN"/>
        </w:rPr>
        <w:t>　　_市场连续几年的价格战逐步启动了。二、三级市场的低端需求，同时随着城市建设和人民生活水平的不断提高以及产品更新换代时期的到来带动了一级市场的持续增长幅度，从而带动了整体市场容量的扩张。20__年度内销总量达到1950万套，较20__年度增长11.4%。20__年度预计可达到2500万-3000万套。根据行业数据显示全球市场容量在5500万套-6000万套。中国市场容量约为3800万套，根据区域市场份额容量的划分，深圳_市场的容量约为40万套左右，5万套的销售目标约占市场份额的13%。</w:t>
      </w:r>
      <w:r>
        <w:rPr>
          <w:lang w:eastAsia="zh-CN"/>
        </w:rPr>
        <w:br/>
      </w:r>
      <w:r>
        <w:rPr>
          <w:lang w:eastAsia="zh-CN"/>
        </w:rPr>
        <w:t>　　目前格兰仕在深圳_市场的占有率约为2.8%左右,但根据行业数据显示近几年一直处于“洗牌”阶段，品牌市场占有率将形成高度的集中化。根据公司的实力及20__年度的产品线,公司20__年度销售目标完全有可能实现.20__年中国_品牌约有400个，到20__年下降到140个左右,年均淘汰率32%.到20__年在格力、美的、海尔等一线品牌的“围剿”下，中国_市场活跃的品牌不足50个，淘汰率达60%。20__年度lg受到美国指责倾销;科龙遇到财务问题，市场份额急剧下滑。新科、长虹、奥克斯也受到企业、品牌等方面的不良影响，市场份额也有所下滑。日资品牌如松下、三菱等品牌在20__年度受到中国人民的强烈抵日情绪的影响，市场份额下划较大。而格兰仕在广东市场则呈现出急速增长的趋势。但__市场基础比较薄弱，团队还比较年轻，品牌影响力还需要巩固与拓展。根据以上情况做以下工作规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二、工作规划</w:t>
      </w:r>
      <w:r>
        <w:rPr>
          <w:lang w:eastAsia="zh-CN"/>
        </w:rPr>
        <w:br/>
      </w:r>
      <w:r>
        <w:rPr>
          <w:lang w:eastAsia="zh-CN"/>
        </w:rPr>
        <w:t>　　根据以上情况在20__年度计划主抓六项工作:</w:t>
      </w:r>
      <w:r>
        <w:rPr>
          <w:lang w:eastAsia="zh-CN"/>
        </w:rPr>
        <w:br/>
      </w:r>
      <w:r>
        <w:rPr>
          <w:lang w:eastAsia="zh-CN"/>
        </w:rPr>
        <w:t>　　1、销售业绩</w:t>
      </w:r>
      <w:r>
        <w:rPr>
          <w:lang w:eastAsia="zh-CN"/>
        </w:rPr>
        <w:br/>
      </w:r>
      <w:r>
        <w:rPr>
          <w:lang w:eastAsia="zh-CN"/>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lang w:eastAsia="zh-CN"/>
        </w:rPr>
        <w:br/>
      </w:r>
      <w:r>
        <w:rPr>
          <w:lang w:eastAsia="zh-CN"/>
        </w:rPr>
        <w:t>　　2、k/a、代理商管理及关系维护</w:t>
      </w:r>
      <w:r>
        <w:rPr>
          <w:lang w:eastAsia="zh-CN"/>
        </w:rPr>
        <w:br/>
      </w:r>
      <w:r>
        <w:rPr>
          <w:lang w:eastAsia="zh-CN"/>
        </w:rPr>
        <w:t>　　针对现有的k/a客户、代理商或将拓展的k/a及代理商进行有效管理及关系维护，对各个k/a客户及代理商建立客户档案，了解前期销售情况及实力情况，进行公司的企业文化传播和公司20__年度的新产品传播。此项工作在8月末完成。在旺季结束后和旺季来临前不定时的进行传播。了解各k/a及代理商负责人的基本情况进行定期拜访，进行有效沟通。</w:t>
      </w:r>
      <w:r>
        <w:rPr>
          <w:lang w:eastAsia="zh-CN"/>
        </w:rPr>
        <w:br/>
      </w:r>
      <w:r>
        <w:rPr>
          <w:lang w:eastAsia="zh-CN"/>
        </w:rPr>
        <w:t>　　3、品牌及产品推广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品牌及产品推广在20__年至20__年度配合及执行公司的定期品牌宣传及产品推广活动，并策划一些投入成本，较低的公共关系宣传活动，提升品牌形象。如“格兰仕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4、终端布置(配合业务条线的渠道拓展)</w:t>
      </w:r>
      <w:r>
        <w:rPr>
          <w:lang w:eastAsia="zh-CN"/>
        </w:rPr>
        <w:br/>
      </w:r>
      <w:r>
        <w:rPr>
          <w:lang w:eastAsia="zh-CN"/>
        </w:rPr>
        <w:t>　　根据公司的_年度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lang w:eastAsia="zh-CN"/>
        </w:rPr>
        <w:br/>
      </w:r>
      <w:r>
        <w:rPr>
          <w:lang w:eastAsia="zh-CN"/>
        </w:rPr>
        <w:t>　　5、促销活动的策划与执行</w:t>
      </w:r>
      <w:r>
        <w:rPr>
          <w:lang w:eastAsia="zh-CN"/>
        </w:rPr>
        <w:br/>
      </w:r>
      <w:r>
        <w:rPr>
          <w:lang w:eastAsia="zh-CN"/>
        </w:rPr>
        <w:t>　　促销活动的策划及执行主要在_年04月—8月销售旺季进行，第一严格执行公司的销售促进活动，第二根据届时的市场情况和竞争对手的销售促进活动，灵活策划一些销售促进活动。主题思路以避其优势，攻其劣势，根据公司的产品优势及资源优势，突出重点进行策划与执行。</w:t>
      </w:r>
      <w:r>
        <w:rPr>
          <w:lang w:eastAsia="zh-CN"/>
        </w:rPr>
        <w:br/>
      </w:r>
      <w:r>
        <w:rPr>
          <w:lang w:eastAsia="zh-CN"/>
        </w:rPr>
        <w:t>　　6、团队建设、团队管理、团队培训</w:t>
      </w:r>
      <w:r>
        <w:rPr>
          <w:lang w:eastAsia="zh-CN"/>
        </w:rPr>
        <w:br/>
      </w:r>
      <w:r>
        <w:rPr>
          <w:lang w:eastAsia="zh-CN"/>
        </w:rPr>
        <w:t>　　团队工作分四个阶段进行：</w:t>
      </w:r>
      <w:r>
        <w:rPr>
          <w:lang w:eastAsia="zh-CN"/>
        </w:rPr>
        <w:br/>
      </w:r>
      <w:r>
        <w:rPr>
          <w:lang w:eastAsia="zh-CN"/>
        </w:rPr>
        <w:t>　　第一阶段：8月1日—8月30日a、有的促销员进行重点排查，进行量化考核。清除部分能力底下的人员，重点保留在40人左右，进行重点培养。b、制定相关的团队管理制度及权责分明明晰和工作范围明晰，完善促销员的工作报表。c、完成格兰仕系统培训资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第二阶段 9月1号-20__年2月1日 第二阶段主要是对主力团队进行系统的强化培训，配合公司的品牌及产品的推广活动及策划系列品牌及产品宣传活动，并协作业务部门进行网点扩张，积极进行终端布置建设，并保持与原有终端的有效沟通，维护好终端关系。</w:t>
      </w:r>
      <w:r>
        <w:rPr>
          <w:lang w:eastAsia="zh-CN"/>
        </w:rPr>
        <w:br/>
      </w:r>
      <w:r>
        <w:rPr>
          <w:lang w:eastAsia="zh-CN"/>
        </w:rPr>
        <w:t>　　① 培训系统安排进行分级和集中培训</w:t>
      </w:r>
      <w:r>
        <w:rPr>
          <w:lang w:eastAsia="zh-CN"/>
        </w:rPr>
        <w:br/>
      </w:r>
      <w:r>
        <w:rPr>
          <w:lang w:eastAsia="zh-CN"/>
        </w:rPr>
        <w:t>　　业务人员→促销员</w:t>
      </w:r>
      <w:r>
        <w:rPr>
          <w:lang w:eastAsia="zh-CN"/>
        </w:rPr>
        <w:br/>
      </w:r>
      <w:r>
        <w:rPr>
          <w:lang w:eastAsia="zh-CN"/>
        </w:rPr>
        <w:t>　　培训讲师促销员</w:t>
      </w:r>
      <w:r>
        <w:rPr>
          <w:lang w:eastAsia="zh-CN"/>
        </w:rPr>
        <w:br/>
      </w:r>
      <w:r>
        <w:rPr>
          <w:lang w:eastAsia="zh-CN"/>
        </w:rPr>
        <w:t>　　② 利用周例会对全体促销员进行集中培训</w:t>
      </w:r>
      <w:r>
        <w:rPr>
          <w:lang w:eastAsia="zh-CN"/>
        </w:rPr>
        <w:br/>
      </w:r>
      <w:r>
        <w:rPr>
          <w:lang w:eastAsia="zh-CN"/>
        </w:rPr>
        <w:t>　　9月1日-10月1日：进行四节的企业文化培训和行业知识的培训</w:t>
      </w:r>
      <w:r>
        <w:rPr>
          <w:lang w:eastAsia="zh-CN"/>
        </w:rPr>
        <w:br/>
      </w:r>
      <w:r>
        <w:rPr>
          <w:lang w:eastAsia="zh-CN"/>
        </w:rPr>
        <w:t>　　10月1日-10月31日：进行四节的专业知识培训</w:t>
      </w:r>
      <w:r>
        <w:rPr>
          <w:lang w:eastAsia="zh-CN"/>
        </w:rPr>
        <w:br/>
      </w:r>
      <w:r>
        <w:rPr>
          <w:lang w:eastAsia="zh-CN"/>
        </w:rPr>
        <w:t>　　11月1日-11月30日：进行四节的促销技巧培训</w:t>
      </w:r>
      <w:r>
        <w:rPr>
          <w:lang w:eastAsia="zh-CN"/>
        </w:rPr>
        <w:br/>
      </w:r>
      <w:r>
        <w:rPr>
          <w:lang w:eastAsia="zh-CN"/>
        </w:rPr>
        <w:t>　　12月1日-12月31日：进行四节的心态引导、培训及平常随时进行心态建设。</w:t>
      </w:r>
      <w:r>
        <w:rPr>
          <w:lang w:eastAsia="zh-CN"/>
        </w:rPr>
        <w:br/>
      </w:r>
      <w:r>
        <w:rPr>
          <w:lang w:eastAsia="zh-CN"/>
        </w:rPr>
        <w:t>　　20__年1月1日-1月31日：进行四节的促销活动及终端布置培训</w:t>
      </w:r>
      <w:r>
        <w:rPr>
          <w:lang w:eastAsia="zh-CN"/>
        </w:rPr>
        <w:br/>
      </w:r>
      <w:r>
        <w:rPr>
          <w:lang w:eastAsia="zh-CN"/>
        </w:rPr>
        <w:t>　　20__年2月1日-2月29日：进行全体成员现场模拟销售培训及现场测试。并在每月末进行量化考核，进行销量跟进。</w:t>
      </w:r>
      <w:r>
        <w:rPr>
          <w:lang w:eastAsia="zh-CN"/>
        </w:rPr>
        <w:br/>
      </w:r>
      <w:r>
        <w:rPr>
          <w:lang w:eastAsia="zh-CN"/>
        </w:rPr>
        <w:t>　　第三阶段：20__年2月1日-2月29日</w:t>
      </w:r>
      <w:r>
        <w:rPr>
          <w:lang w:eastAsia="zh-CN"/>
        </w:rPr>
        <w:br/>
      </w:r>
      <w:r>
        <w:rPr>
          <w:lang w:eastAsia="zh-CN"/>
        </w:rPr>
        <w:t>　　①</w:t>
      </w:r>
    </w:p>
    <w:p w:rsidR="001B1F19" w14:textId="27C3F48A">
      <w:pPr>
        <w:rPr>
          <w:rFonts w:hint="eastAsia"/>
          <w:lang w:eastAsia="zh-CN"/>
        </w:rPr>
      </w:pPr>
      <w:r>
        <w:rPr>
          <w:lang w:eastAsia="zh-CN"/>
        </w:rPr>
        <w:t xml:space="preserve"> 用一周的时间根据网点数量的需求进行招聘促销员工作，利用10天的时间对新入职促销进行系统培训、考核、筛选。对合格人员进行卖场安排试用一周后对所人的促销再次进行考核，最后确定定岗定人，保证在3月1日之前所有的终端岗位有人。</w:t>
      </w:r>
      <w:r>
        <w:rPr>
          <w:lang w:eastAsia="zh-CN"/>
        </w:rPr>
        <w:br/>
      </w:r>
      <w:r>
        <w:rPr>
          <w:lang w:eastAsia="zh-CN"/>
        </w:rPr>
        <w:t>　　② 所有工作都建立在基础工作之上</w:t>
      </w:r>
      <w:r>
        <w:rPr>
          <w:lang w:eastAsia="zh-CN"/>
        </w:rPr>
        <w:br/>
      </w:r>
      <w:r>
        <w:rPr>
          <w:lang w:eastAsia="zh-CN"/>
        </w:rPr>
        <w:t>　　第四阶段：20__年3月1日-7月31日</w:t>
      </w:r>
      <w:r>
        <w:rPr>
          <w:lang w:eastAsia="zh-CN"/>
        </w:rPr>
        <w:br/>
      </w:r>
      <w:r>
        <w:rPr>
          <w:lang w:eastAsia="zh-CN"/>
        </w:rPr>
        <w:t>　　第四阶段全面启动整个__市场，主抓销售所有工作重心都向提高销售倾斜。</w:t>
      </w:r>
      <w:r>
        <w:rPr>
          <w:lang w:eastAsia="zh-CN"/>
        </w:rPr>
        <w:br/>
      </w:r>
      <w:r>
        <w:rPr>
          <w:lang w:eastAsia="zh-CN"/>
        </w:rPr>
        <w:t>　　第一：跟随进货源，保证货源充足，比例协调，达到库存最优化，习题尽量避免断货或缺货现象。</w:t>
      </w:r>
      <w:r>
        <w:rPr>
          <w:lang w:eastAsia="zh-CN"/>
        </w:rPr>
        <w:br/>
      </w:r>
      <w:r>
        <w:rPr>
          <w:lang w:eastAsia="zh-CN"/>
        </w:rPr>
        <w:t>　　第二：招聘培训临时促销员，以备做活动，全力打造在各个环节都比较有战斗力的团队。</w:t>
      </w:r>
      <w:r>
        <w:rPr>
          <w:lang w:eastAsia="zh-CN"/>
        </w:rPr>
        <w:br/>
      </w:r>
      <w:r>
        <w:rPr>
          <w:lang w:eastAsia="zh-CN"/>
        </w:rPr>
        <w:t>　　第三：严格执行公司的销售策略及促销活动，并策划执行销售促进活动，拉动市场，提升销量。</w:t>
      </w:r>
      <w:r>
        <w:rPr>
          <w:lang w:eastAsia="zh-CN"/>
        </w:rPr>
        <w:br/>
      </w:r>
      <w:r>
        <w:rPr>
          <w:lang w:eastAsia="zh-CN"/>
        </w:rPr>
        <w:t>　　第四：跟进促销赠品及赠品的合理化分配。</w:t>
      </w:r>
      <w:r>
        <w:rPr>
          <w:lang w:eastAsia="zh-CN"/>
        </w:rPr>
        <w:br/>
      </w:r>
      <w:r>
        <w:rPr>
          <w:lang w:eastAsia="zh-CN"/>
        </w:rPr>
        <w:t>　　第五：进行布点建设，提升品牌形象。随访辅导，执行督导。</w:t>
      </w:r>
      <w:r>
        <w:rPr>
          <w:lang w:eastAsia="zh-CN"/>
        </w:rPr>
        <w:br/>
      </w:r>
      <w:r>
        <w:rPr>
          <w:lang w:eastAsia="zh-CN"/>
        </w:rPr>
        <w:t>　　第六：每月进行量化考核</w:t>
      </w:r>
      <w:r>
        <w:rPr>
          <w:lang w:eastAsia="zh-CN"/>
        </w:rPr>
        <w:br/>
      </w:r>
      <w:r>
        <w:rPr>
          <w:lang w:eastAsia="zh-CN"/>
        </w:rPr>
        <w:t>　　第七：对每月的任务进行分解，并严格按照wbs法对工作任务进行分解做到环环相扣，权责分明，责任到人，工作细节分到不能再细分为止。</w:t>
      </w:r>
      <w:r>
        <w:rPr>
          <w:lang w:eastAsia="zh-CN"/>
        </w:rPr>
        <w:br/>
      </w:r>
      <w:r>
        <w:rPr>
          <w:lang w:eastAsia="zh-CN"/>
        </w:rPr>
        <w:t>　　第八：利用团队管理四大手段：即周工作例会;随访辅导;述职谈话;报表管理。严格控制团队，保持团队的稳定性。</w:t>
      </w:r>
      <w:r>
        <w:rPr>
          <w:lang w:eastAsia="zh-CN"/>
        </w:rPr>
        <w:br/>
      </w:r>
      <w:r>
        <w:rPr>
          <w:lang w:eastAsia="zh-CN"/>
        </w:rPr>
        <w:t>　　第九：时时进行市场调研、市场动态分析及信息反馈做好企业与市场的传递员。全力打造一个快速反应的机制。</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https://d.book118.com/017056035012006041</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1705603501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