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半年工作计划范文</w:t>
      </w:r>
    </w:p>
    <w:p>
      <w:pPr>
        <w:spacing w:before="100" w:after="200" w:line="360" w:lineRule="auto"/>
        <w:jc w:val="left"/>
      </w:pPr>
      <w:r>
        <w:rPr>
          <w:rFonts w:ascii="宋体 (中文正文)" w:eastAsia="宋体" w:hAnsi="宋体 (中文正文)"/>
          <w:b/>
          <w:sz w:val="28"/>
        </w:rPr>
        <w:t>一、努力学习，提高业务水品</w:t>
      </w:r>
    </w:p>
    <w:p>
      <w:pPr>
        <w:spacing w:before="100" w:after="200" w:line="360" w:lineRule="auto"/>
        <w:ind w:firstLine="576"/>
        <w:jc w:val="left"/>
      </w:pPr>
      <w:r>
        <w:rPr>
          <w:rFonts w:ascii="宋体" w:eastAsia="宋体" w:hAnsi="宋体"/>
          <w:sz w:val="28"/>
        </w:rPr>
        <w:t>其一是抽时间通过各种渠道去学习营销方面(尤其是x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spacing w:before="100" w:after="200" w:line="360" w:lineRule="auto"/>
        <w:jc w:val="left"/>
      </w:pPr>
      <w:r>
        <w:rPr>
          <w:rFonts w:ascii="宋体 (中文正文)" w:eastAsia="宋体" w:hAnsi="宋体 (中文正文)"/>
          <w:b/>
          <w:sz w:val="28"/>
        </w:rPr>
        <w:t>二、进一步拓展销售渠道</w:t>
      </w:r>
    </w:p>
    <w:p>
      <w:pPr>
        <w:spacing w:before="100" w:after="200" w:line="360" w:lineRule="auto"/>
        <w:ind w:firstLine="576"/>
        <w:jc w:val="left"/>
      </w:pPr>
      <w:r>
        <w:rPr>
          <w:rFonts w:ascii="宋体" w:eastAsia="宋体" w:hAnsi="宋体"/>
          <w:sz w:val="28"/>
        </w:rPr>
        <w:t>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spacing w:before="100" w:after="200" w:line="360" w:lineRule="auto"/>
        <w:jc w:val="left"/>
      </w:pPr>
      <w:r>
        <w:rPr>
          <w:rFonts w:ascii="宋体 (中文正文)" w:eastAsia="宋体" w:hAnsi="宋体 (中文正文)"/>
          <w:b/>
          <w:sz w:val="28"/>
        </w:rPr>
        <w:t>三、做好市场调研工作</w:t>
      </w:r>
    </w:p>
    <w:p>
      <w:pPr>
        <w:spacing w:before="100" w:after="200" w:line="360" w:lineRule="auto"/>
        <w:ind w:firstLine="576"/>
        <w:jc w:val="left"/>
      </w:pPr>
      <w:r>
        <w:rPr>
          <w:rFonts w:ascii="宋体" w:eastAsia="宋体" w:hAnsi="宋体"/>
          <w:sz w:val="28"/>
        </w:rPr>
        <w:t>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spacing w:before="100" w:after="200" w:line="360" w:lineRule="auto"/>
        <w:jc w:val="left"/>
      </w:pPr>
      <w:r>
        <w:rPr>
          <w:rFonts w:ascii="宋体 (中文正文)" w:eastAsia="宋体" w:hAnsi="宋体 (中文正文)"/>
          <w:b/>
          <w:sz w:val="28"/>
        </w:rPr>
        <w:t>四、与经销商密切配合，做好销售工作</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pStyle w:val="Title"/>
        <w:jc w:val="center"/>
      </w:pPr>
      <w:r>
        <w:rPr>
          <w:rFonts w:ascii="宋体" w:eastAsia="宋体" w:hAnsi="宋体"/>
          <w:sz w:val="36"/>
        </w:rPr>
        <w:t>半年工作计划范文</w:t>
      </w:r>
    </w:p>
    <w:p>
      <w:pPr>
        <w:spacing w:before="100" w:after="200" w:line="360" w:lineRule="auto"/>
        <w:jc w:val="left"/>
      </w:pPr>
      <w:r>
        <w:rPr>
          <w:rFonts w:ascii="宋体 (中文正文)" w:eastAsia="宋体" w:hAnsi="宋体 (中文正文)"/>
          <w:b/>
          <w:sz w:val="28"/>
        </w:rPr>
        <w:t>一、努力学习，提高业务水品</w:t>
      </w:r>
    </w:p>
    <w:p>
      <w:pPr>
        <w:spacing w:before="100" w:after="200" w:line="360" w:lineRule="auto"/>
        <w:ind w:firstLine="576"/>
        <w:jc w:val="left"/>
      </w:pPr>
      <w:r>
        <w:rPr>
          <w:rFonts w:ascii="宋体" w:eastAsia="宋体" w:hAnsi="宋体"/>
          <w:sz w:val="28"/>
        </w:rPr>
        <w:t>其一是抽时间通过各种渠道去学习营销方面(尤其是x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spacing w:before="100" w:after="200" w:line="360" w:lineRule="auto"/>
        <w:jc w:val="left"/>
      </w:pPr>
      <w:r>
        <w:rPr>
          <w:rFonts w:ascii="宋体 (中文正文)" w:eastAsia="宋体" w:hAnsi="宋体 (中文正文)"/>
          <w:b/>
          <w:sz w:val="28"/>
        </w:rPr>
        <w:t>二、进一步拓展销售渠道</w:t>
      </w:r>
    </w:p>
    <w:p>
      <w:pPr>
        <w:spacing w:before="100" w:after="200" w:line="360" w:lineRule="auto"/>
        <w:ind w:firstLine="576"/>
        <w:jc w:val="left"/>
      </w:pPr>
      <w:r>
        <w:rPr>
          <w:rFonts w:ascii="宋体" w:eastAsia="宋体" w:hAnsi="宋体"/>
          <w:sz w:val="28"/>
        </w:rPr>
        <w:t>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spacing w:before="100" w:after="200" w:line="360" w:lineRule="auto"/>
        <w:jc w:val="left"/>
      </w:pPr>
      <w:r>
        <w:rPr>
          <w:rFonts w:ascii="宋体 (中文正文)" w:eastAsia="宋体" w:hAnsi="宋体 (中文正文)"/>
          <w:b/>
          <w:sz w:val="28"/>
        </w:rPr>
        <w:t>三、做好市场调研工作</w:t>
      </w:r>
    </w:p>
    <w:p>
      <w:pPr>
        <w:spacing w:before="100" w:after="200" w:line="360" w:lineRule="auto"/>
        <w:ind w:firstLine="576"/>
        <w:jc w:val="left"/>
      </w:pPr>
      <w:r>
        <w:rPr>
          <w:rFonts w:ascii="宋体" w:eastAsia="宋体" w:hAnsi="宋体"/>
          <w:sz w:val="28"/>
        </w:rPr>
        <w:t>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spacing w:before="100" w:after="200" w:line="360" w:lineRule="auto"/>
        <w:jc w:val="left"/>
      </w:pPr>
      <w:r>
        <w:rPr>
          <w:rFonts w:ascii="宋体 (中文正文)" w:eastAsia="宋体" w:hAnsi="宋体 (中文正文)"/>
          <w:b/>
          <w:sz w:val="28"/>
        </w:rPr>
        <w:t>四、与经销商密切配合，做好销售工作</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spacing w:before="100" w:after="200" w:line="360" w:lineRule="auto"/>
        <w:jc w:val="left"/>
      </w:pPr>
      <w:r>
        <w:rPr>
          <w:rFonts w:ascii="宋体 (中文正文)" w:eastAsia="宋体" w:hAnsi="宋体 (中文正文)"/>
          <w:b/>
          <w:sz w:val="28"/>
        </w:rPr>
        <w:t>五、一点建议</w:t>
      </w:r>
    </w:p>
    <w:p>
      <w:pPr>
        <w:spacing w:before="100" w:after="200" w:line="360" w:lineRule="auto"/>
        <w:ind w:firstLine="576"/>
        <w:jc w:val="left"/>
      </w:pPr>
      <w:r>
        <w:rPr>
          <w:rFonts w:ascii="宋体" w:eastAsia="宋体" w:hAnsi="宋体"/>
          <w:sz w:val="28"/>
        </w:rPr>
        <w:t>1.要进一步扩大生产规模，重点是扩大xx生产规模。</w:t>
      </w:r>
    </w:p>
    <w:p>
      <w:pPr>
        <w:spacing w:before="100" w:after="200" w:line="360" w:lineRule="auto"/>
        <w:ind w:firstLine="576"/>
        <w:jc w:val="left"/>
      </w:pPr>
      <w:r>
        <w:rPr>
          <w:rFonts w:ascii="宋体" w:eastAsia="宋体" w:hAnsi="宋体"/>
          <w:sz w:val="28"/>
        </w:rPr>
        <w:t>2.要做好市场销售，首要的工作是全力做好xx的销售工作。</w:t>
      </w:r>
    </w:p>
    <w:p>
      <w:pPr>
        <w:spacing w:before="100" w:after="200" w:line="360" w:lineRule="auto"/>
        <w:ind w:firstLine="576"/>
        <w:jc w:val="left"/>
      </w:pPr>
      <w:r>
        <w:rPr>
          <w:rFonts w:ascii="宋体" w:eastAsia="宋体" w:hAnsi="宋体"/>
          <w:sz w:val="28"/>
        </w:rPr>
        <w:t>3.要提高公司员工的综合素质，特别是业务技能方面的素质必须较快提高，以适应企业发展需要。</w:t>
      </w:r>
    </w:p>
    <w:p>
      <w:pPr>
        <w:spacing w:before="100" w:after="200" w:line="360" w:lineRule="auto"/>
        <w:ind w:firstLine="576"/>
        <w:jc w:val="left"/>
      </w:pPr>
      <w:r>
        <w:rPr>
          <w:rFonts w:ascii="宋体" w:eastAsia="宋体" w:hAnsi="宋体"/>
          <w:sz w:val="28"/>
        </w:rPr>
        <w:t>4.要面向社会吸纳有才华的精英加盟公司，主要是销售精英。</w:t>
      </w:r>
    </w:p>
    <w:p>
      <w:pPr>
        <w:spacing w:before="100" w:after="200" w:line="360" w:lineRule="auto"/>
        <w:ind w:firstLine="576"/>
        <w:jc w:val="left"/>
      </w:pPr>
      <w:r>
        <w:rPr>
          <w:rFonts w:ascii="宋体" w:eastAsia="宋体" w:hAnsi="宋体"/>
          <w:sz w:val="28"/>
        </w:rPr>
        <w:t>5.要搞好安全生产，确保员工和企业的合法权益。</w:t>
      </w:r>
    </w:p>
    <w:p>
      <w:pPr>
        <w:spacing w:before="100" w:after="200" w:line="360" w:lineRule="auto"/>
        <w:ind w:firstLine="576"/>
        <w:jc w:val="left"/>
      </w:pPr>
      <w:r>
        <w:rPr>
          <w:rFonts w:ascii="宋体" w:eastAsia="宋体" w:hAnsi="宋体"/>
          <w:sz w:val="28"/>
        </w:rPr>
        <w:t>6.要以“以人为本、服务企业”为核心，加强企业文化建设，树立企业良好形象，增强企业内在活力。</w:t>
      </w:r>
    </w:p>
    <w:p>
      <w:pPr>
        <w:spacing w:before="100" w:after="200" w:line="360" w:lineRule="auto"/>
        <w:ind w:firstLine="576"/>
        <w:jc w:val="left"/>
      </w:pPr>
      <w:r>
        <w:rPr>
          <w:rFonts w:ascii="宋体" w:eastAsia="宋体" w:hAnsi="宋体"/>
          <w:sz w:val="28"/>
        </w:rPr>
        <w:t>新的学期已经开始了，面对新的教育教学形式，面对新的教育教学工作任务，体育教学显得更为重要，为了更好的完成本学期的各项体育工作，现结合我校的实际制定本学期体育工作计划。</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认真贯彻落实党的教育方针，以xx区文教局20xx年教育工作会议精神为指导，全面实施素质教育，牢固树立“健康第一”的指导思想，贯彻落实《学校体育工作条例》，执行《学生体质健康评定》标准，在全面完成体育教学任务的基础上，培养学生特长，发展学生的能力，培养学生逐步养成“终身体育”的意识。</w:t>
      </w:r>
    </w:p>
    <w:p>
      <w:pPr>
        <w:spacing w:before="100" w:after="200" w:line="360" w:lineRule="auto"/>
        <w:jc w:val="left"/>
      </w:pPr>
      <w:r>
        <w:rPr>
          <w:rFonts w:ascii="宋体 (中文正文)" w:eastAsia="宋体" w:hAnsi="宋体 (中文正文)"/>
          <w:b/>
          <w:sz w:val="28"/>
        </w:rPr>
        <w:t>二、奋斗目标</w:t>
      </w:r>
    </w:p>
    <w:p>
      <w:pPr>
        <w:spacing w:before="100" w:after="200" w:line="360" w:lineRule="auto"/>
        <w:ind w:firstLine="576"/>
        <w:jc w:val="left"/>
      </w:pPr>
      <w:r>
        <w:rPr>
          <w:rFonts w:ascii="宋体" w:eastAsia="宋体" w:hAnsi="宋体"/>
          <w:sz w:val="28"/>
        </w:rPr>
        <w:t>1.按照国家课程计划要求开齐、开全体育课与活动课，开课率达100%。</w:t>
      </w:r>
    </w:p>
    <w:p>
      <w:pPr>
        <w:spacing w:before="100" w:after="200" w:line="360" w:lineRule="auto"/>
        <w:ind w:firstLine="576"/>
        <w:jc w:val="left"/>
      </w:pPr>
      <w:r>
        <w:rPr>
          <w:rFonts w:ascii="宋体" w:eastAsia="宋体" w:hAnsi="宋体"/>
          <w:sz w:val="28"/>
        </w:rPr>
        <w:t>2.认真学习新教材，执行课程标准，完成规定的教学任务。</w:t>
      </w:r>
    </w:p>
    <w:p>
      <w:pPr>
        <w:spacing w:before="100" w:after="200" w:line="360" w:lineRule="auto"/>
        <w:ind w:firstLine="576"/>
        <w:jc w:val="left"/>
      </w:pPr>
      <w:r>
        <w:rPr>
          <w:rFonts w:ascii="宋体" w:eastAsia="宋体" w:hAnsi="宋体"/>
          <w:sz w:val="28"/>
        </w:rPr>
        <w:t>3.结合体育教材向学生进行思想品德教育，培养学生良好的体育道德风尚，陶冶美的情操。</w:t>
      </w:r>
    </w:p>
    <w:p>
      <w:pPr>
        <w:spacing w:before="100" w:after="200" w:line="360" w:lineRule="auto"/>
        <w:ind w:firstLine="576"/>
        <w:jc w:val="left"/>
      </w:pPr>
      <w:r>
        <w:rPr>
          <w:rFonts w:ascii="宋体" w:eastAsia="宋体" w:hAnsi="宋体"/>
          <w:sz w:val="28"/>
        </w:rPr>
        <w:t>4.学校体育活动开展率达到100%。</w:t>
      </w:r>
    </w:p>
    <w:p>
      <w:pPr>
        <w:spacing w:before="100" w:after="200" w:line="360" w:lineRule="auto"/>
        <w:ind w:firstLine="576"/>
        <w:jc w:val="left"/>
      </w:pPr>
      <w:r>
        <w:rPr>
          <w:rFonts w:ascii="宋体" w:eastAsia="宋体" w:hAnsi="宋体"/>
          <w:sz w:val="28"/>
        </w:rPr>
        <w:t>5.坚持体育训练，加强我校的优势项目的提高训练。</w:t>
      </w:r>
    </w:p>
    <w:p>
      <w:pPr>
        <w:spacing w:before="100" w:after="200" w:line="360" w:lineRule="auto"/>
        <w:ind w:firstLine="576"/>
        <w:jc w:val="left"/>
      </w:pPr>
      <w:r>
        <w:rPr>
          <w:rFonts w:ascii="宋体" w:eastAsia="宋体" w:hAnsi="宋体"/>
          <w:sz w:val="28"/>
        </w:rPr>
        <w:t>6.学生体育合格率力争达到98%以上。</w:t>
      </w:r>
    </w:p>
    <w:p>
      <w:pPr>
        <w:spacing w:before="100" w:after="200" w:line="360" w:lineRule="auto"/>
        <w:ind w:firstLine="576"/>
        <w:jc w:val="left"/>
      </w:pPr>
      <w:r>
        <w:rPr>
          <w:rFonts w:ascii="宋体" w:eastAsia="宋体" w:hAnsi="宋体"/>
          <w:sz w:val="28"/>
        </w:rPr>
        <w:t>7.大课间操活动坚持经常、灵活。为学生提供有效的体育活动时间。</w:t>
      </w:r>
    </w:p>
    <w:p>
      <w:pPr>
        <w:spacing w:before="100" w:after="200" w:line="360" w:lineRule="auto"/>
        <w:ind w:firstLine="576"/>
        <w:jc w:val="left"/>
      </w:pPr>
      <w:r>
        <w:rPr>
          <w:rFonts w:ascii="宋体" w:eastAsia="宋体" w:hAnsi="宋体"/>
          <w:sz w:val="28"/>
        </w:rPr>
        <w:t>8.积极参加教育局举办的各项文体活动，竞赛活动，参与与提高并重，不断提高运动水平。</w:t>
      </w:r>
    </w:p>
    <w:p>
      <w:pPr>
        <w:spacing w:before="100" w:after="200" w:line="360" w:lineRule="auto"/>
        <w:jc w:val="left"/>
      </w:pPr>
      <w:r>
        <w:rPr>
          <w:rFonts w:ascii="宋体 (中文正文)" w:eastAsia="宋体" w:hAnsi="宋体 (中文正文)"/>
          <w:b/>
          <w:sz w:val="28"/>
        </w:rPr>
        <w:t>三、具体措施</w:t>
      </w:r>
    </w:p>
    <w:p>
      <w:pPr>
        <w:spacing w:before="100" w:after="200" w:line="360" w:lineRule="auto"/>
        <w:ind w:firstLine="576"/>
        <w:jc w:val="left"/>
      </w:pPr>
      <w:r>
        <w:rPr>
          <w:rFonts w:ascii="宋体" w:eastAsia="宋体" w:hAnsi="宋体"/>
          <w:sz w:val="28"/>
        </w:rPr>
        <w:t>（一）加强体育教学管理，提高规范化课堂教学模式的构建。</w:t>
      </w:r>
    </w:p>
    <w:p>
      <w:pPr>
        <w:spacing w:before="100" w:after="200" w:line="360" w:lineRule="auto"/>
        <w:ind w:firstLine="576"/>
        <w:jc w:val="left"/>
      </w:pPr>
      <w:r>
        <w:rPr>
          <w:rFonts w:ascii="宋体" w:eastAsia="宋体" w:hAnsi="宋体"/>
          <w:sz w:val="28"/>
        </w:rPr>
        <w:t>1.确定本学期体育及教学工作的重点，规范教学工作要求，把主要精力投入到规范化体育课堂的构建模式上。</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2.学习新课标，新教材，执行《学校体育工作条例》，落实体育课程标准的实践，开齐、开全体育课，要求教师按规定的课时和课程计划认真授课。</w:t>
      </w:r>
    </w:p>
    <w:p>
      <w:pPr>
        <w:spacing w:before="100" w:after="200" w:line="360" w:lineRule="auto"/>
        <w:ind w:firstLine="576"/>
        <w:jc w:val="left"/>
      </w:pPr>
      <w:r>
        <w:rPr>
          <w:rFonts w:ascii="宋体" w:eastAsia="宋体" w:hAnsi="宋体"/>
          <w:sz w:val="28"/>
        </w:rPr>
        <w:t>3.提高授课质量，提高教师的自身素质，大力加强现有的设备的使用，充分发展与提高学生的素质。</w:t>
      </w:r>
    </w:p>
    <w:p>
      <w:pPr>
        <w:spacing w:before="100" w:after="200" w:line="360" w:lineRule="auto"/>
        <w:ind w:firstLine="576"/>
        <w:jc w:val="left"/>
      </w:pPr>
      <w:r>
        <w:rPr>
          <w:rFonts w:ascii="宋体" w:eastAsia="宋体" w:hAnsi="宋体"/>
          <w:sz w:val="28"/>
        </w:rPr>
        <w:t>4.在全面完成体育教学工作任务的同时，加强体育教学研究工作，确定出本学年的体育教研专题，并在时间中逐步实施，定期组织体育教研活动，推动教学研究工作的深入开展。</w:t>
      </w:r>
    </w:p>
    <w:p>
      <w:pPr>
        <w:spacing w:before="100" w:after="200" w:line="360" w:lineRule="auto"/>
        <w:ind w:firstLine="576"/>
        <w:jc w:val="left"/>
      </w:pPr>
      <w:r>
        <w:rPr>
          <w:rFonts w:ascii="宋体" w:eastAsia="宋体" w:hAnsi="宋体"/>
          <w:sz w:val="28"/>
        </w:rPr>
        <w:t>5.在体育教学中，充分发挥学科特点，向学生进行爱国主义，集体主义，道德品质，行为习惯，安全教育，心理健康教育，陶冶学生美的情操。</w:t>
      </w:r>
    </w:p>
    <w:p>
      <w:pPr>
        <w:spacing w:before="100" w:after="200" w:line="360" w:lineRule="auto"/>
        <w:ind w:firstLine="576"/>
        <w:jc w:val="left"/>
      </w:pPr>
      <w:r>
        <w:rPr>
          <w:rFonts w:ascii="宋体" w:eastAsia="宋体" w:hAnsi="宋体"/>
          <w:sz w:val="28"/>
        </w:rPr>
        <w:t>（二）发挥体育活动对于学生能力培养的优势，加强两操活动的组织管理。</w:t>
      </w:r>
    </w:p>
    <w:p>
      <w:pPr>
        <w:spacing w:before="100" w:after="200" w:line="360" w:lineRule="auto"/>
        <w:ind w:firstLine="576"/>
        <w:jc w:val="left"/>
      </w:pPr>
      <w:r>
        <w:rPr>
          <w:rFonts w:ascii="宋体" w:eastAsia="宋体" w:hAnsi="宋体"/>
          <w:sz w:val="28"/>
        </w:rPr>
        <w:t>1.体育活动开展率力争达到100%，形式要灵活多样，以培养学生兴趣，发展学生的身体素质，以培养学生能力为主要出发点。</w:t>
      </w:r>
    </w:p>
    <w:p>
      <w:pPr>
        <w:spacing w:before="100" w:after="200" w:line="360" w:lineRule="auto"/>
        <w:ind w:firstLine="576"/>
        <w:jc w:val="left"/>
      </w:pPr>
      <w:r>
        <w:rPr>
          <w:rFonts w:ascii="宋体" w:eastAsia="宋体" w:hAnsi="宋体"/>
          <w:sz w:val="28"/>
        </w:rPr>
        <w:t>2.本学期着重组织学生开展跳绳比赛，拔河比赛，棋类比赛等活动，并积极组织学生参加xx区文教局及市田径运动大会，并努力获得优异的成绩。</w:t>
      </w:r>
    </w:p>
    <w:p>
      <w:pPr>
        <w:spacing w:before="100" w:after="200" w:line="360" w:lineRule="auto"/>
        <w:ind w:firstLine="576"/>
        <w:jc w:val="left"/>
      </w:pPr>
      <w:r>
        <w:rPr>
          <w:rFonts w:ascii="宋体" w:eastAsia="宋体" w:hAnsi="宋体"/>
          <w:sz w:val="28"/>
        </w:rPr>
        <w:t>3.以同年组配合，协作开展活动为原则，以学校活动计划为主体方向，班级活动为基本内容开展活动和活动课，并达到要有活动记录、结果。</w:t>
      </w:r>
    </w:p>
    <w:p>
      <w:pPr>
        <w:spacing w:before="100" w:after="200" w:line="360" w:lineRule="auto"/>
        <w:ind w:firstLine="576"/>
        <w:jc w:val="left"/>
      </w:pPr>
      <w:r>
        <w:rPr>
          <w:rFonts w:ascii="宋体" w:eastAsia="宋体" w:hAnsi="宋体"/>
          <w:sz w:val="28"/>
        </w:rPr>
        <w:t>4.抓好两操活动，使之坚持经常，开展率达98%以上，加强队列队形、广播体操的教学，并要求动作达到规范，在同年组间进行评比活动，达到以优带劣，以效促质，使两操活动的开展达到上级要求，并逐渐提高。</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5.学校方面做到常抓、常管、常落实，尤其注重日常工作的质量，倾向于基础工作，培养学生能力，发展素质，激发学生的参与学习的积极性和兴趣的逐步养成。</w:t>
      </w:r>
    </w:p>
    <w:p>
      <w:pPr>
        <w:spacing w:before="100" w:after="200" w:line="360" w:lineRule="auto"/>
        <w:ind w:firstLine="576"/>
        <w:jc w:val="left"/>
      </w:pPr>
      <w:r>
        <w:rPr>
          <w:rFonts w:ascii="宋体" w:eastAsia="宋体" w:hAnsi="宋体"/>
          <w:sz w:val="28"/>
        </w:rPr>
        <w:t>新的学期开始了，为配合校科协的发展，也为系科协本学期工作的顺利展开，我系科协委员会制定了本工作计划。根据校科协、团委的指示，本学期初我科协将对科协机构进行全面改组，使科协结构更加合理化、责任明晰化，以期提高科协工作效率，进而促进学术科技的研究，促进科协全面发展。同时，我们还将继续努力，切实做好会员培训和学术研究工作，备战各大小赛事，着重培养我院电子电工方面的人才。</w:t>
      </w:r>
    </w:p>
    <w:p>
      <w:pPr>
        <w:spacing w:before="100" w:after="200" w:line="360" w:lineRule="auto"/>
        <w:jc w:val="left"/>
      </w:pPr>
      <w:r>
        <w:rPr>
          <w:rFonts w:ascii="宋体 (中文正文)" w:eastAsia="宋体" w:hAnsi="宋体 (中文正文)"/>
          <w:sz w:val="28"/>
        </w:rPr>
        <w:t>具体工作计划如下：</w:t>
      </w:r>
    </w:p>
    <w:p>
      <w:pPr>
        <w:spacing w:before="100" w:after="200" w:line="360" w:lineRule="auto"/>
        <w:ind w:firstLine="576"/>
        <w:jc w:val="left"/>
      </w:pPr>
      <w:r>
        <w:rPr>
          <w:rFonts w:ascii="宋体" w:eastAsia="宋体" w:hAnsi="宋体"/>
          <w:sz w:val="28"/>
        </w:rPr>
        <w:t>1、开学第一周，召开系科协全体会议，制定学期工作计划；完成管理机构的初步改组，并对改组中的各方面具体问题进行协商。</w:t>
      </w:r>
    </w:p>
    <w:p>
      <w:pPr>
        <w:spacing w:before="100" w:after="200" w:line="360" w:lineRule="auto"/>
        <w:ind w:firstLine="576"/>
        <w:jc w:val="left"/>
      </w:pPr>
      <w:r>
        <w:rPr>
          <w:rFonts w:ascii="宋体" w:eastAsia="宋体" w:hAnsi="宋体"/>
          <w:sz w:val="28"/>
        </w:rPr>
        <w:t>2、开学第二周，召开系科协全体会员动员大会，宣布科协工作计划，鼓励会员在新的学期继续努力学习、研究和工作；宣布改组方案；安排纳干事的各具体事项；</w:t>
      </w:r>
    </w:p>
    <w:p>
      <w:pPr>
        <w:spacing w:before="100" w:after="200" w:line="360" w:lineRule="auto"/>
        <w:ind w:firstLine="576"/>
        <w:jc w:val="left"/>
      </w:pPr>
      <w:r>
        <w:rPr>
          <w:rFonts w:ascii="宋体" w:eastAsia="宋体" w:hAnsi="宋体"/>
          <w:sz w:val="28"/>
        </w:rPr>
        <w:t>3、开学第三周，完成干事选拔；召开全体干事会议；各部室开展内部建设；各学习小组开始培训事宜；</w:t>
      </w:r>
    </w:p>
    <w:p>
      <w:pPr>
        <w:spacing w:before="100" w:after="200" w:line="360" w:lineRule="auto"/>
        <w:ind w:firstLine="576"/>
        <w:jc w:val="left"/>
      </w:pPr>
      <w:r>
        <w:rPr>
          <w:rFonts w:ascii="宋体" w:eastAsia="宋体" w:hAnsi="宋体"/>
          <w:sz w:val="28"/>
        </w:rPr>
        <w:t>4、三月中下旬，组织科协现会员进行进一步学习研究及制作，并针对性地进行强化训练，以期会员的电子知识技能整体水平有较大提高，并重点发展技术突出的会员。</w:t>
      </w:r>
    </w:p>
    <w:p>
      <w:pPr>
        <w:spacing w:before="100" w:after="200" w:line="360" w:lineRule="auto"/>
        <w:ind w:firstLine="576"/>
        <w:jc w:val="left"/>
      </w:pPr>
      <w:r>
        <w:rPr>
          <w:rFonts w:ascii="宋体" w:eastAsia="宋体" w:hAnsi="宋体"/>
          <w:sz w:val="28"/>
        </w:rPr>
        <w:t>5、三月底，举办首届手工焊接比赛，培养会员动手实践能力，提高整体科技素质。</w:t>
      </w:r>
    </w:p>
    <w:p>
      <w:pPr>
        <w:spacing w:before="100" w:after="200" w:line="360" w:lineRule="auto"/>
        <w:ind w:firstLine="576"/>
        <w:jc w:val="left"/>
      </w:pPr>
      <w:r>
        <w:rPr>
          <w:rFonts w:ascii="宋体" w:eastAsia="宋体" w:hAnsi="宋体"/>
          <w:sz w:val="28"/>
        </w:rPr>
        <w:t>6、四月中旬举办义务维修活动，服务华航学子，同时提高会员动手能力；</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7、四月下旬举行导航人生系列活动，加强内部特色文化建设，丰富学习生活，提升科协人思想素质；</w:t>
      </w:r>
    </w:p>
    <w:p>
      <w:pPr>
        <w:spacing w:before="100" w:after="200" w:line="360" w:lineRule="auto"/>
        <w:ind w:firstLine="576"/>
        <w:jc w:val="left"/>
      </w:pPr>
      <w:r>
        <w:rPr>
          <w:rFonts w:ascii="宋体" w:eastAsia="宋体" w:hAnsi="宋体"/>
          <w:sz w:val="28"/>
        </w:rPr>
        <w:t>8、五月份，召开期中全体会员大会，对培训活动进行总结，并宣布下一阶段安排。</w:t>
      </w:r>
    </w:p>
    <w:p>
      <w:pPr>
        <w:spacing w:before="100" w:after="200" w:line="360" w:lineRule="auto"/>
        <w:ind w:firstLine="576"/>
        <w:jc w:val="left"/>
      </w:pPr>
      <w:r>
        <w:rPr>
          <w:rFonts w:ascii="宋体" w:eastAsia="宋体" w:hAnsi="宋体"/>
          <w:sz w:val="28"/>
        </w:rPr>
        <w:t>9、六月份，继续义务维修活动，服务华航学子；开展智能电子制作大赛立项工作，制作时间历时四个月，涉及全院各年级学生，提高学院科技学术氛围。</w:t>
      </w:r>
    </w:p>
    <w:p>
      <w:pPr>
        <w:spacing w:before="100" w:after="200" w:line="360" w:lineRule="auto"/>
        <w:ind w:firstLine="576"/>
        <w:jc w:val="left"/>
      </w:pPr>
      <w:r>
        <w:rPr>
          <w:rFonts w:ascii="宋体" w:eastAsia="宋体" w:hAnsi="宋体"/>
          <w:sz w:val="28"/>
        </w:rPr>
        <w:t>10、六月底，结束活动，召开期末全体会员大会，对学期工作进行全面总结，并对下阶段工作做初步规划。</w:t>
      </w:r>
    </w:p>
    <w:p>
      <w:pPr>
        <w:spacing w:before="100" w:after="200" w:line="360" w:lineRule="auto"/>
        <w:ind w:firstLine="576"/>
        <w:jc w:val="left"/>
      </w:pPr>
      <w:r>
        <w:rPr>
          <w:rFonts w:ascii="宋体" w:eastAsia="宋体" w:hAnsi="宋体"/>
          <w:sz w:val="28"/>
        </w:rPr>
        <w:t>以上为初步计划，我系科协还将根据实际情况，努力创造出更多更好的活动，为进一步活跃学院科技学术氛围出一份力。</w:t>
      </w:r>
    </w:p>
    <w:p>
      <w:pPr>
        <w:spacing w:before="100" w:after="200" w:line="360" w:lineRule="auto"/>
        <w:ind w:firstLine="576"/>
        <w:jc w:val="left"/>
      </w:pPr>
      <w:r>
        <w:rPr>
          <w:rFonts w:ascii="宋体" w:eastAsia="宋体" w:hAnsi="宋体"/>
          <w:sz w:val="28"/>
        </w:rPr>
        <w:t>本学期，电子系科协将一如既往地积极配合校科协、团委的工作，及时上交科协资料，汇报科协工作进展情况，也希望校科协、团委给予我系科协更多的支持。</w:t>
      </w:r>
    </w:p>
    <w:p>
      <w:pPr>
        <w:spacing w:before="100" w:after="200" w:line="360" w:lineRule="auto"/>
        <w:jc w:val="left"/>
      </w:pPr>
      <w:r>
        <w:rPr>
          <w:rFonts w:ascii="宋体 (中文正文)" w:eastAsia="宋体" w:hAnsi="宋体 (中文正文)"/>
          <w:b/>
          <w:sz w:val="28"/>
        </w:rPr>
        <w:t>一、不断创新妇女工作理念，深化实施“巾帼创业就业行动”</w:t>
      </w:r>
    </w:p>
    <w:p>
      <w:pPr>
        <w:spacing w:before="100" w:after="200" w:line="360" w:lineRule="auto"/>
        <w:ind w:firstLine="576"/>
        <w:jc w:val="left"/>
      </w:pPr>
      <w:r>
        <w:rPr>
          <w:rFonts w:ascii="宋体" w:eastAsia="宋体" w:hAnsi="宋体"/>
          <w:sz w:val="28"/>
        </w:rPr>
        <w:t>一是积极配合劳动和社会保障部门对下岗失业妇女开展就业指导和技能培训，结合社会需求和她们的实际情况，依托区、街职介培训中心开展家政、插花等技能培训，提供再就业机会，实现居家就业和弹性就业。二是继续实施巾帼牵手SYB（创办你的企业）导师行动，扶持女大学生创业就业。三是深化“季季送岗位”系列活动，为妇女创业就业提供有效服务。四是对20xx-2023年度“岗、星”争创单位进行检查验收，激励女职工创新创优，岗位建功，岗位成才。五是继续创建妇女小额担保贷款绿色通道，及时协调解决工作中出现的问题，帮助妇女通过小额贷款实现自主创业以带</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动更多妇女就业，努力把政府对妇女就业创业的优惠政策落到实处。</w:t>
      </w:r>
    </w:p>
    <w:p>
      <w:pPr>
        <w:spacing w:before="100" w:after="200" w:line="360" w:lineRule="auto"/>
        <w:jc w:val="left"/>
      </w:pPr>
      <w:r>
        <w:rPr>
          <w:rFonts w:ascii="宋体 (中文正文)" w:eastAsia="宋体" w:hAnsi="宋体 (中文正文)"/>
          <w:b/>
          <w:sz w:val="28"/>
        </w:rPr>
        <w:t>二、不断完善妇女维权工作机制，深化实施“妇女儿童维权行动”</w:t>
      </w:r>
    </w:p>
    <w:p>
      <w:pPr>
        <w:spacing w:before="100" w:after="200" w:line="360" w:lineRule="auto"/>
        <w:ind w:firstLine="576"/>
        <w:jc w:val="left"/>
      </w:pPr>
      <w:r>
        <w:rPr>
          <w:rFonts w:ascii="宋体" w:eastAsia="宋体" w:hAnsi="宋体"/>
          <w:sz w:val="28"/>
        </w:rPr>
        <w:t>一是从工作机制、队伍建设、服务内容上，指导社区打造“家庭情感驿站”工作平台，使之成为社区妇联工作的新载体，年内确保80%社区创建成“家庭情感驿站”，全方位为妇女群众提供法律、心理维权等服务。二是继续开展新一轮“平安家庭”创建工作，结合“国际消除对妇女的暴力日”，在全区开展反家暴宣传活动。三是加强与职能部门合作，积极参与职能部门有关活动，充分发挥妇女维权站、大调解、专家讲师团等平台的作用，及时化解婚姻家庭矛盾，为特困妇女及家庭、遭受家庭暴力的妇女提供法律援助和临时救助。四是深入重点娱乐场所，以女性服务人员为对象，围绕艾滋病防治等内容，开展健康宣传教育活动，帮助她们了解和掌握艾滋病防治知识，提高自我防范艾滋病意识，并促使她们共同参与宣传艾滋病的防治知识，投入到“遏制艾滋，履行承诺”全民行动中来。五是做好“十二五”妇女儿童发展规划编制工作，深入调研，增强前瞻性、科学性和可操作性，准确把握区域经济社会发展面临的形势和任务，确定未来五年鼓楼妇女儿童发展的目标任务，把妇女儿童发展规划</w:t>
      </w:r>
    </w:p>
    <w:p>
      <w:pPr>
        <w:spacing w:before="100" w:after="200" w:line="360" w:lineRule="auto"/>
        <w:ind w:firstLine="576"/>
        <w:jc w:val="left"/>
      </w:pPr>
      <w:r>
        <w:rPr>
          <w:rFonts w:ascii="宋体" w:eastAsia="宋体" w:hAnsi="宋体"/>
          <w:sz w:val="28"/>
        </w:rPr>
        <w:t>纳入全区总体规划中，促进妇女儿童与鼓楼经济社会同步协调发展。</w:t>
      </w:r>
    </w:p>
    <w:p>
      <w:pPr>
        <w:spacing w:before="100" w:after="200" w:line="360" w:lineRule="auto"/>
        <w:jc w:val="left"/>
      </w:pPr>
      <w:r>
        <w:rPr>
          <w:rFonts w:ascii="宋体 (中文正文)" w:eastAsia="宋体" w:hAnsi="宋体 (中文正文)"/>
          <w:b/>
          <w:sz w:val="28"/>
        </w:rPr>
        <w:t>三、不断提升妇女群众文明素质，深化实施“巾帼素质提升行动”</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一是联合区文明办、区司法局、交警五大队开展以“关爱生命，文明出行”为主题的鼓楼区第七届家庭学法竞赛活动，通过开展交通法规宣传、文明交通志愿服务行动，文明交通安全知识问卷答题活动，不断提高广大群众的法制观念。自觉做遵纪守法、文明交通的模范，进一步提高广大妇女及家庭成员的文明素质和法制观念，教育引导全市群众当好青奥主人、培养文明出行习惯。二是继续开展“母亲学堂”进社区活动，因地制宜开展反映家庭和谐文化建设、具有特色的各类文化活动。引导全区广大妇女带头建设和谐家庭，做传统美德的传承者，社会主义道德规范的实践者，良好社会风尚的倡导者。</w:t>
      </w:r>
    </w:p>
    <w:p>
      <w:pPr>
        <w:spacing w:before="100" w:after="200" w:line="360" w:lineRule="auto"/>
        <w:jc w:val="left"/>
      </w:pPr>
      <w:r>
        <w:rPr>
          <w:rFonts w:ascii="宋体 (中文正文)" w:eastAsia="宋体" w:hAnsi="宋体 (中文正文)"/>
          <w:b/>
          <w:sz w:val="28"/>
        </w:rPr>
        <w:t>四、不断推进和谐家庭建设，深化实施“文明家庭创建行动”</w:t>
      </w:r>
    </w:p>
    <w:p>
      <w:pPr>
        <w:spacing w:before="100" w:after="200" w:line="360" w:lineRule="auto"/>
        <w:ind w:firstLine="576"/>
        <w:jc w:val="left"/>
      </w:pPr>
      <w:r>
        <w:rPr>
          <w:rFonts w:ascii="宋体" w:eastAsia="宋体" w:hAnsi="宋体"/>
          <w:sz w:val="28"/>
        </w:rPr>
        <w:t>一是继续实施特困单亲母亲、春蕾女童等扶贫帮困行动，积极推进“春蕾圆梦工程”，帮助、引导贫困家庭女童开阔眼界，增长知识，提升素质。督促、跟踪、指导“流动儿童快乐成长援助计划”项目实施。积极营造全社会 “关心儿童、爱护儿童，为儿童做表率，为儿童办实事”的良好氛围，二是开展家庭读书活动。通过开展读一本好书，举办一次有奖征文活动，构建一个互动学习交流平台，评选一批“学习型家庭”的“四个一”家庭读书活动，引导广大妇女和家庭成员树立人人学习、相互学习和终身学习的理念，在全社会倡导爱读书、会读书、读好书，和书籍成为良友，营造浓郁的家庭学习氛围。三是联合文明办、市容局开展20xx-2023年度“文明（楼）院”检查验收工作。开展系列低碳生活知识宣传活动，倡导广大家庭实行低能量、低消耗、低开支、低代价的低碳生活方式，享受绿色时尚生活，引导广大家庭成员从自己做起、从家庭做起、从点滴做起，自觉形成节约能源资源和保护生态环境的生活理念、消费模式，倡导文明健康生活。四是开展“十佳好婆婆”、“十佳好媳妇”、“十佳好嫂嫂”评选表彰活动及20xx年度区级五好文明家庭的表彰活动。宣传家庭成员的优秀事迹，充分展示他们的时代风采和人格魅力，营造构建和谐社会的良好家庭氛围和社会氛围。</w:t>
      </w:r>
    </w:p>
    <w:p>
      <w:pPr>
        <w:spacing w:before="100" w:after="200" w:line="360" w:lineRule="auto"/>
        <w:jc w:val="left"/>
      </w:pPr>
      <w:r>
        <w:rPr>
          <w:rFonts w:ascii="宋体 (中文正文)" w:eastAsia="宋体" w:hAnsi="宋体 (中文正文)"/>
          <w:b/>
          <w:sz w:val="28"/>
        </w:rPr>
        <w:t>五、不断发挥妇联组织优势，深化实施“强基固本”工程</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一是加强和改进妇联组织的自身建设，坚持“党建带妇建，妇建服务党建”的原则，进一步实施学习型、创新型、服务型妇联组织建设工程、妇联基层组织的强基固本工程、妇联组织和妇联干部的“双五能力”建设工程，确保党风廉政建设和综治创建的各项目标任务落到实处。二是加强教育培训，提高妇联干部网上学习能力，进行在岗学习和技能训练，广泛汲取各种有益知识和文化，鼓励和引导干部带着问题学，边学习边思考，形成你追我赶的良好学习氛围，全面提高妇联干部学习运用知识的能力和组织自身创新发展的能力。三是创新性地推进“两新”领域中的妇女组织建设，积极组建各类妇女柔性组织，创新妇女团体会员的运作形式，不断增强妇联组织的创造力、凝聚力和影响力。四是加强工作联络。拓展各界妇女的联络面，积极参与社会主义民主政治建设。要充分发挥“联”字优势，完善与团体会员的联席会议制度和活动合作制度；积极建立各行业、各界别女性群体，不断延伸妇女工作触角。五是做好女企业家的调查摸底和筹备女企联换届工作。</w:t>
      </w:r>
    </w:p>
    <w:p>
      <w:pPr>
        <w:spacing w:before="100" w:after="200" w:line="360" w:lineRule="auto"/>
        <w:ind w:firstLine="576"/>
        <w:jc w:val="left"/>
      </w:pPr>
      <w:r>
        <w:rPr>
          <w:rFonts w:ascii="宋体" w:eastAsia="宋体" w:hAnsi="宋体"/>
          <w:sz w:val="28"/>
        </w:rPr>
        <w:t>新的学年开始，对于文艺部的组建，我们的目标是建立起一个快乐的团队。在这个集体中，大家都能快乐、团结、思维活跃、不断提出新点子，积极的开展批评和自我批评，这样大家才能不断进步。</w:t>
      </w:r>
    </w:p>
    <w:p>
      <w:pPr>
        <w:spacing w:before="100" w:after="200" w:line="360" w:lineRule="auto"/>
        <w:ind w:firstLine="576"/>
        <w:jc w:val="left"/>
      </w:pPr>
      <w:r>
        <w:rPr>
          <w:rFonts w:ascii="宋体" w:eastAsia="宋体" w:hAnsi="宋体"/>
          <w:sz w:val="28"/>
        </w:rPr>
        <w:t>学生会的工作也一步步步入正轨，对于文艺部的发展，有以下几点计划：</w:t>
      </w:r>
    </w:p>
    <w:p>
      <w:pPr>
        <w:spacing w:before="100" w:after="200" w:line="360" w:lineRule="auto"/>
        <w:jc w:val="left"/>
      </w:pPr>
      <w:r>
        <w:rPr>
          <w:rFonts w:ascii="宋体 (中文正文)" w:eastAsia="宋体" w:hAnsi="宋体 (中文正文)"/>
          <w:b/>
          <w:sz w:val="28"/>
        </w:rPr>
        <w:t>一、新生合唱比赛</w:t>
      </w:r>
    </w:p>
    <w:p>
      <w:pPr>
        <w:spacing w:before="100" w:after="200" w:line="360" w:lineRule="auto"/>
        <w:ind w:firstLine="576"/>
        <w:jc w:val="left"/>
      </w:pPr>
      <w:r>
        <w:rPr>
          <w:rFonts w:ascii="宋体" w:eastAsia="宋体" w:hAnsi="宋体"/>
          <w:sz w:val="28"/>
        </w:rPr>
        <w:t>安排新生练习合唱曲目，排队型，给他们作指导，争取为信息系取得优异成绩。</w:t>
      </w:r>
    </w:p>
    <w:p>
      <w:pPr>
        <w:spacing w:before="100" w:after="200" w:line="360" w:lineRule="auto"/>
        <w:jc w:val="left"/>
      </w:pPr>
      <w:r>
        <w:rPr>
          <w:rFonts w:ascii="宋体 (中文正文)" w:eastAsia="宋体" w:hAnsi="宋体 (中文正文)"/>
          <w:b/>
          <w:sz w:val="28"/>
        </w:rPr>
        <w:t>二、系十佳歌手大赛</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我系十佳歌手大赛将分为：初赛、复赛、决赛三个环节。时间，地点待定。本着为我系选拔优秀歌唱人才的原则，我系将为全体大一新生提供一个展示自己的舞台，公平、公开、公正的展开系歌手大赛，同时将一部分表现突出的选手推进院里，参加学院十佳歌手大赛。</w:t>
      </w:r>
    </w:p>
    <w:p>
      <w:pPr>
        <w:spacing w:before="100" w:after="200" w:line="360" w:lineRule="auto"/>
        <w:ind w:firstLine="576"/>
        <w:jc w:val="left"/>
      </w:pPr>
      <w:r>
        <w:rPr>
          <w:rFonts w:ascii="宋体" w:eastAsia="宋体" w:hAnsi="宋体"/>
          <w:sz w:val="28"/>
        </w:rPr>
        <w:t>对于部门管理，最大的问题是部员之间能否相互融合。这对于我们工作来说，确实是一个挑战。我们会在条件允许的情况下经常办一些集体活动，让大家增进了解，加强沟通。</w:t>
      </w:r>
    </w:p>
    <w:p>
      <w:pPr>
        <w:spacing w:before="100" w:after="200" w:line="360" w:lineRule="auto"/>
        <w:jc w:val="left"/>
      </w:pPr>
      <w:r>
        <w:rPr>
          <w:rFonts w:ascii="宋体 (中文正文)" w:eastAsia="宋体" w:hAnsi="宋体 (中文正文)"/>
          <w:b/>
          <w:sz w:val="28"/>
        </w:rPr>
        <w:t>三、相声小品大赛</w:t>
      </w:r>
    </w:p>
    <w:p>
      <w:pPr>
        <w:spacing w:before="100" w:after="200" w:line="360" w:lineRule="auto"/>
        <w:ind w:firstLine="576"/>
        <w:jc w:val="left"/>
      </w:pPr>
      <w:r>
        <w:rPr>
          <w:rFonts w:ascii="宋体" w:eastAsia="宋体" w:hAnsi="宋体"/>
          <w:sz w:val="28"/>
        </w:rPr>
        <w:t>为了丰富大学校园活动生活，张扬指尖风采，活跃校园气氛，拓展同学们的文化视野，培养学生的创新意识，文艺部特举办相声小品大赛，以重温经典相声小品作品的魅力，繁荣校园相声小品文化。也希望通过比赛的形式，并借此活动发掘更多有演艺特长的人才，给大家一个充分展示自己的舞台。</w:t>
      </w:r>
    </w:p>
    <w:p>
      <w:pPr>
        <w:spacing w:before="100" w:after="200" w:line="360" w:lineRule="auto"/>
        <w:ind w:firstLine="576"/>
        <w:jc w:val="left"/>
      </w:pPr>
      <w:r>
        <w:rPr>
          <w:rFonts w:ascii="宋体" w:eastAsia="宋体" w:hAnsi="宋体"/>
          <w:sz w:val="28"/>
        </w:rPr>
        <w:t>相声小品大赛也可以提升和丰富同学们的创造思维，更好的提高同学们的文化艺术修养，弘扬中华传统文化艺术。</w:t>
      </w:r>
    </w:p>
    <w:p>
      <w:pPr>
        <w:spacing w:before="100" w:after="200" w:line="360" w:lineRule="auto"/>
        <w:ind w:firstLine="576"/>
        <w:jc w:val="left"/>
      </w:pPr>
      <w:r>
        <w:rPr>
          <w:rFonts w:ascii="宋体" w:eastAsia="宋体" w:hAnsi="宋体"/>
          <w:sz w:val="28"/>
        </w:rPr>
        <w:t>为进一步贯彻“以病人为中心”的服务宗旨，实现“为病人提供优质安全的护理”这一服务目标，根据护理部有关精神，结合我院实际情况，制定本工作计划。</w:t>
      </w:r>
    </w:p>
    <w:p>
      <w:pPr>
        <w:spacing w:before="100" w:after="200" w:line="360" w:lineRule="auto"/>
        <w:jc w:val="left"/>
      </w:pPr>
      <w:r>
        <w:rPr>
          <w:rFonts w:ascii="宋体 (中文正文)" w:eastAsia="宋体" w:hAnsi="宋体 (中文正文)"/>
          <w:b/>
          <w:sz w:val="28"/>
        </w:rPr>
        <w:t>一、加强护理人员知识的学习，提高护理人员的综合素质</w:t>
      </w:r>
    </w:p>
    <w:p>
      <w:pPr>
        <w:spacing w:before="100" w:after="200" w:line="360" w:lineRule="auto"/>
        <w:ind w:firstLine="576"/>
        <w:jc w:val="left"/>
      </w:pPr>
      <w:r>
        <w:rPr>
          <w:rFonts w:ascii="宋体" w:eastAsia="宋体" w:hAnsi="宋体"/>
          <w:sz w:val="28"/>
        </w:rPr>
        <w:t>1、按护理人员规范化培训抓好护理人员的“三基”及专业技能训练与考核工作。</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2、重点加强对新入院护士的考核，强化基本功训练与专科技术训练相结合。基本功培训内容包括政治思想、职业素质、医德医风、治疗操作技能等。</w:t>
      </w:r>
    </w:p>
    <w:p>
      <w:pPr>
        <w:spacing w:before="100" w:after="200" w:line="360" w:lineRule="auto"/>
        <w:ind w:firstLine="576"/>
        <w:jc w:val="left"/>
      </w:pPr>
      <w:r>
        <w:rPr>
          <w:rFonts w:ascii="宋体" w:eastAsia="宋体" w:hAnsi="宋体"/>
          <w:sz w:val="28"/>
        </w:rPr>
        <w:t>转变服务观念，改善服务态度。任何人任何情况下都不得推诿工作。尝试推广“一对一全程服务”，由一位护士负责一位病人的全程治疗。</w:t>
      </w:r>
    </w:p>
    <w:p>
      <w:pPr>
        <w:spacing w:before="100" w:after="200" w:line="360" w:lineRule="auto"/>
        <w:ind w:firstLine="576"/>
        <w:jc w:val="left"/>
      </w:pPr>
      <w:r>
        <w:rPr>
          <w:rFonts w:ascii="宋体" w:eastAsia="宋体" w:hAnsi="宋体"/>
          <w:sz w:val="28"/>
        </w:rPr>
        <w:t>4、为每一位护士创造学习机会，通过院内听课、参加自学、网络检索等多种途径，使护士不断接受新观念、新知识、新方法，提高护理能力和技术水平。</w:t>
      </w:r>
    </w:p>
    <w:p>
      <w:pPr>
        <w:spacing w:before="100" w:after="200" w:line="360" w:lineRule="auto"/>
        <w:ind w:firstLine="576"/>
        <w:jc w:val="left"/>
      </w:pPr>
      <w:r>
        <w:rPr>
          <w:rFonts w:ascii="宋体" w:eastAsia="宋体" w:hAnsi="宋体"/>
          <w:sz w:val="28"/>
        </w:rPr>
        <w:t>5、护士长组织学习专科知识，各个设备的操作流程等。如遇开展新技术项目及特殊疑难病种，可通过请医生授课等形式更新知识和技能。</w:t>
      </w:r>
    </w:p>
    <w:p>
      <w:pPr>
        <w:spacing w:before="100" w:after="200" w:line="360" w:lineRule="auto"/>
        <w:jc w:val="left"/>
      </w:pPr>
      <w:r>
        <w:rPr>
          <w:rFonts w:ascii="宋体 (中文正文)" w:eastAsia="宋体" w:hAnsi="宋体 (中文正文)"/>
          <w:b/>
          <w:sz w:val="28"/>
        </w:rPr>
        <w:t>二、加强护理质量过程控制，确保护理工作安全、有效</w:t>
      </w:r>
    </w:p>
    <w:p>
      <w:pPr>
        <w:spacing w:before="100" w:after="200" w:line="360" w:lineRule="auto"/>
        <w:ind w:firstLine="576"/>
        <w:jc w:val="left"/>
      </w:pPr>
      <w:r>
        <w:rPr>
          <w:rFonts w:ascii="宋体" w:eastAsia="宋体" w:hAnsi="宋体"/>
          <w:sz w:val="28"/>
        </w:rPr>
        <w:t>1、开发提高护理人员发现问题，解决问题的能力，增强全员参与质量管理的意识，提高护理质量。</w:t>
      </w:r>
    </w:p>
    <w:p>
      <w:pPr>
        <w:spacing w:before="100" w:after="200" w:line="360" w:lineRule="auto"/>
        <w:ind w:firstLine="576"/>
        <w:jc w:val="left"/>
      </w:pPr>
      <w:r>
        <w:rPr>
          <w:rFonts w:ascii="宋体" w:eastAsia="宋体" w:hAnsi="宋体"/>
          <w:sz w:val="28"/>
        </w:rPr>
        <w:t>2、建立检查、考评、反馈制度。考评方式以现场考评护理人员及查看病人、查看记录、听取医生意见，发现护理工作中的问题，提出整改措施。</w:t>
      </w:r>
    </w:p>
    <w:p>
      <w:pPr>
        <w:spacing w:before="100" w:after="200" w:line="360" w:lineRule="auto"/>
        <w:ind w:firstLine="576"/>
        <w:jc w:val="left"/>
      </w:pPr>
      <w:r>
        <w:rPr>
          <w:rFonts w:ascii="宋体" w:eastAsia="宋体" w:hAnsi="宋体"/>
          <w:sz w:val="28"/>
        </w:rPr>
        <w:t>3、进一步规范护理文书书写，从细节上抓起，定期进行护理记录缺陷分析与改进，强调不合格的护理文书不归档。</w:t>
      </w:r>
    </w:p>
    <w:p>
      <w:pPr>
        <w:spacing w:before="100" w:after="200" w:line="360" w:lineRule="auto"/>
        <w:ind w:firstLine="576"/>
        <w:jc w:val="left"/>
      </w:pPr>
      <w:r>
        <w:rPr>
          <w:rFonts w:ascii="宋体" w:eastAsia="宋体" w:hAnsi="宋体"/>
          <w:sz w:val="28"/>
        </w:rPr>
        <w:t>4、做好护理差错缺陷、护理投诉的归因分析，多从自身及科室的角度进行分析，分析发生的原因，应吸取的教训，提出防范与改进措施。对同样问题反复出现的科室及个人，追究护士长管理及个人的有关责任。</w:t>
      </w:r>
    </w:p>
    <w:p>
      <w:pPr>
        <w:spacing w:before="100" w:after="200" w:line="360" w:lineRule="auto"/>
        <w:ind w:firstLine="576"/>
        <w:jc w:val="left"/>
      </w:pPr>
      <w:r>
        <w:rPr>
          <w:rFonts w:ascii="宋体" w:eastAsia="宋体" w:hAnsi="宋体"/>
          <w:sz w:val="28"/>
        </w:rPr>
        <w:t>5、严格执行查对制度，强调二次核对的执行到位，加强对护士的管理，杜绝严重差错及事故的发生。</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6、强化护理人员对科室硬件设施的常规检查意识，平时加强对性能及安全性的检查，及时发现问题及时维修，保持设备的完好。</w:t>
      </w:r>
    </w:p>
    <w:p>
      <w:pPr>
        <w:spacing w:before="100" w:after="200" w:line="360" w:lineRule="auto"/>
        <w:ind w:firstLine="576"/>
        <w:jc w:val="left"/>
      </w:pPr>
      <w:r>
        <w:rPr>
          <w:rFonts w:ascii="宋体" w:eastAsia="宋体" w:hAnsi="宋体"/>
          <w:sz w:val="28"/>
        </w:rPr>
        <w:t>7、加强护理隐患上报制度，鼓励护士积极上报不良事件，通过信息交流，获得更多的帮助，积极采取有效措施，防微杜渐，减少护理缺陷、差错、事故的发生。</w:t>
      </w:r>
    </w:p>
    <w:p>
      <w:pPr>
        <w:spacing w:before="100" w:after="200" w:line="360" w:lineRule="auto"/>
        <w:ind w:firstLine="576"/>
        <w:jc w:val="left"/>
      </w:pPr>
      <w:r>
        <w:rPr>
          <w:rFonts w:ascii="宋体" w:eastAsia="宋体" w:hAnsi="宋体"/>
          <w:sz w:val="28"/>
        </w:rPr>
        <w:t>8、严格消毒隔离，消毒隔离合格率达100%。拟申请增购高压消毒锅，以保证消毒效果，及时供应术中物品。严格执行无菌操作技术，对违反无菌原则的人和事给予及时纠正，防止院内感染，确保无菌切口感染率≦0.5%。</w:t>
      </w:r>
    </w:p>
    <w:p>
      <w:pPr>
        <w:spacing w:before="100" w:after="200" w:line="360" w:lineRule="auto"/>
        <w:jc w:val="left"/>
      </w:pPr>
      <w:r>
        <w:rPr>
          <w:rFonts w:ascii="宋体 (中文正文)" w:eastAsia="宋体" w:hAnsi="宋体 (中文正文)"/>
          <w:b/>
          <w:sz w:val="28"/>
        </w:rPr>
        <w:t>三、深化亲情服务，提高服务质量</w:t>
      </w:r>
    </w:p>
    <w:p>
      <w:pPr>
        <w:spacing w:before="100" w:after="200" w:line="360" w:lineRule="auto"/>
        <w:ind w:firstLine="576"/>
        <w:jc w:val="left"/>
      </w:pPr>
      <w:r>
        <w:rPr>
          <w:rFonts w:ascii="宋体" w:eastAsia="宋体" w:hAnsi="宋体"/>
          <w:sz w:val="28"/>
        </w:rPr>
        <w:t>1、在培养护士日常礼仪的基础上，进一步规范护理操作用语，护患沟通技能。培养护士树立良好的职业形象。</w:t>
      </w:r>
    </w:p>
    <w:p>
      <w:pPr>
        <w:spacing w:before="100" w:after="200" w:line="360" w:lineRule="auto"/>
        <w:ind w:firstLine="576"/>
        <w:jc w:val="left"/>
      </w:pPr>
      <w:r>
        <w:rPr>
          <w:rFonts w:ascii="宋体" w:eastAsia="宋体" w:hAnsi="宋体"/>
          <w:sz w:val="28"/>
        </w:rPr>
        <w:t>2、注重收集护理服务需求信息，护理部通过了解回访卡意见、与门诊和病人的交谈，发放满意度调查表等，获取病人的需求及反馈信息，及时的提出改进措施，同时对护理人员工作给予激励，调动她们的工作积极性。</w:t>
      </w:r>
    </w:p>
    <w:p>
      <w:pPr>
        <w:spacing w:before="100" w:after="200" w:line="360" w:lineRule="auto"/>
        <w:ind w:firstLine="576"/>
        <w:jc w:val="left"/>
      </w:pPr>
      <w:r>
        <w:rPr>
          <w:rFonts w:ascii="宋体" w:eastAsia="宋体" w:hAnsi="宋体"/>
          <w:sz w:val="28"/>
        </w:rPr>
        <w:t>3、定期进行护理人员医德医风教育、爱岗敬业教育活动，提高护士队伍职业道德素质。</w:t>
      </w:r>
    </w:p>
    <w:p>
      <w:pPr>
        <w:spacing w:before="100" w:after="200" w:line="360" w:lineRule="auto"/>
        <w:ind w:firstLine="576"/>
        <w:jc w:val="left"/>
      </w:pPr>
      <w:r>
        <w:rPr>
          <w:rFonts w:ascii="宋体" w:eastAsia="宋体" w:hAnsi="宋体"/>
          <w:sz w:val="28"/>
        </w:rPr>
        <w:t>4、严格首问负责制及做好5秒钟接待病人，做到：服务周到、态度和蔼、语言文明，做到四心：治疗精心、护理细心、病人安心、家属放心；两满意：病人满意、领导满意；努力实现护理服务零投诉。</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5、护理工作的对象从单纯为病人扩大到病人家属、医疗、后勤、其他科室。护士长每周下相关科室至少一次，加强与医生的沟通，收集病人信息，取得理解、信任和支持，以更好配合治疗。</w:t>
      </w:r>
    </w:p>
    <w:p>
      <w:pPr>
        <w:spacing w:before="100" w:after="200" w:line="360" w:lineRule="auto"/>
        <w:ind w:firstLine="576"/>
        <w:jc w:val="left"/>
      </w:pPr>
      <w:r>
        <w:rPr>
          <w:rFonts w:ascii="宋体" w:eastAsia="宋体" w:hAnsi="宋体"/>
          <w:sz w:val="28"/>
        </w:rPr>
        <w:t>6、护理工作的性质从针对治疗的护理延伸到病人身心的整体护理。随时为病人着想，主动作好病人的心理护理。严格执行保护性医疗制度，对病人的病情、治疗效果、治疗并发症等，不予议论。改善服务态度，保证以最佳护理工作状态为病人服务，满足病人一切合理的需求，为病人创造温馨舒适的治疗环境，达到满意度95%以上。</w:t>
      </w:r>
    </w:p>
    <w:p>
      <w:pPr>
        <w:spacing w:before="100" w:after="200" w:line="360" w:lineRule="auto"/>
        <w:ind w:firstLine="576"/>
        <w:jc w:val="left"/>
      </w:pPr>
      <w:r>
        <w:rPr>
          <w:rFonts w:ascii="宋体" w:eastAsia="宋体" w:hAnsi="宋体"/>
          <w:sz w:val="28"/>
        </w:rPr>
        <w:t>7、利用晨会、护士例会等各种形式增强护士的服务意识，主动服务，热情接待，主动介绍情况。做到四轻，各项护理治疗操作要与病人打招呼，采用鼓励性语言，动作轻柔，使患者感觉我们亲人般的温暖。</w:t>
      </w:r>
    </w:p>
    <w:p>
      <w:pPr>
        <w:spacing w:before="100" w:after="200" w:line="360" w:lineRule="auto"/>
        <w:ind w:firstLine="576"/>
        <w:jc w:val="left"/>
      </w:pPr>
      <w:r>
        <w:rPr>
          <w:rFonts w:ascii="宋体" w:eastAsia="宋体" w:hAnsi="宋体"/>
          <w:sz w:val="28"/>
        </w:rPr>
        <w:t>8、制定严格的科室规章制度及奖惩措施。科室与护理人员签定护理质量与护理安全责任状。每月组织一次差错事故讨论分析，针对反复出现的问题提出整改意见，杜绝差错事故的发生。</w:t>
      </w:r>
    </w:p>
    <w:p>
      <w:pPr>
        <w:spacing w:before="100" w:after="200" w:line="360" w:lineRule="auto"/>
        <w:ind w:firstLine="576"/>
        <w:jc w:val="left"/>
      </w:pPr>
      <w:r>
        <w:rPr>
          <w:rFonts w:ascii="宋体" w:eastAsia="宋体" w:hAnsi="宋体"/>
          <w:sz w:val="28"/>
        </w:rPr>
        <w:t>9、开展我为病人办实事、优质服务大家谈活动。此活动计划在第四季度进行。做法：要求每位护士结合实际，为病人办1－2件实事，事情无论大小，只要体现以病人为中心的服务思想即可，让病人实在感受到优质护理服务，然后每位护士结合自己经历畅谈对优质服务的感受，提高服务意识，改进服务质量。</w:t>
      </w:r>
    </w:p>
    <w:p>
      <w:pPr>
        <w:spacing w:before="100" w:after="200" w:line="360" w:lineRule="auto"/>
        <w:ind w:firstLine="576"/>
        <w:jc w:val="left"/>
      </w:pPr>
      <w:r>
        <w:rPr>
          <w:rFonts w:ascii="宋体" w:eastAsia="宋体" w:hAnsi="宋体"/>
          <w:sz w:val="28"/>
        </w:rPr>
        <w:t>10、举办别开生面的微笑服务演讲比赛。此活动计划在年底进行。做法：演讲比赛设满分100分，其中中心突出，主题鲜明50分，脱稿演讲10分，表达流畅10分，普通话标准、吐字清晰10分，表情自然、声情并茂10分，仪表良好、举止大方10分。演讲比赛设一等奖一名，奖励300元。二等奖两名，各奖励200元。三等奖三名，各奖励100元。</w:t>
      </w:r>
    </w:p>
    <w:p>
      <w:pPr>
        <w:spacing w:before="100" w:after="200" w:line="360" w:lineRule="auto"/>
        <w:jc w:val="left"/>
        <w:sectPr w:rsidSect="00034616">
          <w:type w:val="nextPage"/>
          <w:pgSz w:w="11906" w:h="16838"/>
          <w:pgMar w:top="1440" w:right="1440" w:bottom="1440" w:left="1440" w:header="720" w:footer="720" w:gutter="0"/>
          <w:pgNumType w:start="13"/>
          <w:cols w:space="720"/>
          <w:titlePg w:val="0"/>
          <w:docGrid w:linePitch="360"/>
        </w:sectPr>
      </w:pPr>
      <w:r>
        <w:rPr>
          <w:rFonts w:ascii="宋体 (中文正文)" w:eastAsia="宋体" w:hAnsi="宋体 (中文正文)"/>
          <w:b/>
          <w:sz w:val="28"/>
        </w:rPr>
        <w:t>四、和谐团队，共同发展</w:t>
      </w:r>
    </w:p>
    <w:p>
      <w:pPr>
        <w:spacing w:before="100" w:after="200" w:line="360" w:lineRule="auto"/>
        <w:ind w:firstLine="576"/>
        <w:jc w:val="left"/>
      </w:pPr>
      <w:r>
        <w:rPr>
          <w:rFonts w:ascii="宋体" w:eastAsia="宋体" w:hAnsi="宋体"/>
          <w:sz w:val="28"/>
        </w:rPr>
        <w:t>1、坚持“以人为本”，关心、爱护、尊重、理解护士。以诚相待，解决护士生活中的实际困难，做护士的知心朋友，让护士心身愉快地投入工作，增强护理团队凝聚力。</w:t>
      </w:r>
    </w:p>
    <w:p>
      <w:pPr>
        <w:spacing w:before="100" w:after="200" w:line="360" w:lineRule="auto"/>
        <w:ind w:firstLine="576"/>
        <w:jc w:val="left"/>
      </w:pPr>
      <w:r>
        <w:rPr>
          <w:rFonts w:ascii="宋体" w:eastAsia="宋体" w:hAnsi="宋体"/>
          <w:sz w:val="28"/>
        </w:rPr>
        <w:t>2、护士长广泛听取医护人员的意见，集思广益，及时纠正工作中的失误和偏差；让护士参与病房管理，增强护理人员的主体意识和责任感。</w:t>
      </w:r>
    </w:p>
    <w:p>
      <w:pPr>
        <w:spacing w:before="100" w:after="200" w:line="360" w:lineRule="auto"/>
        <w:ind w:firstLine="576"/>
        <w:jc w:val="left"/>
      </w:pPr>
      <w:r>
        <w:rPr>
          <w:rFonts w:ascii="宋体" w:eastAsia="宋体" w:hAnsi="宋体"/>
          <w:sz w:val="28"/>
        </w:rPr>
        <w:t>3、建立合理的奖惩机制，护士长要善于运用激励原理来管理，重视赏识教育，做到奖罚分明，调动大家的积极性。</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p>
    <w:p>
      <w:pPr>
        <w:spacing w:before="100" w:after="200" w:line="360" w:lineRule="auto"/>
        <w:ind w:firstLine="576"/>
        <w:jc w:val="left"/>
      </w:pPr>
      <w:r>
        <w:rPr>
          <w:rFonts w:ascii="宋体" w:eastAsia="宋体" w:hAnsi="宋体"/>
          <w:sz w:val="28"/>
        </w:rPr>
        <w:t>1、全力推进农业园区建设。从上半年农业园区建设的总体情况来看，种植园区虽有6家钢架设施大棚在建，但数量与质量远远没有达到都市农业目标任务，规模养殖基地亮点还不多，休闲观光农业基地虽然发展势头迅猛，但是其功能还不全，做好今年的农业园区建设工作任务十分艰巨，对此在农业园区建设中建议在以下三个方面做出努力。一是进一步量化工作任务。今年全市都市现代农业发展目标中明确要求农业园区总投入11亿元，其中1000万元以上的农业园区70个，新增设施农业面积5万亩，其中钢架大棚净面积连片300亩以上的基地23个。各地要按照市下达的目标任务数，进一步加快落实，确保全年任务完成。二是进一步开展多种形式推进。任务落实是关键，任务推进式重点。各镇乡要根据实际情况加大对设施农业推进力度，要利用省、市扶持经济薄弱村的政策，不失时机的发展设施规模种养业。要利用市鼓励发展现代都市农业的意见，开展多种形式的项目推进，全力发展现代农业园区。通过大力推进招商引资，吸引各类资本投入现代农业园区，积极鼓励镇村创办设施农业基地，凡有镇村集体领办创办意向的项目要及时提交申请，市将及时讨论研究。三是进一步加强考核检查力度。20xx年农业工作千头万绪，年初组织镇乡长和分管领导进行参观、讨论、交流，要求各镇乡形成具体的、明确的、富有个性的年度奋斗目标。建议市政府及时出台考核细则，仍实行每季度考核制度，对现代农业工作完成情况进行考核，按照完成进度、质量和成效进行综合打分，对完成情况好的单位予以表扬，不理想的进行交流，共同分析任务完成迟缓的原因，提出解决的方法，使重点工作正常有序开展。</w:t>
      </w:r>
    </w:p>
    <w:p>
      <w:pPr>
        <w:spacing w:before="100" w:after="200" w:line="360" w:lineRule="auto"/>
        <w:ind w:firstLine="576"/>
        <w:jc w:val="left"/>
      </w:pPr>
      <w:r>
        <w:rPr>
          <w:rFonts w:ascii="宋体" w:eastAsia="宋体" w:hAnsi="宋体"/>
          <w:sz w:val="28"/>
        </w:rPr>
        <w:t>2、着力推进设施农业建设。一是加大宣传力度。利用各种会议进行积极宣传，引导和鼓励各乡镇重点发展智能温室、标准连栋大棚、防虫网等设施类型，加强高科技设施装备及计算机自动化技术的运用和研究。二是强化指导服务。对新增的设施类型基地，明确专人全程跟踪服务，每个基地安排1-3名专家技术人员，为基地提供品种引进、种植技术、病虫害防治等方面的技术指导。三是加强考核督查。加大对部门和镇乡的考核力度，对加快现代都市农业发展的重点工作实行百分考核。职能工作实行减分考核，创新工作实行加分考核。做到任务细化分解到位，目标责任明确到位，确保各项工作任务落到实处。</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p>
    <w:p>
      <w:pPr>
        <w:spacing w:before="100" w:after="200" w:line="360" w:lineRule="auto"/>
        <w:ind w:firstLine="576"/>
        <w:jc w:val="left"/>
      </w:pPr>
      <w:r>
        <w:rPr>
          <w:rFonts w:ascii="宋体" w:eastAsia="宋体" w:hAnsi="宋体"/>
          <w:sz w:val="28"/>
        </w:rPr>
        <w:t>3、加快产销有效衔接。一是突出做大龙头企业。围绕都市农业，在上半年已完成6个新批市级农业龙头企业的基础上，20xx年重点做大做强10个龙头企业，把龙头企业培养成企业+合作组织+生产基地+技术指导员+农户的新型农业产业化经营模式，形成一批四青产业、特经特粮等衔接密切的农业产业化龙头企业。加快农业招商引资活动，在已完成农业实际利用外资额2780万美元的基础上，下半年通过努力力争全年完成5000万美元，农产品出口额上半年已完成2500万美元的基础上，下半年通过努力力争全年完成6000万美元，同时做好省农洽会、上海农展会各项工作，充分展示农产品加工业形象，在实现龙头企业带动上做大文章。二是全方位拓宽营销平台。充分利用各种资源要素,拓宽进沪营销平台,多层次、立体式、全方位制定营销计划，努力实现：经营思路各异，特色产品共享，质量安全达标，沪启直销顺畅，店地达到共赢。主要措施有以下三点：第一，规范各种、养基地在沪建立的直销和批发门店。我市各种、养基地和专业合作社在上海建立的直销门店势头强劲，目前己设直销门店并开张营业有3家，在上海市场设立批发门店有6家，在建和准备建的有六家。下阶段，一方面做好已开门店与种养基地的农产品供求衔接和调度，协助各门店建立和完善采购、营销、质量安全、物流等内设机构，使其正常有序展开。另一方面，对在建和准备建的单位和个人做好市场分析、贷源分类和采购、营销方案等可研报告的策划和制订，协助做好其门店装潢和门店设置的规范工作。其次，督促各镇乡大力度招商引资，力求完成年内每镇乡不少于三个在沪直销门店开张任务。第二，协助市供销社和“农超对接”基地的农产品配载工作。目前，供销社牵头的市场蔬菜超市已建五个，种植基地进入超市有三家。下阶段我们尽力协助配载中心和种养企业，做好产品调剂和农产品质量安全检查工作，确保供货正常，安全放心。第三，全面接洽上海禾盛农产品集团公司。力争与上海禾盛农产品集团公司建立长期合作共赢联接框架，充分利用和盛公司在沪组建的500家直销店以及网购和团购平台，把地产三宝、四色豆、四青作物、梅干菜等土、特、优农产品挤进禾盛公司营销平台，农委与和盛公司努力做到“三同步”，即年度计划同步设计，产品目录同步策划，种养基地同步建设。三是品牌培育。20xx年我们要加大名牌农产品的培育力度，要通过强有力的行政推动，努力使品牌形成区域化布局、规模化生产、组织化运作、产业化经营，全面提升我市农业发展整体水平。要引导扶持农业龙头企业、合作经济组织等市场主体创建农产品品牌，提升我市农产品的市场竞争力，逐步实现从销售产品向经营品牌转变。要着力加强农产品的包装、推介和保护力度，加快农产品商标注册，强化农产品原产地认证工作，努力形成地方特色品牌。要积极推进农业品牌展示平台建设，高标准启动建设现代农业展示中心。</w:t>
      </w:r>
    </w:p>
    <w:p>
      <w:pPr>
        <w:spacing w:before="100" w:after="200" w:line="360" w:lineRule="auto"/>
        <w:ind w:firstLine="576"/>
        <w:jc w:val="left"/>
      </w:pPr>
      <w:r>
        <w:rPr>
          <w:rFonts w:ascii="宋体" w:eastAsia="宋体" w:hAnsi="宋体"/>
          <w:sz w:val="28"/>
        </w:rPr>
        <w:t>4、围绕生态农业发展。一是猛攻绿化植树造林。扎实推进干线公路绿色通道通达工程、沿江沿海防护林工程、骨干河道生态防护林建设工程、省级村庄绿化示范村创建工程、农村道路绿化示范工程、绿以现代农业园区示范工程、新造林抚育工程、林农复合经营工程、优质苗木基地工程、休闲农业绿化工程等十大工程。确保全市新增造林面积5万亩，其中新增成片林面4万亩、四旁树200万株。二是加强生态健康养殖。加快畜牧生产方式由稳定发展向质量型、环保型转变，加强规模畜禽场生态治污，积极推广生态健康养殖。通过发展沼气、生产有机肥料和废水处理等综合利用方式，治理规模化畜禽养殖污染，实现养殖废弃物的减量化、资源化、无害化。提高规模畜禽养殖场粪污和秸秆综合利用率，实现能源再生和多级利用。20xx年，力争每镇乡争创1—2个示范点，从而进一步推动我市畜牧生态健康养殖的快速发展。三是放大休闲观光农业。随着沪崇启大通道的贯通，桥港时代新的到来，休闲观光农业集种养、休闲、观光、餐饮为一体的新兴农业产业，已成为现代农业发展的重要组成部分。20xx年，重点培育10家正常运转的休闲观光农业基地。</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r>
        <w:rPr>
          <w:rFonts w:ascii="宋体" w:eastAsia="宋体" w:hAnsi="宋体"/>
          <w:sz w:val="28"/>
        </w:rPr>
        <w:t>5、扎实推进为农服务。一是要加快队伍建设。20xx年对现有农技人员素质提高，全年参加不少20天的脱产培训。进一步按照“五有”乡镇农技推广综合服务中心建设要求，推进基层农技服务的全面到位。二是突出“三新”技术推介。通过不断的为农服务，及时引进新品种、推广新技术、运用新模式，大力开展农业技术培训，实现品种和技术的有机结合，为现代农业发展提供强有力的技术保障。在主要农作物关键生育期及时印发技术意见，发布我市主要农作物主推技术，集成有特色、有创新的配套技术，力争完成全年新增粮食1700万斤的目标任务。认真完成高产创建和科技入户项目。今年粮棉油高产创建任务重、时间紧、工作量大，必须加大关键技术推广力度，注重宣传、现场指导，做到物化补贴及时到位、新技术推广普及到位，增产增收，通过项目带动成效到位，使实施区农户得到实惠。继续围绕“农业部测配方施肥试点县项目”，切实搞好“测土配方施肥技术”推广。通过农业生产需求和市场引导，促进企业调整肥料产品结构，改进生产工艺，加快肥料行业由生产主导消费向消费引领生产的根本转变。注重化验质量控制，逐步改善化验室装备条件，保证化验处于良好的运行状态。提高测试高效率和测试水平，满足测土服务的要求。以蚕桑科技入户为抓手，深入基层开展技术培训活动。计划以蚕桑科技入户工程实施镇为单位，组织专家组成员下基层到农户，开展区域集中式到户头的面对面技术培训，旨在解决农户共性的技术问题，提高生产水平。做好秋蚕种催青等技术服务工作，指导秋季小蚕共育，确保蚕种催青和小蚕共育安全。在秋蚕种催青上，做好各项物资准备，配备充分的技术力量，确保安全高质，为稳定生产打好基础。三是进一步改变服务方式。20xx年继续加强示范县项目和科技入户工作。开展好“三电”合一服务，开展农业信息服务。开展第二轮农业实用技术培训，做到培训时间适应农时。做到农民在培训后，能够适时地将所学的新知识、新理念用在实际生产中，产生较好的经济效益。开展职业农民培训。继续与其他部门合作联合办班，计划在7月份与民政局共同举办一期三峡移民培训班，8月份与妇联举办一期农村妇女培训班。为方便农民接受培训，计划在相对偏远的乡镇，根据他们的农业产业特色，有针对性地开展职业农民培训。开展农业信息化技能培训。利用农广校电脑教室，开展农业信息化技能培训，普及电脑使用基本知识。根据报名情况，继续组织5期培训班，10月底前完成培训。开展农民创业培训。今年农民创业培训由市农广校独立完成，培训任务数为400人。</w:t>
      </w:r>
    </w:p>
    <w:p>
      <w:pPr>
        <w:spacing w:before="100" w:after="200" w:line="360" w:lineRule="auto"/>
        <w:jc w:val="left"/>
      </w:pPr>
      <w:r>
        <w:rPr>
          <w:rFonts w:ascii="宋体 (中文正文)" w:eastAsia="宋体" w:hAnsi="宋体 (中文正文)"/>
          <w:b/>
          <w:sz w:val="28"/>
        </w:rPr>
        <w:t>一、对销售工作的认识</w:t>
      </w:r>
    </w:p>
    <w:p>
      <w:pPr>
        <w:spacing w:before="100" w:after="200" w:line="360" w:lineRule="auto"/>
        <w:ind w:firstLine="576"/>
        <w:jc w:val="left"/>
      </w:pPr>
      <w:r>
        <w:rPr>
          <w:rFonts w:ascii="宋体" w:eastAsia="宋体" w:hAnsi="宋体"/>
          <w:sz w:val="28"/>
        </w:rPr>
        <w:t>1.市场分析，根据市场容量和个人能力，客观、科学的制定出销售任务。暂订年任务：销售额100万元。</w:t>
      </w:r>
    </w:p>
    <w:p>
      <w:pPr>
        <w:spacing w:before="100" w:after="200" w:line="360" w:lineRule="auto"/>
        <w:ind w:firstLine="576"/>
        <w:jc w:val="left"/>
      </w:pPr>
      <w:r>
        <w:rPr>
          <w:rFonts w:ascii="宋体" w:eastAsia="宋体" w:hAnsi="宋体"/>
          <w:sz w:val="28"/>
        </w:rPr>
        <w:t>2.适时作出工作计划，制定出月计划和周计划。并定期与业务相关人员会议沟通，确保各专业负责人及时跟进。</w:t>
      </w:r>
    </w:p>
    <w:p>
      <w:pPr>
        <w:spacing w:before="100" w:after="200" w:line="360" w:lineRule="auto"/>
        <w:ind w:firstLine="576"/>
        <w:jc w:val="left"/>
      </w:pPr>
      <w:r>
        <w:rPr>
          <w:rFonts w:ascii="宋体" w:eastAsia="宋体" w:hAnsi="宋体"/>
          <w:sz w:val="28"/>
        </w:rPr>
        <w:t>3.注重绩效管理，对绩效计划、绩效执行、绩效评估进行全程的关注与跟踪。</w:t>
      </w:r>
    </w:p>
    <w:p>
      <w:pPr>
        <w:spacing w:before="100" w:after="200" w:line="360" w:lineRule="auto"/>
        <w:ind w:firstLine="576"/>
        <w:jc w:val="left"/>
      </w:pPr>
      <w:r>
        <w:rPr>
          <w:rFonts w:ascii="宋体" w:eastAsia="宋体" w:hAnsi="宋体"/>
          <w:sz w:val="28"/>
        </w:rPr>
        <w:t>4.目标市场定位，区分大客户与一般客户，分别对待，加强对大客户的沟通与合作，用相同的时间赢取最大的市场份额。</w:t>
      </w:r>
    </w:p>
    <w:p>
      <w:pPr>
        <w:spacing w:before="100" w:after="200" w:line="360" w:lineRule="auto"/>
        <w:ind w:firstLine="576"/>
        <w:jc w:val="left"/>
      </w:pPr>
      <w:r>
        <w:rPr>
          <w:rFonts w:ascii="宋体" w:eastAsia="宋体" w:hAnsi="宋体"/>
          <w:sz w:val="28"/>
        </w:rPr>
        <w:t>5.不断学习行业新知识，新产品，为客户带来实用的资讯，更好为客户服务。并结识弱电各行业各档次的优秀产品提供商，以备工程商需要时能及时作好项目配合，并可以和同行分享行业人脉和项目信息，达到多赢。</w:t>
      </w:r>
    </w:p>
    <w:p>
      <w:pPr>
        <w:spacing w:before="100" w:after="200" w:line="360" w:lineRule="auto"/>
        <w:ind w:firstLine="576"/>
        <w:jc w:val="left"/>
      </w:pPr>
      <w:r>
        <w:rPr>
          <w:rFonts w:ascii="宋体" w:eastAsia="宋体" w:hAnsi="宋体"/>
          <w:sz w:val="28"/>
        </w:rPr>
        <w:t>6.先友后单，与客户发展良好的友谊，处处为客户着想，把客户当成自己的好朋友，达到思想和情感上的交融。</w:t>
      </w:r>
    </w:p>
    <w:p>
      <w:pPr>
        <w:spacing w:before="100" w:after="200" w:line="360" w:lineRule="auto"/>
        <w:ind w:firstLine="576"/>
        <w:jc w:val="left"/>
      </w:pPr>
      <w:r>
        <w:rPr>
          <w:rFonts w:ascii="宋体" w:eastAsia="宋体" w:hAnsi="宋体"/>
          <w:sz w:val="28"/>
        </w:rPr>
        <w:t>7.对客户不能有隐瞒和欺骗，答应客户的承诺要及时兑现，讲诚信不仅是经商之本，也是为人之本。</w:t>
      </w:r>
    </w:p>
    <w:p>
      <w:pPr>
        <w:spacing w:before="100" w:after="200" w:line="360" w:lineRule="auto"/>
        <w:jc w:val="left"/>
      </w:pPr>
      <w:r>
        <w:rPr>
          <w:rFonts w:ascii="宋体 (中文正文)" w:eastAsia="宋体" w:hAnsi="宋体 (中文正文)"/>
          <w:b/>
          <w:sz w:val="28"/>
        </w:rPr>
        <w:t>二、销售工作具体量化任务</w:t>
      </w:r>
    </w:p>
    <w:p>
      <w:pPr>
        <w:spacing w:before="100" w:after="200" w:line="360" w:lineRule="auto"/>
        <w:ind w:firstLine="576"/>
        <w:jc w:val="left"/>
      </w:pPr>
      <w:r>
        <w:rPr>
          <w:rFonts w:ascii="宋体" w:eastAsia="宋体" w:hAnsi="宋体"/>
          <w:sz w:val="28"/>
        </w:rPr>
        <w:t>2.见客户之前要多了解客户的主营业务和潜在需求，最好先了解决策人的个人爱好，准备一些有对方感兴趣的话题，并为客户提供针对性的解决方案。</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https://d.book118.com/017133124014006042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1713312401400604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