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2024岗位劳动合同（32篇）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2024岗位劳动合同（精选32篇）</w:t>
      </w:r>
      <w:r>
        <w:rPr>
          <w:lang w:eastAsia="zh-CN"/>
        </w:rPr>
        <w:br/>
      </w:r>
      <w:r>
        <w:rPr>
          <w:lang w:eastAsia="zh-CN"/>
        </w:rPr>
        <w:t xml:space="preserve">    2024岗位劳动合同 篇1 </w:t>
      </w:r>
      <w:r>
        <w:rPr>
          <w:lang w:eastAsia="zh-CN"/>
        </w:rPr>
        <w:br/>
      </w:r>
      <w:r>
        <w:rPr>
          <w:lang w:eastAsia="zh-CN"/>
        </w:rPr>
        <w:t>　　甲方（用人单位）名称：</w:t>
      </w:r>
      <w:r>
        <w:rPr>
          <w:lang w:eastAsia="zh-CN"/>
        </w:rPr>
        <w:br/>
      </w:r>
      <w:r>
        <w:rPr>
          <w:lang w:eastAsia="zh-CN"/>
        </w:rPr>
        <w:t>　　单位住所：</w:t>
      </w:r>
      <w:r>
        <w:rPr>
          <w:lang w:eastAsia="zh-CN"/>
        </w:rPr>
        <w:br/>
      </w:r>
      <w:r>
        <w:rPr>
          <w:lang w:eastAsia="zh-CN"/>
        </w:rPr>
        <w:t>　　法定代表人（主要负责人）：</w:t>
      </w:r>
      <w:r>
        <w:rPr>
          <w:lang w:eastAsia="zh-CN"/>
        </w:rPr>
        <w:br/>
      </w:r>
      <w:r>
        <w:rPr>
          <w:lang w:eastAsia="zh-CN"/>
        </w:rPr>
        <w:t>　　联系电话：</w:t>
      </w:r>
      <w:r>
        <w:rPr>
          <w:lang w:eastAsia="zh-CN"/>
        </w:rPr>
        <w:br/>
      </w:r>
      <w:r>
        <w:rPr>
          <w:lang w:eastAsia="zh-CN"/>
        </w:rPr>
        <w:t>　　邮政编码：</w:t>
      </w:r>
      <w:r>
        <w:rPr>
          <w:lang w:eastAsia="zh-CN"/>
        </w:rPr>
        <w:br/>
      </w:r>
      <w:r>
        <w:rPr>
          <w:lang w:eastAsia="zh-CN"/>
        </w:rPr>
        <w:t>　　乙方（劳动者）姓名：</w:t>
      </w:r>
      <w:r>
        <w:rPr>
          <w:lang w:eastAsia="zh-CN"/>
        </w:rPr>
        <w:br/>
      </w:r>
      <w:r>
        <w:rPr>
          <w:lang w:eastAsia="zh-CN"/>
        </w:rPr>
        <w:t>　　户籍所在地：</w:t>
      </w:r>
      <w:r>
        <w:rPr>
          <w:lang w:eastAsia="zh-CN"/>
        </w:rPr>
        <w:br/>
      </w:r>
      <w:r>
        <w:rPr>
          <w:lang w:eastAsia="zh-CN"/>
        </w:rPr>
        <w:t>　　现居住地址：</w:t>
      </w:r>
      <w:r>
        <w:rPr>
          <w:lang w:eastAsia="zh-CN"/>
        </w:rPr>
        <w:br/>
      </w:r>
      <w:r>
        <w:rPr>
          <w:lang w:eastAsia="zh-CN"/>
        </w:rPr>
        <w:t>　　身份证号码：</w:t>
      </w:r>
      <w:r>
        <w:rPr>
          <w:lang w:eastAsia="zh-CN"/>
        </w:rPr>
        <w:br/>
      </w:r>
      <w:r>
        <w:rPr>
          <w:lang w:eastAsia="zh-CN"/>
        </w:rPr>
        <w:t>　　联系电话：</w:t>
      </w:r>
      <w:r>
        <w:rPr>
          <w:lang w:eastAsia="zh-CN"/>
        </w:rPr>
        <w:br/>
      </w:r>
      <w:r>
        <w:rPr>
          <w:lang w:eastAsia="zh-CN"/>
        </w:rPr>
        <w:t>　　邮政编码：</w:t>
      </w:r>
      <w:r>
        <w:rPr>
          <w:lang w:eastAsia="zh-CN"/>
        </w:rPr>
        <w:br/>
      </w:r>
      <w:r>
        <w:rPr>
          <w:lang w:eastAsia="zh-CN"/>
        </w:rPr>
        <w:t>　　根据《中华人民共和国劳动合同法》、《中华人民共和国劳动法》及相关法律、法规、规章的规定，甲乙双方遵循合法、公平、平等自愿、协商一致、诚实信用的原则订立劳动合同。</w:t>
      </w:r>
      <w:r>
        <w:rPr>
          <w:lang w:eastAsia="zh-CN"/>
        </w:rPr>
        <w:br/>
      </w:r>
      <w:r>
        <w:rPr>
          <w:lang w:eastAsia="zh-CN"/>
        </w:rPr>
        <w:t>　　第一条劳动合同期限</w:t>
      </w:r>
      <w:r>
        <w:rPr>
          <w:lang w:eastAsia="zh-CN"/>
        </w:rPr>
        <w:br/>
      </w:r>
      <w:r>
        <w:rPr>
          <w:lang w:eastAsia="zh-CN"/>
        </w:rPr>
        <w:t>　　1、本合同为有固定期限的劳动合同。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合同期限从_____年___月___日起至_____年___月___日止。</w:t>
      </w:r>
      <w:r>
        <w:rPr>
          <w:lang w:eastAsia="zh-CN"/>
        </w:rPr>
        <w:br/>
      </w:r>
      <w:r>
        <w:rPr>
          <w:lang w:eastAsia="zh-CN"/>
        </w:rPr>
        <w:t>　　2、试用期，自_____年___月___日起至_____年___月___日止。</w:t>
      </w:r>
      <w:r>
        <w:rPr>
          <w:lang w:eastAsia="zh-CN"/>
        </w:rPr>
        <w:br/>
      </w:r>
      <w:r>
        <w:rPr>
          <w:lang w:eastAsia="zh-CN"/>
        </w:rPr>
        <w:t>　　3、磨合期，自_____年___月___日起至_____年___月___日止。</w:t>
      </w:r>
      <w:r>
        <w:rPr>
          <w:lang w:eastAsia="zh-CN"/>
        </w:rPr>
        <w:br/>
      </w:r>
      <w:r>
        <w:rPr>
          <w:lang w:eastAsia="zh-CN"/>
        </w:rPr>
        <w:t>　　第二条工作内容和工作地点</w:t>
      </w:r>
      <w:r>
        <w:rPr>
          <w:lang w:eastAsia="zh-CN"/>
        </w:rPr>
        <w:br/>
      </w:r>
      <w:r>
        <w:rPr>
          <w:lang w:eastAsia="zh-CN"/>
        </w:rPr>
        <w:t>　　1、甲方根据工作岗位的实际需要，安排乙方在部门，从事工作。</w:t>
      </w:r>
      <w:r>
        <w:rPr>
          <w:lang w:eastAsia="zh-CN"/>
        </w:rPr>
        <w:br/>
      </w:r>
      <w:r>
        <w:rPr>
          <w:lang w:eastAsia="zh-CN"/>
        </w:rPr>
        <w:t>　　2、甲方可以根据实际情况，调整乙方所处的部门、工作任务、工作地等，乙方应接受调整。</w:t>
      </w:r>
      <w:r>
        <w:rPr>
          <w:lang w:eastAsia="zh-CN"/>
        </w:rPr>
        <w:br/>
      </w:r>
      <w:r>
        <w:rPr>
          <w:lang w:eastAsia="zh-CN"/>
        </w:rPr>
        <w:t>　　3、乙方须根据甲方规定的岗位工作职责和要求，按时、按质、按量完成本职工作。</w:t>
      </w:r>
      <w:r>
        <w:rPr>
          <w:lang w:eastAsia="zh-CN"/>
        </w:rPr>
        <w:br/>
      </w:r>
      <w:r>
        <w:rPr>
          <w:lang w:eastAsia="zh-CN"/>
        </w:rPr>
        <w:t>　　第三条工作时间和休息休假</w:t>
      </w:r>
      <w:r>
        <w:rPr>
          <w:lang w:eastAsia="zh-CN"/>
        </w:rPr>
        <w:br/>
      </w:r>
      <w:r>
        <w:rPr>
          <w:lang w:eastAsia="zh-CN"/>
        </w:rPr>
        <w:t>　　1、甲方安排乙方实行日小时工作制，周48小时。</w:t>
      </w:r>
      <w:r>
        <w:rPr>
          <w:lang w:eastAsia="zh-CN"/>
        </w:rPr>
        <w:br/>
      </w:r>
      <w:r>
        <w:rPr>
          <w:lang w:eastAsia="zh-CN"/>
        </w:rPr>
        <w:t>　　2、甲方依法保证乙方的休息权利。乙方依法享受法定节假日等休假权利。</w:t>
      </w:r>
      <w:r>
        <w:rPr>
          <w:lang w:eastAsia="zh-CN"/>
        </w:rPr>
        <w:br/>
      </w:r>
      <w:r>
        <w:rPr>
          <w:lang w:eastAsia="zh-CN"/>
        </w:rPr>
        <w:t>　　第四条劳动报酬及支付方式与时间</w:t>
      </w:r>
      <w:r>
        <w:rPr>
          <w:lang w:eastAsia="zh-CN"/>
        </w:rPr>
        <w:br/>
      </w:r>
      <w:r>
        <w:rPr>
          <w:lang w:eastAsia="zh-CN"/>
        </w:rPr>
        <w:t>　　1、按照甲方依法制定的工资分配制度确定，乙方在甲方工作期间工资最低标准不低于围场县社会平均工资。</w:t>
      </w:r>
      <w:r>
        <w:rPr>
          <w:lang w:eastAsia="zh-CN"/>
        </w:rPr>
        <w:br/>
      </w:r>
      <w:r>
        <w:rPr>
          <w:lang w:eastAsia="zh-CN"/>
        </w:rPr>
        <w:t>　　2、甲方以货币或银行转帐形式足额支付乙方工资；甲方的工资发放日为次月15日。</w:t>
      </w:r>
      <w:r>
        <w:rPr>
          <w:lang w:eastAsia="zh-CN"/>
        </w:rPr>
        <w:br/>
      </w:r>
      <w:r>
        <w:rPr>
          <w:lang w:eastAsia="zh-CN"/>
        </w:rPr>
        <w:t>　　3、甲方以书面记录支付乙方工资的时间、数额、工作天数等情况，并向乙方提供工资条。</w:t>
      </w:r>
      <w:r>
        <w:rPr>
          <w:lang w:eastAsia="zh-CN"/>
        </w:rPr>
        <w:br/>
      </w:r>
      <w:r>
        <w:rPr>
          <w:lang w:eastAsia="zh-CN"/>
        </w:rPr>
        <w:t>　　第五条社会保险和福利待遇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1、甲乙双方按照国家和地方有关社会保险的法律、法规和政策规定参加社会保</w:t>
      </w:r>
      <w:r>
        <w:rPr>
          <w:lang w:eastAsia="zh-CN"/>
        </w:rPr>
        <w:br/>
      </w:r>
      <w:r>
        <w:rPr>
          <w:lang w:eastAsia="zh-CN"/>
        </w:rPr>
        <w:t>　　险，依法缴纳各项社会保险。其中乙方负担的部分由甲方负责代扣代缴。</w:t>
      </w:r>
      <w:r>
        <w:rPr>
          <w:lang w:eastAsia="zh-CN"/>
        </w:rPr>
        <w:br/>
      </w:r>
      <w:r>
        <w:rPr>
          <w:lang w:eastAsia="zh-CN"/>
        </w:rPr>
        <w:t>　　第六条劳动纪律</w:t>
      </w:r>
      <w:r>
        <w:rPr>
          <w:lang w:eastAsia="zh-CN"/>
        </w:rPr>
        <w:br/>
      </w:r>
      <w:r>
        <w:rPr>
          <w:lang w:eastAsia="zh-CN"/>
        </w:rPr>
        <w:t>　　1、甲乙双方应严格遵守国家的法律、法规、规章和政策。</w:t>
      </w:r>
      <w:r>
        <w:rPr>
          <w:lang w:eastAsia="zh-CN"/>
        </w:rPr>
        <w:br/>
      </w:r>
      <w:r>
        <w:rPr>
          <w:lang w:eastAsia="zh-CN"/>
        </w:rPr>
        <w:t>　　2、乙方必须遵守甲方依法制定的规章制度和劳动纪律。</w:t>
      </w:r>
      <w:r>
        <w:rPr>
          <w:lang w:eastAsia="zh-CN"/>
        </w:rPr>
        <w:br/>
      </w:r>
      <w:r>
        <w:rPr>
          <w:lang w:eastAsia="zh-CN"/>
        </w:rPr>
        <w:t>　　第七条劳动合同的解除</w:t>
      </w:r>
      <w:r>
        <w:rPr>
          <w:lang w:eastAsia="zh-CN"/>
        </w:rPr>
        <w:br/>
      </w:r>
      <w:r>
        <w:rPr>
          <w:lang w:eastAsia="zh-CN"/>
        </w:rPr>
        <w:t>　　1、经甲乙双方协商一致，可以解除本合同；</w:t>
      </w:r>
      <w:r>
        <w:rPr>
          <w:lang w:eastAsia="zh-CN"/>
        </w:rPr>
        <w:br/>
      </w:r>
      <w:r>
        <w:rPr>
          <w:lang w:eastAsia="zh-CN"/>
        </w:rPr>
        <w:t>　　2、乙方有下列情形之一的，甲方可以随时解除本合同</w:t>
      </w:r>
      <w:r>
        <w:rPr>
          <w:lang w:eastAsia="zh-CN"/>
        </w:rPr>
        <w:br/>
      </w:r>
      <w:r>
        <w:rPr>
          <w:lang w:eastAsia="zh-CN"/>
        </w:rPr>
        <w:t>　　（1）在试用期间被证明不符合录用条件的；</w:t>
      </w:r>
      <w:r>
        <w:rPr>
          <w:lang w:eastAsia="zh-CN"/>
        </w:rPr>
        <w:br/>
      </w:r>
      <w:r>
        <w:rPr>
          <w:lang w:eastAsia="zh-CN"/>
        </w:rPr>
        <w:t>　　（2）严重违反劳动纪律或者甲方依法制定的规章制度的；</w:t>
      </w:r>
      <w:r>
        <w:rPr>
          <w:lang w:eastAsia="zh-CN"/>
        </w:rPr>
        <w:br/>
      </w:r>
      <w:r>
        <w:rPr>
          <w:lang w:eastAsia="zh-CN"/>
        </w:rPr>
        <w:t>　　（3）严重失职、营私舞弊，对甲方利益造成重大损害的；</w:t>
      </w:r>
      <w:r>
        <w:rPr>
          <w:lang w:eastAsia="zh-CN"/>
        </w:rPr>
        <w:br/>
      </w:r>
      <w:r>
        <w:rPr>
          <w:lang w:eastAsia="zh-CN"/>
        </w:rPr>
        <w:t>　　3、具有下列情形之一的，乙方可以随时通知甲方解除本合同</w:t>
      </w:r>
      <w:r>
        <w:rPr>
          <w:lang w:eastAsia="zh-CN"/>
        </w:rPr>
        <w:br/>
      </w:r>
      <w:r>
        <w:rPr>
          <w:lang w:eastAsia="zh-CN"/>
        </w:rPr>
        <w:t>　　（1）在试用期内的；</w:t>
      </w:r>
      <w:r>
        <w:rPr>
          <w:lang w:eastAsia="zh-CN"/>
        </w:rPr>
        <w:br/>
      </w:r>
      <w:r>
        <w:rPr>
          <w:lang w:eastAsia="zh-CN"/>
        </w:rPr>
        <w:t>　　（2）甲方以暴力、威胁或者非法限制人身自由的手段强迫劳动的；</w:t>
      </w:r>
      <w:r>
        <w:rPr>
          <w:lang w:eastAsia="zh-CN"/>
        </w:rPr>
        <w:br/>
      </w:r>
      <w:r>
        <w:rPr>
          <w:lang w:eastAsia="zh-CN"/>
        </w:rPr>
        <w:t>　　（3）甲方未按照劳动合同约定支付劳动报酬或者提供劳动条件的；</w:t>
      </w:r>
      <w:r>
        <w:rPr>
          <w:lang w:eastAsia="zh-CN"/>
        </w:rPr>
        <w:br/>
      </w:r>
      <w:r>
        <w:rPr>
          <w:lang w:eastAsia="zh-CN"/>
        </w:rPr>
        <w:t>　　4、因其它法律规定解除劳动合同，须提前三十天书面通知对方。</w:t>
      </w:r>
      <w:r>
        <w:rPr>
          <w:lang w:eastAsia="zh-CN"/>
        </w:rPr>
        <w:br/>
      </w:r>
      <w:r>
        <w:rPr>
          <w:lang w:eastAsia="zh-CN"/>
        </w:rPr>
        <w:t>　　5、一方解除劳动合同，须提交相关证明材料，说明理由，并向对方书面送达解除劳动合同通知书。</w:t>
      </w:r>
      <w:r>
        <w:rPr>
          <w:lang w:eastAsia="zh-CN"/>
        </w:rPr>
        <w:br/>
      </w:r>
      <w:r>
        <w:rPr>
          <w:lang w:eastAsia="zh-CN"/>
        </w:rPr>
        <w:t>　　第八条故意或者重大过失责任保证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1、如因乙方故意或者重大过失导致甲方发生经济损失，则乙方必须尽责处理善后事宜，挽回相应经济损失。甲方可以根据损失的大小及乙方的`态度进行相应的处罚。</w:t>
      </w:r>
      <w:r>
        <w:rPr>
          <w:lang w:eastAsia="zh-CN"/>
        </w:rPr>
        <w:br/>
      </w:r>
      <w:r>
        <w:rPr>
          <w:lang w:eastAsia="zh-CN"/>
        </w:rPr>
        <w:t>　　2、在本条事项未完全处理完毕之前，乙方不得擅自单方终止与甲方的劳动关系。原劳动合同期届满的，则相应顺延到本条事项处理完毕。</w:t>
      </w:r>
      <w:r>
        <w:rPr>
          <w:lang w:eastAsia="zh-CN"/>
        </w:rPr>
        <w:br/>
      </w:r>
      <w:r>
        <w:rPr>
          <w:lang w:eastAsia="zh-CN"/>
        </w:rPr>
        <w:t>　　第九条商业保密及竞业禁止</w:t>
      </w:r>
      <w:r>
        <w:rPr>
          <w:lang w:eastAsia="zh-CN"/>
        </w:rPr>
        <w:br/>
      </w:r>
      <w:r>
        <w:rPr>
          <w:lang w:eastAsia="zh-CN"/>
        </w:rPr>
        <w:t>　　1、乙方对在甲方工作期间所获悉的商业秘密，包括客户信息、相关资料等不得以任何形式为自己或者他人进行使用，此保密期间不局限于劳动合同期限。</w:t>
      </w:r>
      <w:r>
        <w:rPr>
          <w:lang w:eastAsia="zh-CN"/>
        </w:rPr>
        <w:br/>
      </w:r>
      <w:r>
        <w:rPr>
          <w:lang w:eastAsia="zh-CN"/>
        </w:rPr>
        <w:t>　　2、乙方自双方劳动关系以任何形式结束之后，在两年内不得与甲方形成竞争关系，此条包括乙方本人或者帮助他人从事与甲方有竞争性的工作。</w:t>
      </w:r>
      <w:r>
        <w:rPr>
          <w:lang w:eastAsia="zh-CN"/>
        </w:rPr>
        <w:br/>
      </w:r>
      <w:r>
        <w:rPr>
          <w:lang w:eastAsia="zh-CN"/>
        </w:rPr>
        <w:t>　　3、如乙方违反此条规定，则须向甲方赔偿相应的违约金。</w:t>
      </w:r>
      <w:r>
        <w:rPr>
          <w:lang w:eastAsia="zh-CN"/>
        </w:rPr>
        <w:br/>
      </w:r>
      <w:r>
        <w:rPr>
          <w:lang w:eastAsia="zh-CN"/>
        </w:rPr>
        <w:t>　　第十条违约责任</w:t>
      </w:r>
      <w:r>
        <w:rPr>
          <w:lang w:eastAsia="zh-CN"/>
        </w:rPr>
        <w:br/>
      </w:r>
      <w:r>
        <w:rPr>
          <w:lang w:eastAsia="zh-CN"/>
        </w:rPr>
        <w:t>　　本合同如因一方当事人严重违背本合同约定条款而导致本劳动合同解除的，则须向对方承担相应的经济损失并追究其法律责任。</w:t>
      </w:r>
      <w:r>
        <w:rPr>
          <w:lang w:eastAsia="zh-CN"/>
        </w:rPr>
        <w:br/>
      </w:r>
      <w:r>
        <w:rPr>
          <w:lang w:eastAsia="zh-CN"/>
        </w:rPr>
        <w:t>　　第十一条劳动合同变更</w:t>
      </w:r>
      <w:r>
        <w:rPr>
          <w:lang w:eastAsia="zh-CN"/>
        </w:rPr>
        <w:br/>
      </w:r>
      <w:r>
        <w:rPr>
          <w:lang w:eastAsia="zh-CN"/>
        </w:rPr>
        <w:t>　　1、甲乙双方可以通过协商一致变更合同条款，劳动合同变更应采用书面形式。</w:t>
      </w:r>
      <w:r>
        <w:rPr>
          <w:lang w:eastAsia="zh-CN"/>
        </w:rPr>
        <w:br/>
      </w:r>
      <w:r>
        <w:rPr>
          <w:lang w:eastAsia="zh-CN"/>
        </w:rPr>
        <w:t>　　2、具有下列情形之一，经甲乙双方协商同意，可以变更本合同的相关内容：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a：本合同订立时所依据的客观情况发生重大变化，致使本合同无法履行的；</w:t>
      </w:r>
      <w:r>
        <w:rPr>
          <w:lang w:eastAsia="zh-CN"/>
        </w:rPr>
        <w:br/>
      </w:r>
      <w:r>
        <w:rPr>
          <w:lang w:eastAsia="zh-CN"/>
        </w:rPr>
        <w:t>　　b：乙方不能从事或者不能胜任原岗位工作的。</w:t>
      </w:r>
      <w:r>
        <w:rPr>
          <w:lang w:eastAsia="zh-CN"/>
        </w:rPr>
        <w:br/>
      </w:r>
      <w:r>
        <w:rPr>
          <w:lang w:eastAsia="zh-CN"/>
        </w:rPr>
        <w:t>　　第十二条其他事项</w:t>
      </w:r>
      <w:r>
        <w:rPr>
          <w:lang w:eastAsia="zh-CN"/>
        </w:rPr>
        <w:br/>
      </w:r>
      <w:r>
        <w:rPr>
          <w:lang w:eastAsia="zh-CN"/>
        </w:rPr>
        <w:t>　　1、乙方在甲方工作期间，由于经常接触甲方公章等印鉴，所有涉及乙方与甲方之间权利义务的法律文件，包括合同、证明、欠条等，均需由甲方法定代表人签字后才具有法律效力，未经法定代表人签字的一律无效，对此乙方完全同意并遵守，此条效力涉及本合同生效之前及之后。</w:t>
      </w:r>
      <w:r>
        <w:rPr>
          <w:lang w:eastAsia="zh-CN"/>
        </w:rPr>
        <w:br/>
      </w:r>
      <w:r>
        <w:rPr>
          <w:lang w:eastAsia="zh-CN"/>
        </w:rPr>
        <w:t>　　2、甲方依法制定的规章制度、员工手册为本合同附件，与本合同具有同等法律效力。</w:t>
      </w:r>
      <w:r>
        <w:rPr>
          <w:lang w:eastAsia="zh-CN"/>
        </w:rPr>
        <w:br/>
      </w:r>
      <w:r>
        <w:rPr>
          <w:lang w:eastAsia="zh-CN"/>
        </w:rPr>
        <w:t>　　3、通知：如本合同送达地址发生变动，乙方须及时通知甲方，否则甲方一旦按此地址送达，即视为履行了通知义务。</w:t>
      </w:r>
      <w:r>
        <w:rPr>
          <w:lang w:eastAsia="zh-CN"/>
        </w:rPr>
        <w:br/>
      </w:r>
      <w:r>
        <w:rPr>
          <w:lang w:eastAsia="zh-CN"/>
        </w:rPr>
        <w:t>　　4、未经甲方同意，乙方不得在其他单位兼职。</w:t>
      </w:r>
      <w:r>
        <w:rPr>
          <w:lang w:eastAsia="zh-CN"/>
        </w:rPr>
        <w:br/>
      </w:r>
      <w:r>
        <w:rPr>
          <w:lang w:eastAsia="zh-CN"/>
        </w:rPr>
        <w:t>　　5、乙方不得利用公司的资源谋取个人的利益。</w:t>
      </w:r>
      <w:r>
        <w:rPr>
          <w:lang w:eastAsia="zh-CN"/>
        </w:rPr>
        <w:br/>
      </w:r>
      <w:r>
        <w:rPr>
          <w:lang w:eastAsia="zh-CN"/>
        </w:rPr>
        <w:t>　　第十三条劳动争议的处理</w:t>
      </w:r>
      <w:r>
        <w:rPr>
          <w:lang w:eastAsia="zh-CN"/>
        </w:rPr>
        <w:br/>
      </w:r>
      <w:r>
        <w:rPr>
          <w:lang w:eastAsia="zh-CN"/>
        </w:rPr>
        <w:t>　　如甲、乙双方出现劳动争议，双方可协商解决，如协商不妥，可向当地劳动仲裁委员会提起仲裁。</w:t>
      </w:r>
      <w:r>
        <w:rPr>
          <w:lang w:eastAsia="zh-CN"/>
        </w:rPr>
        <w:br/>
      </w:r>
      <w:r>
        <w:rPr>
          <w:lang w:eastAsia="zh-CN"/>
        </w:rPr>
        <w:t>　　第十四条合同效力及文本</w:t>
      </w:r>
      <w:r>
        <w:rPr>
          <w:lang w:eastAsia="zh-CN"/>
        </w:rPr>
        <w:br/>
      </w:r>
      <w:r>
        <w:rPr>
          <w:lang w:eastAsia="zh-CN"/>
        </w:rPr>
        <w:t>　　本合同自双方签字并加盖公章后即具法律效力。合同文本一式二份，双方各执一份，本合同甲方加盖公章。</w:t>
      </w:r>
      <w:r>
        <w:rPr>
          <w:lang w:eastAsia="zh-CN"/>
        </w:rPr>
        <w:br/>
      </w:r>
      <w:r>
        <w:rPr>
          <w:lang w:eastAsia="zh-CN"/>
        </w:rPr>
        <w:t>　　甲方：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乙方：</w:t>
      </w:r>
      <w:r>
        <w:rPr>
          <w:lang w:eastAsia="zh-CN"/>
        </w:rPr>
        <w:br/>
      </w:r>
      <w:r>
        <w:rPr>
          <w:lang w:eastAsia="zh-CN"/>
        </w:rPr>
        <w:t>　　_____年___月___日_____年___月___日</w:t>
      </w:r>
      <w:r>
        <w:rPr>
          <w:lang w:eastAsia="zh-CN"/>
        </w:rPr>
        <w:br/>
      </w:r>
      <w:r>
        <w:rPr>
          <w:lang w:eastAsia="zh-CN"/>
        </w:rPr>
        <w:t xml:space="preserve">    2024岗位劳动合同 篇2 </w:t>
      </w:r>
      <w:r>
        <w:rPr>
          <w:lang w:eastAsia="zh-CN"/>
        </w:rPr>
        <w:br/>
      </w:r>
      <w:r>
        <w:rPr>
          <w:lang w:eastAsia="zh-CN"/>
        </w:rPr>
        <w:t>　　甲方（用人单位）名称：</w:t>
      </w:r>
      <w:r>
        <w:rPr>
          <w:lang w:eastAsia="zh-CN"/>
        </w:rPr>
        <w:br/>
      </w:r>
      <w:r>
        <w:rPr>
          <w:lang w:eastAsia="zh-CN"/>
        </w:rPr>
        <w:t>　　单位住所：</w:t>
      </w:r>
      <w:r>
        <w:rPr>
          <w:lang w:eastAsia="zh-CN"/>
        </w:rPr>
        <w:br/>
      </w:r>
      <w:r>
        <w:rPr>
          <w:lang w:eastAsia="zh-CN"/>
        </w:rPr>
        <w:t>　　法定代表人（主要负责人）：</w:t>
      </w:r>
      <w:r>
        <w:rPr>
          <w:lang w:eastAsia="zh-CN"/>
        </w:rPr>
        <w:br/>
      </w:r>
      <w:r>
        <w:rPr>
          <w:lang w:eastAsia="zh-CN"/>
        </w:rPr>
        <w:t>　　联系电话：</w:t>
      </w:r>
      <w:r>
        <w:rPr>
          <w:lang w:eastAsia="zh-CN"/>
        </w:rPr>
        <w:br/>
      </w:r>
      <w:r>
        <w:rPr>
          <w:lang w:eastAsia="zh-CN"/>
        </w:rPr>
        <w:t>　　邮政编码：</w:t>
      </w:r>
      <w:r>
        <w:rPr>
          <w:lang w:eastAsia="zh-CN"/>
        </w:rPr>
        <w:br/>
      </w:r>
      <w:r>
        <w:rPr>
          <w:lang w:eastAsia="zh-CN"/>
        </w:rPr>
        <w:t>　　乙方（劳动者）姓名：</w:t>
      </w:r>
      <w:r>
        <w:rPr>
          <w:lang w:eastAsia="zh-CN"/>
        </w:rPr>
        <w:br/>
      </w:r>
      <w:r>
        <w:rPr>
          <w:lang w:eastAsia="zh-CN"/>
        </w:rPr>
        <w:t>　　户籍所在地：</w:t>
      </w:r>
      <w:r>
        <w:rPr>
          <w:lang w:eastAsia="zh-CN"/>
        </w:rPr>
        <w:br/>
      </w:r>
      <w:r>
        <w:rPr>
          <w:lang w:eastAsia="zh-CN"/>
        </w:rPr>
        <w:t>　　现居住地址：</w:t>
      </w:r>
      <w:r>
        <w:rPr>
          <w:lang w:eastAsia="zh-CN"/>
        </w:rPr>
        <w:br/>
      </w:r>
      <w:r>
        <w:rPr>
          <w:lang w:eastAsia="zh-CN"/>
        </w:rPr>
        <w:t>　　身份证号码：</w:t>
      </w:r>
      <w:r>
        <w:rPr>
          <w:lang w:eastAsia="zh-CN"/>
        </w:rPr>
        <w:br/>
      </w:r>
      <w:r>
        <w:rPr>
          <w:lang w:eastAsia="zh-CN"/>
        </w:rPr>
        <w:t>　　联系电话：</w:t>
      </w:r>
      <w:r>
        <w:rPr>
          <w:lang w:eastAsia="zh-CN"/>
        </w:rPr>
        <w:br/>
      </w:r>
      <w:r>
        <w:rPr>
          <w:lang w:eastAsia="zh-CN"/>
        </w:rPr>
        <w:t>　　邮政编码：</w:t>
      </w:r>
      <w:r>
        <w:rPr>
          <w:lang w:eastAsia="zh-CN"/>
        </w:rPr>
        <w:br/>
      </w:r>
      <w:r>
        <w:rPr>
          <w:lang w:eastAsia="zh-CN"/>
        </w:rPr>
        <w:t>　　根据《中华人民共和国劳动合同法》、《中华人民共和国劳动法》及相关法律、法规、规章的规定，甲乙双方遵循合法、公平、平等自愿、协商一致、诚实信用的原则订立劳动合同。</w:t>
      </w:r>
      <w:r>
        <w:rPr>
          <w:lang w:eastAsia="zh-CN"/>
        </w:rPr>
        <w:br/>
      </w:r>
      <w:r>
        <w:rPr>
          <w:lang w:eastAsia="zh-CN"/>
        </w:rPr>
        <w:t>　　第一条劳动合同期限</w:t>
      </w:r>
      <w:r>
        <w:rPr>
          <w:lang w:eastAsia="zh-CN"/>
        </w:rPr>
        <w:br/>
      </w:r>
      <w:r>
        <w:rPr>
          <w:lang w:eastAsia="zh-CN"/>
        </w:rPr>
        <w:t>　　1、本合同为有固定期限的劳动合同。</w:t>
      </w:r>
      <w:r>
        <w:rPr>
          <w:lang w:eastAsia="zh-CN"/>
        </w:rPr>
        <w:br/>
      </w:r>
      <w:r>
        <w:rPr>
          <w:lang w:eastAsia="zh-CN"/>
        </w:rPr>
        <w:t>　　合同期限从年月日起至年月日止。</w:t>
      </w:r>
      <w:r>
        <w:rPr>
          <w:lang w:eastAsia="zh-CN"/>
        </w:rPr>
        <w:br/>
      </w:r>
      <w:r>
        <w:rPr>
          <w:lang w:eastAsia="zh-CN"/>
        </w:rPr>
        <w:t>　　2、试用期，自年月日起至年月日止。</w:t>
      </w:r>
      <w:r>
        <w:rPr>
          <w:lang w:eastAsia="zh-CN"/>
        </w:rPr>
        <w:br/>
      </w:r>
      <w:r>
        <w:rPr>
          <w:lang w:eastAsia="zh-CN"/>
        </w:rPr>
        <w:t>　　3、磨合期，自年月日起至年月日止。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第二条工作内容和工作地点</w:t>
      </w:r>
      <w:r>
        <w:rPr>
          <w:lang w:eastAsia="zh-CN"/>
        </w:rPr>
        <w:br/>
      </w:r>
      <w:r>
        <w:rPr>
          <w:lang w:eastAsia="zh-CN"/>
        </w:rPr>
        <w:t>　　1、甲方根据工作岗位的实际需要，安排乙方在部门，从事工作。</w:t>
      </w:r>
      <w:r>
        <w:rPr>
          <w:lang w:eastAsia="zh-CN"/>
        </w:rPr>
        <w:br/>
      </w:r>
      <w:r>
        <w:rPr>
          <w:lang w:eastAsia="zh-CN"/>
        </w:rPr>
        <w:t>　　2、甲方可以根据实际情况，调整乙方所处的部门、工作任务、工作地等，乙方应接受调整。</w:t>
      </w:r>
      <w:r>
        <w:rPr>
          <w:lang w:eastAsia="zh-CN"/>
        </w:rPr>
        <w:br/>
      </w:r>
      <w:r>
        <w:rPr>
          <w:lang w:eastAsia="zh-CN"/>
        </w:rPr>
        <w:t>　　3、乙方须根据甲方规定的岗位工作职责和要求，按时、按质、按量完成本职工作。</w:t>
      </w:r>
      <w:r>
        <w:rPr>
          <w:lang w:eastAsia="zh-CN"/>
        </w:rPr>
        <w:br/>
      </w:r>
      <w:r>
        <w:rPr>
          <w:lang w:eastAsia="zh-CN"/>
        </w:rPr>
        <w:t>　　第三条工作时间和休息休假</w:t>
      </w:r>
      <w:r>
        <w:rPr>
          <w:lang w:eastAsia="zh-CN"/>
        </w:rPr>
        <w:br/>
      </w:r>
      <w:r>
        <w:rPr>
          <w:lang w:eastAsia="zh-CN"/>
        </w:rPr>
        <w:t>　　1、甲方安排乙方实行日小时工作制，周48小时。</w:t>
      </w:r>
      <w:r>
        <w:rPr>
          <w:lang w:eastAsia="zh-CN"/>
        </w:rPr>
        <w:br/>
      </w:r>
      <w:r>
        <w:rPr>
          <w:lang w:eastAsia="zh-CN"/>
        </w:rPr>
        <w:t>　　2、甲方依法保证乙方的休息权利。乙方依法享受法定节假日等休假权利。</w:t>
      </w:r>
      <w:r>
        <w:rPr>
          <w:lang w:eastAsia="zh-CN"/>
        </w:rPr>
        <w:br/>
      </w:r>
      <w:r>
        <w:rPr>
          <w:lang w:eastAsia="zh-CN"/>
        </w:rPr>
        <w:t>　　第四条劳动报酬及支付方式与时间</w:t>
      </w:r>
      <w:r>
        <w:rPr>
          <w:lang w:eastAsia="zh-CN"/>
        </w:rPr>
        <w:br/>
      </w:r>
      <w:r>
        <w:rPr>
          <w:lang w:eastAsia="zh-CN"/>
        </w:rPr>
        <w:t>　　1、按照甲方依法制定的工资分配制度确定，乙方在甲方工作期间工资最低标准不低于围场县社会平均工资。</w:t>
      </w:r>
      <w:r>
        <w:rPr>
          <w:lang w:eastAsia="zh-CN"/>
        </w:rPr>
        <w:br/>
      </w:r>
      <w:r>
        <w:rPr>
          <w:lang w:eastAsia="zh-CN"/>
        </w:rPr>
        <w:t>　　2、甲方以货币或银行转帐形式足额支付乙方工资；甲方的工资发放日为次月15日。</w:t>
      </w:r>
      <w:r>
        <w:rPr>
          <w:lang w:eastAsia="zh-CN"/>
        </w:rPr>
        <w:br/>
      </w:r>
      <w:r>
        <w:rPr>
          <w:lang w:eastAsia="zh-CN"/>
        </w:rPr>
        <w:t>　　3、甲方以书面记录支付乙方工资的时间、数额、工作天数等情况，并向乙方提供工资条。</w:t>
      </w:r>
      <w:r>
        <w:rPr>
          <w:lang w:eastAsia="zh-CN"/>
        </w:rPr>
        <w:br/>
      </w:r>
      <w:r>
        <w:rPr>
          <w:lang w:eastAsia="zh-CN"/>
        </w:rPr>
        <w:t>　　第五条社会保险和福利待遇</w:t>
      </w:r>
      <w:r>
        <w:rPr>
          <w:lang w:eastAsia="zh-CN"/>
        </w:rPr>
        <w:br/>
      </w:r>
      <w:r>
        <w:rPr>
          <w:lang w:eastAsia="zh-CN"/>
        </w:rPr>
        <w:t>　　1、甲乙双方按照国家和地方有关社会保险的法律、法规和政策规定参加社会保</w:t>
      </w:r>
      <w:r>
        <w:rPr>
          <w:lang w:eastAsia="zh-CN"/>
        </w:rPr>
        <w:br/>
      </w:r>
      <w:r>
        <w:rPr>
          <w:lang w:eastAsia="zh-CN"/>
        </w:rPr>
        <w:t>　　险，依法缴纳各项社会保险。其中乙方负担的.部分由甲方负责代扣代缴。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第六条劳动纪律</w:t>
      </w:r>
      <w:r>
        <w:rPr>
          <w:lang w:eastAsia="zh-CN"/>
        </w:rPr>
        <w:br/>
      </w:r>
      <w:r>
        <w:rPr>
          <w:lang w:eastAsia="zh-CN"/>
        </w:rPr>
        <w:t>　　1、甲乙双方应严格遵守国家的法律、法规、规章和政策。</w:t>
      </w:r>
      <w:r>
        <w:rPr>
          <w:lang w:eastAsia="zh-CN"/>
        </w:rPr>
        <w:br/>
      </w:r>
      <w:r>
        <w:rPr>
          <w:lang w:eastAsia="zh-CN"/>
        </w:rPr>
        <w:t>　　2、乙方必须遵守甲方依法制定的规章制度和劳动纪律。</w:t>
      </w:r>
      <w:r>
        <w:rPr>
          <w:lang w:eastAsia="zh-CN"/>
        </w:rPr>
        <w:br/>
      </w:r>
      <w:r>
        <w:rPr>
          <w:lang w:eastAsia="zh-CN"/>
        </w:rPr>
        <w:t>　　第七条劳动合同的解除</w:t>
      </w:r>
      <w:r>
        <w:rPr>
          <w:lang w:eastAsia="zh-CN"/>
        </w:rPr>
        <w:br/>
      </w:r>
      <w:r>
        <w:rPr>
          <w:lang w:eastAsia="zh-CN"/>
        </w:rPr>
        <w:t>　　1、经甲乙双方协商一致，可以解除本合同；</w:t>
      </w:r>
      <w:r>
        <w:rPr>
          <w:lang w:eastAsia="zh-CN"/>
        </w:rPr>
        <w:br/>
      </w:r>
      <w:r>
        <w:rPr>
          <w:lang w:eastAsia="zh-CN"/>
        </w:rPr>
        <w:t>　　2、乙方有下列情形之一的，甲方可以随时解除本合同</w:t>
      </w:r>
      <w:r>
        <w:rPr>
          <w:lang w:eastAsia="zh-CN"/>
        </w:rPr>
        <w:br/>
      </w:r>
      <w:r>
        <w:rPr>
          <w:lang w:eastAsia="zh-CN"/>
        </w:rPr>
        <w:t>　　（1）在试用期间被证明不符合录用条件的；</w:t>
      </w:r>
      <w:r>
        <w:rPr>
          <w:lang w:eastAsia="zh-CN"/>
        </w:rPr>
        <w:br/>
      </w:r>
      <w:r>
        <w:rPr>
          <w:lang w:eastAsia="zh-CN"/>
        </w:rPr>
        <w:t>　　（2）严重违反劳动纪律或者甲方依法制定的规章制度的；</w:t>
      </w:r>
      <w:r>
        <w:rPr>
          <w:lang w:eastAsia="zh-CN"/>
        </w:rPr>
        <w:br/>
      </w:r>
      <w:r>
        <w:rPr>
          <w:lang w:eastAsia="zh-CN"/>
        </w:rPr>
        <w:t>　　（3）严重失职、营私舞弊，对甲方利益造成重大损害的；</w:t>
      </w:r>
      <w:r>
        <w:rPr>
          <w:lang w:eastAsia="zh-CN"/>
        </w:rPr>
        <w:br/>
      </w:r>
      <w:r>
        <w:rPr>
          <w:lang w:eastAsia="zh-CN"/>
        </w:rPr>
        <w:t>　　3、具有下列情形之一的，乙方可以随时通知甲方解除本合同</w:t>
      </w:r>
      <w:r>
        <w:rPr>
          <w:lang w:eastAsia="zh-CN"/>
        </w:rPr>
        <w:br/>
      </w:r>
      <w:r>
        <w:rPr>
          <w:lang w:eastAsia="zh-CN"/>
        </w:rPr>
        <w:t>　　（1）在试用期内的；</w:t>
      </w:r>
      <w:r>
        <w:rPr>
          <w:lang w:eastAsia="zh-CN"/>
        </w:rPr>
        <w:br/>
      </w:r>
      <w:r>
        <w:rPr>
          <w:lang w:eastAsia="zh-CN"/>
        </w:rPr>
        <w:t>　　（2）甲方以暴力、威胁或者非法限制人身自由的手段强迫劳动的；</w:t>
      </w:r>
      <w:r>
        <w:rPr>
          <w:lang w:eastAsia="zh-CN"/>
        </w:rPr>
        <w:br/>
      </w:r>
      <w:r>
        <w:rPr>
          <w:lang w:eastAsia="zh-CN"/>
        </w:rPr>
        <w:t>　　（3）甲方未按照劳动合同约定支付劳动报酬或者提供劳动条件的；</w:t>
      </w:r>
      <w:r>
        <w:rPr>
          <w:lang w:eastAsia="zh-CN"/>
        </w:rPr>
        <w:br/>
      </w:r>
      <w:r>
        <w:rPr>
          <w:lang w:eastAsia="zh-CN"/>
        </w:rPr>
        <w:t>　　4、因其它法律规定解除劳动合同，须提前三十天书面通知对方。</w:t>
      </w:r>
      <w:r>
        <w:rPr>
          <w:lang w:eastAsia="zh-CN"/>
        </w:rPr>
        <w:br/>
      </w:r>
      <w:r>
        <w:rPr>
          <w:lang w:eastAsia="zh-CN"/>
        </w:rPr>
        <w:t>　　5、一方解除劳动合同，须提交相关证明材料，说明理由，并向对方书面送达解除劳动合同通知书。</w:t>
      </w:r>
      <w:r>
        <w:rPr>
          <w:lang w:eastAsia="zh-CN"/>
        </w:rPr>
        <w:br/>
      </w:r>
      <w:r>
        <w:rPr>
          <w:lang w:eastAsia="zh-CN"/>
        </w:rPr>
        <w:t>　　第八条故意或者重大过失责任保证</w:t>
      </w:r>
      <w:r>
        <w:rPr>
          <w:lang w:eastAsia="zh-CN"/>
        </w:rPr>
        <w:br/>
      </w:r>
      <w:r>
        <w:rPr>
          <w:lang w:eastAsia="zh-CN"/>
        </w:rPr>
        <w:t>　　1、如因乙方故意或者重大过失导致甲方发生经济损失，则乙方必须尽责处理善后事宜，挽回相应经济损失。甲方可以根据损失的大小及乙方的态度进行相应的处罚。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2、在本条事项未完全处理完毕之前，乙方不得擅自单方终止与甲方的劳动关系。原劳动合同期届满的，则相应顺延到本条事项处理完毕。</w:t>
      </w:r>
      <w:r>
        <w:rPr>
          <w:lang w:eastAsia="zh-CN"/>
        </w:rPr>
        <w:br/>
      </w:r>
      <w:r>
        <w:rPr>
          <w:lang w:eastAsia="zh-CN"/>
        </w:rPr>
        <w:t>　　第九条商业保密及竞业禁止</w:t>
      </w:r>
      <w:r>
        <w:rPr>
          <w:lang w:eastAsia="zh-CN"/>
        </w:rPr>
        <w:br/>
      </w:r>
      <w:r>
        <w:rPr>
          <w:lang w:eastAsia="zh-CN"/>
        </w:rPr>
        <w:t>　　1、乙方对在甲方工作期间所获悉的商业秘密，包括客户信息、相关资料等不得以任何形式为自己或者他人进行使用，此保密期间不局限于劳动合同期限。</w:t>
      </w:r>
      <w:r>
        <w:rPr>
          <w:lang w:eastAsia="zh-CN"/>
        </w:rPr>
        <w:br/>
      </w:r>
      <w:r>
        <w:rPr>
          <w:lang w:eastAsia="zh-CN"/>
        </w:rPr>
        <w:t>　　2、乙方自双方劳动关系以任何形式结束之后，在两年内不得与甲方形成竞争关系，此条包括乙方本人或者帮助他人从事与甲方有竞争性的工作。</w:t>
      </w:r>
      <w:r>
        <w:rPr>
          <w:lang w:eastAsia="zh-CN"/>
        </w:rPr>
        <w:br/>
      </w:r>
      <w:r>
        <w:rPr>
          <w:lang w:eastAsia="zh-CN"/>
        </w:rPr>
        <w:t>　　3、如乙方违反此条规定，则须向甲方赔偿相应的违约金。</w:t>
      </w:r>
      <w:r>
        <w:rPr>
          <w:lang w:eastAsia="zh-CN"/>
        </w:rPr>
        <w:br/>
      </w:r>
      <w:r>
        <w:rPr>
          <w:lang w:eastAsia="zh-CN"/>
        </w:rPr>
        <w:t>　　第十条违约责任</w:t>
      </w:r>
      <w:r>
        <w:rPr>
          <w:lang w:eastAsia="zh-CN"/>
        </w:rPr>
        <w:br/>
      </w:r>
      <w:r>
        <w:rPr>
          <w:lang w:eastAsia="zh-CN"/>
        </w:rPr>
        <w:t>　　本合同如因一方当事人严重违背本合同约定条款而导致本劳动合同解除的，则须向对方承担相应的经济损失并追究其法律责任。</w:t>
      </w:r>
      <w:r>
        <w:rPr>
          <w:lang w:eastAsia="zh-CN"/>
        </w:rPr>
        <w:br/>
      </w:r>
      <w:r>
        <w:rPr>
          <w:lang w:eastAsia="zh-CN"/>
        </w:rPr>
        <w:t>　　第十一条劳动合同变更</w:t>
      </w:r>
      <w:r>
        <w:rPr>
          <w:lang w:eastAsia="zh-CN"/>
        </w:rPr>
        <w:br/>
      </w:r>
      <w:r>
        <w:rPr>
          <w:lang w:eastAsia="zh-CN"/>
        </w:rPr>
        <w:t>　　1、甲乙双方可以通过协商一致变更合同条款，劳动合同变更应采用书面形式。</w:t>
      </w:r>
      <w:r>
        <w:rPr>
          <w:lang w:eastAsia="zh-CN"/>
        </w:rPr>
        <w:br/>
      </w:r>
      <w:r>
        <w:rPr>
          <w:lang w:eastAsia="zh-CN"/>
        </w:rPr>
        <w:t>　　2、具有下列情形之一，经甲乙双方协商同意，可以变更本合同的相关内容：</w:t>
      </w:r>
      <w:r>
        <w:rPr>
          <w:lang w:eastAsia="zh-CN"/>
        </w:rPr>
        <w:br/>
      </w:r>
      <w:r>
        <w:rPr>
          <w:lang w:eastAsia="zh-CN"/>
        </w:rPr>
        <w:t>　　a：本合同订立时所依据的客观情况发生重大变化，致使本合同无法履行的；</w:t>
      </w:r>
      <w:r>
        <w:rPr>
          <w:lang w:eastAsia="zh-CN"/>
        </w:rPr>
        <w:br/>
      </w:r>
      <w:r>
        <w:rPr>
          <w:lang w:eastAsia="zh-CN"/>
        </w:rPr>
        <w:t>　　b：乙方不能从事或者不能胜任原岗位工作的。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第十二条其他事项</w:t>
      </w:r>
      <w:r>
        <w:rPr>
          <w:lang w:eastAsia="zh-CN"/>
        </w:rPr>
        <w:br/>
      </w:r>
      <w:r>
        <w:rPr>
          <w:lang w:eastAsia="zh-CN"/>
        </w:rPr>
        <w:t>　　1、乙方在甲方工作期间，由于经常接触甲方公章等印鉴，所有涉及乙方与甲方之间权利义务的法律文件，包括合同、证明、欠条等，均需由甲方法定代表人签字后才具有法律效力，未经法定代表人签字的一律无效，对此乙方完全同意并遵守，此条效力涉及本合同生效之前及之后。</w:t>
      </w:r>
      <w:r>
        <w:rPr>
          <w:lang w:eastAsia="zh-CN"/>
        </w:rPr>
        <w:br/>
      </w:r>
      <w:r>
        <w:rPr>
          <w:lang w:eastAsia="zh-CN"/>
        </w:rPr>
        <w:t>　　2、甲方依法制定的规章制度、员工手册为本合同附件，与本合同具有同等法律效力。</w:t>
      </w:r>
      <w:r>
        <w:rPr>
          <w:lang w:eastAsia="zh-CN"/>
        </w:rPr>
        <w:br/>
      </w:r>
      <w:r>
        <w:rPr>
          <w:lang w:eastAsia="zh-CN"/>
        </w:rPr>
        <w:t>　　3、通知：如本合同送达地址发生变动，乙方须及时通知甲方，否则甲方一旦按此地址送达，即视为履行了通知义务。</w:t>
      </w:r>
      <w:r>
        <w:rPr>
          <w:lang w:eastAsia="zh-CN"/>
        </w:rPr>
        <w:br/>
      </w:r>
      <w:r>
        <w:rPr>
          <w:lang w:eastAsia="zh-CN"/>
        </w:rPr>
        <w:t>　　4、未经甲方同意，乙方不得在其他单位兼职。</w:t>
      </w:r>
      <w:r>
        <w:rPr>
          <w:lang w:eastAsia="zh-CN"/>
        </w:rPr>
        <w:br/>
      </w:r>
      <w:r>
        <w:rPr>
          <w:lang w:eastAsia="zh-CN"/>
        </w:rPr>
        <w:t>　　5、乙方不得利用公司的资源谋取个人的利益。</w:t>
      </w:r>
      <w:r>
        <w:rPr>
          <w:lang w:eastAsia="zh-CN"/>
        </w:rPr>
        <w:br/>
      </w:r>
      <w:r>
        <w:rPr>
          <w:lang w:eastAsia="zh-CN"/>
        </w:rPr>
        <w:t>　　第十三条劳动争议的处理</w:t>
      </w:r>
      <w:r>
        <w:rPr>
          <w:lang w:eastAsia="zh-CN"/>
        </w:rPr>
        <w:br/>
      </w:r>
      <w:r>
        <w:rPr>
          <w:lang w:eastAsia="zh-CN"/>
        </w:rPr>
        <w:t>　　如甲、乙双方出现劳动争议，双方可协商解决，如协商不妥，可向当地劳动仲裁委员会提起仲裁。</w:t>
      </w:r>
      <w:r>
        <w:rPr>
          <w:lang w:eastAsia="zh-CN"/>
        </w:rPr>
        <w:br/>
      </w:r>
      <w:r>
        <w:rPr>
          <w:lang w:eastAsia="zh-CN"/>
        </w:rPr>
        <w:t>　　第十四条合同效力及文本</w:t>
      </w:r>
      <w:r>
        <w:rPr>
          <w:lang w:eastAsia="zh-CN"/>
        </w:rPr>
        <w:br/>
      </w:r>
      <w:r>
        <w:rPr>
          <w:lang w:eastAsia="zh-CN"/>
        </w:rPr>
        <w:t>　　本合同自双方签字并加盖公章后即具法律效力。合同文本一式二份，双方各执一份，本合同甲方加盖公章。</w:t>
      </w:r>
      <w:r>
        <w:rPr>
          <w:lang w:eastAsia="zh-CN"/>
        </w:rPr>
        <w:br/>
      </w:r>
      <w:r>
        <w:rPr>
          <w:lang w:eastAsia="zh-CN"/>
        </w:rPr>
        <w:t>　　甲方：</w:t>
      </w:r>
      <w:r>
        <w:rPr>
          <w:lang w:eastAsia="zh-CN"/>
        </w:rPr>
        <w:br/>
      </w:r>
      <w:r>
        <w:rPr>
          <w:lang w:eastAsia="zh-CN"/>
        </w:rPr>
        <w:t>　　乙方：</w:t>
      </w:r>
      <w:r>
        <w:rPr>
          <w:lang w:eastAsia="zh-CN"/>
        </w:rPr>
        <w:br/>
      </w:r>
      <w:r>
        <w:rPr>
          <w:lang w:eastAsia="zh-CN"/>
        </w:rPr>
        <w:t xml:space="preserve">    2024岗位劳动合同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1、调岗属于变更劳动合同的主要内容，用人单位必须先与劳动者协商一致，未经劳动者同意，用人单位单方面调整岗位，原则上是无效的；</w:t>
      </w:r>
      <w:r>
        <w:rPr>
          <w:lang w:eastAsia="zh-CN"/>
        </w:rPr>
        <w:br/>
      </w:r>
      <w:r>
        <w:rPr>
          <w:lang w:eastAsia="zh-CN"/>
        </w:rPr>
        <w:t>　　2、如果用人单位是生产经营需要的调岗，且调岗具有合理性，不存在侮辱或惩罚性质，工资待遇不降低，与劳动合同约定的岗位之间存在相关性，则调岗有效；你作为劳动者应该遵守。当然，调整岗位的合理性需要用人单位举证；反之，用人单位是基于迫使劳动者离职而调整岗位，劳动者是可以拒绝的。用人单位以劳动者不服从安排为由解除劳动合同，就属于违法解除；你可以申请劳动仲裁要求支付赔偿金，工作1年支付2个月本人工资，即2N；</w:t>
      </w:r>
      <w:r>
        <w:rPr>
          <w:lang w:eastAsia="zh-CN"/>
        </w:rPr>
        <w:br/>
      </w:r>
      <w:r>
        <w:rPr>
          <w:lang w:eastAsia="zh-CN"/>
        </w:rPr>
        <w:t>　　3、如果劳动者不能胜任工作，用人单位也是有权调整岗位的。当然，用人单位主张劳动者不胜任工作也是需要提供证据的。劳动者拒绝调整岗位的，用人单位据此解除劳动合同，属于合法解除，但是用人单位也是应该支付经济补偿，即N。 法律基础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劳动法》第17条明确规定，订立和变更劳动合同，应遵循自愿、协商一致的原则，不得违反法律、行政法规的规定。劳动合同依法订立即具有法律约束力，当事人必须履行劳动合同规定的义务。同时，《劳动合同法》第35条规定，“用人单位与劳动者协商一致，可以变更劳动合同约定的内容。变更劳动合同，应当采用书面形式。”按照上述规定，用人单位合法地变更劳动合同必须同时具备三个条件：一是双方当事人在平等自愿的基础上提出或接受变更合同的条件；二是必须遵守协商一致的.原则，在变更合同过程中，双方当事人必须对变更的内容进行协商，在取得一致意见的情况下进行变更；三是不得违反法律、行政法规的规定，也就是说，变更劳动合同的程序和内容都要符合法律和有关规定。因此，在劳动合同履行过程中，一方当事人单方面变更劳动合同是不合法的。如果企业因生产工作需要，确需变动职工工作岗位时，要先同职工协商，取得一致意见后再变动。如果职工不同意变更，企业也要做好思想工作，不能以行使自主权为由强行变更，甚至在职工一方不同意的情况下，作出停发工资、限期调离等决定，这样做显然是侵犯职工合法权益的行为，也是一种违法行为，按照法律规定应当支付赔偿金。</w:t>
      </w:r>
      <w:r>
        <w:rPr>
          <w:lang w:eastAsia="zh-CN"/>
        </w:rPr>
        <w:br/>
      </w:r>
      <w:r>
        <w:rPr>
          <w:lang w:eastAsia="zh-CN"/>
        </w:rPr>
        <w:t xml:space="preserve">    2024岗位劳动合同 篇4 </w:t>
      </w:r>
      <w:r>
        <w:rPr>
          <w:lang w:eastAsia="zh-CN"/>
        </w:rPr>
        <w:br/>
      </w:r>
      <w:r>
        <w:rPr>
          <w:lang w:eastAsia="zh-CN"/>
        </w:rPr>
        <w:t>　　甲方：______________________</w:t>
      </w:r>
      <w:r>
        <w:rPr>
          <w:lang w:eastAsia="zh-CN"/>
        </w:rPr>
        <w:br/>
      </w:r>
      <w:r>
        <w:rPr>
          <w:lang w:eastAsia="zh-CN"/>
        </w:rPr>
        <w:t>　　乙方：______________________</w:t>
      </w:r>
      <w:r>
        <w:rPr>
          <w:lang w:eastAsia="zh-CN"/>
        </w:rPr>
        <w:br/>
      </w:r>
      <w:r>
        <w:rPr>
          <w:lang w:eastAsia="zh-CN"/>
        </w:rPr>
        <w:t>　　建安小学(简称甲方)因工作需要，同意雇用(简称乙方)做临时工，从事厨房烹调工作；经双方协商同意签订协议如下：</w:t>
      </w:r>
      <w:r>
        <w:rPr>
          <w:lang w:eastAsia="zh-CN"/>
        </w:rPr>
        <w:br/>
      </w:r>
      <w:r>
        <w:rPr>
          <w:lang w:eastAsia="zh-CN"/>
        </w:rPr>
        <w:t>　　一、合同期限：从_______年_______月_______日起至_______年_______月_______日止。</w:t>
      </w:r>
      <w:r>
        <w:rPr>
          <w:lang w:eastAsia="zh-CN"/>
        </w:rPr>
        <w:br/>
      </w:r>
      <w:r>
        <w:rPr>
          <w:lang w:eastAsia="zh-CN"/>
        </w:rPr>
        <w:t>　　二、福利待遇：</w:t>
      </w:r>
      <w:r>
        <w:rPr>
          <w:lang w:eastAsia="zh-CN"/>
        </w:rPr>
        <w:br/>
      </w:r>
      <w:r>
        <w:rPr>
          <w:lang w:eastAsia="zh-CN"/>
        </w:rPr>
        <w:t>　　1、待遇：经双方协商以每月_______天计算，按_______元/月发给。工作不足天的，按实际天数平均计算(除去每周应得的假期天数)。</w:t>
      </w:r>
      <w:r>
        <w:rPr>
          <w:lang w:eastAsia="zh-CN"/>
        </w:rPr>
        <w:br/>
      </w:r>
      <w:r>
        <w:rPr>
          <w:lang w:eastAsia="zh-CN"/>
        </w:rPr>
        <w:t>　　2、劳保用品，根据所从事的工作按国家有关规定执行。</w:t>
      </w:r>
      <w:r>
        <w:rPr>
          <w:lang w:eastAsia="zh-CN"/>
        </w:rPr>
        <w:br/>
      </w:r>
      <w:r>
        <w:rPr>
          <w:lang w:eastAsia="zh-CN"/>
        </w:rPr>
        <w:t>　　3、因工伤致残，死亡的，其福利待遇按有关规定办理。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4、甲方负责乙方的社会保险费计入乙方所得的报酬中。</w:t>
      </w:r>
      <w:r>
        <w:rPr>
          <w:lang w:eastAsia="zh-CN"/>
        </w:rPr>
        <w:br/>
      </w:r>
      <w:r>
        <w:rPr>
          <w:lang w:eastAsia="zh-CN"/>
        </w:rPr>
        <w:t>　　三，双方权利和义务：</w:t>
      </w:r>
      <w:r>
        <w:rPr>
          <w:lang w:eastAsia="zh-CN"/>
        </w:rPr>
        <w:br/>
      </w:r>
      <w:r>
        <w:rPr>
          <w:lang w:eastAsia="zh-CN"/>
        </w:rPr>
        <w:t>　　1、甲方应给乙方提供必要的工作条件。乙方按时获得劳动报酬。</w:t>
      </w:r>
      <w:r>
        <w:rPr>
          <w:lang w:eastAsia="zh-CN"/>
        </w:rPr>
        <w:br/>
      </w:r>
      <w:r>
        <w:rPr>
          <w:lang w:eastAsia="zh-CN"/>
        </w:rPr>
        <w:t>　　2、合同期内，甲方为乙方购买校内意外保险，乙方一旦在校内发生意外事故，由保险公司负责，学校不承担任何责任，只协助乙方办理相关工作。</w:t>
      </w:r>
      <w:r>
        <w:rPr>
          <w:lang w:eastAsia="zh-CN"/>
        </w:rPr>
        <w:br/>
      </w:r>
      <w:r>
        <w:rPr>
          <w:lang w:eastAsia="zh-CN"/>
        </w:rPr>
        <w:t>　　3、合同期内，乙方在校外发生事故，后果自负。</w:t>
      </w:r>
      <w:r>
        <w:rPr>
          <w:lang w:eastAsia="zh-CN"/>
        </w:rPr>
        <w:br/>
      </w:r>
      <w:r>
        <w:rPr>
          <w:lang w:eastAsia="zh-CN"/>
        </w:rPr>
        <w:t>　　4、乙方应严格遵守宪法，法律和职业道德，遵守甲方制定的`劳动纪律和各项规章制度及完成各项工作任务。尊重领导，尊敬全体老师，关心，爱护全体学生，尊重学生人格。要坚持锻炼身体，确保有健康的体魄开展工作。要不断提高思想政治觉悟和业务水平。</w:t>
      </w:r>
      <w:r>
        <w:rPr>
          <w:lang w:eastAsia="zh-CN"/>
        </w:rPr>
        <w:br/>
      </w:r>
      <w:r>
        <w:rPr>
          <w:lang w:eastAsia="zh-CN"/>
        </w:rPr>
        <w:t>　　5、有下列情况之一的，甲方可以解除劳动合同：</w:t>
      </w:r>
      <w:r>
        <w:rPr>
          <w:lang w:eastAsia="zh-CN"/>
        </w:rPr>
        <w:br/>
      </w:r>
      <w:r>
        <w:rPr>
          <w:lang w:eastAsia="zh-CN"/>
        </w:rPr>
        <w:t>　　(1)经查明被证明不符合聘用条件的；</w:t>
      </w:r>
      <w:r>
        <w:rPr>
          <w:lang w:eastAsia="zh-CN"/>
        </w:rPr>
        <w:br/>
      </w:r>
      <w:r>
        <w:rPr>
          <w:lang w:eastAsia="zh-CN"/>
        </w:rPr>
        <w:t>　　(2)乙方患病或非因工伤，医疗期满后不能从事原工作的；</w:t>
      </w:r>
      <w:r>
        <w:rPr>
          <w:lang w:eastAsia="zh-CN"/>
        </w:rPr>
        <w:br/>
      </w:r>
      <w:r>
        <w:rPr>
          <w:lang w:eastAsia="zh-CN"/>
        </w:rPr>
        <w:t>　　(3)严重违反劳动纪律或学校规章制度的；</w:t>
      </w:r>
      <w:r>
        <w:rPr>
          <w:lang w:eastAsia="zh-CN"/>
        </w:rPr>
        <w:br/>
      </w:r>
      <w:r>
        <w:rPr>
          <w:lang w:eastAsia="zh-CN"/>
        </w:rPr>
        <w:t>　　(4)无理取闹，打架斗殴的；</w:t>
      </w:r>
      <w:r>
        <w:rPr>
          <w:lang w:eastAsia="zh-CN"/>
        </w:rPr>
        <w:br/>
      </w:r>
      <w:r>
        <w:rPr>
          <w:lang w:eastAsia="zh-CN"/>
        </w:rPr>
        <w:t>　　(5)不履行合同，不按质量，要求完成工作任务或累计旷工超过3天/月或缺勤累计超过60天/任期内的；</w:t>
      </w:r>
      <w:r>
        <w:rPr>
          <w:lang w:eastAsia="zh-CN"/>
        </w:rPr>
        <w:br/>
      </w:r>
      <w:r>
        <w:rPr>
          <w:lang w:eastAsia="zh-CN"/>
        </w:rPr>
        <w:t>　　(6)学校因事业发展的需要进行编制压缩或用人单位因工作任务发生改变，确需裁减人员的；</w:t>
      </w:r>
      <w:r>
        <w:rPr>
          <w:lang w:eastAsia="zh-CN"/>
        </w:rPr>
        <w:br/>
      </w:r>
      <w:r>
        <w:rPr>
          <w:lang w:eastAsia="zh-CN"/>
        </w:rPr>
        <w:t>　　(7)严重失职，对用人单位利益造成损害的；</w:t>
      </w:r>
      <w:r>
        <w:rPr>
          <w:lang w:eastAsia="zh-CN"/>
        </w:rPr>
        <w:br/>
      </w:r>
      <w:r>
        <w:rPr>
          <w:lang w:eastAsia="zh-CN"/>
        </w:rPr>
        <w:t>　　(8)被依法追究刑事责任的。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6、乙方有下列情况之一的，甲方不得解除劳动合同：</w:t>
      </w:r>
      <w:r>
        <w:rPr>
          <w:lang w:eastAsia="zh-CN"/>
        </w:rPr>
        <w:br/>
      </w:r>
      <w:r>
        <w:rPr>
          <w:lang w:eastAsia="zh-CN"/>
        </w:rPr>
        <w:t>　　(1)合同期限未满，又不符合本合同第三条第5项各款的；</w:t>
      </w:r>
      <w:r>
        <w:rPr>
          <w:lang w:eastAsia="zh-CN"/>
        </w:rPr>
        <w:br/>
      </w:r>
      <w:r>
        <w:rPr>
          <w:lang w:eastAsia="zh-CN"/>
        </w:rPr>
        <w:t>　　(2)患病或负伤，在规定的医疗期内的；</w:t>
      </w:r>
      <w:r>
        <w:rPr>
          <w:lang w:eastAsia="zh-CN"/>
        </w:rPr>
        <w:br/>
      </w:r>
      <w:r>
        <w:rPr>
          <w:lang w:eastAsia="zh-CN"/>
        </w:rPr>
        <w:t>　　(3)法律，行政法规规定的其他情形。</w:t>
      </w:r>
      <w:r>
        <w:rPr>
          <w:lang w:eastAsia="zh-CN"/>
        </w:rPr>
        <w:br/>
      </w:r>
      <w:r>
        <w:rPr>
          <w:lang w:eastAsia="zh-CN"/>
        </w:rPr>
        <w:t>　　7、甲方有下列情况之一的，乙方可以辞工：</w:t>
      </w:r>
      <w:r>
        <w:rPr>
          <w:lang w:eastAsia="zh-CN"/>
        </w:rPr>
        <w:br/>
      </w:r>
      <w:r>
        <w:rPr>
          <w:lang w:eastAsia="zh-CN"/>
        </w:rPr>
        <w:t>　　(1)甲方不按劳动合同规定支付劳动报酬的；</w:t>
      </w:r>
      <w:r>
        <w:rPr>
          <w:lang w:eastAsia="zh-CN"/>
        </w:rPr>
        <w:br/>
      </w:r>
      <w:r>
        <w:rPr>
          <w:lang w:eastAsia="zh-CN"/>
        </w:rPr>
        <w:t>　　(2)甲方不履行劳动合同或违反国家劳动法规，政策侵害临时工合法权益的。</w:t>
      </w:r>
      <w:r>
        <w:rPr>
          <w:lang w:eastAsia="zh-CN"/>
        </w:rPr>
        <w:br/>
      </w:r>
      <w:r>
        <w:rPr>
          <w:lang w:eastAsia="zh-CN"/>
        </w:rPr>
        <w:t>　　8、经劳动合同当事人协商一致，劳动合同可以解除。</w:t>
      </w:r>
      <w:r>
        <w:rPr>
          <w:lang w:eastAsia="zh-CN"/>
        </w:rPr>
        <w:br/>
      </w:r>
      <w:r>
        <w:rPr>
          <w:lang w:eastAsia="zh-CN"/>
        </w:rPr>
        <w:t>　　9、任何一方需要解除劳动合同，应提前通知对方，并将书面报告送教导处核准，由教导处总务负责人会同学校校长办理解除劳动合同手续。对符合第三条第5项第(1)，(3)，(4)，(5)，(7)，(8)款规定的，用人单位有权即时解聘临时工。</w:t>
      </w:r>
      <w:r>
        <w:rPr>
          <w:lang w:eastAsia="zh-CN"/>
        </w:rPr>
        <w:br/>
      </w:r>
      <w:r>
        <w:rPr>
          <w:lang w:eastAsia="zh-CN"/>
        </w:rPr>
        <w:t>　　10、劳动合同期满，合同即自然终止。需继续聘用者，由本人申请，经教导处同意后报学校校长审批，并重新签订劳动合同。</w:t>
      </w:r>
      <w:r>
        <w:rPr>
          <w:lang w:eastAsia="zh-CN"/>
        </w:rPr>
        <w:br/>
      </w:r>
      <w:r>
        <w:rPr>
          <w:lang w:eastAsia="zh-CN"/>
        </w:rPr>
        <w:t>　　11、符合第三条第5项第6款情况，由甲方解除劳动合同的，应当提前30日以书面形式通知乙方。</w:t>
      </w:r>
      <w:r>
        <w:rPr>
          <w:lang w:eastAsia="zh-CN"/>
        </w:rPr>
        <w:br/>
      </w:r>
      <w:r>
        <w:rPr>
          <w:lang w:eastAsia="zh-CN"/>
        </w:rPr>
        <w:t>　　12、任何一方擅自解除劳动合同或违反合同规定，给对方造成经济损失的，对方有权根据其责任和造成的后果，追究对方经济责任。并赔偿三个月工资额。</w:t>
      </w:r>
      <w:r>
        <w:rPr>
          <w:lang w:eastAsia="zh-CN"/>
        </w:rPr>
        <w:br/>
      </w:r>
      <w:r>
        <w:rPr>
          <w:lang w:eastAsia="zh-CN"/>
        </w:rPr>
        <w:t>　　四、合同期满，如工作需要，经双方同意可续订合同，如工作不需要，甲方与乙方无任何关系。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五、本合同一式二份，甲方，乙方各一份，合同从签订之日起即生效，双方均应遵守执行。</w:t>
      </w:r>
      <w:r>
        <w:rPr>
          <w:lang w:eastAsia="zh-CN"/>
        </w:rPr>
        <w:br/>
      </w:r>
      <w:r>
        <w:rPr>
          <w:lang w:eastAsia="zh-CN"/>
        </w:rPr>
        <w:t>　　六、其它补充条款。</w:t>
      </w:r>
      <w:r>
        <w:rPr>
          <w:lang w:eastAsia="zh-CN"/>
        </w:rPr>
        <w:br/>
      </w:r>
      <w:r>
        <w:rPr>
          <w:lang w:eastAsia="zh-CN"/>
        </w:rPr>
        <w:t>　　1、甲方提供乙方住宿</w:t>
      </w:r>
      <w:r>
        <w:rPr>
          <w:lang w:eastAsia="zh-CN"/>
        </w:rPr>
        <w:br/>
      </w:r>
      <w:r>
        <w:rPr>
          <w:lang w:eastAsia="zh-CN"/>
        </w:rPr>
        <w:t>　　2、甲方提供乙方冲洗热水器，免乙方水电费，燃气费自负。</w:t>
      </w:r>
      <w:r>
        <w:rPr>
          <w:lang w:eastAsia="zh-CN"/>
        </w:rPr>
        <w:br/>
      </w:r>
      <w:r>
        <w:rPr>
          <w:lang w:eastAsia="zh-CN"/>
        </w:rPr>
        <w:t>　　3、乙方在学校无特殊情况下，按教师回校上班日期上班(一般是五天制)。</w:t>
      </w:r>
      <w:r>
        <w:rPr>
          <w:lang w:eastAsia="zh-CN"/>
        </w:rPr>
        <w:br/>
      </w:r>
      <w:r>
        <w:rPr>
          <w:lang w:eastAsia="zh-CN"/>
        </w:rPr>
        <w:t>　　甲方总务负责人签章：______________</w:t>
      </w:r>
      <w:r>
        <w:rPr>
          <w:lang w:eastAsia="zh-CN"/>
        </w:rPr>
        <w:br/>
      </w:r>
      <w:r>
        <w:rPr>
          <w:lang w:eastAsia="zh-CN"/>
        </w:rPr>
        <w:t>　　______________年_______月_______日</w:t>
      </w:r>
      <w:r>
        <w:rPr>
          <w:lang w:eastAsia="zh-CN"/>
        </w:rPr>
        <w:br/>
      </w:r>
      <w:r>
        <w:rPr>
          <w:lang w:eastAsia="zh-CN"/>
        </w:rPr>
        <w:t>　　乙方签章：______________</w:t>
      </w:r>
      <w:r>
        <w:rPr>
          <w:lang w:eastAsia="zh-CN"/>
        </w:rPr>
        <w:br/>
      </w:r>
      <w:r>
        <w:rPr>
          <w:lang w:eastAsia="zh-CN"/>
        </w:rPr>
        <w:t>　　______________年_______月_______日</w:t>
      </w:r>
      <w:r>
        <w:rPr>
          <w:lang w:eastAsia="zh-CN"/>
        </w:rPr>
        <w:br/>
      </w:r>
      <w:r>
        <w:rPr>
          <w:lang w:eastAsia="zh-CN"/>
        </w:rPr>
        <w:t xml:space="preserve">    2024岗位劳动合同 篇5 </w:t>
      </w:r>
      <w:r>
        <w:rPr>
          <w:lang w:eastAsia="zh-CN"/>
        </w:rPr>
        <w:br/>
      </w:r>
      <w:r>
        <w:rPr>
          <w:lang w:eastAsia="zh-CN"/>
        </w:rPr>
        <w:t>　　岗位劳动合同</w:t>
      </w:r>
      <w:r>
        <w:rPr>
          <w:lang w:eastAsia="zh-CN"/>
        </w:rPr>
        <w:br/>
      </w:r>
      <w:r>
        <w:rPr>
          <w:lang w:eastAsia="zh-CN"/>
        </w:rPr>
        <w:t>　　甲方＿＿＿＿，法定代表人＿＿＿＿，乙方＿＿＿＿，工种岗位＿＿＿＿。</w:t>
      </w:r>
      <w:r>
        <w:rPr>
          <w:lang w:eastAsia="zh-CN"/>
        </w:rPr>
        <w:br/>
      </w:r>
      <w:r>
        <w:rPr>
          <w:lang w:eastAsia="zh-CN"/>
        </w:rPr>
        <w:t>　　为充分调动和发挥职工的积极性、主动性、创造性，确保岗位生产任务和各项经济技术指标的完成，根据甲（指签约的班组、工段、车间或科室负责人）乙（指车间、分厂或部室的行政负责人）鉴证，甲、乙双方签订岗位劳动合同，该合同自签字之日起生效。</w:t>
      </w:r>
      <w:r>
        <w:rPr>
          <w:lang w:eastAsia="zh-CN"/>
        </w:rPr>
        <w:br/>
      </w:r>
      <w:r>
        <w:rPr>
          <w:lang w:eastAsia="zh-CN"/>
        </w:rPr>
        <w:t>　　合同岗位：</w:t>
      </w:r>
      <w:r>
        <w:rPr>
          <w:lang w:eastAsia="zh-CN"/>
        </w:rPr>
        <w:br/>
      </w:r>
      <w:r>
        <w:rPr>
          <w:lang w:eastAsia="zh-CN"/>
        </w:rPr>
        <w:t>　　合同期限为?年从一九?年?月?日至一九?年?月?日止。</w:t>
      </w:r>
      <w:r>
        <w:rPr>
          <w:lang w:eastAsia="zh-CN"/>
        </w:rPr>
        <w:br/>
      </w:r>
      <w:r>
        <w:rPr>
          <w:lang w:eastAsia="zh-CN"/>
        </w:rPr>
        <w:t>　　本合同一式三份，签字双方及鉴证人各持一份。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甲方?（签字）</w:t>
      </w:r>
      <w:r>
        <w:rPr>
          <w:lang w:eastAsia="zh-CN"/>
        </w:rPr>
        <w:br/>
      </w:r>
      <w:r>
        <w:rPr>
          <w:lang w:eastAsia="zh-CN"/>
        </w:rPr>
        <w:t>　　乙方?（签字）</w:t>
      </w:r>
      <w:r>
        <w:rPr>
          <w:lang w:eastAsia="zh-CN"/>
        </w:rPr>
        <w:br/>
      </w:r>
      <w:r>
        <w:rPr>
          <w:lang w:eastAsia="zh-CN"/>
        </w:rPr>
        <w:t>　　鉴证人?（签字）</w:t>
      </w:r>
      <w:r>
        <w:rPr>
          <w:lang w:eastAsia="zh-CN"/>
        </w:rPr>
        <w:br/>
      </w:r>
      <w:r>
        <w:rPr>
          <w:lang w:eastAsia="zh-CN"/>
        </w:rPr>
        <w:t>　　＿＿年＿＿月＿＿日</w:t>
      </w:r>
      <w:r>
        <w:rPr>
          <w:lang w:eastAsia="zh-CN"/>
        </w:rPr>
        <w:br/>
      </w:r>
      <w:r>
        <w:rPr>
          <w:lang w:eastAsia="zh-CN"/>
        </w:rPr>
        <w:t>　　岗位职责及任务：＿＿＿＿＿＿＿＿＿＿＿＿＿＿＿＿＿＿＿＿＿＿＿＿＿＿</w:t>
      </w:r>
      <w:r>
        <w:rPr>
          <w:lang w:eastAsia="zh-CN"/>
        </w:rPr>
        <w:br/>
      </w:r>
      <w:r>
        <w:rPr>
          <w:lang w:eastAsia="zh-CN"/>
        </w:rPr>
        <w:t>　　考核奖励内容及解除合同规定：＿＿＿＿＿＿＿＿＿＿＿＿＿＿＿＿＿＿＿＿</w:t>
      </w:r>
      <w:r>
        <w:rPr>
          <w:lang w:eastAsia="zh-CN"/>
        </w:rPr>
        <w:br/>
      </w:r>
      <w:r>
        <w:rPr>
          <w:lang w:eastAsia="zh-CN"/>
        </w:rPr>
        <w:t xml:space="preserve">    2024岗位劳动合同 篇6 </w:t>
      </w:r>
      <w:r>
        <w:rPr>
          <w:lang w:eastAsia="zh-CN"/>
        </w:rPr>
        <w:br/>
      </w:r>
      <w:r>
        <w:rPr>
          <w:lang w:eastAsia="zh-CN"/>
        </w:rPr>
        <w:t>　　甲方(用人单位名称)：______________</w:t>
      </w:r>
      <w:r>
        <w:rPr>
          <w:lang w:eastAsia="zh-CN"/>
        </w:rPr>
        <w:br/>
      </w:r>
      <w:r>
        <w:rPr>
          <w:lang w:eastAsia="zh-CN"/>
        </w:rPr>
        <w:t>　　乙方(劳动者)姓名：______________</w:t>
      </w:r>
      <w:r>
        <w:rPr>
          <w:lang w:eastAsia="zh-CN"/>
        </w:rPr>
        <w:br/>
      </w:r>
      <w:r>
        <w:rPr>
          <w:lang w:eastAsia="zh-CN"/>
        </w:rPr>
        <w:t>　　甲方已将本单位各项劳动规章及各项纪律制度，劳动强度等情况告知乙方，乙方承诺向甲方提供的各类证件真实无误。为确立劳动关系，明确双方的权利和义务，根据《中华人民共和国劳动合同法》及其它有关法律、法规规定，经甲、乙双方平等协商，自愿签订本公益性岗位劳动合同，共同遵守本合同所列条款。</w:t>
      </w:r>
      <w:r>
        <w:rPr>
          <w:lang w:eastAsia="zh-CN"/>
        </w:rPr>
        <w:br/>
      </w:r>
      <w:r>
        <w:rPr>
          <w:lang w:eastAsia="zh-CN"/>
        </w:rPr>
        <w:t>　　一、劳动合同期限</w:t>
      </w:r>
      <w:r>
        <w:rPr>
          <w:lang w:eastAsia="zh-CN"/>
        </w:rPr>
        <w:br/>
      </w:r>
      <w:r>
        <w:rPr>
          <w:lang w:eastAsia="zh-CN"/>
        </w:rPr>
        <w:t>　　本合同自_______年_______月_______日至_______年_______月_______日。</w:t>
      </w:r>
      <w:r>
        <w:rPr>
          <w:lang w:eastAsia="zh-CN"/>
        </w:rPr>
        <w:br/>
      </w:r>
      <w:r>
        <w:rPr>
          <w:lang w:eastAsia="zh-CN"/>
        </w:rPr>
        <w:t>　　二、工作内容</w:t>
      </w:r>
      <w:r>
        <w:rPr>
          <w:lang w:eastAsia="zh-CN"/>
        </w:rPr>
        <w:br/>
      </w:r>
      <w:r>
        <w:rPr>
          <w:lang w:eastAsia="zh-CN"/>
        </w:rPr>
        <w:t>　　甲方根据工作需要，安排乙方在岗位。</w:t>
      </w:r>
      <w:r>
        <w:rPr>
          <w:lang w:eastAsia="zh-CN"/>
        </w:rPr>
        <w:br/>
      </w:r>
      <w:r>
        <w:rPr>
          <w:lang w:eastAsia="zh-CN"/>
        </w:rPr>
        <w:t>　　三、工作时间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甲方保证乙方在合同期内享受国家规定的.双休日、法定节假日等休息休假的权利。确应工作需要加班的，甲方应按国家规定付给乙方劳动报酬。</w:t>
      </w:r>
      <w:r>
        <w:rPr>
          <w:lang w:eastAsia="zh-CN"/>
        </w:rPr>
        <w:br/>
      </w:r>
      <w:r>
        <w:rPr>
          <w:lang w:eastAsia="zh-CN"/>
        </w:rPr>
        <w:t>　　四、劳动报酬</w:t>
      </w:r>
      <w:r>
        <w:rPr>
          <w:lang w:eastAsia="zh-CN"/>
        </w:rPr>
        <w:br/>
      </w:r>
      <w:r>
        <w:rPr>
          <w:lang w:eastAsia="zh-CN"/>
        </w:rPr>
        <w:t>　　1、合同期内，甲方以人民币形式按月给乙方支付劳动报酬。乙方岗位补贴为______________元/月。</w:t>
      </w:r>
      <w:r>
        <w:rPr>
          <w:lang w:eastAsia="zh-CN"/>
        </w:rPr>
        <w:br/>
      </w:r>
      <w:r>
        <w:rPr>
          <w:lang w:eastAsia="zh-CN"/>
        </w:rPr>
        <w:t>　　五、特别规定</w:t>
      </w:r>
      <w:r>
        <w:rPr>
          <w:lang w:eastAsia="zh-CN"/>
        </w:rPr>
        <w:br/>
      </w:r>
      <w:r>
        <w:rPr>
          <w:lang w:eastAsia="zh-CN"/>
        </w:rPr>
        <w:t>　　1、劳动合同的解除和终止按《中华人民共和国劳动合同法》第四章的规定执行。</w:t>
      </w:r>
      <w:r>
        <w:rPr>
          <w:lang w:eastAsia="zh-CN"/>
        </w:rPr>
        <w:br/>
      </w:r>
      <w:r>
        <w:rPr>
          <w:lang w:eastAsia="zh-CN"/>
        </w:rPr>
        <w:t>　　2、本合同规定的岗位为公益性岗位,按《劳动合同法实施条例》第十二条规定，本劳动合同不适用《中华人民共和国劳动合同法》有关无固定期限劳动合同的规定以及支付经济补偿的规定。</w:t>
      </w:r>
      <w:r>
        <w:rPr>
          <w:lang w:eastAsia="zh-CN"/>
        </w:rPr>
        <w:br/>
      </w:r>
      <w:r>
        <w:rPr>
          <w:lang w:eastAsia="zh-CN"/>
        </w:rPr>
        <w:t>　　六、其它</w:t>
      </w:r>
      <w:r>
        <w:rPr>
          <w:lang w:eastAsia="zh-CN"/>
        </w:rPr>
        <w:br/>
      </w:r>
      <w:r>
        <w:rPr>
          <w:lang w:eastAsia="zh-CN"/>
        </w:rPr>
        <w:t>　　以下规章制度作为附件，与劳动合同其它条款具有同等效力，乙方须严格遵守：</w:t>
      </w:r>
      <w:r>
        <w:rPr>
          <w:lang w:eastAsia="zh-CN"/>
        </w:rPr>
        <w:br/>
      </w:r>
      <w:r>
        <w:rPr>
          <w:lang w:eastAsia="zh-CN"/>
        </w:rPr>
        <w:t>　　1、乙方不遵守甲方制定的各项规章制度，经两次口头或书面教育不改者，从第二次教育后次月予以除名，本合同自行解除。</w:t>
      </w:r>
      <w:r>
        <w:rPr>
          <w:lang w:eastAsia="zh-CN"/>
        </w:rPr>
        <w:br/>
      </w:r>
      <w:r>
        <w:rPr>
          <w:lang w:eastAsia="zh-CN"/>
        </w:rPr>
        <w:t>　　2、连续三次迟到或早退，累计迟到或早退5次、连续旷工2天或累计旷工3天予以除名，本合同自行解除。</w:t>
      </w:r>
      <w:r>
        <w:rPr>
          <w:lang w:eastAsia="zh-CN"/>
        </w:rPr>
        <w:br/>
      </w:r>
      <w:r>
        <w:rPr>
          <w:lang w:eastAsia="zh-CN"/>
        </w:rPr>
        <w:t>　　3、主管部门检查无故脱岗两次者予以除名，本合同自行解除。</w:t>
      </w:r>
      <w:r>
        <w:rPr>
          <w:lang w:eastAsia="zh-CN"/>
        </w:rPr>
        <w:br/>
      </w:r>
      <w:r>
        <w:rPr>
          <w:lang w:eastAsia="zh-CN"/>
        </w:rPr>
        <w:t>　　七、双方约定的其它事项：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八、本合同一式三份，甲、乙双方各执一份，鉴证机关备案一份。本合同约定事项违反国家劳动法律、法规和涂改或未经合法授权代签无效。</w:t>
      </w:r>
      <w:r>
        <w:rPr>
          <w:lang w:eastAsia="zh-CN"/>
        </w:rPr>
        <w:br/>
      </w:r>
      <w:r>
        <w:rPr>
          <w:lang w:eastAsia="zh-CN"/>
        </w:rPr>
        <w:t>　　甲方(公章)：_________乙方(公章)：_________</w:t>
      </w:r>
      <w:r>
        <w:rPr>
          <w:lang w:eastAsia="zh-CN"/>
        </w:rPr>
        <w:br/>
      </w:r>
      <w:r>
        <w:rPr>
          <w:lang w:eastAsia="zh-CN"/>
        </w:rPr>
        <w:t>　　法定代表人(签字)：_________法定代表人(签字)：_________</w:t>
      </w:r>
      <w:r>
        <w:rPr>
          <w:lang w:eastAsia="zh-CN"/>
        </w:rPr>
        <w:br/>
      </w:r>
      <w:r>
        <w:rPr>
          <w:lang w:eastAsia="zh-CN"/>
        </w:rPr>
        <w:t>　　_________年____月____日_________年____月____日</w:t>
      </w:r>
      <w:r>
        <w:rPr>
          <w:lang w:eastAsia="zh-CN"/>
        </w:rPr>
        <w:br/>
      </w:r>
      <w:r>
        <w:rPr>
          <w:lang w:eastAsia="zh-CN"/>
        </w:rPr>
        <w:t xml:space="preserve">    2024岗位劳动合同 篇7 </w:t>
      </w:r>
      <w:r>
        <w:rPr>
          <w:lang w:eastAsia="zh-CN"/>
        </w:rPr>
        <w:br/>
      </w:r>
      <w:r>
        <w:rPr>
          <w:lang w:eastAsia="zh-CN"/>
        </w:rPr>
        <w:t>　　甲方：_________</w:t>
      </w:r>
      <w:r>
        <w:rPr>
          <w:lang w:eastAsia="zh-CN"/>
        </w:rPr>
        <w:br/>
      </w:r>
      <w:r>
        <w:rPr>
          <w:lang w:eastAsia="zh-CN"/>
        </w:rPr>
        <w:t>　　法定代表人或委托代理人：_________</w:t>
      </w:r>
      <w:r>
        <w:rPr>
          <w:lang w:eastAsia="zh-CN"/>
        </w:rPr>
        <w:br/>
      </w:r>
      <w:r>
        <w:rPr>
          <w:lang w:eastAsia="zh-CN"/>
        </w:rPr>
        <w:t>　　地址：_________</w:t>
      </w:r>
      <w:r>
        <w:rPr>
          <w:lang w:eastAsia="zh-CN"/>
        </w:rPr>
        <w:br/>
      </w:r>
      <w:r>
        <w:rPr>
          <w:lang w:eastAsia="zh-CN"/>
        </w:rPr>
        <w:t>　　乙方：_________</w:t>
      </w:r>
      <w:r>
        <w:rPr>
          <w:lang w:eastAsia="zh-CN"/>
        </w:rPr>
        <w:br/>
      </w:r>
      <w:r>
        <w:rPr>
          <w:lang w:eastAsia="zh-CN"/>
        </w:rPr>
        <w:t>　　文化程度：_________</w:t>
      </w:r>
      <w:r>
        <w:rPr>
          <w:lang w:eastAsia="zh-CN"/>
        </w:rPr>
        <w:br/>
      </w:r>
      <w:r>
        <w:rPr>
          <w:lang w:eastAsia="zh-CN"/>
        </w:rPr>
        <w:t>　　性别：_________</w:t>
      </w:r>
      <w:r>
        <w:rPr>
          <w:lang w:eastAsia="zh-CN"/>
        </w:rPr>
        <w:br/>
      </w:r>
      <w:r>
        <w:rPr>
          <w:lang w:eastAsia="zh-CN"/>
        </w:rPr>
        <w:t>　　出生日期：_________年_________月_________日</w:t>
      </w:r>
      <w:r>
        <w:rPr>
          <w:lang w:eastAsia="zh-CN"/>
        </w:rPr>
        <w:br/>
      </w:r>
      <w:r>
        <w:rPr>
          <w:lang w:eastAsia="zh-CN"/>
        </w:rPr>
        <w:t>　　居民身份证号码：_________</w:t>
      </w:r>
      <w:r>
        <w:rPr>
          <w:lang w:eastAsia="zh-CN"/>
        </w:rPr>
        <w:br/>
      </w:r>
      <w:r>
        <w:rPr>
          <w:lang w:eastAsia="zh-CN"/>
        </w:rPr>
        <w:t>　　邮政编码：_________</w:t>
      </w:r>
      <w:r>
        <w:rPr>
          <w:lang w:eastAsia="zh-CN"/>
        </w:rPr>
        <w:br/>
      </w:r>
      <w:r>
        <w:rPr>
          <w:lang w:eastAsia="zh-CN"/>
        </w:rPr>
        <w:t>　　家庭住址：_________</w:t>
      </w:r>
      <w:r>
        <w:rPr>
          <w:lang w:eastAsia="zh-CN"/>
        </w:rPr>
        <w:br/>
      </w:r>
      <w:r>
        <w:rPr>
          <w:lang w:eastAsia="zh-CN"/>
        </w:rPr>
        <w:t>　　所属街道办事处：_________</w:t>
      </w:r>
      <w:r>
        <w:rPr>
          <w:lang w:eastAsia="zh-CN"/>
        </w:rPr>
        <w:br/>
      </w:r>
      <w:r>
        <w:rPr>
          <w:lang w:eastAsia="zh-CN"/>
        </w:rPr>
        <w:t>　　根据《中华人民共和国劳动法》，甲乙双方经平等协商同意，自愿签订本合同，共同遵守本合同所列条款。</w:t>
      </w:r>
      <w:r>
        <w:rPr>
          <w:lang w:eastAsia="zh-CN"/>
        </w:rPr>
        <w:br/>
      </w:r>
      <w:r>
        <w:rPr>
          <w:lang w:eastAsia="zh-CN"/>
        </w:rPr>
        <w:t>　　一、劳动合同期限</w:t>
      </w:r>
      <w:r>
        <w:rPr>
          <w:lang w:eastAsia="zh-CN"/>
        </w:rPr>
        <w:br/>
      </w:r>
      <w:r>
        <w:rPr>
          <w:lang w:eastAsia="zh-CN"/>
        </w:rPr>
        <w:t>　　第一条　本合同期限类型为_________期限合同。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本合同生效日期_________年_________月_________日，其中试用期_________个月。本合同_________终止。</w:t>
      </w:r>
      <w:r>
        <w:rPr>
          <w:lang w:eastAsia="zh-CN"/>
        </w:rPr>
        <w:br/>
      </w:r>
      <w:r>
        <w:rPr>
          <w:lang w:eastAsia="zh-CN"/>
        </w:rPr>
        <w:t>　　二、工作内容</w:t>
      </w:r>
      <w:r>
        <w:rPr>
          <w:lang w:eastAsia="zh-CN"/>
        </w:rPr>
        <w:br/>
      </w:r>
      <w:r>
        <w:rPr>
          <w:lang w:eastAsia="zh-CN"/>
        </w:rPr>
        <w:t>　　第二条　乙方同意根据甲方工作需要，担任_________岗位（工种）工作。</w:t>
      </w:r>
      <w:r>
        <w:rPr>
          <w:lang w:eastAsia="zh-CN"/>
        </w:rPr>
        <w:br/>
      </w:r>
      <w:r>
        <w:rPr>
          <w:lang w:eastAsia="zh-CN"/>
        </w:rPr>
        <w:t>　　第三条　乙方应按照甲方的合法要求，按时完成规定的工作数量，达到规定的质量标准。</w:t>
      </w:r>
      <w:r>
        <w:rPr>
          <w:lang w:eastAsia="zh-CN"/>
        </w:rPr>
        <w:br/>
      </w:r>
      <w:r>
        <w:rPr>
          <w:lang w:eastAsia="zh-CN"/>
        </w:rPr>
        <w:t>　　三、劳动保护</w:t>
      </w:r>
      <w:r>
        <w:rPr>
          <w:lang w:eastAsia="zh-CN"/>
        </w:rPr>
        <w:br/>
      </w:r>
      <w:r>
        <w:rPr>
          <w:lang w:eastAsia="zh-CN"/>
        </w:rPr>
        <w:t>　　第四条　甲方安排乙方执行_________工作制。</w:t>
      </w:r>
      <w:r>
        <w:rPr>
          <w:lang w:eastAsia="zh-CN"/>
        </w:rPr>
        <w:br/>
      </w:r>
      <w:r>
        <w:rPr>
          <w:lang w:eastAsia="zh-CN"/>
        </w:rPr>
        <w:t>　　执行定时工作制的，甲方安排乙方每日工作时间不超过八小时，平均每周不超过四十四小时。甲方保证乙方每周至少休息一日，甲方由于工作需要，经与工会和乙方协商后可以延长工作时间，一般每日不得超过一小时，因特殊原因需要延长工作时间的，在保障乙方身体健康的条件下延长工作时间每日不得超过三小时，每月不得超过三十六小时。</w:t>
      </w:r>
      <w:r>
        <w:rPr>
          <w:lang w:eastAsia="zh-CN"/>
        </w:rPr>
        <w:br/>
      </w:r>
      <w:r>
        <w:rPr>
          <w:lang w:eastAsia="zh-CN"/>
        </w:rPr>
        <w:t>　　执行综合计算工时工作制的，平均日和平均周工作时间不超过法定标准工作时间。执行不定时工作制的，在保证完成甲方工作任务的情况下，工作和休息休假乙方自行安排。</w:t>
      </w:r>
      <w:r>
        <w:rPr>
          <w:lang w:eastAsia="zh-CN"/>
        </w:rPr>
        <w:br/>
      </w:r>
      <w:r>
        <w:rPr>
          <w:lang w:eastAsia="zh-CN"/>
        </w:rPr>
        <w:t>　　第五条　甲方安排乙方加班的，应安排乙方同等时间补休或依法支付加班工资；加点的，甲方应支付加点工资。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第六条　甲方为乙方提供必要的劳动条件和劳动工具，建立健全生产工艺流程，制定操作规程、工作规范和劳动安全卫生制度及其标准。甲方应按照国家或北京市有关部门的规定组织安排乙方进行健康检查。</w:t>
      </w:r>
      <w:r>
        <w:rPr>
          <w:lang w:eastAsia="zh-CN"/>
        </w:rPr>
        <w:br/>
      </w:r>
      <w:r>
        <w:rPr>
          <w:lang w:eastAsia="zh-CN"/>
        </w:rPr>
        <w:t>　　第七条　甲方负责对乙方进行政治思想、职业道德、业务技术、劳动安全卫生及有关规章制度的教育和培训。</w:t>
      </w:r>
      <w:r>
        <w:rPr>
          <w:lang w:eastAsia="zh-CN"/>
        </w:rPr>
        <w:br/>
      </w:r>
      <w:r>
        <w:rPr>
          <w:lang w:eastAsia="zh-CN"/>
        </w:rPr>
        <w:t>　　四、劳动报酬</w:t>
      </w:r>
      <w:r>
        <w:rPr>
          <w:lang w:eastAsia="zh-CN"/>
        </w:rPr>
        <w:br/>
      </w:r>
      <w:r>
        <w:rPr>
          <w:lang w:eastAsia="zh-CN"/>
        </w:rPr>
        <w:t>　　第八条　甲方的工资分配应遵循按劳分配原则。</w:t>
      </w:r>
      <w:r>
        <w:rPr>
          <w:lang w:eastAsia="zh-CN"/>
        </w:rPr>
        <w:br/>
      </w:r>
      <w:r>
        <w:rPr>
          <w:lang w:eastAsia="zh-CN"/>
        </w:rPr>
        <w:t>　　第九条　执行定时工作制或综合计算工时工作制的乙方为甲方工作，甲方每月_________日以货币形式支付乙方工资，工资不低于_________元，其中试用期间工资为_________元。执行不定时工作制的工资支付按_________执行。</w:t>
      </w:r>
      <w:r>
        <w:rPr>
          <w:lang w:eastAsia="zh-CN"/>
        </w:rPr>
        <w:br/>
      </w:r>
      <w:r>
        <w:rPr>
          <w:lang w:eastAsia="zh-CN"/>
        </w:rPr>
        <w:t>　　第十条　由于甲方生产任务不足，使乙方下岗待工的，甲方保证乙方的月生活费不低于_________元。</w:t>
      </w:r>
      <w:r>
        <w:rPr>
          <w:lang w:eastAsia="zh-CN"/>
        </w:rPr>
        <w:br/>
      </w:r>
      <w:r>
        <w:rPr>
          <w:lang w:eastAsia="zh-CN"/>
        </w:rPr>
        <w:t>　　五、保险福利待遇</w:t>
      </w:r>
      <w:r>
        <w:rPr>
          <w:lang w:eastAsia="zh-CN"/>
        </w:rPr>
        <w:br/>
      </w:r>
      <w:r>
        <w:rPr>
          <w:lang w:eastAsia="zh-CN"/>
        </w:rPr>
        <w:t>　　第十一条　甲乙双方应按国家和北京市社会保险的有关规定缴纳职工养老、失业和大病医疗统筹及其他社会保险费用。</w:t>
      </w:r>
      <w:r>
        <w:rPr>
          <w:lang w:eastAsia="zh-CN"/>
        </w:rPr>
        <w:br/>
      </w:r>
      <w:r>
        <w:rPr>
          <w:lang w:eastAsia="zh-CN"/>
        </w:rPr>
        <w:t>　　甲方应为乙方填写《职工养老保险手册》。双方解除、终止劳动合同后，《职工养老保险手册》按有关规定转移。</w:t>
      </w:r>
      <w:r>
        <w:rPr>
          <w:lang w:eastAsia="zh-CN"/>
        </w:rPr>
        <w:br/>
      </w:r>
      <w:r>
        <w:rPr>
          <w:lang w:eastAsia="zh-CN"/>
        </w:rPr>
        <w:t>　　第十二条　乙方患病或非因工负伤，其病假工资、疾病救济费和医疗待遇按照_________执行。</w:t>
      </w:r>
      <w:r>
        <w:rPr>
          <w:lang w:eastAsia="zh-CN"/>
        </w:rPr>
        <w:br/>
      </w:r>
      <w:r>
        <w:rPr>
          <w:lang w:eastAsia="zh-CN"/>
        </w:rPr>
        <w:t>　　第十三条　乙方患职业病或因工负伤的工资和医疗保险待遇按国家和北京市有关规定执行。</w:t>
      </w:r>
      <w:r>
        <w:rPr>
          <w:lang w:eastAsia="zh-CN"/>
        </w:rPr>
        <w:br/>
      </w:r>
      <w:r>
        <w:rPr>
          <w:lang w:eastAsia="zh-CN"/>
        </w:rPr>
        <w:t>　　第十四条　甲方为乙方提供以下福利待遇：_________。</w:t>
      </w:r>
      <w:r>
        <w:rPr>
          <w:lang w:eastAsia="zh-CN"/>
        </w:rPr>
        <w:br/>
      </w:r>
      <w:r>
        <w:rPr>
          <w:lang w:eastAsia="zh-CN"/>
        </w:rPr>
        <w:t>　　六、劳动纪律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第十五条　乙方应遵守甲方依法制定的规章制度；严格遵守劳动安全卫生、生产工艺、操作规程和工作规范；爱护甲方的财产，遵守职业道德；积极参加甲方组织的培训，提高思想觉悟和职业技能。</w:t>
      </w:r>
      <w:r>
        <w:rPr>
          <w:lang w:eastAsia="zh-CN"/>
        </w:rPr>
        <w:br/>
      </w:r>
      <w:r>
        <w:rPr>
          <w:lang w:eastAsia="zh-CN"/>
        </w:rPr>
        <w:t>　　第十六条　乙方违反劳动纪律，甲方可依据本单位规章制度，给予纪律处分，直至解除本合同。</w:t>
      </w:r>
      <w:r>
        <w:rPr>
          <w:lang w:eastAsia="zh-CN"/>
        </w:rPr>
        <w:br/>
      </w:r>
      <w:r>
        <w:rPr>
          <w:lang w:eastAsia="zh-CN"/>
        </w:rPr>
        <w:t>　　七、劳动合同的变更、解除、终止、续订</w:t>
      </w:r>
      <w:r>
        <w:rPr>
          <w:lang w:eastAsia="zh-CN"/>
        </w:rPr>
        <w:br/>
      </w:r>
      <w:r>
        <w:rPr>
          <w:lang w:eastAsia="zh-CN"/>
        </w:rPr>
        <w:t>　　第十七条　订立本合同所依据的法律、行政法规、规章发生变化，本合同应变更相关内容。</w:t>
      </w:r>
      <w:r>
        <w:rPr>
          <w:lang w:eastAsia="zh-CN"/>
        </w:rPr>
        <w:br/>
      </w:r>
      <w:r>
        <w:rPr>
          <w:lang w:eastAsia="zh-CN"/>
        </w:rPr>
        <w:t>　　第十八条　订立本合同所依据的客观情况发生重大变化，致使本合同无法履行的，经甲乙双方协商同意，可以变更本合同的相关内容。　</w:t>
      </w:r>
      <w:r>
        <w:rPr>
          <w:lang w:eastAsia="zh-CN"/>
        </w:rPr>
        <w:br/>
      </w:r>
      <w:r>
        <w:rPr>
          <w:lang w:eastAsia="zh-CN"/>
        </w:rPr>
        <w:t>　　第十九条　经甲乙双方协商一致，本合同可以解除。</w:t>
      </w:r>
      <w:r>
        <w:rPr>
          <w:lang w:eastAsia="zh-CN"/>
        </w:rPr>
        <w:br/>
      </w:r>
      <w:r>
        <w:rPr>
          <w:lang w:eastAsia="zh-CN"/>
        </w:rPr>
        <w:t>　　第二十条　乙方有下列情形之一，甲方可以解除本合同：</w:t>
      </w:r>
      <w:r>
        <w:rPr>
          <w:lang w:eastAsia="zh-CN"/>
        </w:rPr>
        <w:br/>
      </w:r>
      <w:r>
        <w:rPr>
          <w:lang w:eastAsia="zh-CN"/>
        </w:rPr>
        <w:t>　　1.在试用期间，被证明不符合录用条件的；</w:t>
      </w:r>
      <w:r>
        <w:rPr>
          <w:lang w:eastAsia="zh-CN"/>
        </w:rPr>
        <w:br/>
      </w:r>
      <w:r>
        <w:rPr>
          <w:lang w:eastAsia="zh-CN"/>
        </w:rPr>
        <w:t>　　2.严重违反劳动纪律或甲方规章制度的；</w:t>
      </w:r>
      <w:r>
        <w:rPr>
          <w:lang w:eastAsia="zh-CN"/>
        </w:rPr>
        <w:br/>
      </w:r>
      <w:r>
        <w:rPr>
          <w:lang w:eastAsia="zh-CN"/>
        </w:rPr>
        <w:t>　　3.严重失职、营私舞弊，对甲方利益造成重大损害的；</w:t>
      </w:r>
      <w:r>
        <w:rPr>
          <w:lang w:eastAsia="zh-CN"/>
        </w:rPr>
        <w:br/>
      </w:r>
      <w:r>
        <w:rPr>
          <w:lang w:eastAsia="zh-CN"/>
        </w:rPr>
        <w:t>　　4.被依法追究刑事责任的。</w:t>
      </w:r>
      <w:r>
        <w:rPr>
          <w:lang w:eastAsia="zh-CN"/>
        </w:rPr>
        <w:br/>
      </w:r>
      <w:r>
        <w:rPr>
          <w:lang w:eastAsia="zh-CN"/>
        </w:rPr>
        <w:t>　　第二十一条　下列情形之一，甲方可以解除本合同，但应提前三十日以书面形式通知乙方：</w:t>
      </w:r>
      <w:r>
        <w:rPr>
          <w:lang w:eastAsia="zh-CN"/>
        </w:rPr>
        <w:br/>
      </w:r>
      <w:r>
        <w:rPr>
          <w:lang w:eastAsia="zh-CN"/>
        </w:rPr>
        <w:t>　　1.乙方患病或非因工负伤，医疗期满后，不能从事原工作也不能从事由甲方另行安排的工作的；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2.乙方不能胜任工作，经过培训或者调整工作岗位，仍不能胜任工作的；</w:t>
      </w:r>
      <w:r>
        <w:rPr>
          <w:lang w:eastAsia="zh-CN"/>
        </w:rPr>
        <w:br/>
      </w:r>
      <w:r>
        <w:rPr>
          <w:lang w:eastAsia="zh-CN"/>
        </w:rPr>
        <w:t>　　3.双方不能依据本合同第十八条规定就变更合同达成协议的。</w:t>
      </w:r>
      <w:r>
        <w:rPr>
          <w:lang w:eastAsia="zh-CN"/>
        </w:rPr>
        <w:br/>
      </w:r>
      <w:r>
        <w:rPr>
          <w:lang w:eastAsia="zh-CN"/>
        </w:rPr>
        <w:t>　　第二十二条　甲方濒临破产进行法定整顿期间或者生产经营发生严重困难，经向工会或者全体职工说明情况，听取工会或者职工的意见，并向劳动行政部门报告后，可以解除本合同。</w:t>
      </w:r>
      <w:r>
        <w:rPr>
          <w:lang w:eastAsia="zh-CN"/>
        </w:rPr>
        <w:br/>
      </w:r>
      <w:r>
        <w:rPr>
          <w:lang w:eastAsia="zh-CN"/>
        </w:rPr>
        <w:t>　　第二十三条　乙方有下列情形之一，甲方不得依据本合同第二十一条、第二十二条终止、解除本合同：</w:t>
      </w:r>
      <w:r>
        <w:rPr>
          <w:lang w:eastAsia="zh-CN"/>
        </w:rPr>
        <w:br/>
      </w:r>
      <w:r>
        <w:rPr>
          <w:lang w:eastAsia="zh-CN"/>
        </w:rPr>
        <w:t>　　1.患病或非因工负伤、在规定的医疗期内的；</w:t>
      </w:r>
      <w:r>
        <w:rPr>
          <w:lang w:eastAsia="zh-CN"/>
        </w:rPr>
        <w:br/>
      </w:r>
      <w:r>
        <w:rPr>
          <w:lang w:eastAsia="zh-CN"/>
        </w:rPr>
        <w:t>　　2.女职工在孕期、产期、哺乳期内的；</w:t>
      </w:r>
      <w:r>
        <w:rPr>
          <w:lang w:eastAsia="zh-CN"/>
        </w:rPr>
        <w:br/>
      </w:r>
      <w:r>
        <w:rPr>
          <w:lang w:eastAsia="zh-CN"/>
        </w:rPr>
        <w:t>　　3.义务兵复员退伍和建设征地农转工人员初次参加工作未满三年的；</w:t>
      </w:r>
      <w:r>
        <w:rPr>
          <w:lang w:eastAsia="zh-CN"/>
        </w:rPr>
        <w:br/>
      </w:r>
      <w:r>
        <w:rPr>
          <w:lang w:eastAsia="zh-CN"/>
        </w:rPr>
        <w:t>　　4.义务服兵役期间的。</w:t>
      </w:r>
      <w:r>
        <w:rPr>
          <w:lang w:eastAsia="zh-CN"/>
        </w:rPr>
        <w:br/>
      </w:r>
      <w:r>
        <w:rPr>
          <w:lang w:eastAsia="zh-CN"/>
        </w:rPr>
        <w:t>　　第二十四条　乙方患职业病或因工负伤，医疗终结，经市、区、县劳动鉴定委员会确认完全或部分丧失劳动能力的，按_________办理，不得依据本合同第二十一条、第二十二条解除劳动合同。</w:t>
      </w:r>
      <w:r>
        <w:rPr>
          <w:lang w:eastAsia="zh-CN"/>
        </w:rPr>
        <w:br/>
      </w:r>
      <w:r>
        <w:rPr>
          <w:lang w:eastAsia="zh-CN"/>
        </w:rPr>
        <w:t>　　第二十五条　乙方解除本合同，应当提前三十日以书面形式通知甲方。</w:t>
      </w:r>
      <w:r>
        <w:rPr>
          <w:lang w:eastAsia="zh-CN"/>
        </w:rPr>
        <w:br/>
      </w:r>
      <w:r>
        <w:rPr>
          <w:lang w:eastAsia="zh-CN"/>
        </w:rPr>
        <w:t>　　第二十六条　有下列情形之一，乙方可以随时通知甲方解除本合同。</w:t>
      </w:r>
      <w:r>
        <w:rPr>
          <w:lang w:eastAsia="zh-CN"/>
        </w:rPr>
        <w:br/>
      </w:r>
      <w:r>
        <w:rPr>
          <w:lang w:eastAsia="zh-CN"/>
        </w:rPr>
        <w:t>　　1.在试用期内的；</w:t>
      </w:r>
      <w:r>
        <w:rPr>
          <w:lang w:eastAsia="zh-CN"/>
        </w:rPr>
        <w:br/>
      </w:r>
      <w:r>
        <w:rPr>
          <w:lang w:eastAsia="zh-CN"/>
        </w:rPr>
        <w:t>　　2.甲方以暴力、威胁或者非法限制人身自由的手段强迫劳动的；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3.甲方不能按照本合同规定支付劳动报酬或者提供劳动条件的。</w:t>
      </w:r>
      <w:r>
        <w:rPr>
          <w:lang w:eastAsia="zh-CN"/>
        </w:rPr>
        <w:br/>
      </w:r>
      <w:r>
        <w:rPr>
          <w:lang w:eastAsia="zh-CN"/>
        </w:rPr>
        <w:t>　　第二十七条　本合同期限届满，甲乙双方经协商同意，可以续订劳动合同。</w:t>
      </w:r>
      <w:r>
        <w:rPr>
          <w:lang w:eastAsia="zh-CN"/>
        </w:rPr>
        <w:br/>
      </w:r>
      <w:r>
        <w:rPr>
          <w:lang w:eastAsia="zh-CN"/>
        </w:rPr>
        <w:t>　　第二十八条　订立无固定期限劳动合同的，乙方离休、退休、退职及死亡或本合同约定的解除条件出现，本合同终止。</w:t>
      </w:r>
      <w:r>
        <w:rPr>
          <w:lang w:eastAsia="zh-CN"/>
        </w:rPr>
        <w:br/>
      </w:r>
      <w:r>
        <w:rPr>
          <w:lang w:eastAsia="zh-CN"/>
        </w:rPr>
        <w:t>　　八、经济补偿与赔偿</w:t>
      </w:r>
      <w:r>
        <w:rPr>
          <w:lang w:eastAsia="zh-CN"/>
        </w:rPr>
        <w:br/>
      </w:r>
      <w:r>
        <w:rPr>
          <w:lang w:eastAsia="zh-CN"/>
        </w:rPr>
        <w:t>　　第二十九条　下列情形之一，甲方违反和解除乙方劳动合同的，应按下列标准支付乙方经济补偿金：</w:t>
      </w:r>
      <w:r>
        <w:rPr>
          <w:lang w:eastAsia="zh-CN"/>
        </w:rPr>
        <w:br/>
      </w:r>
      <w:r>
        <w:rPr>
          <w:lang w:eastAsia="zh-CN"/>
        </w:rPr>
        <w:t>　　1.甲方克扣或者无故拖欠乙方工资的，以及拒不支付乙方延长工作时间工资报酬的，除在规定的时间内全额支付乙方工资报酬外，还需加发相当于工资报酬百分之二十五的经济补偿金；</w:t>
      </w:r>
      <w:r>
        <w:rPr>
          <w:lang w:eastAsia="zh-CN"/>
        </w:rPr>
        <w:br/>
      </w:r>
      <w:r>
        <w:rPr>
          <w:lang w:eastAsia="zh-CN"/>
        </w:rPr>
        <w:t>　　2.甲方支付乙方的工资报酬低于本市最低工资标准的，要在补足低于标准部分的同时，另外支付相当于低于部分百分之二十五的经济补偿金。</w:t>
      </w:r>
      <w:r>
        <w:rPr>
          <w:lang w:eastAsia="zh-CN"/>
        </w:rPr>
        <w:br/>
      </w:r>
      <w:r>
        <w:rPr>
          <w:lang w:eastAsia="zh-CN"/>
        </w:rPr>
        <w:t>　　第三十条　下列情形之一，甲方应根据乙方在甲方工作年限，每满一年发给相当于乙方解除本合同前十二个月平均工资一个月的经济补偿金，最多不超过十二个月：</w:t>
      </w:r>
      <w:r>
        <w:rPr>
          <w:lang w:eastAsia="zh-CN"/>
        </w:rPr>
        <w:br/>
      </w:r>
      <w:r>
        <w:rPr>
          <w:lang w:eastAsia="zh-CN"/>
        </w:rPr>
        <w:t>　　1.经与乙方协商一致，甲方解除本合同的；</w:t>
      </w:r>
      <w:r>
        <w:rPr>
          <w:lang w:eastAsia="zh-CN"/>
        </w:rPr>
        <w:br/>
      </w:r>
      <w:r>
        <w:rPr>
          <w:lang w:eastAsia="zh-CN"/>
        </w:rPr>
        <w:t>　　2.乙方不能胜任工作，经过培训或者调整工作岗位，仍不能胜任工作，由甲方解除本合同的。</w:t>
      </w:r>
      <w:r>
        <w:rPr>
          <w:lang w:eastAsia="zh-CN"/>
        </w:rPr>
        <w:br/>
      </w:r>
      <w:r>
        <w:rPr>
          <w:lang w:eastAsia="zh-CN"/>
        </w:rPr>
        <w:t>　　第三十一条　下列情形之一，甲方应根据乙方在甲方工作年限，每满一年发给相当于本单位上年月平均工资一个月的经济补偿金：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1.乙方患病或者非因工负伤，经劳动鉴定委员会确认不能从事原工作，也不能从事由甲方另行安排的工作而解除本合同的；</w:t>
      </w:r>
      <w:r>
        <w:rPr>
          <w:lang w:eastAsia="zh-CN"/>
        </w:rPr>
        <w:br/>
      </w:r>
      <w:r>
        <w:rPr>
          <w:lang w:eastAsia="zh-CN"/>
        </w:rPr>
        <w:t>　　2.劳动合同订立时所依据的客观情况发生重大变化，致使本合同无法履行，经当事人协商不能就变更劳动合同达成协议，由甲方解除劳动合同的；</w:t>
      </w:r>
      <w:r>
        <w:rPr>
          <w:lang w:eastAsia="zh-CN"/>
        </w:rPr>
        <w:br/>
      </w:r>
      <w:r>
        <w:rPr>
          <w:lang w:eastAsia="zh-CN"/>
        </w:rPr>
        <w:t>　　3.甲方濒临破产进行法定整顿期间或者生产经营状况发生严重困难，必须裁减人员的。</w:t>
      </w:r>
      <w:r>
        <w:rPr>
          <w:lang w:eastAsia="zh-CN"/>
        </w:rPr>
        <w:br/>
      </w:r>
      <w:r>
        <w:rPr>
          <w:lang w:eastAsia="zh-CN"/>
        </w:rPr>
        <w:t>　　以上三种情况，如果乙方被解除本合同前十二个月的月平均工资高于本单位上年月平均工资的，按本人月平均工资计发。</w:t>
      </w:r>
      <w:r>
        <w:rPr>
          <w:lang w:eastAsia="zh-CN"/>
        </w:rPr>
        <w:br/>
      </w:r>
      <w:r>
        <w:rPr>
          <w:lang w:eastAsia="zh-CN"/>
        </w:rPr>
        <w:t>　　第三十二条　甲方解除本合同后，未按规定给予乙方经济补偿的，除全额发给经济补偿金外，还须按该经济补偿金数额的百分之五十支付额外经济补偿金。</w:t>
      </w:r>
      <w:r>
        <w:rPr>
          <w:lang w:eastAsia="zh-CN"/>
        </w:rPr>
        <w:br/>
      </w:r>
      <w:r>
        <w:rPr>
          <w:lang w:eastAsia="zh-CN"/>
        </w:rPr>
        <w:t>　　第三十三条　支付乙方经济补偿时，乙方在甲方工作时间不满一年的按一年的标准发给经济补偿金。</w:t>
      </w:r>
      <w:r>
        <w:rPr>
          <w:lang w:eastAsia="zh-CN"/>
        </w:rPr>
        <w:br/>
      </w:r>
      <w:r>
        <w:rPr>
          <w:lang w:eastAsia="zh-CN"/>
        </w:rPr>
        <w:t>　　第三十四条　乙方患病或者非因工负伤，经劳动鉴定委员会确认不能从事原工作，也不能从事由甲方另行安排的工作而解除本合同的，甲方还应发给乙方不低于企业上年月人均工资六个月的医疗补助费，患重病和绝症的还应增加医疗补助费，患重病的增加部分不低于医疗补助费的百分之五十，患绝症的增加部分不低于医疗补助费的百分之一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第三十五条　甲方违反本合同约定的条件解除劳动合同或由于甲方原因订立的无效劳动合同，给乙方造成损害的，应按损失程度承担赔偿责任。</w:t>
      </w:r>
      <w:r>
        <w:rPr>
          <w:lang w:eastAsia="zh-CN"/>
        </w:rPr>
        <w:br/>
      </w:r>
      <w:r>
        <w:rPr>
          <w:lang w:eastAsia="zh-CN"/>
        </w:rPr>
        <w:t>　　第三十六条　乙方违反本合同约定的条件解除劳动合同或违反本合同约定的保守商业秘密事项，对甲方造成经济损失的，应按损失的程度依法承担赔偿责任。</w:t>
      </w:r>
      <w:r>
        <w:rPr>
          <w:lang w:eastAsia="zh-CN"/>
        </w:rPr>
        <w:br/>
      </w:r>
      <w:r>
        <w:rPr>
          <w:lang w:eastAsia="zh-CN"/>
        </w:rPr>
        <w:t>　　第三十七条　乙方解除本合同的，凡由甲方出资培训和招接收的人员，应向甲方偿付培训费和招待收费。其标准为：_________。</w:t>
      </w:r>
      <w:r>
        <w:rPr>
          <w:lang w:eastAsia="zh-CN"/>
        </w:rPr>
        <w:br/>
      </w:r>
      <w:r>
        <w:rPr>
          <w:lang w:eastAsia="zh-CN"/>
        </w:rPr>
        <w:t>　　九、劳动争议处理</w:t>
      </w:r>
      <w:r>
        <w:rPr>
          <w:lang w:eastAsia="zh-CN"/>
        </w:rPr>
        <w:br/>
      </w:r>
      <w:r>
        <w:rPr>
          <w:lang w:eastAsia="zh-CN"/>
        </w:rPr>
        <w:t>　　第三十八条　因履行本合同发生的劳动争议，当事人可以向本单位劳动争议调解委员会申请调解；调解不成，当事人一方要求仲裁的，应当自劳动争议发生之日起六十日内向_________劳动争议仲裁委员会申请仲裁。当事人一方也可以直接向劳动争议仲裁委员会申请仲裁。对裁决不服的，可以向人民法院提起诉讼。</w:t>
      </w:r>
      <w:r>
        <w:rPr>
          <w:lang w:eastAsia="zh-CN"/>
        </w:rPr>
        <w:br/>
      </w:r>
      <w:r>
        <w:rPr>
          <w:lang w:eastAsia="zh-CN"/>
        </w:rPr>
        <w:t>　　十、其他</w:t>
      </w:r>
      <w:r>
        <w:rPr>
          <w:lang w:eastAsia="zh-CN"/>
        </w:rPr>
        <w:br/>
      </w:r>
      <w:r>
        <w:rPr>
          <w:lang w:eastAsia="zh-CN"/>
        </w:rPr>
        <w:t>　　第三十九条　甲方以下规章制度_________作为本合同的附件。</w:t>
      </w:r>
      <w:r>
        <w:rPr>
          <w:lang w:eastAsia="zh-CN"/>
        </w:rPr>
        <w:br/>
      </w:r>
      <w:r>
        <w:rPr>
          <w:lang w:eastAsia="zh-CN"/>
        </w:rPr>
        <w:t>　　第四十条　本合同未尽事宜或与今后国家、北京市有关规定相悖的，按有关规定执行。</w:t>
      </w:r>
      <w:r>
        <w:rPr>
          <w:lang w:eastAsia="zh-CN"/>
        </w:rPr>
        <w:br/>
      </w:r>
      <w:r>
        <w:rPr>
          <w:lang w:eastAsia="zh-CN"/>
        </w:rPr>
        <w:t>　　第四十一条　本合同一式_________份，甲乙双方各执_________份。</w:t>
      </w:r>
      <w:r>
        <w:rPr>
          <w:lang w:eastAsia="zh-CN"/>
        </w:rPr>
        <w:br/>
      </w:r>
      <w:r>
        <w:rPr>
          <w:lang w:eastAsia="zh-CN"/>
        </w:rPr>
        <w:t>　　甲方（盖章）：_________   乙方（签字）：_________</w:t>
      </w:r>
      <w:r>
        <w:rPr>
          <w:lang w:eastAsia="zh-CN"/>
        </w:rPr>
        <w:br/>
      </w:r>
      <w:r>
        <w:rPr>
          <w:lang w:eastAsia="zh-CN"/>
        </w:rPr>
        <w:t>　　法定代表人（签字）：_________</w:t>
      </w:r>
      <w:r>
        <w:rPr>
          <w:lang w:eastAsia="zh-CN"/>
        </w:rPr>
        <w:br/>
      </w:r>
      <w:r>
        <w:rPr>
          <w:lang w:eastAsia="zh-CN"/>
        </w:rPr>
        <w:t>　　_________年____月____日   _________年____月____日</w:t>
      </w:r>
      <w:r>
        <w:rPr>
          <w:lang w:eastAsia="zh-CN"/>
        </w:rPr>
        <w:br/>
      </w:r>
      <w:r>
        <w:rPr>
          <w:lang w:eastAsia="zh-CN"/>
        </w:rPr>
        <w:t>　　签订地点：_____________   签订地点：_____________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附件</w:t>
      </w:r>
      <w:r>
        <w:rPr>
          <w:lang w:eastAsia="zh-CN"/>
        </w:rPr>
        <w:br/>
      </w:r>
      <w:r>
        <w:rPr>
          <w:lang w:eastAsia="zh-CN"/>
        </w:rPr>
        <w:t>　　劳动合同续订书</w:t>
      </w:r>
      <w:r>
        <w:rPr>
          <w:lang w:eastAsia="zh-CN"/>
        </w:rPr>
        <w:br/>
      </w:r>
      <w:r>
        <w:rPr>
          <w:lang w:eastAsia="zh-CN"/>
        </w:rPr>
        <w:t>　　本次续订劳动合同期限类型为____________期限合同，续订合同生效日期为____年____月____日，续订合同终止</w:t>
      </w:r>
      <w:r>
        <w:rPr>
          <w:lang w:eastAsia="zh-CN"/>
        </w:rPr>
        <w:br/>
      </w:r>
      <w:r>
        <w:rPr>
          <w:lang w:eastAsia="zh-CN"/>
        </w:rPr>
        <w:t>　　甲方（盖章）_______   乙方（签章）_______</w:t>
      </w:r>
      <w:r>
        <w:rPr>
          <w:lang w:eastAsia="zh-CN"/>
        </w:rPr>
        <w:br/>
      </w:r>
      <w:r>
        <w:rPr>
          <w:lang w:eastAsia="zh-CN"/>
        </w:rPr>
        <w:t>　　法定代表人或委托代理人（签章）___________</w:t>
      </w:r>
      <w:r>
        <w:rPr>
          <w:lang w:eastAsia="zh-CN"/>
        </w:rPr>
        <w:br/>
      </w:r>
      <w:r>
        <w:rPr>
          <w:lang w:eastAsia="zh-CN"/>
        </w:rPr>
        <w:t>　　_____________年___________月___________日</w:t>
      </w:r>
      <w:r>
        <w:rPr>
          <w:lang w:eastAsia="zh-CN"/>
        </w:rPr>
        <w:br/>
      </w:r>
      <w:r>
        <w:rPr>
          <w:lang w:eastAsia="zh-CN"/>
        </w:rPr>
        <w:t>　　劳动合同变更书</w:t>
      </w:r>
      <w:r>
        <w:rPr>
          <w:lang w:eastAsia="zh-CN"/>
        </w:rPr>
        <w:br/>
      </w:r>
      <w:r>
        <w:rPr>
          <w:lang w:eastAsia="zh-CN"/>
        </w:rPr>
        <w:t>　　经甲乙双方平等自愿、协商同意，对本合同做以下变更：</w:t>
      </w:r>
      <w:r>
        <w:rPr>
          <w:lang w:eastAsia="zh-CN"/>
        </w:rPr>
        <w:br/>
      </w:r>
      <w:r>
        <w:rPr>
          <w:lang w:eastAsia="zh-CN"/>
        </w:rPr>
        <w:t>　　甲方（盖章）_______   乙方（签章）_______</w:t>
      </w:r>
      <w:r>
        <w:rPr>
          <w:lang w:eastAsia="zh-CN"/>
        </w:rPr>
        <w:br/>
      </w:r>
      <w:r>
        <w:rPr>
          <w:lang w:eastAsia="zh-CN"/>
        </w:rPr>
        <w:t>　　法定代表人或委托代理人（签章）___________</w:t>
      </w:r>
      <w:r>
        <w:rPr>
          <w:lang w:eastAsia="zh-CN"/>
        </w:rPr>
        <w:br/>
      </w:r>
      <w:r>
        <w:rPr>
          <w:lang w:eastAsia="zh-CN"/>
        </w:rPr>
        <w:t>　　_____________年___________月___________日</w:t>
      </w:r>
      <w:r>
        <w:rPr>
          <w:lang w:eastAsia="zh-CN"/>
        </w:rPr>
        <w:br/>
      </w:r>
      <w:r>
        <w:rPr>
          <w:lang w:eastAsia="zh-CN"/>
        </w:rPr>
        <w:t xml:space="preserve">    2024岗位劳动合同 篇8 </w:t>
      </w:r>
      <w:r>
        <w:rPr>
          <w:lang w:eastAsia="zh-CN"/>
        </w:rPr>
        <w:br/>
      </w:r>
      <w:r>
        <w:rPr>
          <w:lang w:eastAsia="zh-CN"/>
        </w:rPr>
        <w:t>　　同志；</w:t>
      </w:r>
      <w:r>
        <w:rPr>
          <w:lang w:eastAsia="zh-CN"/>
        </w:rPr>
        <w:br/>
      </w:r>
      <w:r>
        <w:rPr>
          <w:lang w:eastAsia="zh-CN"/>
        </w:rPr>
        <w:t>　　性别 ；</w:t>
      </w:r>
      <w:r>
        <w:rPr>
          <w:lang w:eastAsia="zh-CN"/>
        </w:rPr>
        <w:br/>
      </w:r>
      <w:r>
        <w:rPr>
          <w:lang w:eastAsia="zh-CN"/>
        </w:rPr>
        <w:t>　　出生年月：</w:t>
      </w:r>
      <w:r>
        <w:rPr>
          <w:lang w:eastAsia="zh-CN"/>
        </w:rPr>
        <w:br/>
      </w:r>
      <w:r>
        <w:rPr>
          <w:lang w:eastAsia="zh-CN"/>
        </w:rPr>
        <w:t>　　年月；</w:t>
      </w:r>
      <w:r>
        <w:rPr>
          <w:lang w:eastAsia="zh-CN"/>
        </w:rPr>
        <w:br/>
      </w:r>
      <w:r>
        <w:rPr>
          <w:lang w:eastAsia="zh-CN"/>
        </w:rPr>
        <w:t>　　民族：</w:t>
      </w:r>
      <w:r>
        <w:rPr>
          <w:lang w:eastAsia="zh-CN"/>
        </w:rPr>
        <w:br/>
      </w:r>
      <w:r>
        <w:rPr>
          <w:lang w:eastAsia="zh-CN"/>
        </w:rPr>
        <w:t>　　文化程度：</w:t>
      </w:r>
      <w:r>
        <w:rPr>
          <w:lang w:eastAsia="zh-CN"/>
        </w:rPr>
        <w:br/>
      </w:r>
      <w:r>
        <w:rPr>
          <w:lang w:eastAsia="zh-CN"/>
        </w:rPr>
        <w:t>　　于 年月招收为我单位公益性岗位人员，并订立了劳动合同，劳动合同期限自_______年_______月_______日至_______年_______月_______日止，现合同期满终止。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失业保险从 年 月缴至 年月。</w:t>
      </w:r>
      <w:r>
        <w:rPr>
          <w:lang w:eastAsia="zh-CN"/>
        </w:rPr>
        <w:br/>
      </w:r>
      <w:r>
        <w:rPr>
          <w:lang w:eastAsia="zh-CN"/>
        </w:rPr>
        <w:t>　　公益性岗位人员签名：</w:t>
      </w:r>
      <w:r>
        <w:rPr>
          <w:lang w:eastAsia="zh-CN"/>
        </w:rPr>
        <w:br/>
      </w:r>
      <w:r>
        <w:rPr>
          <w:lang w:eastAsia="zh-CN"/>
        </w:rPr>
        <w:t>　　单位盖章：</w:t>
      </w:r>
      <w:r>
        <w:rPr>
          <w:lang w:eastAsia="zh-CN"/>
        </w:rPr>
        <w:br/>
      </w:r>
      <w:r>
        <w:rPr>
          <w:lang w:eastAsia="zh-CN"/>
        </w:rPr>
        <w:t>　　经办人（签名）</w:t>
      </w:r>
      <w:r>
        <w:rPr>
          <w:lang w:eastAsia="zh-CN"/>
        </w:rPr>
        <w:br/>
      </w:r>
      <w:r>
        <w:rPr>
          <w:lang w:eastAsia="zh-CN"/>
        </w:rPr>
        <w:t>　　年 月 日</w:t>
      </w:r>
      <w:r>
        <w:rPr>
          <w:lang w:eastAsia="zh-CN"/>
        </w:rPr>
        <w:br/>
      </w:r>
      <w:r>
        <w:rPr>
          <w:lang w:eastAsia="zh-CN"/>
        </w:rPr>
        <w:t xml:space="preserve">    2024岗位劳动合同 篇9 </w:t>
      </w:r>
      <w:r>
        <w:rPr>
          <w:lang w:eastAsia="zh-CN"/>
        </w:rPr>
        <w:br/>
      </w:r>
      <w:r>
        <w:rPr>
          <w:lang w:eastAsia="zh-CN"/>
        </w:rPr>
        <w:t>　　甲方：</w:t>
      </w:r>
      <w:r>
        <w:rPr>
          <w:lang w:eastAsia="zh-CN"/>
        </w:rPr>
        <w:br/>
      </w:r>
      <w:r>
        <w:rPr>
          <w:lang w:eastAsia="zh-CN"/>
        </w:rPr>
        <w:t>　　身份证号：</w:t>
      </w:r>
      <w:r>
        <w:rPr>
          <w:lang w:eastAsia="zh-CN"/>
        </w:rPr>
        <w:br/>
      </w:r>
      <w:r>
        <w:rPr>
          <w:lang w:eastAsia="zh-CN"/>
        </w:rPr>
        <w:t>　　住址：</w:t>
      </w:r>
      <w:r>
        <w:rPr>
          <w:lang w:eastAsia="zh-CN"/>
        </w:rPr>
        <w:br/>
      </w:r>
      <w:r>
        <w:rPr>
          <w:lang w:eastAsia="zh-CN"/>
        </w:rPr>
        <w:t>　　乙方：</w:t>
      </w:r>
      <w:r>
        <w:rPr>
          <w:lang w:eastAsia="zh-CN"/>
        </w:rPr>
        <w:br/>
      </w:r>
      <w:r>
        <w:rPr>
          <w:lang w:eastAsia="zh-CN"/>
        </w:rPr>
        <w:t>　　身份证号：</w:t>
      </w:r>
      <w:r>
        <w:rPr>
          <w:lang w:eastAsia="zh-CN"/>
        </w:rPr>
        <w:br/>
      </w:r>
      <w:r>
        <w:rPr>
          <w:lang w:eastAsia="zh-CN"/>
        </w:rPr>
        <w:t>　　住址：</w:t>
      </w:r>
      <w:r>
        <w:rPr>
          <w:lang w:eastAsia="zh-CN"/>
        </w:rPr>
        <w:br/>
      </w:r>
      <w:r>
        <w:rPr>
          <w:lang w:eastAsia="zh-CN"/>
        </w:rPr>
        <w:t>　　根据《中华人民共和国劳动合同法》及《鄂州市公益性岗位管理暂行办法》，甲乙双方就劳动关系的建立及其权利义务等事宜达成如下合同：</w:t>
      </w:r>
      <w:r>
        <w:rPr>
          <w:lang w:eastAsia="zh-CN"/>
        </w:rPr>
        <w:br/>
      </w:r>
      <w:r>
        <w:rPr>
          <w:lang w:eastAsia="zh-CN"/>
        </w:rPr>
        <w:t>　　一、合同期限：</w:t>
      </w:r>
      <w:r>
        <w:rPr>
          <w:lang w:eastAsia="zh-CN"/>
        </w:rPr>
        <w:br/>
      </w:r>
      <w:r>
        <w:rPr>
          <w:lang w:eastAsia="zh-CN"/>
        </w:rPr>
        <w:t>　　甲、乙双方合同期限为三年，一年一签。本次合同期限自__年__月__日起至__年__月__日止。</w:t>
      </w:r>
      <w:r>
        <w:rPr>
          <w:lang w:eastAsia="zh-CN"/>
        </w:rPr>
        <w:br/>
      </w:r>
      <w:r>
        <w:rPr>
          <w:lang w:eastAsia="zh-CN"/>
        </w:rPr>
        <w:t>　　二、工作单位及工作内容</w:t>
      </w:r>
      <w:r>
        <w:rPr>
          <w:lang w:eastAsia="zh-CN"/>
        </w:rPr>
        <w:br/>
      </w:r>
      <w:r>
        <w:rPr>
          <w:lang w:eastAsia="zh-CN"/>
        </w:rPr>
        <w:t>　　(一)甲方聘用乙方从事工作，具体任务或职责是：</w:t>
      </w:r>
      <w:r>
        <w:rPr>
          <w:lang w:eastAsia="zh-CN"/>
        </w:rPr>
        <w:br/>
      </w:r>
      <w:r>
        <w:rPr>
          <w:lang w:eastAsia="zh-CN"/>
        </w:rPr>
        <w:t>　　(二)乙方应认真履行甲方制定的岗位职责，按时、按质、按量完成基本职工作;在合同内不得在其他单位兼职。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三、工作时间与休息休假</w:t>
      </w:r>
      <w:r>
        <w:rPr>
          <w:lang w:eastAsia="zh-CN"/>
        </w:rPr>
        <w:br/>
      </w:r>
      <w:r>
        <w:rPr>
          <w:lang w:eastAsia="zh-CN"/>
        </w:rPr>
        <w:t>　　(一)乙方所在岗位执行的是标准工作日制。</w:t>
      </w:r>
      <w:r>
        <w:rPr>
          <w:lang w:eastAsia="zh-CN"/>
        </w:rPr>
        <w:br/>
      </w:r>
      <w:r>
        <w:rPr>
          <w:lang w:eastAsia="zh-CN"/>
        </w:rPr>
        <w:t>　　(二)甲方确因工作需要，可依法安排乙方延长工作时间、休息日或节假日加班。</w:t>
      </w:r>
      <w:r>
        <w:rPr>
          <w:lang w:eastAsia="zh-CN"/>
        </w:rPr>
        <w:br/>
      </w:r>
      <w:r>
        <w:rPr>
          <w:lang w:eastAsia="zh-CN"/>
        </w:rPr>
        <w:t>　　四、劳动报酬</w:t>
      </w:r>
      <w:r>
        <w:rPr>
          <w:lang w:eastAsia="zh-CN"/>
        </w:rPr>
        <w:br/>
      </w:r>
      <w:r>
        <w:rPr>
          <w:lang w:eastAsia="zh-CN"/>
        </w:rPr>
        <w:t>　　(一)甲方每月按工资标准支付乙方包干工资。</w:t>
      </w:r>
      <w:r>
        <w:rPr>
          <w:lang w:eastAsia="zh-CN"/>
        </w:rPr>
        <w:br/>
      </w:r>
      <w:r>
        <w:rPr>
          <w:lang w:eastAsia="zh-CN"/>
        </w:rPr>
        <w:t>　　(二)甲方安排乙方延长工作时间或休息日、法定休假工作的，应依法安排乙方补休或支付相应劳动报酬。</w:t>
      </w:r>
      <w:r>
        <w:rPr>
          <w:lang w:eastAsia="zh-CN"/>
        </w:rPr>
        <w:br/>
      </w:r>
      <w:r>
        <w:rPr>
          <w:lang w:eastAsia="zh-CN"/>
        </w:rPr>
        <w:t>　　五、社会保险和福利待遇</w:t>
      </w:r>
      <w:r>
        <w:rPr>
          <w:lang w:eastAsia="zh-CN"/>
        </w:rPr>
        <w:br/>
      </w:r>
      <w:r>
        <w:rPr>
          <w:lang w:eastAsia="zh-CN"/>
        </w:rPr>
        <w:t>　　甲方根据公益性岗位有关政策规定为乙方缴纳社会保险费，市有关部门按先缴后补的.办法，补贴乙方缴纳的养老保险、医疗保险和失业保险的单位应缴部分。乙方个人缴纳部分由乙方承担。</w:t>
      </w:r>
      <w:r>
        <w:rPr>
          <w:lang w:eastAsia="zh-CN"/>
        </w:rPr>
        <w:br/>
      </w:r>
      <w:r>
        <w:rPr>
          <w:lang w:eastAsia="zh-CN"/>
        </w:rPr>
        <w:t>　　六、劳动合同的变更、解除和终止</w:t>
      </w:r>
      <w:r>
        <w:rPr>
          <w:lang w:eastAsia="zh-CN"/>
        </w:rPr>
        <w:br/>
      </w:r>
      <w:r>
        <w:rPr>
          <w:lang w:eastAsia="zh-CN"/>
        </w:rPr>
        <w:t>　　(一)订立合同所依据的法律、行政法规、规章发生变化或订立本合同所依据的客观情况发生重大变化，致使本合同无法履行的，经甲乙双方协商同意，可以变更合同相关内容或解除合同。</w:t>
      </w:r>
      <w:r>
        <w:rPr>
          <w:lang w:eastAsia="zh-CN"/>
        </w:rPr>
        <w:br/>
      </w:r>
      <w:r>
        <w:rPr>
          <w:lang w:eastAsia="zh-CN"/>
        </w:rPr>
        <w:t>　　(二)乙方有下列情况之一的，甲方可解除和终止劳动合同：</w:t>
      </w:r>
      <w:r>
        <w:rPr>
          <w:lang w:eastAsia="zh-CN"/>
        </w:rPr>
        <w:br/>
      </w:r>
      <w:r>
        <w:rPr>
          <w:lang w:eastAsia="zh-CN"/>
        </w:rPr>
        <w:t>　　(1)不能坚持正常工作的;</w:t>
      </w:r>
      <w:r>
        <w:rPr>
          <w:lang w:eastAsia="zh-CN"/>
        </w:rPr>
        <w:br/>
      </w:r>
      <w:r>
        <w:rPr>
          <w:lang w:eastAsia="zh-CN"/>
        </w:rPr>
        <w:t>　　(2)无故旷工连续15天或一年内累计旷工30天的;</w:t>
      </w:r>
      <w:r>
        <w:rPr>
          <w:lang w:eastAsia="zh-CN"/>
        </w:rPr>
        <w:br/>
      </w:r>
      <w:r>
        <w:rPr>
          <w:lang w:eastAsia="zh-CN"/>
        </w:rPr>
        <w:t>　　(3)严重违反用工单位管理制度的;</w:t>
      </w:r>
      <w:r>
        <w:rPr>
          <w:lang w:eastAsia="zh-CN"/>
        </w:rPr>
        <w:br/>
      </w:r>
      <w:r>
        <w:rPr>
          <w:lang w:eastAsia="zh-CN"/>
        </w:rPr>
        <w:t>　　(4)有违法行为的。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本合同经甲乙双方签字(或盖章)后生效。本合同一式三份，由甲乙双方各执一份，合同文本具有同等法律效力。</w:t>
      </w:r>
      <w:r>
        <w:rPr>
          <w:lang w:eastAsia="zh-CN"/>
        </w:rPr>
        <w:br/>
      </w:r>
      <w:r>
        <w:rPr>
          <w:lang w:eastAsia="zh-CN"/>
        </w:rPr>
        <w:t>　　甲方：(签字盖章)</w:t>
      </w:r>
      <w:r>
        <w:rPr>
          <w:lang w:eastAsia="zh-CN"/>
        </w:rPr>
        <w:br/>
      </w:r>
      <w:r>
        <w:rPr>
          <w:lang w:eastAsia="zh-CN"/>
        </w:rPr>
        <w:t>　　签订日期：</w:t>
      </w:r>
      <w:r>
        <w:rPr>
          <w:lang w:eastAsia="zh-CN"/>
        </w:rPr>
        <w:br/>
      </w:r>
      <w:r>
        <w:rPr>
          <w:lang w:eastAsia="zh-CN"/>
        </w:rPr>
        <w:t>　　鉴证机构盖章：</w:t>
      </w:r>
      <w:r>
        <w:rPr>
          <w:lang w:eastAsia="zh-CN"/>
        </w:rPr>
        <w:br/>
      </w:r>
      <w:r>
        <w:rPr>
          <w:lang w:eastAsia="zh-CN"/>
        </w:rPr>
        <w:t>　　鉴证编号：</w:t>
      </w:r>
      <w:r>
        <w:rPr>
          <w:lang w:eastAsia="zh-CN"/>
        </w:rPr>
        <w:br/>
      </w:r>
      <w:r>
        <w:rPr>
          <w:lang w:eastAsia="zh-CN"/>
        </w:rPr>
        <w:t>　　鉴证日期：</w:t>
      </w:r>
      <w:r>
        <w:rPr>
          <w:lang w:eastAsia="zh-CN"/>
        </w:rPr>
        <w:br/>
      </w:r>
      <w:r>
        <w:rPr>
          <w:lang w:eastAsia="zh-CN"/>
        </w:rPr>
        <w:t>　　乙方：(签字)</w:t>
      </w:r>
      <w:r>
        <w:rPr>
          <w:lang w:eastAsia="zh-CN"/>
        </w:rPr>
        <w:br/>
      </w:r>
      <w:r>
        <w:rPr>
          <w:lang w:eastAsia="zh-CN"/>
        </w:rPr>
        <w:t>　　签订日期：</w:t>
      </w:r>
      <w:r>
        <w:rPr>
          <w:lang w:eastAsia="zh-CN"/>
        </w:rPr>
        <w:br/>
      </w:r>
      <w:r>
        <w:rPr>
          <w:lang w:eastAsia="zh-CN"/>
        </w:rPr>
        <w:t xml:space="preserve">    2024岗位劳动合同 篇10 </w:t>
      </w:r>
      <w:r>
        <w:rPr>
          <w:lang w:eastAsia="zh-CN"/>
        </w:rPr>
        <w:br/>
      </w:r>
      <w:r>
        <w:rPr>
          <w:lang w:eastAsia="zh-CN"/>
        </w:rPr>
        <w:t>　　一、续签劳动合同能变更岗位吗</w:t>
      </w:r>
      <w:r>
        <w:rPr>
          <w:lang w:eastAsia="zh-CN"/>
        </w:rPr>
        <w:br/>
      </w:r>
      <w:r>
        <w:rPr>
          <w:lang w:eastAsia="zh-CN"/>
        </w:rPr>
        <w:t>　　续签劳动合同职工可以变更岗位。劳动合同终止的法定条件之一是劳动合同期满。也就是说，如果不存在诸如职工处于医疗期、女职工“三期” 等劳动合同应顺延的情形，那么，劳动合同期限届满即行终止。</w:t>
      </w:r>
      <w:r>
        <w:rPr>
          <w:lang w:eastAsia="zh-CN"/>
        </w:rPr>
        <w:br/>
      </w:r>
      <w:r>
        <w:rPr>
          <w:lang w:eastAsia="zh-CN"/>
        </w:rPr>
        <w:t>　　在劳动合同终止时，企业可以与职工续签劳动合同，也可以不与职工续签(按《劳动合同法》规定，职工有权利要求签订无固定期限劳动合同的情形除外)。企业向职工发出的续签劳动合同通知属于企业的单方面意向，职工是否续签由职工自行决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职工可能接受企业提出的工作条件的，如工作岗位、劳动报酬等;如果职工对企业提出的续签意向不满意，则其可以再行与公司进行协商，直至双方在劳动合同期满前达成一致。在劳动合同期限届满之日，如果双方就是否续签劳动合同没有达成一致，则从风险防范角度来考虑，企业应终止与职工的劳动合同关系。</w:t>
      </w:r>
      <w:r>
        <w:rPr>
          <w:lang w:eastAsia="zh-CN"/>
        </w:rPr>
        <w:br/>
      </w:r>
      <w:r>
        <w:rPr>
          <w:lang w:eastAsia="zh-CN"/>
        </w:rPr>
        <w:t>　　二、订立劳动合同要用书面的吗</w:t>
      </w:r>
      <w:r>
        <w:rPr>
          <w:lang w:eastAsia="zh-CN"/>
        </w:rPr>
        <w:br/>
      </w:r>
      <w:r>
        <w:rPr>
          <w:lang w:eastAsia="zh-CN"/>
        </w:rPr>
        <w:t>　　订立劳动合同应当采用书面形式，劳动合同作为劳动关系双方当事人权利义务的协议，也有书面形式和口头形式之分。以书面形式订立劳动合同是指劳动者在与用人单位建立劳动关系时，直接用书面文字形式表达和记载当事人经过协商而达成一致的协议。我国劳动法和本法明确规定，劳动合同应当以书面形式订立。用书面形式订立劳动合同严肃慎重、准确可靠、有据可查，一旦发生争议时，便于查清事实，分清是非，也有利于主管部门和劳动行政部门进行监督检查。另外，书面劳动合同能够加强合同当事人的责任感，促使合同所规定的各项义务能够全面履行。与书面形式相对应的口头形式由于没有可以保存的文字依据，随意性大，容易发生纠纷，且难以举证，不利于保护当事人的'合法权益。</w:t>
      </w:r>
      <w:r>
        <w:rPr>
          <w:lang w:eastAsia="zh-CN"/>
        </w:rPr>
        <w:br/>
      </w:r>
      <w:r>
        <w:rPr>
          <w:lang w:eastAsia="zh-CN"/>
        </w:rPr>
        <w:t>　　续签劳动合同就意味着之前双方的劳动合同已经终止，这个时候续签的合同其实就是一份新的劳动合同，既然如此双方当然可以对岗位进行一定的调整变更，这是符合法律规定的。</w:t>
      </w:r>
      <w:r>
        <w:rPr>
          <w:lang w:eastAsia="zh-CN"/>
        </w:rPr>
        <w:br/>
      </w:r>
      <w:r>
        <w:rPr>
          <w:lang w:eastAsia="zh-CN"/>
        </w:rPr>
        <w:t xml:space="preserve">    2024岗位劳动合同 篇11 </w:t>
      </w:r>
      <w:r>
        <w:rPr>
          <w:lang w:eastAsia="zh-CN"/>
        </w:rPr>
        <w:br/>
      </w:r>
      <w:r>
        <w:rPr>
          <w:lang w:eastAsia="zh-CN"/>
        </w:rPr>
        <w:t>　　甲方：_________</w:t>
      </w:r>
      <w:r>
        <w:rPr>
          <w:lang w:eastAsia="zh-CN"/>
        </w:rPr>
        <w:br/>
      </w:r>
      <w:r>
        <w:rPr>
          <w:lang w:eastAsia="zh-CN"/>
        </w:rPr>
        <w:t>　　法定代表人或委托代理人：_________</w:t>
      </w:r>
      <w:r>
        <w:rPr>
          <w:lang w:eastAsia="zh-CN"/>
        </w:rPr>
        <w:br/>
      </w:r>
      <w:r>
        <w:rPr>
          <w:lang w:eastAsia="zh-CN"/>
        </w:rPr>
        <w:t>　　地址：_________</w:t>
      </w:r>
      <w:r>
        <w:rPr>
          <w:lang w:eastAsia="zh-CN"/>
        </w:rPr>
        <w:br/>
      </w:r>
      <w:r>
        <w:rPr>
          <w:lang w:eastAsia="zh-CN"/>
        </w:rPr>
        <w:t>　　乙方：_________</w:t>
      </w:r>
      <w:r>
        <w:rPr>
          <w:lang w:eastAsia="zh-CN"/>
        </w:rPr>
        <w:br/>
      </w:r>
      <w:r>
        <w:rPr>
          <w:lang w:eastAsia="zh-CN"/>
        </w:rPr>
        <w:t>　　文化程度：_________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性别：_________</w:t>
      </w:r>
      <w:r>
        <w:rPr>
          <w:lang w:eastAsia="zh-CN"/>
        </w:rPr>
        <w:br/>
      </w:r>
      <w:r>
        <w:rPr>
          <w:lang w:eastAsia="zh-CN"/>
        </w:rPr>
        <w:t>　　出生日期：_________年_________月_________日</w:t>
      </w:r>
      <w:r>
        <w:rPr>
          <w:lang w:eastAsia="zh-CN"/>
        </w:rPr>
        <w:br/>
      </w:r>
      <w:r>
        <w:rPr>
          <w:lang w:eastAsia="zh-CN"/>
        </w:rPr>
        <w:t>　　居民身份证号码：_________</w:t>
      </w:r>
      <w:r>
        <w:rPr>
          <w:lang w:eastAsia="zh-CN"/>
        </w:rPr>
        <w:br/>
      </w:r>
      <w:r>
        <w:rPr>
          <w:lang w:eastAsia="zh-CN"/>
        </w:rPr>
        <w:t>　　编码：_________</w:t>
      </w:r>
      <w:r>
        <w:rPr>
          <w:lang w:eastAsia="zh-CN"/>
        </w:rPr>
        <w:br/>
      </w:r>
      <w:r>
        <w:rPr>
          <w:lang w:eastAsia="zh-CN"/>
        </w:rPr>
        <w:t>　　家庭住址：_________</w:t>
      </w:r>
      <w:r>
        <w:rPr>
          <w:lang w:eastAsia="zh-CN"/>
        </w:rPr>
        <w:br/>
      </w:r>
      <w:r>
        <w:rPr>
          <w:lang w:eastAsia="zh-CN"/>
        </w:rPr>
        <w:t>　　所属街道办事处：_________</w:t>
      </w:r>
      <w:r>
        <w:rPr>
          <w:lang w:eastAsia="zh-CN"/>
        </w:rPr>
        <w:br/>
      </w:r>
      <w:r>
        <w:rPr>
          <w:lang w:eastAsia="zh-CN"/>
        </w:rPr>
        <w:t>　　根据《中华人民共和国劳动法》，甲乙双方经平等协商同意，自愿签订本合同，共同遵守本合同所列条款。</w:t>
      </w:r>
      <w:r>
        <w:rPr>
          <w:lang w:eastAsia="zh-CN"/>
        </w:rPr>
        <w:br/>
      </w:r>
      <w:r>
        <w:rPr>
          <w:lang w:eastAsia="zh-CN"/>
        </w:rPr>
        <w:t>　　一、劳动合同期限</w:t>
      </w:r>
      <w:r>
        <w:rPr>
          <w:lang w:eastAsia="zh-CN"/>
        </w:rPr>
        <w:br/>
      </w:r>
      <w:r>
        <w:rPr>
          <w:lang w:eastAsia="zh-CN"/>
        </w:rPr>
        <w:t>　　第一条?本合同期限类型为_________期限合同。</w:t>
      </w:r>
      <w:r>
        <w:rPr>
          <w:lang w:eastAsia="zh-CN"/>
        </w:rPr>
        <w:br/>
      </w:r>
      <w:r>
        <w:rPr>
          <w:lang w:eastAsia="zh-CN"/>
        </w:rPr>
        <w:t>　　本合同生效日期_________年_________月_________日，其中试用期_________个月。本合同_________终止。</w:t>
      </w:r>
      <w:r>
        <w:rPr>
          <w:lang w:eastAsia="zh-CN"/>
        </w:rPr>
        <w:br/>
      </w:r>
      <w:r>
        <w:rPr>
          <w:lang w:eastAsia="zh-CN"/>
        </w:rPr>
        <w:t>　　二、工作内容</w:t>
      </w:r>
      <w:r>
        <w:rPr>
          <w:lang w:eastAsia="zh-CN"/>
        </w:rPr>
        <w:br/>
      </w:r>
      <w:r>
        <w:rPr>
          <w:lang w:eastAsia="zh-CN"/>
        </w:rPr>
        <w:t>　　第二条?乙方同意根据甲方工作需要，担任_________岗位（工种）工作。</w:t>
      </w:r>
      <w:r>
        <w:rPr>
          <w:lang w:eastAsia="zh-CN"/>
        </w:rPr>
        <w:br/>
      </w:r>
      <w:r>
        <w:rPr>
          <w:lang w:eastAsia="zh-CN"/>
        </w:rPr>
        <w:t>　　第三条?乙方应按照甲方的合法要求，按时完成规定的工作数量，达到规定的质量标准。</w:t>
      </w:r>
      <w:r>
        <w:rPr>
          <w:lang w:eastAsia="zh-CN"/>
        </w:rPr>
        <w:br/>
      </w:r>
      <w:r>
        <w:rPr>
          <w:lang w:eastAsia="zh-CN"/>
        </w:rPr>
        <w:t>　　三、_____</w:t>
      </w:r>
      <w:r>
        <w:rPr>
          <w:lang w:eastAsia="zh-CN"/>
        </w:rPr>
        <w:br/>
      </w:r>
      <w:r>
        <w:rPr>
          <w:lang w:eastAsia="zh-CN"/>
        </w:rPr>
        <w:t>　　第四条?甲方安排乙方执行_________工作制。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执行定时工作制的，甲方安排乙方每日工作时间不超过八小时，平均每周不超过四十四小时。甲方保证乙方每周至少休息一日，甲方由于工作需要，经与工会和乙方协商后可以延长工作时间，一般每日不得超过一小时，因特殊原因需要延长工作时间的，在保障乙方身体健康的条件下延长工作时间每日不得超过三小时，每月不得超过三十六小时。</w:t>
      </w:r>
      <w:r>
        <w:rPr>
          <w:lang w:eastAsia="zh-CN"/>
        </w:rPr>
        <w:br/>
      </w:r>
      <w:r>
        <w:rPr>
          <w:lang w:eastAsia="zh-CN"/>
        </w:rPr>
        <w:t>　　执行综合计算工时工作制的，平均日和平均周工作时间不超过法定标准工作时间。执行不定时工作制的，在保证完成甲方工作任务的情况下，工作和休息休假乙方自行安排。</w:t>
      </w:r>
      <w:r>
        <w:rPr>
          <w:lang w:eastAsia="zh-CN"/>
        </w:rPr>
        <w:br/>
      </w:r>
      <w:r>
        <w:rPr>
          <w:lang w:eastAsia="zh-CN"/>
        </w:rPr>
        <w:t>　　第五条?甲方安排乙方加班的，应安排乙方同等时间补休或依法支付加班工资；加点的，甲方应支付加点工资。</w:t>
      </w:r>
      <w:r>
        <w:rPr>
          <w:lang w:eastAsia="zh-CN"/>
        </w:rPr>
        <w:br/>
      </w:r>
      <w:r>
        <w:rPr>
          <w:lang w:eastAsia="zh-CN"/>
        </w:rPr>
        <w:t>　　第六条?甲方为乙方提供必要的劳动条件和劳动工具，建立健全生产工艺流程，制定操作规程、工作规范和劳动安全卫生制度及其标准。甲方应按照国家或北京市有关部门的规定组织安排乙方进行健康检查。</w:t>
      </w:r>
      <w:r>
        <w:rPr>
          <w:lang w:eastAsia="zh-CN"/>
        </w:rPr>
        <w:br/>
      </w:r>
      <w:r>
        <w:rPr>
          <w:lang w:eastAsia="zh-CN"/>
        </w:rPr>
        <w:t>　　第七条?甲方负责对乙方进行政治思想、职业道德、业务技术、劳动安全卫生及有关规章制度的教育和培训。</w:t>
      </w:r>
      <w:r>
        <w:rPr>
          <w:lang w:eastAsia="zh-CN"/>
        </w:rPr>
        <w:br/>
      </w:r>
      <w:r>
        <w:rPr>
          <w:lang w:eastAsia="zh-CN"/>
        </w:rPr>
        <w:t>　　四、劳动报酬</w:t>
      </w:r>
      <w:r>
        <w:rPr>
          <w:lang w:eastAsia="zh-CN"/>
        </w:rPr>
        <w:br/>
      </w:r>
      <w:r>
        <w:rPr>
          <w:lang w:eastAsia="zh-CN"/>
        </w:rPr>
        <w:t>　　第八条?甲方的工资分配应遵循按劳分配原则。</w:t>
      </w:r>
      <w:r>
        <w:rPr>
          <w:lang w:eastAsia="zh-CN"/>
        </w:rPr>
        <w:br/>
      </w:r>
      <w:r>
        <w:rPr>
          <w:lang w:eastAsia="zh-CN"/>
        </w:rPr>
        <w:t>　　第九条?执行定时工作制或综合计算工时工作制的乙方为甲方工作，甲方每月_________日以货币形式支付乙方工资，工资不低于_________元，其中试用期间工资为_________元。执行不定时工作制的工资支付按_________执行。</w:t>
      </w:r>
      <w:r>
        <w:rPr>
          <w:lang w:eastAsia="zh-CN"/>
        </w:rPr>
        <w:br/>
      </w:r>
      <w:r>
        <w:rPr>
          <w:lang w:eastAsia="zh-CN"/>
        </w:rPr>
        <w:t>　　第十条?由于甲方生产任务不足，使乙方下岗待工的，甲方保证乙方的月生活费不低于_________元。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五、_____福利待遇</w:t>
      </w:r>
      <w:r>
        <w:rPr>
          <w:lang w:eastAsia="zh-CN"/>
        </w:rPr>
        <w:br/>
      </w:r>
      <w:r>
        <w:rPr>
          <w:lang w:eastAsia="zh-CN"/>
        </w:rPr>
        <w:t>　　第十一条?甲乙双方应按国家和北京市社会_____的有关规定缴纳职工养老、失业和大病医疗统筹及其他社会_____费用。</w:t>
      </w:r>
      <w:r>
        <w:rPr>
          <w:lang w:eastAsia="zh-CN"/>
        </w:rPr>
        <w:br/>
      </w:r>
      <w:r>
        <w:rPr>
          <w:lang w:eastAsia="zh-CN"/>
        </w:rPr>
        <w:t>　　甲方应为乙方填写《职工养老_____手册》。双方解除、终止劳动合同后，《职工养老_____手册》按有关规定转移。</w:t>
      </w:r>
      <w:r>
        <w:rPr>
          <w:lang w:eastAsia="zh-CN"/>
        </w:rPr>
        <w:br/>
      </w:r>
      <w:r>
        <w:rPr>
          <w:lang w:eastAsia="zh-CN"/>
        </w:rPr>
        <w:t>　　第十二条?乙方患病或非因工负伤，其病假工资、疾病救济费和医疗待遇按照_________执行。</w:t>
      </w:r>
      <w:r>
        <w:rPr>
          <w:lang w:eastAsia="zh-CN"/>
        </w:rPr>
        <w:br/>
      </w:r>
      <w:r>
        <w:rPr>
          <w:lang w:eastAsia="zh-CN"/>
        </w:rPr>
        <w:t>　　第十三条?乙方患职业病或因工负伤的工资和医疗_____待遇按国家和北京市有关规定执行。</w:t>
      </w:r>
      <w:r>
        <w:rPr>
          <w:lang w:eastAsia="zh-CN"/>
        </w:rPr>
        <w:br/>
      </w:r>
      <w:r>
        <w:rPr>
          <w:lang w:eastAsia="zh-CN"/>
        </w:rPr>
        <w:t>　　第十四条?甲方为乙方提供以下福利待遇：_________。</w:t>
      </w:r>
      <w:r>
        <w:rPr>
          <w:lang w:eastAsia="zh-CN"/>
        </w:rPr>
        <w:br/>
      </w:r>
      <w:r>
        <w:rPr>
          <w:lang w:eastAsia="zh-CN"/>
        </w:rPr>
        <w:t>　　六、劳动纪律</w:t>
      </w:r>
      <w:r>
        <w:rPr>
          <w:lang w:eastAsia="zh-CN"/>
        </w:rPr>
        <w:br/>
      </w:r>
      <w:r>
        <w:rPr>
          <w:lang w:eastAsia="zh-CN"/>
        </w:rPr>
        <w:t>　　第十五条?乙方应遵守甲方依法制定的规章制度；严格遵守劳动安全卫生、生产工艺、操作规程和工作规范；爱护甲方的财产，遵守职业道德；积极参加甲方组织的培训，提高思想觉悟和职业技能。</w:t>
      </w:r>
      <w:r>
        <w:rPr>
          <w:lang w:eastAsia="zh-CN"/>
        </w:rPr>
        <w:br/>
      </w:r>
      <w:r>
        <w:rPr>
          <w:lang w:eastAsia="zh-CN"/>
        </w:rPr>
        <w:t>　　第十六条?乙方违反劳动纪律，甲方可依据本单位规章制度，给予纪律处分，直至解除本合同。</w:t>
      </w:r>
      <w:r>
        <w:rPr>
          <w:lang w:eastAsia="zh-CN"/>
        </w:rPr>
        <w:br/>
      </w:r>
      <w:r>
        <w:rPr>
          <w:lang w:eastAsia="zh-CN"/>
        </w:rPr>
        <w:t>　　七、劳动合同的变更、解除、终止、续订</w:t>
      </w:r>
      <w:r>
        <w:rPr>
          <w:lang w:eastAsia="zh-CN"/>
        </w:rPr>
        <w:br/>
      </w:r>
      <w:r>
        <w:rPr>
          <w:lang w:eastAsia="zh-CN"/>
        </w:rPr>
        <w:t xml:space="preserve">    2024岗位劳动合同 篇12 </w:t>
      </w:r>
      <w:r>
        <w:rPr>
          <w:lang w:eastAsia="zh-CN"/>
        </w:rPr>
        <w:br/>
      </w:r>
      <w:r>
        <w:rPr>
          <w:lang w:eastAsia="zh-CN"/>
        </w:rPr>
        <w:t>　　案情简介：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20__年1月20日，申请人刘某与被申请人某项目管理公司签订劳动合同，劳动合同期限为20__年1月20日至20__年2月28日。按照劳动合同约定，公司安排刘某任职项目经理，从事项目协调工作。公司可因工作需要，调整刘某工作岗位，每月工资均为税前5000元。20__年12月3日，公司总经理侯某突然发出通知，决定免除刘某项目经理职务，并将其调整为行政专员，当日即到新岗位报到。自20__年12月4日，刘某每月工资调整为税前2500元。这一调动后，使得刘某每月工资只有原有的50%。20__年1月20日，刘某提起劳动仲裁，要求恢复原职务并补足工资差额。公司认为，对刘某岗位的调整系单位用人自主权的体现，并且劳动合同中已明确约定：公司可因工作需要，调整刘某工作岗位。</w:t>
      </w:r>
      <w:r>
        <w:rPr>
          <w:lang w:eastAsia="zh-CN"/>
        </w:rPr>
        <w:t xml:space="preserve"> 申请人请求：</w:t>
      </w:r>
      <w:r>
        <w:rPr>
          <w:lang w:eastAsia="zh-CN"/>
        </w:rPr>
        <w:br/>
      </w:r>
      <w:r>
        <w:rPr>
          <w:lang w:eastAsia="zh-CN"/>
        </w:rPr>
        <w:t>　　1.撤销公司对刘某岗位擅自调整的决定；</w:t>
      </w:r>
      <w:r>
        <w:rPr>
          <w:lang w:eastAsia="zh-CN"/>
        </w:rPr>
        <w:br/>
      </w:r>
      <w:r>
        <w:rPr>
          <w:lang w:eastAsia="zh-CN"/>
        </w:rPr>
        <w:t>　　2.公司补发因擅自调整岗位造成的工资差额。</w:t>
      </w:r>
      <w:r>
        <w:rPr>
          <w:lang w:eastAsia="zh-CN"/>
        </w:rPr>
        <w:br/>
      </w:r>
      <w:r>
        <w:rPr>
          <w:lang w:eastAsia="zh-CN"/>
        </w:rPr>
        <w:t>　　处理结果：</w:t>
      </w:r>
      <w:r>
        <w:rPr>
          <w:lang w:eastAsia="zh-CN"/>
        </w:rPr>
        <w:br/>
      </w:r>
      <w:r>
        <w:rPr>
          <w:lang w:eastAsia="zh-CN"/>
        </w:rPr>
        <w:t>　　1.撤销公司于20__年12月3日作出的对刘某岗位的调整的决定；</w:t>
      </w:r>
      <w:r>
        <w:rPr>
          <w:lang w:eastAsia="zh-CN"/>
        </w:rPr>
        <w:br/>
      </w:r>
      <w:r>
        <w:rPr>
          <w:lang w:eastAsia="zh-CN"/>
        </w:rPr>
        <w:t>　　2.按照项目经理岗位工资向刘某补齐工资差额。</w:t>
      </w:r>
      <w:r>
        <w:rPr>
          <w:lang w:eastAsia="zh-CN"/>
        </w:rPr>
        <w:br/>
      </w:r>
      <w:r>
        <w:rPr>
          <w:lang w:eastAsia="zh-CN"/>
        </w:rPr>
        <w:t>　　争议焦点：</w:t>
      </w:r>
      <w:r>
        <w:rPr>
          <w:lang w:eastAsia="zh-CN"/>
        </w:rPr>
        <w:br/>
      </w:r>
      <w:r>
        <w:rPr>
          <w:lang w:eastAsia="zh-CN"/>
        </w:rPr>
        <w:t>　　用人单位能否随意调整劳动者工作岗位。</w:t>
      </w:r>
      <w:r>
        <w:rPr>
          <w:lang w:eastAsia="zh-CN"/>
        </w:rPr>
        <w:br/>
      </w:r>
      <w:r>
        <w:rPr>
          <w:lang w:eastAsia="zh-CN"/>
        </w:rPr>
        <w:t>　　评析：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根据原劳动部办公厅《关于职工因岗位变更与企业发生劳动争议等有关问题的复函》（劳办发1996100号）的规定：关于用人单位能否变更职工岗位问题。按照《劳动法》第十七条、第二十六条、第三十一条的规定精神，因劳动合同订立时所依据的客观情况发生重大变化，致使原劳动合同无法履行而变更劳动合同，须经双方当事人协商一致，若不能达成协议，则可按法定程序解除劳动合同；因劳动者不能胜任工作而变更、调整职工工作岗位，则属于用人单位的自主权。对于因劳动者岗位变更引起的争议应依据上述规定精神处理。</w:t>
      </w:r>
      <w:r>
        <w:rPr>
          <w:lang w:eastAsia="zh-CN"/>
        </w:rPr>
        <w:br/>
      </w:r>
      <w:r>
        <w:rPr>
          <w:lang w:eastAsia="zh-CN"/>
        </w:rPr>
        <w:t>　　司法系统对劳动者岗位调整也做了约束性规定，对仲裁机构处理类似案件具有一定指导借鉴意义。</w:t>
      </w:r>
      <w:r>
        <w:rPr>
          <w:lang w:eastAsia="zh-CN"/>
        </w:rPr>
        <w:br/>
      </w:r>
      <w:r>
        <w:rPr>
          <w:lang w:eastAsia="zh-CN"/>
        </w:rPr>
        <w:t>　　如20__年上海市高级人民法院对此规定：法院对于劳</w:t>
      </w:r>
      <w:r>
        <w:rPr>
          <w:lang w:eastAsia="zh-CN"/>
        </w:rPr>
        <w:br/>
      </w:r>
      <w:r>
        <w:rPr>
          <w:lang w:eastAsia="zh-CN"/>
        </w:rPr>
        <w:t>　　动合同中有关单位可随时调整劳动者工作岗位的约定原则上可予认可，但为防止单位用人权的滥用（如报复员工、逼迫员工辞职等），单位调整员工岗位必须具有充分合理性，即单位应对其调整员工岗位行为的“充分合理性”向法庭充分举证，否则法庭将不予支持。从而对企业随意调整劳动者工作岗位的情况做了限制。</w:t>
      </w:r>
      <w:r>
        <w:rPr>
          <w:lang w:eastAsia="zh-CN"/>
        </w:rPr>
        <w:br/>
      </w:r>
      <w:r>
        <w:rPr>
          <w:lang w:eastAsia="zh-CN"/>
        </w:rPr>
        <w:t>　　江苏省高院对此也进行了相关规定：根据《中华人民共和国劳动法》第26条等有关规定，在下列情况下，用人单位有权调整劳动者的工作岗位:</w:t>
      </w:r>
      <w:r>
        <w:rPr>
          <w:lang w:eastAsia="zh-CN"/>
        </w:rPr>
        <w:br/>
      </w:r>
      <w:r>
        <w:rPr>
          <w:lang w:eastAsia="zh-CN"/>
        </w:rPr>
        <w:t>　　1.劳动者患病或者非因工负伤，医疗期满后，不能从事原工作的，可由用人单位另行安排工作岗位；</w:t>
      </w:r>
      <w:r>
        <w:rPr>
          <w:lang w:eastAsia="zh-CN"/>
        </w:rPr>
        <w:br/>
      </w:r>
      <w:r>
        <w:rPr>
          <w:lang w:eastAsia="zh-CN"/>
        </w:rPr>
        <w:t>　　2.劳动者不能胜任工作的，用人单位有权调整其工作岗位；</w:t>
      </w:r>
      <w:r>
        <w:rPr>
          <w:lang w:eastAsia="zh-CN"/>
        </w:rPr>
        <w:br/>
      </w:r>
      <w:r>
        <w:rPr>
          <w:lang w:eastAsia="zh-CN"/>
        </w:rPr>
        <w:t>　　3.劳动合同中明确约定用人单位有权根据情况调整劳</w:t>
      </w:r>
      <w:r>
        <w:rPr>
          <w:lang w:eastAsia="zh-CN"/>
        </w:rPr>
        <w:br/>
      </w:r>
      <w:r>
        <w:rPr>
          <w:lang w:eastAsia="zh-CN"/>
        </w:rPr>
        <w:t>　　动者的工作岗位的；</w:t>
      </w:r>
      <w:r>
        <w:rPr>
          <w:lang w:eastAsia="zh-CN"/>
        </w:rPr>
        <w:br/>
      </w:r>
      <w:r>
        <w:rPr>
          <w:lang w:eastAsia="zh-CN"/>
        </w:rPr>
        <w:t>　　4.用人单位与劳动者经过协商一致变更工作岗位的；</w:t>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xml:space="preserve"> 上述四种情形中，前三种情形下，用人单位有权根据自身需要单方面对劳动者的岗位、工作内容进行必要的、合理的调整，这是用人单位行使用工自主权的一种方式，但用人单位不能滥用用工权，随意对劳动者的工作岗位、工作内容进行调整。用人单位在对劳动者岗位进行调整时，应当对劳动者所从事的职业及工资报酬等方面综合考虑，不得超出一般人可以接受的合理限度，造成劳动者收入、地位明显降低的调整或无视劳动者本身专业知识的调整。如果双方为此发生争议，应由用人单位举证证明其调整岗位具有充分的合理性。用人单位不能举证证明其调整岗位具有充分合理性的，人民法院应不予支持。</w:t>
      </w:r>
      <w:r>
        <w:rPr>
          <w:lang w:eastAsia="zh-CN"/>
        </w:rPr>
        <w:br/>
      </w:r>
      <w:r>
        <w:rPr>
          <w:lang w:eastAsia="zh-CN"/>
        </w:rPr>
        <w:t>　　由此可见，按照一般法理，用人单位对劳动者岗位的调整限于法律规定的几种情形，必须具有合理性和合法性。用人单位应对调整劳动者工作岗位行为的“合理性”负充分举证责任，否则对因此对劳动者造成的损害应该承担赔偿责任。</w:t>
      </w:r>
      <w:r>
        <w:rPr>
          <w:lang w:eastAsia="zh-CN"/>
        </w:rPr>
        <w:br/>
      </w:r>
      <w:r>
        <w:rPr>
          <w:lang w:eastAsia="zh-CN"/>
        </w:rPr>
        <w:t>　　启示与思考：</w:t>
      </w:r>
      <w:r>
        <w:rPr>
          <w:lang w:eastAsia="zh-CN"/>
        </w:rPr>
        <w:br/>
      </w:r>
      <w:r>
        <w:rPr>
          <w:lang w:eastAsia="zh-CN"/>
        </w:rPr>
        <w:t>　　本案是一起典型的因为岗位变动而引起的劳动争议。</w:t>
      </w:r>
      <w:r>
        <w:rPr>
          <w:lang w:eastAsia="zh-CN"/>
        </w:rPr>
        <w:br/>
      </w:r>
      <w:r>
        <w:rPr>
          <w:lang w:eastAsia="zh-CN"/>
        </w:rPr>
        <w:t>　　在劳动合同订立阶段，劳资双方处于一种处于谈判状态，地位平等，双方协商确定劳动者的工作岗位，一经确定即对劳资双方当事人产生约束力。然而，在劳动合同订立后，由于劳动者与用人单位之间存在的更多的.是人身关系的隶属性，因此，用人单位对劳动者享有一定的指挥监督权。实践中，用人单位往往会基于自己的优势地位和对员工的指挥监督权，单方对员工的岗位变动作出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在劳动合同履行过程中，双方变更劳动合同内容特别是工作岗位的情况非常多见。那么双方变更工作岗位具体应当基于一种什么样的原则，成为解决此类争议的关键。</w:t>
      </w:r>
      <w:r>
        <w:rPr>
          <w:lang w:eastAsia="zh-CN"/>
        </w:rPr>
        <w:br/>
      </w:r>
      <w:r>
        <w:rPr>
          <w:lang w:eastAsia="zh-CN"/>
        </w:rPr>
        <w:t>　　（一）工作岗位变更应以协商一致为原则</w:t>
      </w:r>
      <w:r>
        <w:rPr>
          <w:lang w:eastAsia="zh-CN"/>
        </w:rPr>
        <w:br/>
      </w:r>
      <w:r>
        <w:rPr>
          <w:lang w:eastAsia="zh-CN"/>
        </w:rPr>
        <w:t>　　《劳动合同法》第三十五条规定“用人单位与劳动者协商一致，可以变更劳动合同约定的内容。变更劳动合同，应当采用书面形式。变更后的劳动合同文本由用人单位和劳动者各执一份。”因此，在一般情况下，如果变更劳动者的工作岗位需要经过双方协商一致，并以书面形式确认。</w:t>
      </w:r>
      <w:r>
        <w:rPr>
          <w:lang w:eastAsia="zh-CN"/>
        </w:rPr>
        <w:br/>
      </w:r>
      <w:r>
        <w:rPr>
          <w:lang w:eastAsia="zh-CN"/>
        </w:rPr>
        <w:t>　　（二）用人单位单方变更劳动者工作岗位需具备“充分的合理性”</w:t>
      </w:r>
      <w:r>
        <w:rPr>
          <w:lang w:eastAsia="zh-CN"/>
        </w:rPr>
        <w:br/>
      </w:r>
      <w:r>
        <w:rPr>
          <w:lang w:eastAsia="zh-CN"/>
        </w:rPr>
        <w:t>　　用人单位能否可以对劳动者进行单方变更呢？笔者认为，用人单位可以对劳动者的工作岗位进行单方变更，但这种单方变更必须具有“充分的合理性”。然而哪些变动具有充分合理性，在理论和实务中都有不同的认识，很难给出一个统一的裁判标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根据《劳动合同法》第四十条第一项和第二项之规定，在以下两种情形下，用人单位提前三十日以书面形式通知劳动者本人或者额外支付劳动者一个月工资后，可以解除劳动合同：（1）劳动者患病或者非因工负伤，在规定的医疗期满后不能从事原工作，也不能从事由用人单位另行安排的工作的；（2）劳动者不能胜任工作，经过培训或者调整工作岗位，仍不能胜任工作的。笔者认为，根据《劳动合同法》第四十条第一项和第二项之规定，实际上用人单位是被赋予了一定的单方变更权，在这两种情况下调整劳动者的工作岗位则应当被认定为具有“充分的合理性”。</w:t>
      </w:r>
      <w:r>
        <w:rPr>
          <w:lang w:eastAsia="zh-CN"/>
        </w:rPr>
        <w:br/>
      </w:r>
      <w:r>
        <w:rPr>
          <w:lang w:eastAsia="zh-CN"/>
        </w:rPr>
        <w:t xml:space="preserve">    2024岗位劳动合同 篇13 </w:t>
      </w:r>
      <w:r>
        <w:rPr>
          <w:lang w:eastAsia="zh-CN"/>
        </w:rPr>
        <w:br/>
      </w:r>
      <w:r>
        <w:rPr>
          <w:lang w:eastAsia="zh-CN"/>
        </w:rPr>
        <w:t>　　甲方（用人单位）名称：</w:t>
      </w:r>
      <w:r>
        <w:rPr>
          <w:lang w:eastAsia="zh-CN"/>
        </w:rPr>
        <w:br/>
      </w:r>
      <w:r>
        <w:rPr>
          <w:lang w:eastAsia="zh-CN"/>
        </w:rPr>
        <w:t>　　住所地：</w:t>
      </w:r>
      <w:r>
        <w:rPr>
          <w:lang w:eastAsia="zh-CN"/>
        </w:rPr>
        <w:br/>
      </w:r>
      <w:r>
        <w:rPr>
          <w:lang w:eastAsia="zh-CN"/>
        </w:rPr>
        <w:t>　　法定代表人：</w:t>
      </w:r>
      <w:r>
        <w:rPr>
          <w:lang w:eastAsia="zh-CN"/>
        </w:rPr>
        <w:br/>
      </w:r>
      <w:r>
        <w:rPr>
          <w:lang w:eastAsia="zh-CN"/>
        </w:rPr>
        <w:t>　　乙方（劳动者）姓名：性别：</w:t>
      </w:r>
      <w:r>
        <w:rPr>
          <w:lang w:eastAsia="zh-CN"/>
        </w:rPr>
        <w:br/>
      </w:r>
      <w:r>
        <w:rPr>
          <w:lang w:eastAsia="zh-CN"/>
        </w:rPr>
        <w:t>　　出生年月：文化程度（职称）：</w:t>
      </w:r>
      <w:r>
        <w:rPr>
          <w:lang w:eastAsia="zh-CN"/>
        </w:rPr>
        <w:br/>
      </w:r>
      <w:r>
        <w:rPr>
          <w:lang w:eastAsia="zh-CN"/>
        </w:rPr>
        <w:t>　　身份证号：</w:t>
      </w:r>
      <w:r>
        <w:rPr>
          <w:lang w:eastAsia="zh-CN"/>
        </w:rPr>
        <w:br/>
      </w:r>
      <w:r>
        <w:rPr>
          <w:lang w:eastAsia="zh-CN"/>
        </w:rPr>
        <w:t>　　户籍所在地：</w:t>
      </w:r>
      <w:r>
        <w:rPr>
          <w:lang w:eastAsia="zh-CN"/>
        </w:rPr>
        <w:br/>
      </w:r>
      <w:r>
        <w:rPr>
          <w:lang w:eastAsia="zh-CN"/>
        </w:rPr>
        <w:t>　　目前居住地：</w:t>
      </w:r>
      <w:r>
        <w:rPr>
          <w:lang w:eastAsia="zh-CN"/>
        </w:rPr>
        <w:br/>
      </w:r>
      <w:r>
        <w:rPr>
          <w:lang w:eastAsia="zh-CN"/>
        </w:rPr>
        <w:t>　　紧急联系人：联系电话：</w:t>
      </w:r>
      <w:r>
        <w:rPr>
          <w:lang w:eastAsia="zh-CN"/>
        </w:rPr>
        <w:br/>
      </w:r>
      <w:r>
        <w:rPr>
          <w:lang w:eastAsia="zh-CN"/>
        </w:rPr>
        <w:t>　　与本人关系：住所：</w:t>
      </w:r>
      <w:r>
        <w:rPr>
          <w:lang w:eastAsia="zh-CN"/>
        </w:rPr>
        <w:br/>
      </w:r>
      <w:r>
        <w:rPr>
          <w:lang w:eastAsia="zh-CN"/>
        </w:rPr>
        <w:t>　　本人所在部门：岗位：</w:t>
      </w:r>
      <w:r>
        <w:rPr>
          <w:lang w:eastAsia="zh-CN"/>
        </w:rPr>
        <w:br/>
      </w:r>
      <w:r>
        <w:rPr>
          <w:lang w:eastAsia="zh-CN"/>
        </w:rPr>
        <w:t>　　甲乙双方就劳动关系的建立及其权利义务等事宜，根据《中华人民共和国劳动合同法》及有关的劳动法律、法规、行政规章和企业依法制定的规章制度、集体合同、遵循自愿、平等、协商一致的原则，一致同意订立本劳动合同（以下简称合同），共同信守合同所列各条款，并确认合同为解决争议时的依据。</w:t>
      </w:r>
      <w:r>
        <w:rPr>
          <w:lang w:eastAsia="zh-CN"/>
        </w:rPr>
        <w:br/>
      </w:r>
      <w:r>
        <w:rPr>
          <w:lang w:eastAsia="zh-CN"/>
        </w:rPr>
        <w:t>　　一、合同期限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本合同期限为下列第________种：1、无固定期限；2、固定期限劳动合同；3、完成__________________工作任务止。本合同自_________年_______月______日起至_________年_______月______日止，其中前________月（即_________年_______月______日起至_________年_______月______日）为试用期。</w:t>
      </w:r>
      <w:r>
        <w:rPr>
          <w:lang w:eastAsia="zh-CN"/>
        </w:rPr>
        <w:br/>
      </w:r>
      <w:r>
        <w:rPr>
          <w:lang w:eastAsia="zh-CN"/>
        </w:rPr>
        <w:t>　　本合同期满，一方要求续订合同，须在合同期满三十日前提出。经双方协商同意，可以办理续订劳动合同手续。</w:t>
      </w:r>
      <w:r>
        <w:rPr>
          <w:lang w:eastAsia="zh-CN"/>
        </w:rPr>
        <w:br/>
      </w:r>
      <w:r>
        <w:rPr>
          <w:lang w:eastAsia="zh-CN"/>
        </w:rPr>
        <w:t>　　二、工作内容和工作地点</w:t>
      </w:r>
      <w:r>
        <w:rPr>
          <w:lang w:eastAsia="zh-CN"/>
        </w:rPr>
        <w:br/>
      </w:r>
      <w:r>
        <w:rPr>
          <w:lang w:eastAsia="zh-CN"/>
        </w:rPr>
        <w:t>　　本合同项下的工作岗位有2类：1、一线计件制员工；2、普通计时制员工，现乙方从事的岗位为了第________类。乙方目前的主要工作地点为；因甲方生产经营需要，乙方的工作地点可以涉及到公司其他工作场所。乙方应认真履行甲方制定的岗位职责，按时、按质、按量完成其本职工作，未经甲方允许，乙方不得在其他单位兼职。</w:t>
      </w:r>
      <w:r>
        <w:rPr>
          <w:lang w:eastAsia="zh-CN"/>
        </w:rPr>
        <w:br/>
      </w:r>
      <w:r>
        <w:rPr>
          <w:lang w:eastAsia="zh-CN"/>
        </w:rPr>
        <w:t>　　甲方因生产和工作需要，依据乙方的专业、特长、工作能力和表现，需调整乙方工作岗位及其工作报酬的，原则上应协商一致，但以下情况除外：A甲方因生产经营服务需要，产业、产品结构调整及工艺规程、组织机构设置等情况发生变化需要调动乙方工作岗位时，乙方应予接受。B甲方确因生产经营服务需要，可以临时安排乙方从事其他岗位工作，工作期限由双方协商确定；C乙方因技能、身体等因素达不到生产服务、工作质量、产量等指标，不能胜任工作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甲方调整乙方工作岗位后，并实行同工同酬，乙方应当服从分配，如对该调整有异议，应当在先服从分配前提下于一周内书面提出，甲方应认真考虑乙方的书面异议并与自收到异议书之日起15日内给予明确答复，如甲方经复议仍坚持调整决定，乙方应当服从，否则甲方有权依企业经民主议定或公示的管理制度作出相关处理决定。</w:t>
      </w:r>
      <w:r>
        <w:rPr>
          <w:lang w:eastAsia="zh-CN"/>
        </w:rPr>
        <w:br/>
      </w:r>
      <w:r>
        <w:rPr>
          <w:lang w:eastAsia="zh-CN"/>
        </w:rPr>
        <w:t>　　三、工作时间和休息休假</w:t>
      </w:r>
      <w:r>
        <w:rPr>
          <w:lang w:eastAsia="zh-CN"/>
        </w:rPr>
        <w:br/>
      </w:r>
      <w:r>
        <w:rPr>
          <w:lang w:eastAsia="zh-CN"/>
        </w:rPr>
        <w:t>　　甲方基本执行国家工时制度，考虑到公司生产经营的特点，乙方所在岗位执行下述工时制度______________。</w:t>
      </w:r>
      <w:r>
        <w:rPr>
          <w:lang w:eastAsia="zh-CN"/>
        </w:rPr>
        <w:br/>
      </w:r>
      <w:r>
        <w:rPr>
          <w:lang w:eastAsia="zh-CN"/>
        </w:rPr>
        <w:t>　　1、标准工时制；2、不定时工时制；3、综合计算工时制。</w:t>
      </w:r>
      <w:r>
        <w:rPr>
          <w:lang w:eastAsia="zh-CN"/>
        </w:rPr>
        <w:br/>
      </w:r>
      <w:r>
        <w:rPr>
          <w:lang w:eastAsia="zh-CN"/>
        </w:rPr>
        <w:t>　　甲方在国家法定节假日、休假日及婚假、丧假、产假等法定假安排乙方休假，甲方因工作需要乙方延长工作时间或节假日加班加点的，乙方应服从甲方统一安排（乙方加班须征得甲方确认同意，否则不视为加班），甲方有权根据工作或生产经营活动需要适当安排集中调休或补休；甲方按规定支付加班加点的报酬，以保证乙方合法权益。</w:t>
      </w:r>
      <w:r>
        <w:rPr>
          <w:lang w:eastAsia="zh-CN"/>
        </w:rPr>
        <w:br/>
      </w:r>
      <w:r>
        <w:rPr>
          <w:lang w:eastAsia="zh-CN"/>
        </w:rPr>
        <w:t>　　乙方需要请病假、事假，但必须事先办理请假手续，经甲方同意后方可休假；如确因急病无法事先办理请假手续的，应当以电话等快捷、合理方式通知甲方，并及时提供合法、有效的书面证明，回公司后补办请假手续，否则视为旷工。</w:t>
      </w:r>
      <w:r>
        <w:rPr>
          <w:lang w:eastAsia="zh-CN"/>
        </w:rPr>
        <w:br/>
      </w:r>
      <w:r>
        <w:rPr>
          <w:lang w:eastAsia="zh-CN"/>
        </w:rPr>
        <w:t>　　本合同旷工系指乙方在应当出勤之日未办理请假手续或虽申请但未获甲方批准之情况下未到岗工作时间达4小时以上。</w:t>
      </w:r>
      <w:r>
        <w:rPr>
          <w:lang w:eastAsia="zh-CN"/>
        </w:rPr>
        <w:br/>
      </w:r>
      <w:r>
        <w:rPr>
          <w:lang w:eastAsia="zh-CN"/>
        </w:rPr>
        <w:t>　　四、劳动报酬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甲方按照《薪酬制度》的规定执行计时或计件工资制度，甲方依据乙方当月所在岗位的劳动成果，在隔月的15日之前以货币形式支付乙方工资（例如：1月份的工资，在3月15日之前发放），同时由甲方代扣缴个人所得税。甲方保证乙方月工资收入不低于同期所在地在岗职工最低工资保障。</w:t>
      </w:r>
      <w:r>
        <w:rPr>
          <w:lang w:eastAsia="zh-CN"/>
        </w:rPr>
        <w:br/>
      </w:r>
      <w:r>
        <w:rPr>
          <w:lang w:eastAsia="zh-CN"/>
        </w:rPr>
        <w:t>　　甲方每月为乙方按时支付工资，但下列情况下除外：遇到自然灾害、社会动乱等不可抗力原因。公司确因生产经营困难、资金周转受到影响，在征得甲方工会同意后，甲方可以延付工资，但延付时间最迟不得超过三个月。</w:t>
      </w:r>
      <w:r>
        <w:rPr>
          <w:lang w:eastAsia="zh-CN"/>
        </w:rPr>
        <w:br/>
      </w:r>
      <w:r>
        <w:rPr>
          <w:lang w:eastAsia="zh-CN"/>
        </w:rPr>
        <w:t>　　五、劳动保险与福利待遇</w:t>
      </w:r>
      <w:r>
        <w:rPr>
          <w:lang w:eastAsia="zh-CN"/>
        </w:rPr>
        <w:br/>
      </w:r>
      <w:r>
        <w:rPr>
          <w:lang w:eastAsia="zh-CN"/>
        </w:rPr>
        <w:t>　　（一）、乙方患病、患职业病、因工负伤或非因工负伤的有关待遇，按国家现行劳动法规及公司《劳动人事制度》执行。</w:t>
      </w:r>
      <w:r>
        <w:rPr>
          <w:lang w:eastAsia="zh-CN"/>
        </w:rPr>
        <w:br/>
      </w:r>
      <w:r>
        <w:rPr>
          <w:lang w:eastAsia="zh-CN"/>
        </w:rPr>
        <w:t>　　（二）、甲方依据统筹地区现行的`劳动保险政策法规及公司《劳动人事制度》的规定，给予乙方养老、医疗及工伤保险待遇（医疗及工伤在未参加社会统筹之前，由甲方比照相关政策实行公司内部报销），保障乙方在年老、患病、工伤等情况下获得帮助和补偿。甲方也将逐步把此类三项保险纳入社会统筹。</w:t>
      </w:r>
      <w:r>
        <w:rPr>
          <w:lang w:eastAsia="zh-CN"/>
        </w:rPr>
        <w:br/>
      </w:r>
      <w:r>
        <w:rPr>
          <w:lang w:eastAsia="zh-CN"/>
        </w:rPr>
        <w:t>　　（三）、乙方其他福利待遇，按甲方《劳动人事制度》及《薪酬制度》执行。</w:t>
      </w:r>
      <w:r>
        <w:rPr>
          <w:lang w:eastAsia="zh-CN"/>
        </w:rPr>
        <w:br/>
      </w:r>
      <w:r>
        <w:rPr>
          <w:lang w:eastAsia="zh-CN"/>
        </w:rPr>
        <w:t>　　六、劳动纪律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乙方声明，乙方在签署本劳动合同的同时，业已获得甲方制度的相关劳动纪律和规章制度（如《劳动人事制度》、《厂规厂纪》等），愿意遵守甲方的相关纪律和规章制度。乙方在违反甲方的相关纪律和规章制度时，甲方有权按甲方规定的处罚标准对乙方进行处罚和处理。</w:t>
      </w:r>
      <w:r>
        <w:rPr>
          <w:lang w:eastAsia="zh-CN"/>
        </w:rPr>
        <w:br/>
      </w:r>
      <w:r>
        <w:rPr>
          <w:lang w:eastAsia="zh-CN"/>
        </w:rPr>
        <w:t>　　七、劳动保护和劳动条件</w:t>
      </w:r>
      <w:r>
        <w:rPr>
          <w:lang w:eastAsia="zh-CN"/>
        </w:rPr>
        <w:br/>
      </w:r>
      <w:r>
        <w:rPr>
          <w:lang w:eastAsia="zh-CN"/>
        </w:rPr>
        <w:t>　　（一）、甲方建立健全生产工艺流程、操作规程、工作规范和劳动安全卫生制度及其标准。甲方对可能产生职业病危害的岗位，对乙方履行告知义务，并做好劳动过程中职业危害的预防工作，乙方应严格遵守相关操作流程与安全制度。</w:t>
      </w:r>
      <w:r>
        <w:rPr>
          <w:lang w:eastAsia="zh-CN"/>
        </w:rPr>
        <w:br/>
      </w:r>
      <w:r>
        <w:rPr>
          <w:lang w:eastAsia="zh-CN"/>
        </w:rPr>
        <w:t>　　（二）、甲方为乙方提供符合国家规定的劳动条件及安全卫生的工作环境，并依照企业生产经营特点及有关规定为乙方提供劳动防护用品，乙方应严格按要求穿戴劳防用品。</w:t>
      </w:r>
      <w:r>
        <w:rPr>
          <w:lang w:eastAsia="zh-CN"/>
        </w:rPr>
        <w:br/>
      </w:r>
      <w:r>
        <w:rPr>
          <w:lang w:eastAsia="zh-CN"/>
        </w:rPr>
        <w:t>　　（三）、甲方对乙方进行职业技术、安全卫生、规章制度等必要的教育与培训，乙方应认真参加甲方组织的各项必要的教育培训。</w:t>
      </w:r>
      <w:r>
        <w:rPr>
          <w:lang w:eastAsia="zh-CN"/>
        </w:rPr>
        <w:br/>
      </w:r>
      <w:r>
        <w:rPr>
          <w:lang w:eastAsia="zh-CN"/>
        </w:rPr>
        <w:t>　　八、变更、中止、终止、解除劳动合同</w:t>
      </w:r>
      <w:r>
        <w:rPr>
          <w:lang w:eastAsia="zh-CN"/>
        </w:rPr>
        <w:br/>
      </w:r>
      <w:r>
        <w:rPr>
          <w:lang w:eastAsia="zh-CN"/>
        </w:rPr>
        <w:t>　　（一）、在下列情况下，甲乙双方可以变更劳动合同：</w:t>
      </w:r>
      <w:r>
        <w:rPr>
          <w:lang w:eastAsia="zh-CN"/>
        </w:rPr>
        <w:br/>
      </w:r>
      <w:r>
        <w:rPr>
          <w:lang w:eastAsia="zh-CN"/>
        </w:rPr>
        <w:t>　　1、订立合同所依据的法律、行政法规、规章发生变化，合同应变更相关内容。</w:t>
      </w:r>
      <w:r>
        <w:rPr>
          <w:lang w:eastAsia="zh-CN"/>
        </w:rPr>
        <w:br/>
      </w:r>
      <w:r>
        <w:rPr>
          <w:lang w:eastAsia="zh-CN"/>
        </w:rPr>
        <w:t>　　2、法律法规规定的其它情形。</w:t>
      </w:r>
      <w:r>
        <w:rPr>
          <w:lang w:eastAsia="zh-CN"/>
        </w:rPr>
        <w:br/>
      </w:r>
      <w:r>
        <w:rPr>
          <w:lang w:eastAsia="zh-CN"/>
        </w:rPr>
        <w:t>　　（二）、在下列情况下，甲乙双方应该中止劳动合同的履行：</w:t>
      </w:r>
      <w:r>
        <w:rPr>
          <w:lang w:eastAsia="zh-CN"/>
        </w:rPr>
        <w:br/>
      </w:r>
      <w:r>
        <w:rPr>
          <w:lang w:eastAsia="zh-CN"/>
        </w:rPr>
        <w:t>　　1、甲乙双方经协商一致的。</w:t>
      </w:r>
      <w:r>
        <w:rPr>
          <w:lang w:eastAsia="zh-CN"/>
        </w:rPr>
        <w:br/>
      </w:r>
      <w:r>
        <w:rPr>
          <w:lang w:eastAsia="zh-CN"/>
        </w:rPr>
        <w:t>　　2、因不可抗力致使劳动合同暂时无法履行的。</w:t>
      </w:r>
      <w:r>
        <w:rPr>
          <w:lang w:eastAsia="zh-CN"/>
        </w:rPr>
        <w:br/>
      </w:r>
      <w:r>
        <w:rPr>
          <w:lang w:eastAsia="zh-CN"/>
        </w:rPr>
        <w:t>　　3、甲方依据《厂规厂纪》的规定，对乙方作停工待岗处理的。</w:t>
      </w:r>
      <w:r>
        <w:rPr>
          <w:lang w:eastAsia="zh-CN"/>
        </w:rPr>
        <w:br/>
      </w:r>
      <w:r>
        <w:rPr>
          <w:lang w:eastAsia="zh-CN"/>
        </w:rPr>
        <w:t>　　4、甲方因生产任务的调整，对乙方给予放假的，或者作为富余人员暂时无法安置的。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3"/>
          <w:cols w:space="425"/>
          <w:titlePg w:val="0"/>
          <w:docGrid w:type="lines" w:linePitch="312"/>
        </w:sectPr>
      </w:pPr>
      <w:r>
        <w:rPr>
          <w:lang w:eastAsia="zh-CN"/>
        </w:rPr>
        <w:t>　　5、乙方请事假每月超过两天的，请病假超过规定的医疗期的。</w:t>
      </w:r>
      <w:r>
        <w:rPr>
          <w:lang w:eastAsia="zh-CN"/>
        </w:rPr>
        <w:br/>
      </w:r>
      <w:r>
        <w:rPr>
          <w:lang w:eastAsia="zh-CN"/>
        </w:rPr>
        <w:t>　　6、法律法规规定的其它情形。</w:t>
      </w:r>
      <w:r>
        <w:rPr>
          <w:lang w:eastAsia="zh-CN"/>
        </w:rPr>
        <w:br/>
      </w:r>
      <w:r>
        <w:rPr>
          <w:lang w:eastAsia="zh-CN"/>
        </w:rPr>
        <w:t>　　（三）、在下列情况下，甲乙双方可终止劳动合同：</w:t>
      </w:r>
      <w:r>
        <w:rPr>
          <w:lang w:eastAsia="zh-CN"/>
        </w:rPr>
        <w:br/>
      </w:r>
      <w:r>
        <w:rPr>
          <w:lang w:eastAsia="zh-CN"/>
        </w:rPr>
        <w:t>　　1、合同期满且双方不能就相同劳动条件的续签达成一致的。</w:t>
      </w:r>
      <w:r>
        <w:rPr>
          <w:lang w:eastAsia="zh-CN"/>
        </w:rPr>
        <w:br/>
      </w:r>
      <w:r>
        <w:rPr>
          <w:lang w:eastAsia="zh-CN"/>
        </w:rPr>
        <w:t>　　2、当事人约定的终止条件出现，如已确认乙方完成了某一项工作任务的。</w:t>
      </w:r>
      <w:r>
        <w:rPr>
          <w:lang w:eastAsia="zh-CN"/>
        </w:rPr>
        <w:br/>
      </w:r>
      <w:r>
        <w:rPr>
          <w:lang w:eastAsia="zh-CN"/>
        </w:rPr>
        <w:t>　　3、甲方破产、解散、被吊销营业执照、责令关闭或者被撤销的。</w:t>
      </w:r>
      <w:r>
        <w:rPr>
          <w:lang w:eastAsia="zh-CN"/>
        </w:rPr>
        <w:br/>
      </w:r>
      <w:r>
        <w:rPr>
          <w:lang w:eastAsia="zh-CN"/>
        </w:rPr>
        <w:t>　　甲方：</w:t>
      </w:r>
      <w:r>
        <w:rPr>
          <w:lang w:eastAsia="zh-CN"/>
        </w:rPr>
        <w:br/>
      </w:r>
      <w:r>
        <w:rPr>
          <w:lang w:eastAsia="zh-CN"/>
        </w:rPr>
        <w:t>　　乙方：</w:t>
      </w:r>
      <w:r>
        <w:rPr>
          <w:lang w:eastAsia="zh-CN"/>
        </w:rPr>
        <w:br/>
      </w:r>
      <w:r>
        <w:rPr>
          <w:lang w:eastAsia="zh-CN"/>
        </w:rPr>
        <w:t xml:space="preserve">    2024岗位劳动合同 篇14 </w:t>
      </w:r>
      <w:r>
        <w:rPr>
          <w:lang w:eastAsia="zh-CN"/>
        </w:rPr>
        <w:br/>
      </w:r>
      <w:r>
        <w:rPr>
          <w:lang w:eastAsia="zh-CN"/>
        </w:rPr>
        <w:t>　　编号：_________</w:t>
      </w:r>
      <w:r>
        <w:rPr>
          <w:lang w:eastAsia="zh-CN"/>
        </w:rPr>
        <w:br/>
      </w:r>
      <w:r>
        <w:rPr>
          <w:lang w:eastAsia="zh-CN"/>
        </w:rPr>
        <w:t>　　甲方（用人单位）名称：_________________________</w:t>
      </w:r>
      <w:r>
        <w:rPr>
          <w:lang w:eastAsia="zh-CN"/>
        </w:rPr>
        <w:br/>
      </w:r>
      <w:r>
        <w:rPr>
          <w:lang w:eastAsia="zh-CN"/>
        </w:rPr>
        <w:t>　　法定代表人（委托代理人）：______联系电话：_____</w:t>
      </w:r>
      <w:r>
        <w:rPr>
          <w:lang w:eastAsia="zh-CN"/>
        </w:rPr>
        <w:br/>
      </w:r>
      <w:r>
        <w:rPr>
          <w:lang w:eastAsia="zh-CN"/>
        </w:rPr>
        <w:t>　　地址：_________________________________________</w:t>
      </w:r>
      <w:r>
        <w:rPr>
          <w:lang w:eastAsia="zh-CN"/>
        </w:rPr>
        <w:br/>
      </w:r>
      <w:r>
        <w:rPr>
          <w:lang w:eastAsia="zh-CN"/>
        </w:rPr>
        <w:t>　　乙方（劳动者）姓名：________________性别_______</w:t>
      </w:r>
      <w:r>
        <w:rPr>
          <w:lang w:eastAsia="zh-CN"/>
        </w:rPr>
        <w:br/>
      </w:r>
      <w:r>
        <w:rPr>
          <w:lang w:eastAsia="zh-CN"/>
        </w:rPr>
        <w:t>　　家庭住址：_____________________________________</w:t>
      </w:r>
      <w:r>
        <w:rPr>
          <w:lang w:eastAsia="zh-CN"/>
        </w:rPr>
        <w:br/>
      </w:r>
      <w:r>
        <w:rPr>
          <w:lang w:eastAsia="zh-CN"/>
        </w:rPr>
        <w:t>　　身份证号码：_________________联系电话：________</w:t>
      </w:r>
      <w:r>
        <w:rPr>
          <w:lang w:eastAsia="zh-CN"/>
        </w:rPr>
        <w:br/>
      </w:r>
      <w:r>
        <w:rPr>
          <w:lang w:eastAsia="zh-CN"/>
        </w:rPr>
        <w:t>　　根据《劳动法》、《劳动合同法》、《就业促进法》和《西藏自治区公益性开发管理暂行办法》，甲乙双方在平等自愿、协商一致、诚实信用的基础上，签订本劳动合同，共同遵守执行。</w:t>
      </w:r>
      <w:r>
        <w:rPr>
          <w:lang w:eastAsia="zh-CN"/>
        </w:rPr>
        <w:br/>
      </w:r>
      <w:r>
        <w:rPr>
          <w:lang w:eastAsia="zh-CN"/>
        </w:rPr>
        <w:t>　　一、劳动合同期限</w:t>
      </w:r>
      <w:r>
        <w:rPr>
          <w:lang w:eastAsia="zh-CN"/>
        </w:rPr>
        <w:br/>
      </w:r>
      <w:r>
        <w:rPr>
          <w:lang w:eastAsia="zh-CN"/>
        </w:rPr>
        <w:t>　　第一条</w:t>
      </w:r>
    </w:p>
    <w:p w:rsidR="001B1F19" w14:textId="27C3F48A">
      <w:pPr>
        <w:rPr>
          <w:rFonts w:hint="eastAsia"/>
          <w:lang w:eastAsia="zh-CN"/>
        </w:rPr>
      </w:pPr>
      <w:r>
        <w:rPr>
          <w:lang w:eastAsia="zh-CN"/>
        </w:rPr>
        <w:t xml:space="preserve"> 本合同，期限为一年。合同期自__年__月__日起至___年__月__日止。</w:t>
      </w:r>
      <w:r>
        <w:rPr>
          <w:lang w:eastAsia="zh-CN"/>
        </w:rPr>
        <w:br/>
      </w:r>
      <w:r>
        <w:rPr>
          <w:lang w:eastAsia="zh-CN"/>
        </w:rPr>
        <w:t>　　二、工作内容及工作地点</w:t>
      </w:r>
      <w:r>
        <w:rPr>
          <w:lang w:eastAsia="zh-CN"/>
        </w:rPr>
        <w:br/>
      </w:r>
      <w:r>
        <w:rPr>
          <w:lang w:eastAsia="zh-CN"/>
        </w:rPr>
        <w:t>　　第二条 根据甲方工作需求，乙方同意从事____________工作。经甲乙双方协商同意，可以变更工作岗位。</w:t>
      </w:r>
      <w:r>
        <w:rPr>
          <w:lang w:eastAsia="zh-CN"/>
        </w:rPr>
        <w:br/>
      </w:r>
      <w:r>
        <w:rPr>
          <w:lang w:eastAsia="zh-CN"/>
        </w:rPr>
        <w:t>　　第三条 乙方应按照甲方的要求，按时完成规定的工作数量，达到规定的质量标准。</w:t>
      </w:r>
      <w:r>
        <w:rPr>
          <w:lang w:eastAsia="zh-CN"/>
        </w:rPr>
        <w:br/>
      </w:r>
      <w:r>
        <w:rPr>
          <w:lang w:eastAsia="zh-CN"/>
        </w:rPr>
        <w:t>　　第四条 乙方的工作地点____________。</w:t>
      </w:r>
      <w:r>
        <w:rPr>
          <w:lang w:eastAsia="zh-CN"/>
        </w:rPr>
        <w:br/>
      </w:r>
      <w:r>
        <w:rPr>
          <w:lang w:eastAsia="zh-CN"/>
        </w:rPr>
        <w:t>　　三、工作时间和休息休假</w:t>
      </w:r>
      <w:r>
        <w:rPr>
          <w:lang w:eastAsia="zh-CN"/>
        </w:rPr>
        <w:br/>
      </w:r>
      <w:r>
        <w:rPr>
          <w:lang w:eastAsia="zh-CN"/>
        </w:rPr>
        <w:t>　　第五条 甲方安排乙方执行______工时制。</w:t>
      </w:r>
      <w:r>
        <w:rPr>
          <w:lang w:eastAsia="zh-CN"/>
        </w:rPr>
        <w:br/>
      </w:r>
      <w:r>
        <w:rPr>
          <w:lang w:eastAsia="zh-CN"/>
        </w:rPr>
        <w:t>　　（一）实行标准工时工作制度的，甲方安排乙方每日工作时间不超过8小时，每周不超过40小时。甲方由于工作需要，经与乙方协商后可以延长工作时间，一般每日不得超过1小时，因特殊原因需要延长工作时间的，在保障乙方身体健康的条件下延长工作时间不得超过3小时，每月不得超过36小时。</w:t>
      </w:r>
      <w:r>
        <w:rPr>
          <w:lang w:eastAsia="zh-CN"/>
        </w:rPr>
        <w:br/>
      </w:r>
      <w:r>
        <w:rPr>
          <w:lang w:eastAsia="zh-CN"/>
        </w:rPr>
        <w:t>　　（二）实行综合计算工时工作制的，平均每日工作时间不超过8小时，平均每周工作时间不得超过40小时。</w:t>
      </w:r>
      <w:r>
        <w:rPr>
          <w:lang w:eastAsia="zh-CN"/>
        </w:rPr>
        <w:br/>
      </w:r>
      <w:r>
        <w:rPr>
          <w:lang w:eastAsia="zh-CN"/>
        </w:rPr>
        <w:t>　　（三）实行不定时工作制的，工作时间和休息休假由乙方自行安排。</w:t>
      </w:r>
      <w:r>
        <w:rPr>
          <w:lang w:eastAsia="zh-CN"/>
        </w:rPr>
        <w:br/>
      </w:r>
      <w:r>
        <w:rPr>
          <w:lang w:eastAsia="zh-CN"/>
        </w:rPr>
        <w:t>　　实行综合计算工时或不定时工作制的，要经当地人力资源和社会保障行政部门批准。</w:t>
      </w:r>
      <w:r>
        <w:rPr>
          <w:lang w:eastAsia="zh-CN"/>
        </w:rPr>
        <w:br/>
      </w:r>
      <w:r>
        <w:rPr>
          <w:lang w:eastAsia="zh-CN"/>
        </w:rPr>
        <w:t>　　第六条</w:t>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https://d.book118.com/018020063055006034</w:t>
        </w:r>
      </w:hyperlink>
    </w:p>
    <w:p w:rsidR="001B1F19">
      <w:pPr>
        <w:rPr>
          <w:rFonts w:hint="eastAsia"/>
          <w:lang w:eastAsia="zh-CN"/>
        </w:rPr>
      </w:pPr>
    </w:p>
    <w:sectPr>
      <w:type w:val="nextPage"/>
      <w:pgSz w:w="11906" w:h="16838"/>
      <w:pgMar w:top="1440" w:right="1800" w:bottom="1440" w:left="1800" w:header="851" w:footer="992" w:gutter="0"/>
      <w:pgNumType w:start="4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1802006305500603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