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Title"/>
        <w:jc w:val="center"/>
      </w:pPr>
      <w:r>
        <w:rPr>
          <w:rFonts w:ascii="宋体" w:eastAsia="宋体" w:hAnsi="宋体"/>
          <w:sz w:val="36"/>
        </w:rPr>
        <w:t>半年个人工作总结2023（通用12篇）</w:t>
      </w:r>
    </w:p>
    <w:p>
      <w:pPr>
        <w:spacing w:before="100" w:after="200" w:line="360" w:lineRule="auto"/>
        <w:ind w:firstLine="576"/>
        <w:jc w:val="left"/>
      </w:pPr>
      <w:r>
        <w:rPr>
          <w:rFonts w:ascii="宋体" w:eastAsia="宋体" w:hAnsi="宋体"/>
          <w:sz w:val="28"/>
        </w:rPr>
        <w:t>获得知识的钥匙只有一个，那就是勤奋。学而时习之，不亦说乎。知识比金子宝贵，因为金子买不到它。</w:t>
      </w:r>
    </w:p>
    <w:p>
      <w:pPr>
        <w:spacing w:before="100" w:after="200" w:line="360" w:lineRule="auto"/>
        <w:ind w:firstLine="576"/>
        <w:jc w:val="left"/>
      </w:pPr>
      <w:r>
        <w:rPr>
          <w:rFonts w:ascii="宋体" w:eastAsia="宋体" w:hAnsi="宋体"/>
          <w:sz w:val="28"/>
        </w:rPr>
        <w:t>半年的时间很快就过去了，半年的工作任务也即将圆满落幕，回顾半年的工作，有苦有甜，有成绩也有不足，我会在以后的工作中，继续发扬成绩，弥补不足，积极进取，为公司的财务科的会计工作添砖加瓦，奉献一份力，力创优绩。</w:t>
      </w:r>
    </w:p>
    <w:p>
      <w:pPr>
        <w:spacing w:before="100" w:after="200" w:line="360" w:lineRule="auto"/>
        <w:ind w:firstLine="576"/>
        <w:jc w:val="left"/>
      </w:pPr>
      <w:r>
        <w:rPr>
          <w:rFonts w:ascii="宋体" w:eastAsia="宋体" w:hAnsi="宋体"/>
          <w:sz w:val="28"/>
        </w:rPr>
        <w:t>半年的会计工作总结可以分以下四个方面：</w:t>
      </w:r>
    </w:p>
    <w:p>
      <w:pPr>
        <w:spacing w:before="100" w:after="200" w:line="360" w:lineRule="auto"/>
        <w:jc w:val="left"/>
      </w:pPr>
      <w:r>
        <w:rPr>
          <w:rFonts w:ascii="宋体 (中文正文)" w:eastAsia="宋体" w:hAnsi="宋体 (中文正文)"/>
          <w:b/>
          <w:sz w:val="28"/>
        </w:rPr>
        <w:t>一、加强学习，注重提升个人修养。</w:t>
      </w:r>
    </w:p>
    <w:p>
      <w:pPr>
        <w:spacing w:before="100" w:after="200" w:line="360" w:lineRule="auto"/>
        <w:ind w:firstLine="576"/>
        <w:jc w:val="left"/>
      </w:pPr>
      <w:r>
        <w:rPr>
          <w:rFonts w:ascii="宋体" w:eastAsia="宋体" w:hAnsi="宋体"/>
          <w:sz w:val="28"/>
        </w:rPr>
        <w:t>一是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spacing w:before="100" w:after="200" w:line="360" w:lineRule="auto"/>
        <w:ind w:firstLine="576"/>
        <w:jc w:val="left"/>
      </w:pPr>
      <w:r>
        <w:rPr>
          <w:rFonts w:ascii="宋体" w:eastAsia="宋体" w:hAnsi="宋体"/>
          <w:sz w:val="28"/>
        </w:rPr>
        <w:t>二是认真学习财经、廉政方面的各项规定，自觉按照国家的财经政策和程序办事。</w:t>
      </w:r>
    </w:p>
    <w:p>
      <w:pPr>
        <w:spacing w:before="100" w:after="200" w:line="360" w:lineRule="auto"/>
        <w:jc w:val="left"/>
      </w:pPr>
      <w:r>
        <w:rPr>
          <w:rFonts w:ascii="宋体 (中文正文)" w:eastAsia="宋体" w:hAnsi="宋体 (中文正文)"/>
          <w:b/>
          <w:sz w:val="28"/>
        </w:rPr>
        <w:t>二、爱岗敬业、扎实工作、不怕困难、勇挑重担，热情服务，在本职岗位上发挥出应有的作用。</w:t>
      </w:r>
    </w:p>
    <w:p>
      <w:pPr>
        <w:spacing w:before="100" w:after="200" w:line="360" w:lineRule="auto"/>
        <w:ind w:firstLine="576"/>
        <w:jc w:val="left"/>
        <w:sectPr w:rsidSect="00034616">
          <w:pgSz w:w="11906" w:h="16838"/>
          <w:pgMar w:top="1440" w:right="1440" w:bottom="1440" w:left="1440" w:header="720" w:footer="720" w:gutter="0"/>
          <w:cols w:space="720"/>
          <w:docGrid w:linePitch="360"/>
        </w:sectPr>
      </w:pPr>
    </w:p>
    <w:p>
      <w:pPr>
        <w:spacing w:before="100" w:after="200" w:line="360" w:lineRule="auto"/>
        <w:ind w:firstLine="576"/>
        <w:jc w:val="left"/>
      </w:pPr>
      <w:r>
        <w:rPr>
          <w:rFonts w:ascii="宋体" w:eastAsia="宋体" w:hAnsi="宋体"/>
          <w:sz w:val="28"/>
        </w:rPr>
        <w:t>1、顾全大局、服从安排、团结协作。半年会计工作总结，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spacing w:before="100" w:after="200" w:line="360" w:lineRule="auto"/>
        <w:ind w:firstLine="576"/>
        <w:jc w:val="left"/>
      </w:pPr>
      <w:r>
        <w:rPr>
          <w:rFonts w:ascii="宋体" w:eastAsia="宋体" w:hAnsi="宋体"/>
          <w:sz w:val="28"/>
        </w:rPr>
        <w:t>2、坚持原则、客观公正、依法办事。半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spacing w:before="100" w:after="200" w:line="360" w:lineRule="auto"/>
        <w:ind w:firstLine="576"/>
        <w:jc w:val="left"/>
      </w:pPr>
      <w:r>
        <w:rPr>
          <w:rFonts w:ascii="宋体" w:eastAsia="宋体" w:hAnsi="宋体"/>
          <w:sz w:val="28"/>
        </w:rPr>
        <w:t>3、任劳任怨、乐于吃苦、甘于奉献。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spacing w:before="100" w:after="200" w:line="360" w:lineRule="auto"/>
        <w:ind w:firstLine="576"/>
        <w:jc w:val="left"/>
      </w:pPr>
      <w:r>
        <w:rPr>
          <w:rFonts w:ascii="宋体" w:eastAsia="宋体" w:hAnsi="宋体"/>
          <w:sz w:val="28"/>
        </w:rPr>
        <w:t>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spacing w:before="100" w:after="200" w:line="360" w:lineRule="auto"/>
        <w:jc w:val="left"/>
        <w:sectPr w:rsidSect="00034616">
          <w:type w:val="nextPage"/>
          <w:pgSz w:w="11906" w:h="16838"/>
          <w:pgMar w:top="1440" w:right="1440" w:bottom="1440" w:left="1440" w:header="720" w:footer="720" w:gutter="0"/>
          <w:pgNumType w:start="2"/>
          <w:cols w:space="720"/>
          <w:titlePg w:val="0"/>
          <w:docGrid w:linePitch="360"/>
        </w:sectPr>
      </w:pPr>
      <w:r>
        <w:rPr>
          <w:rFonts w:ascii="宋体 (中文正文)" w:eastAsia="宋体" w:hAnsi="宋体 (中文正文)"/>
          <w:b/>
          <w:sz w:val="28"/>
        </w:rPr>
        <w:t>三、努力学习，增强业务知识，提高工作能力。</w:t>
      </w:r>
    </w:p>
    <w:p>
      <w:pPr>
        <w:spacing w:before="100" w:after="200" w:line="360" w:lineRule="auto"/>
        <w:ind w:firstLine="576"/>
        <w:jc w:val="left"/>
      </w:pPr>
      <w:r>
        <w:rPr>
          <w:rFonts w:ascii="宋体" w:eastAsia="宋体" w:hAnsi="宋体"/>
          <w:sz w:val="28"/>
        </w:rPr>
        <w:t>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spacing w:before="100" w:after="200" w:line="360" w:lineRule="auto"/>
        <w:ind w:firstLine="576"/>
        <w:jc w:val="left"/>
      </w:pPr>
      <w:r>
        <w:rPr>
          <w:rFonts w:ascii="宋体" w:eastAsia="宋体" w:hAnsi="宋体"/>
          <w:sz w:val="28"/>
        </w:rPr>
        <w:t>按说，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会计工作总结总结了经验，发扬成绩，克服了不足。</w:t>
      </w:r>
    </w:p>
    <w:p>
      <w:pPr>
        <w:spacing w:before="100" w:after="200" w:line="360" w:lineRule="auto"/>
        <w:ind w:firstLine="576"/>
        <w:jc w:val="left"/>
      </w:pPr>
      <w:r>
        <w:rPr>
          <w:rFonts w:ascii="宋体" w:eastAsia="宋体" w:hAnsi="宋体"/>
          <w:sz w:val="28"/>
        </w:rPr>
        <w:t>上半年，我局在市局党组的正确领导下，在高新区党工委和管委会的大力支持下，按照市局的工作思路与指导思想，突出抓好组织收入这个中心。在税收任务重、工作头绪多、工作难度大的情况下，全局干部主动适应形势变化，积极应对困难挑战，强化税收形势分析，创新税收管理措施，各项工作扎实推进，以组织税收收入为中心的各项工作取得了新进展、新成效。</w:t>
      </w:r>
    </w:p>
    <w:p>
      <w:pPr>
        <w:spacing w:before="100" w:after="200" w:line="360" w:lineRule="auto"/>
        <w:ind w:firstLine="576"/>
        <w:jc w:val="left"/>
      </w:pPr>
      <w:r>
        <w:rPr>
          <w:rFonts w:ascii="宋体" w:eastAsia="宋体" w:hAnsi="宋体"/>
          <w:sz w:val="28"/>
        </w:rPr>
        <w:t>上半年工作情况及特色亮点</w:t>
      </w:r>
    </w:p>
    <w:p>
      <w:pPr>
        <w:spacing w:before="100" w:after="200" w:line="360" w:lineRule="auto"/>
        <w:ind w:firstLine="576"/>
        <w:jc w:val="left"/>
      </w:pPr>
      <w:r>
        <w:rPr>
          <w:rFonts w:ascii="宋体" w:eastAsia="宋体" w:hAnsi="宋体"/>
          <w:sz w:val="28"/>
        </w:rPr>
        <w:t>(一)效能建设稳步推进</w:t>
      </w:r>
    </w:p>
    <w:p>
      <w:pPr>
        <w:spacing w:before="100" w:after="200" w:line="360" w:lineRule="auto"/>
        <w:ind w:firstLine="576"/>
        <w:jc w:val="left"/>
        <w:sectPr w:rsidSect="00034616">
          <w:type w:val="nextPage"/>
          <w:pgSz w:w="11906" w:h="16838"/>
          <w:pgMar w:top="1440" w:right="1440" w:bottom="1440" w:left="1440" w:header="720" w:footer="720" w:gutter="0"/>
          <w:pgNumType w:start="3"/>
          <w:cols w:space="720"/>
          <w:titlePg w:val="0"/>
          <w:docGrid w:linePitch="360"/>
        </w:sectPr>
      </w:pPr>
      <w:r>
        <w:rPr>
          <w:rFonts w:ascii="宋体" w:eastAsia="宋体" w:hAnsi="宋体"/>
          <w:sz w:val="28"/>
        </w:rPr>
        <w:t>按照市局《关于在全市地税系统开展“访税情、解民忧、促发展”大走访活动的实施方案》的通知》部署和要求，我局认真组织开展大走访活动，取得了良好的成效。</w:t>
      </w:r>
    </w:p>
    <w:p>
      <w:pPr>
        <w:spacing w:before="100" w:after="200" w:line="360" w:lineRule="auto"/>
        <w:ind w:firstLine="576"/>
        <w:jc w:val="left"/>
      </w:pPr>
      <w:r>
        <w:rPr>
          <w:rFonts w:ascii="宋体" w:eastAsia="宋体" w:hAnsi="宋体"/>
          <w:sz w:val="28"/>
        </w:rPr>
        <w:t>高度重视，周密组织。召开了专题会议，研究制定了《高新区地税局访税情、解民忧、促发展”活动实施方案》。成立了以局领导为组长，各科(室)负责人为成员的纳税人大走访活动领导小组。召开全局干部动员大会，明确时间、内容、标准和要求，保证了此次活动有序、有效的开展。</w:t>
      </w:r>
    </w:p>
    <w:p>
      <w:pPr>
        <w:spacing w:before="100" w:after="200" w:line="360" w:lineRule="auto"/>
        <w:ind w:firstLine="576"/>
        <w:jc w:val="left"/>
      </w:pPr>
      <w:r>
        <w:rPr>
          <w:rFonts w:ascii="宋体" w:eastAsia="宋体" w:hAnsi="宋体"/>
          <w:sz w:val="28"/>
        </w:rPr>
        <w:t>(二)税收收入稳步增长</w:t>
      </w:r>
    </w:p>
    <w:p>
      <w:pPr>
        <w:spacing w:before="100" w:after="200" w:line="360" w:lineRule="auto"/>
        <w:ind w:firstLine="576"/>
        <w:jc w:val="left"/>
      </w:pPr>
      <w:r>
        <w:rPr>
          <w:rFonts w:ascii="宋体" w:eastAsia="宋体" w:hAnsi="宋体"/>
          <w:sz w:val="28"/>
        </w:rPr>
        <w:t>截止xx年6月28日，我局上半年完成全口径税收收入累计160893万元，较上年同期133503万元增收273898万元，同比增长20.5%。其中：一般预算收入114959万元，较上年同期91532万元相比增收234274万元，同比增长25.6%，完成市局下达的全年计划(240500万元)的47.8%，完成高新区管委会下达的全年计划(256500万元)的47.51%。</w:t>
      </w:r>
    </w:p>
    <w:p>
      <w:pPr>
        <w:spacing w:before="100" w:after="200" w:line="360" w:lineRule="auto"/>
        <w:ind w:firstLine="576"/>
        <w:jc w:val="left"/>
      </w:pPr>
      <w:r>
        <w:rPr>
          <w:rFonts w:ascii="宋体" w:eastAsia="宋体" w:hAnsi="宋体"/>
          <w:sz w:val="28"/>
        </w:rPr>
        <w:t>我局的主要做法：一是始终坚持组织收入原则不动摇，坚决执行依法征税，应收尽收;二是加强重点税源的监控和管理;三是强化各税种的管理，向管理要收入;四是强化项目工程管理，实施源泉控管和项目管理相结合，确保辖区税源企业和工程项目所有税款“不跑”、“不漏”;五是加强对所属企业的税收检查;六是不断规范税收征管和深化优化纳税服务，营造和谐税收环境;七是加强领导，落实责任。</w:t>
      </w:r>
    </w:p>
    <w:p>
      <w:pPr>
        <w:spacing w:before="100" w:after="200" w:line="360" w:lineRule="auto"/>
        <w:ind w:firstLine="576"/>
        <w:jc w:val="left"/>
      </w:pPr>
      <w:r>
        <w:rPr>
          <w:rFonts w:ascii="宋体" w:eastAsia="宋体" w:hAnsi="宋体"/>
          <w:sz w:val="28"/>
        </w:rPr>
        <w:t>(三)征管质量稳中提升</w:t>
      </w:r>
    </w:p>
    <w:p>
      <w:pPr>
        <w:spacing w:before="100" w:after="200" w:line="360" w:lineRule="auto"/>
        <w:ind w:firstLine="576"/>
        <w:jc w:val="left"/>
        <w:sectPr w:rsidSect="00034616">
          <w:type w:val="nextPage"/>
          <w:pgSz w:w="11906" w:h="16838"/>
          <w:pgMar w:top="1440" w:right="1440" w:bottom="1440" w:left="1440" w:header="720" w:footer="720" w:gutter="0"/>
          <w:pgNumType w:start="4"/>
          <w:cols w:space="720"/>
          <w:titlePg w:val="0"/>
          <w:docGrid w:linePitch="360"/>
        </w:sectPr>
      </w:pPr>
      <w:r>
        <w:rPr>
          <w:rFonts w:ascii="宋体" w:eastAsia="宋体" w:hAnsi="宋体"/>
          <w:sz w:val="28"/>
        </w:rPr>
        <w:t>今年我局企业所得税汇算清缴力度进一步增强。我局作为20xx年度企业所得说汇算新软件试点单位之一，积极做好各项工作，充分发挥了新软件的征管便利优势，简化了工作流程，提高了汇算工作效率。对所管辖的1366户就地纳税企业、21户参加汇总纳税的分支机构企业进行了企业所得税汇算清缴，较圆满地完成了20xx年度企业所得税汇算清缴工作。</w:t>
      </w:r>
    </w:p>
    <w:p>
      <w:pPr>
        <w:spacing w:before="100" w:after="200" w:line="360" w:lineRule="auto"/>
        <w:ind w:firstLine="576"/>
        <w:jc w:val="left"/>
      </w:pPr>
      <w:r>
        <w:rPr>
          <w:rFonts w:ascii="宋体" w:eastAsia="宋体" w:hAnsi="宋体"/>
          <w:sz w:val="28"/>
        </w:rPr>
        <w:t>与此同时，我局还积极开展了第22个全国税收宣传月活动。今年高新区税收宣传月活动由高新区(新市区)国税局牵头组织，高新区地税局、新市区地税局合作完成。为确保活动顺利开展，我局与高新区(新市区)国税局联合成立了第22个全国税收宣传月活动领导小组。</w:t>
      </w:r>
    </w:p>
    <w:p>
      <w:pPr>
        <w:spacing w:before="100" w:after="200" w:line="360" w:lineRule="auto"/>
        <w:ind w:firstLine="576"/>
        <w:jc w:val="left"/>
      </w:pPr>
      <w:r>
        <w:rPr>
          <w:rFonts w:ascii="宋体" w:eastAsia="宋体" w:hAnsi="宋体"/>
          <w:sz w:val="28"/>
        </w:rPr>
        <w:t>由国地税局领导任组长，成员由高新区(新市区)国税局、高新区地税局、新市区地税局相关科(室)负责人组成。开展了加强税企互动平台推广应用、发放税收宣传资料、与辖区113中联合组织“税收与未来”宣传、组织税收宣传日等活动，收到的良好宣传效果。</w:t>
      </w:r>
    </w:p>
    <w:p>
      <w:pPr>
        <w:spacing w:before="100" w:after="200" w:line="360" w:lineRule="auto"/>
        <w:ind w:firstLine="576"/>
        <w:jc w:val="left"/>
      </w:pPr>
      <w:r>
        <w:rPr>
          <w:rFonts w:ascii="宋体" w:eastAsia="宋体" w:hAnsi="宋体"/>
          <w:sz w:val="28"/>
        </w:rPr>
        <w:t>认真组织开展营改增试点工作。我局营改增交国税675户，其中，企业629户，个体46户，尤其是作为我局支柱产业的交通运输业将受到很大影响。20xx年交通运输业营业税共缴纳57587万元，占20xx年营业税总收入103303万元的55.75%。预计全年一般预算收入将减收23161万元。</w:t>
      </w:r>
    </w:p>
    <w:p>
      <w:pPr>
        <w:spacing w:before="100" w:after="200" w:line="360" w:lineRule="auto"/>
        <w:ind w:firstLine="576"/>
        <w:jc w:val="left"/>
      </w:pPr>
      <w:r>
        <w:rPr>
          <w:rFonts w:ascii="宋体" w:eastAsia="宋体" w:hAnsi="宋体"/>
          <w:sz w:val="28"/>
        </w:rPr>
        <w:t>我局与高新区(新市区)国税局制定了扩大试点工作方案，细化宣传培训、试点户筛选、信息核查、管户移交、后续管理等工作要求，倒排完成时限。筛选扩大试点纳税人，逐户核实情况后，制作纳税人征管基础资料电子清册向国税部门移交。选取部分地区的典型户开展税收调查，测算分析营改增扩大试点对地方税收的影响，提出收入应对措施，强化营改增扩大试点行业的后续管理。</w:t>
      </w:r>
    </w:p>
    <w:p>
      <w:pPr>
        <w:spacing w:before="100" w:after="200" w:line="360" w:lineRule="auto"/>
        <w:ind w:firstLine="576"/>
        <w:jc w:val="left"/>
        <w:sectPr w:rsidSect="00034616">
          <w:type w:val="nextPage"/>
          <w:pgSz w:w="11906" w:h="16838"/>
          <w:pgMar w:top="1440" w:right="1440" w:bottom="1440" w:left="1440" w:header="720" w:footer="720" w:gutter="0"/>
          <w:pgNumType w:start="5"/>
          <w:cols w:space="720"/>
          <w:titlePg w:val="0"/>
          <w:docGrid w:linePitch="360"/>
        </w:sectPr>
      </w:pPr>
      <w:r>
        <w:rPr>
          <w:rFonts w:ascii="宋体" w:eastAsia="宋体" w:hAnsi="宋体"/>
          <w:sz w:val="28"/>
        </w:rPr>
        <w:t>严格税收执法质量考核。根据xx年度税收执法质量评价体系考核办法要求，对各科、所和办税服务厅落实税收执法质量情况进行了考核，对在去年年底市局考核和今年第一季度考核中，发生问题的个人进行了责任追究和经济处罚。</w:t>
      </w:r>
    </w:p>
    <w:p>
      <w:pPr>
        <w:spacing w:before="100" w:after="200" w:line="360" w:lineRule="auto"/>
        <w:ind w:firstLine="576"/>
        <w:jc w:val="left"/>
      </w:pPr>
      <w:r>
        <w:rPr>
          <w:rFonts w:ascii="宋体" w:eastAsia="宋体" w:hAnsi="宋体"/>
          <w:sz w:val="28"/>
        </w:rPr>
        <w:t>了我自己的付出与努力，更离开酒店给我所带来的培训，以及老员工和领导对我支持。半年时间里我学到了好多，“客人永远是对的”这句服务行业周知的经营格言，在这里被发挥到了极致。酒店为了达到一定的财务目标，不但要客人的物质需求得到满足更要满足客人的精神需求。所以在做为酒店的经营者，往往对客人的要求，只要在不触犯法律和违背道德的前提下，都会化满足客人。所以从入职培训就会为员工灌输：“客人永远不会错，错的只会是我们”，“只有真诚的服务，才会换来客人的微笑”。我一直坚信顾客就是上帝的道理，总是在尽可能的把我自己的服务做到极致。</w:t>
      </w:r>
    </w:p>
    <w:p>
      <w:pPr>
        <w:spacing w:before="100" w:after="200" w:line="360" w:lineRule="auto"/>
        <w:jc w:val="left"/>
      </w:pPr>
      <w:r>
        <w:rPr>
          <w:rFonts w:ascii="宋体 (中文正文)" w:eastAsia="宋体" w:hAnsi="宋体 (中文正文)"/>
          <w:b/>
          <w:sz w:val="28"/>
        </w:rPr>
        <w:t>一、加强业务培训，提高自身素质</w:t>
      </w:r>
    </w:p>
    <w:p>
      <w:pPr>
        <w:spacing w:before="100" w:after="200" w:line="360" w:lineRule="auto"/>
        <w:jc w:val="left"/>
      </w:pPr>
      <w:r>
        <w:rPr>
          <w:rFonts w:ascii="宋体 (中文正文)" w:eastAsia="宋体" w:hAnsi="宋体 (中文正文)"/>
          <w:b/>
          <w:sz w:val="28"/>
        </w:rPr>
        <w:t>二、加强我的销售意识和销售技巧，提高入住率</w:t>
      </w:r>
    </w:p>
    <w:p>
      <w:pPr>
        <w:spacing w:before="100" w:after="200" w:line="360" w:lineRule="auto"/>
        <w:ind w:firstLine="576"/>
        <w:jc w:val="left"/>
      </w:pPr>
      <w:r>
        <w:rPr>
          <w:rFonts w:ascii="宋体" w:eastAsia="宋体" w:hAnsi="宋体"/>
          <w:sz w:val="28"/>
        </w:rPr>
        <w:t>前厅部根据市场情况，积极地推进散客房销售，今年来酒店推出了一系列的客房促销方案，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spacing w:before="100" w:after="200" w:line="360" w:lineRule="auto"/>
        <w:jc w:val="left"/>
      </w:pPr>
      <w:r>
        <w:rPr>
          <w:rFonts w:ascii="宋体 (中文正文)" w:eastAsia="宋体" w:hAnsi="宋体 (中文正文)"/>
          <w:b/>
          <w:sz w:val="28"/>
        </w:rPr>
        <w:t>三、注重各部门之间的协调工作</w:t>
      </w:r>
    </w:p>
    <w:p>
      <w:pPr>
        <w:spacing w:before="100" w:after="200" w:line="360" w:lineRule="auto"/>
        <w:ind w:firstLine="576"/>
        <w:jc w:val="left"/>
        <w:sectPr w:rsidSect="00034616">
          <w:type w:val="nextPage"/>
          <w:pgSz w:w="11906" w:h="16838"/>
          <w:pgMar w:top="1440" w:right="1440" w:bottom="1440" w:left="1440" w:header="720" w:footer="720" w:gutter="0"/>
          <w:pgNumType w:start="6"/>
          <w:cols w:space="720"/>
          <w:titlePg w:val="0"/>
          <w:docGrid w:linePitch="360"/>
        </w:sectPr>
      </w:pPr>
      <w:r>
        <w:rPr>
          <w:rFonts w:ascii="宋体" w:eastAsia="宋体" w:hAnsi="宋体"/>
          <w:sz w:val="28"/>
        </w:rPr>
        <w:t>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spacing w:before="100" w:after="200" w:line="360" w:lineRule="auto"/>
        <w:jc w:val="left"/>
      </w:pPr>
      <w:r>
        <w:rPr>
          <w:rFonts w:ascii="宋体 (中文正文)" w:eastAsia="宋体" w:hAnsi="宋体 (中文正文)"/>
          <w:b/>
          <w:sz w:val="28"/>
        </w:rPr>
        <w:t>四、考虑如何弥补同事及部门工作的失误，保证客人及时结帐，令客人满意</w:t>
      </w:r>
    </w:p>
    <w:p>
      <w:pPr>
        <w:spacing w:before="100" w:after="200" w:line="360" w:lineRule="auto"/>
        <w:ind w:firstLine="576"/>
        <w:jc w:val="left"/>
      </w:pPr>
      <w:r>
        <w:rPr>
          <w:rFonts w:ascii="宋体" w:eastAsia="宋体" w:hAnsi="宋体"/>
          <w:sz w:val="28"/>
        </w:rPr>
        <w:t>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应沉着冷静发挥中介功能，由收银向其他个人或部门讲明情况，请求帮助。在问题解决之后，应再次征求客人意见，这时客人往往被你的热情帮助感化，从而改变最初的不良印象，甚至会建立亲密和相互信任的客我关系。</w:t>
      </w:r>
    </w:p>
    <w:p>
      <w:pPr>
        <w:spacing w:before="100" w:after="200" w:line="360" w:lineRule="auto"/>
        <w:ind w:firstLine="576"/>
        <w:jc w:val="left"/>
      </w:pPr>
      <w:r>
        <w:rPr>
          <w:rFonts w:ascii="宋体" w:eastAsia="宋体" w:hAnsi="宋体"/>
          <w:sz w:val="28"/>
        </w:rPr>
        <w:t>剑虽利，不砺不断”、“勤学后方知不足”。只有学习才能不断磨砺一个人的品行，提高道德修养，提高服务技巧。让我们迈着矫健的步伐，不断的向前走，才能走我们的一片可以展翅高飞的天空!名雅的兄弟姐妹们，为了我们的明天而努力吧!</w:t>
      </w:r>
    </w:p>
    <w:p>
      <w:pPr>
        <w:spacing w:before="100" w:after="200" w:line="360" w:lineRule="auto"/>
        <w:ind w:firstLine="576"/>
        <w:jc w:val="left"/>
      </w:pPr>
      <w:r>
        <w:rPr>
          <w:rFonts w:ascii="宋体" w:eastAsia="宋体" w:hAnsi="宋体"/>
          <w:sz w:val="28"/>
        </w:rPr>
        <w:t>正是荆条开花的季节，我们结束了上半年的工作，这半年我们遇到了很多新问题，正是由于这些问题的出现，促使公司不断的改进，对各部门管理工作都提出了更高的要求。这半年来，财务部在公司领导的支持和帮助下，在其他部门的有效配合下，以企业效益为中心，围绕部门年度工作目标和重要任务，全体财务人员共同努力，力求做到及时准确完成核算工作，为公司经营发展做好监督服务;真实反映公司财务状况、经营成果，为领导经营决策提供依据。现就上半年度实际工作总结汇报如下：</w:t>
      </w:r>
    </w:p>
    <w:p>
      <w:pPr>
        <w:spacing w:before="100" w:after="200" w:line="360" w:lineRule="auto"/>
        <w:jc w:val="left"/>
      </w:pPr>
      <w:r>
        <w:rPr>
          <w:rFonts w:ascii="宋体 (中文正文)" w:eastAsia="宋体" w:hAnsi="宋体 (中文正文)"/>
          <w:b/>
          <w:sz w:val="28"/>
        </w:rPr>
        <w:t>一、处理各项工作</w:t>
      </w:r>
    </w:p>
    <w:p>
      <w:pPr>
        <w:spacing w:before="100" w:after="200" w:line="360" w:lineRule="auto"/>
        <w:ind w:firstLine="576"/>
        <w:jc w:val="left"/>
        <w:sectPr w:rsidSect="00034616">
          <w:type w:val="nextPage"/>
          <w:pgSz w:w="11906" w:h="16838"/>
          <w:pgMar w:top="1440" w:right="1440" w:bottom="1440" w:left="1440" w:header="720" w:footer="720" w:gutter="0"/>
          <w:pgNumType w:start="7"/>
          <w:cols w:space="720"/>
          <w:titlePg w:val="0"/>
          <w:docGrid w:linePitch="360"/>
        </w:sectPr>
      </w:pPr>
    </w:p>
    <w:p>
      <w:pPr>
        <w:spacing w:before="100" w:after="200" w:line="360" w:lineRule="auto"/>
        <w:ind w:firstLine="576"/>
        <w:jc w:val="left"/>
      </w:pPr>
      <w:r>
        <w:rPr>
          <w:rFonts w:ascii="宋体" w:eastAsia="宋体" w:hAnsi="宋体"/>
          <w:sz w:val="28"/>
        </w:rPr>
        <w:t>财务部一直人手较少，但在我们高效、有序的组织下，能够轻重缓急妥善处理各项工作。财务部每天离不开资金的收付与财务报账、记账工作。这是财务部最平常最繁重的工作，半年来我们及时为各项内外经济活动提供了应有的支持。基本上满足了各部门对我部门的财务要求。公司资金流量一直很大，尤其是在春节期间，资金流量巨大而且繁琐，我部门本着认真、仔细、严谨的工作作风，各项自己收付安全、准确、及时，没有出现任何差错。企业的各项经济活动最终都将以财务数据的方式展现出来。在财务核算工作中每一位财务人员尽职尽责，认真处理每一笔业务，为公司节省各项开支费用尽自己的努力。</w:t>
      </w:r>
    </w:p>
    <w:p>
      <w:pPr>
        <w:spacing w:before="100" w:after="200" w:line="360" w:lineRule="auto"/>
        <w:jc w:val="left"/>
      </w:pPr>
      <w:r>
        <w:rPr>
          <w:rFonts w:ascii="宋体 (中文正文)" w:eastAsia="宋体" w:hAnsi="宋体 (中文正文)"/>
          <w:b/>
          <w:sz w:val="28"/>
        </w:rPr>
        <w:t>二、认真完成公司日常各项财务核算工作</w:t>
      </w:r>
    </w:p>
    <w:p>
      <w:pPr>
        <w:spacing w:before="100" w:after="200" w:line="360" w:lineRule="auto"/>
        <w:ind w:firstLine="576"/>
        <w:jc w:val="left"/>
      </w:pPr>
      <w:r>
        <w:rPr>
          <w:rFonts w:ascii="宋体" w:eastAsia="宋体" w:hAnsi="宋体"/>
          <w:sz w:val="28"/>
        </w:rPr>
        <w:t>严格遵守财务会计制度和税收法规，认真履行职责，严格按照公司有关规定程序和审批权限办理。每月能按时按质完成凭证编制复核，按时编制报送财务报表，及时反映公司经营状况。</w:t>
      </w:r>
    </w:p>
    <w:p>
      <w:pPr>
        <w:spacing w:before="100" w:after="200" w:line="360" w:lineRule="auto"/>
        <w:jc w:val="left"/>
      </w:pPr>
      <w:r>
        <w:rPr>
          <w:rFonts w:ascii="宋体 (中文正文)" w:eastAsia="宋体" w:hAnsi="宋体 (中文正文)"/>
          <w:b/>
          <w:sz w:val="28"/>
        </w:rPr>
        <w:t>三、防范经营风险</w:t>
      </w:r>
    </w:p>
    <w:p>
      <w:pPr>
        <w:spacing w:before="100" w:after="200" w:line="360" w:lineRule="auto"/>
        <w:ind w:firstLine="576"/>
        <w:jc w:val="left"/>
      </w:pPr>
      <w:r>
        <w:rPr>
          <w:rFonts w:ascii="宋体" w:eastAsia="宋体" w:hAnsi="宋体"/>
          <w:sz w:val="28"/>
        </w:rPr>
        <w:t>特别是防范税务风险，促进公司稳健经营。建立了良好的银企关系和税企关系;定期与国税地税业务沟通，认真听取对方意见和建议，使工作能更快速、更有效得完成。按时办理纳税申报。</w:t>
      </w:r>
    </w:p>
    <w:p>
      <w:pPr>
        <w:spacing w:before="100" w:after="200" w:line="360" w:lineRule="auto"/>
        <w:jc w:val="left"/>
      </w:pPr>
      <w:r>
        <w:rPr>
          <w:rFonts w:ascii="宋体 (中文正文)" w:eastAsia="宋体" w:hAnsi="宋体 (中文正文)"/>
          <w:b/>
          <w:sz w:val="28"/>
        </w:rPr>
        <w:t>四、积极做好汇算清缴工作</w:t>
      </w:r>
    </w:p>
    <w:p>
      <w:pPr>
        <w:spacing w:before="100" w:after="200" w:line="360" w:lineRule="auto"/>
        <w:ind w:firstLine="576"/>
        <w:jc w:val="left"/>
      </w:pPr>
      <w:r>
        <w:rPr>
          <w:rFonts w:ascii="宋体" w:eastAsia="宋体" w:hAnsi="宋体"/>
          <w:sz w:val="28"/>
        </w:rPr>
        <w:t>在规定的时间内向税局报送年度企业所得税纳税申报表，并汇算清缴，结清应缴应退税款。报送的资料包括年度企业所得税纳税申报表纸质资料和电子数据。</w:t>
      </w:r>
    </w:p>
    <w:p>
      <w:pPr>
        <w:spacing w:before="100" w:after="200" w:line="360" w:lineRule="auto"/>
        <w:jc w:val="left"/>
      </w:pPr>
      <w:r>
        <w:rPr>
          <w:rFonts w:ascii="宋体 (中文正文)" w:eastAsia="宋体" w:hAnsi="宋体 (中文正文)"/>
          <w:b/>
          <w:sz w:val="28"/>
        </w:rPr>
        <w:t>五、认真做好常规性财务工作</w:t>
      </w:r>
    </w:p>
    <w:p>
      <w:pPr>
        <w:spacing w:before="100" w:after="200" w:line="360" w:lineRule="auto"/>
        <w:ind w:firstLine="576"/>
        <w:jc w:val="left"/>
        <w:sectPr w:rsidSect="00034616">
          <w:type w:val="nextPage"/>
          <w:pgSz w:w="11906" w:h="16838"/>
          <w:pgMar w:top="1440" w:right="1440" w:bottom="1440" w:left="1440" w:header="720" w:footer="720" w:gutter="0"/>
          <w:pgNumType w:start="8"/>
          <w:cols w:space="720"/>
          <w:titlePg w:val="0"/>
          <w:docGrid w:linePitch="360"/>
        </w:sectPr>
      </w:pPr>
    </w:p>
    <w:p>
      <w:pPr>
        <w:spacing w:before="100" w:after="200" w:line="360" w:lineRule="auto"/>
        <w:ind w:firstLine="576"/>
        <w:jc w:val="left"/>
      </w:pPr>
      <w:r>
        <w:rPr>
          <w:rFonts w:ascii="宋体" w:eastAsia="宋体" w:hAnsi="宋体"/>
          <w:sz w:val="28"/>
        </w:rPr>
        <w:t>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spacing w:before="100" w:after="200" w:line="360" w:lineRule="auto"/>
        <w:jc w:val="left"/>
      </w:pPr>
      <w:r>
        <w:rPr>
          <w:rFonts w:ascii="宋体 (中文正文)" w:eastAsia="宋体" w:hAnsi="宋体 (中文正文)"/>
          <w:b/>
          <w:sz w:val="28"/>
        </w:rPr>
        <w:t>六、不断学习</w:t>
      </w:r>
    </w:p>
    <w:p>
      <w:pPr>
        <w:spacing w:before="100" w:after="200" w:line="360" w:lineRule="auto"/>
        <w:ind w:firstLine="576"/>
        <w:jc w:val="left"/>
      </w:pPr>
      <w:r>
        <w:rPr>
          <w:rFonts w:ascii="宋体" w:eastAsia="宋体" w:hAnsi="宋体"/>
          <w:sz w:val="28"/>
        </w:rPr>
        <w:t>以此提高部门员工的业务技能水平和法律意识随着各项财务、税务的新规定不断出台，财务人员还需及时针对专业知识方面加强培训。尤其增值税、企业所得税、个人所得税等，财务部应多加培训，进行学习、讨论，争取使企业利润化。将公司财务人员培养为不仅能够做好资金收付工作，还能够充分发挥财务管理的作用，增强独立解决问题的能力。</w:t>
      </w:r>
    </w:p>
    <w:p>
      <w:pPr>
        <w:spacing w:before="100" w:after="200" w:line="360" w:lineRule="auto"/>
        <w:ind w:firstLine="576"/>
        <w:jc w:val="left"/>
      </w:pPr>
      <w:r>
        <w:rPr>
          <w:rFonts w:ascii="宋体" w:eastAsia="宋体" w:hAnsi="宋体"/>
          <w:sz w:val="28"/>
        </w:rPr>
        <w:t>时光荏苒，2022年已过去一半的时间。下面，就半年来的工作情况向领导及同事们做简要汇报。</w:t>
      </w:r>
    </w:p>
    <w:p>
      <w:pPr>
        <w:spacing w:before="100" w:after="200" w:line="360" w:lineRule="auto"/>
        <w:jc w:val="left"/>
      </w:pPr>
      <w:r>
        <w:rPr>
          <w:rFonts w:ascii="宋体 (中文正文)" w:eastAsia="宋体" w:hAnsi="宋体 (中文正文)"/>
          <w:b/>
          <w:sz w:val="28"/>
        </w:rPr>
        <w:t>一、有规矩画方圆，运行管理上台阶</w:t>
      </w:r>
    </w:p>
    <w:p>
      <w:pPr>
        <w:spacing w:before="100" w:after="200" w:line="360" w:lineRule="auto"/>
        <w:ind w:firstLine="576"/>
        <w:jc w:val="left"/>
        <w:sectPr w:rsidSect="00034616">
          <w:type w:val="nextPage"/>
          <w:pgSz w:w="11906" w:h="16838"/>
          <w:pgMar w:top="1440" w:right="1440" w:bottom="1440" w:left="1440" w:header="720" w:footer="720" w:gutter="0"/>
          <w:pgNumType w:start="9"/>
          <w:cols w:space="720"/>
          <w:titlePg w:val="0"/>
          <w:docGrid w:linePitch="360"/>
        </w:sectPr>
      </w:pPr>
    </w:p>
    <w:p>
      <w:pPr>
        <w:spacing w:before="100" w:after="200" w:line="360" w:lineRule="auto"/>
        <w:ind w:firstLine="576"/>
        <w:jc w:val="left"/>
      </w:pPr>
      <w:r>
        <w:rPr>
          <w:rFonts w:ascii="宋体" w:eastAsia="宋体" w:hAnsi="宋体"/>
          <w:sz w:val="28"/>
        </w:rPr>
        <w:t>启动炉说起来没啥，但麻雀虽小五脏俱全，它包含输煤系统、除灰除渣系统、化学处理系统、电气系统、热控系统、锅炉系统，以及汽机系统中的给水泵、除氧泵、除氧器等。系统多、设计安装问题多、设备质量差。接手之后，本着“负责任敢担当”的信念，不推诿不找借口，认真摸索、总结，经过无数次的设备改造、改进，使设备运行状况提高了一大块，稳定了许多。同时根据设备现状、环境条件，制定相应的办法、措施。如针对煤仓设计角度大，制定煤仓煤位控制、定期降煤位、定期捅煤仓的办法，大大缓解了因煤仓托煤造成的锅炉降出力的问题;针对冬季寒冷，斗提机链斗易粘煤的情况，制定每周一、五定期清理链斗的规定，减少了因链斗粘煤清理不及时而造成的设备损坏，甚至因上煤系统瘫痪而造成锅炉降负荷、停炉;针对两台启动炉省煤器结垢情况不同以及负荷的高低，分别制定不同的上水方案，保证了启动炉安全稳定运行的同时，顺利完成了热电分厂、2炉的吹管、投底部加热及、2炉运行中预热器吹灰、除氧器投加热等任务。最初几个月，几乎是天天在现场，甚至有几次白天黑夜连轴转，不过随着经验的积累，各种方法、规定、制度的完善，通过抓培训促落实，启动炉运行早已步入正轨，不需要我天天蹲守在现场了。设备改造趋完善，规制健全无怨言。</w:t>
      </w:r>
    </w:p>
    <w:p>
      <w:pPr>
        <w:spacing w:before="100" w:after="200" w:line="360" w:lineRule="auto"/>
        <w:jc w:val="left"/>
      </w:pPr>
      <w:r>
        <w:rPr>
          <w:rFonts w:ascii="宋体 (中文正文)" w:eastAsia="宋体" w:hAnsi="宋体 (中文正文)"/>
          <w:b/>
          <w:sz w:val="28"/>
        </w:rPr>
        <w:t>二、以行动换认可，以真心换信任</w:t>
      </w:r>
    </w:p>
    <w:p>
      <w:pPr>
        <w:spacing w:before="100" w:after="200" w:line="360" w:lineRule="auto"/>
        <w:ind w:firstLine="576"/>
        <w:jc w:val="left"/>
      </w:pPr>
      <w:r>
        <w:rPr>
          <w:rFonts w:ascii="宋体" w:eastAsia="宋体" w:hAnsi="宋体"/>
          <w:sz w:val="28"/>
        </w:rPr>
        <w:t>启动炉没有哪一个角落我不熟悉，因此，只要运行值班人员说一下现象，我就能判断出问题的根源及提出处理方法;启动炉没有哪一项苦脏累的活我没干过，所以，不仅启动炉所有人员，连业主方也不得不挑大拇指。获得认可，赢得信任，里外工作的开展就得心应手。事做到了只是一方面，关键是做人。务实、认真、负责、诚恳，是我不变的做人之道。正所谓：心底无私天地宽。热电分厂、生产指挥中心的主管领导不止一次说：冲着老刘，啥事都好说。</w:t>
      </w:r>
    </w:p>
    <w:p>
      <w:pPr>
        <w:spacing w:before="100" w:after="200" w:line="360" w:lineRule="auto"/>
        <w:ind w:firstLine="576"/>
        <w:jc w:val="left"/>
      </w:pPr>
      <w:r>
        <w:rPr>
          <w:rFonts w:ascii="宋体" w:eastAsia="宋体" w:hAnsi="宋体"/>
          <w:sz w:val="28"/>
        </w:rPr>
        <w:t>自家人更不用说了。不须扬鞭自奋蹄。4月1日，启动炉东侧的雨水井盖坏，存煤落入雨水井，堵塞了两个雨水井下的管道。只能靠人下到4米多深的井内，用铁锹将井内的煤一锹一锹挖出。黄明洋、沈志光、王宝军积极踊跃，不辞劳苦，连干两天就把雨水井疏通了。当时，井外大雪纷飞、寒风瑟瑟，井内挥汗如雨、热气升腾。这是一幅暖人的画面，它传递的是正能量。5月份，东电三挖电缆沟，也将此处一个雨水井堵塞，他们一周也没有弄通。热电分厂的一位领导就说：老刘，不比不知道啊!工作之余，同员工勤交流、多沟通，能想到的尽量为员工想到、想全。有谁头疼脑热、感冒咳嗽，送上暖心的问候;谁家里有事帮着出主意想办法;有谁心情不好，做一个合格的倾诉对象。日久见真心，大家把我当成了可以信赖的人。</w:t>
      </w:r>
    </w:p>
    <w:p>
      <w:pPr>
        <w:spacing w:before="100" w:after="200" w:line="360" w:lineRule="auto"/>
        <w:jc w:val="left"/>
      </w:pPr>
      <w:r>
        <w:rPr>
          <w:rFonts w:ascii="宋体 (中文正文)" w:eastAsia="宋体" w:hAnsi="宋体 (中文正文)"/>
          <w:b/>
          <w:sz w:val="28"/>
        </w:rPr>
        <w:t>三、内修自身外强武功</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https://d.book118.com/018111076013006036</w:t>
        </w:r>
      </w:hyperlink>
    </w:p>
    <w:p>
      <w:pPr>
        <w:spacing w:before="100" w:after="200" w:line="360" w:lineRule="auto"/>
        <w:jc w:val="left"/>
      </w:pPr>
    </w:p>
    <w:sectPr w:rsidSect="00034616">
      <w:type w:val="nextPage"/>
      <w:pgSz w:w="11906" w:h="16838"/>
      <w:pgMar w:top="1440" w:right="1440" w:bottom="1440" w:left="1440" w:header="720" w:footer="720" w:gutter="0"/>
      <w:pgNumType w:start="10"/>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018111076013006036"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