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小学教师个人工作总结文本（33篇）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小学教师个人工作总结精选文本（精选33篇）</w:t>
      </w:r>
      <w:r>
        <w:rPr>
          <w:lang w:eastAsia="zh-CN"/>
        </w:rPr>
        <w:br/>
      </w:r>
      <w:r>
        <w:rPr>
          <w:lang w:eastAsia="zh-CN"/>
        </w:rPr>
        <w:t xml:space="preserve">    小学教师个人工作总结精选文本 篇1 </w:t>
      </w:r>
      <w:r>
        <w:rPr>
          <w:lang w:eastAsia="zh-CN"/>
        </w:rPr>
        <w:br/>
      </w:r>
      <w:r>
        <w:rPr>
          <w:lang w:eastAsia="zh-CN"/>
        </w:rPr>
        <w:t>　　三个月的时间转迅即逝，在这段时间里我努力学习着怎样做好一个小学音乐老师，回首这段时间，感觉收获很多，相信自己在新的工作岗位中可以做的更好。</w:t>
      </w:r>
      <w:r>
        <w:rPr>
          <w:lang w:eastAsia="zh-CN"/>
        </w:rPr>
        <w:br/>
      </w:r>
      <w:r>
        <w:rPr>
          <w:lang w:eastAsia="zh-CN"/>
        </w:rPr>
        <w:t>　　我校始建于19年，经过二十年的发展，逐步形成了“教育科研兴校、素质教育立校、活动开展强校”的鲜明的办学特色。现有小学部教学班32个，在校生1678人;幼儿部教学班8个，在园学生400人。在职教师108人。</w:t>
      </w:r>
      <w:r>
        <w:rPr>
          <w:lang w:eastAsia="zh-CN"/>
        </w:rPr>
        <w:br/>
      </w:r>
      <w:r>
        <w:rPr>
          <w:lang w:eastAsia="zh-CN"/>
        </w:rPr>
        <w:t>　　在这108名教师中，从乡镇借调和从乡镇考选的教师共有40人，教育局为我校考聘的教师(含后备教师)超过40人。现在，我校师资的年龄结构相对合理，35周以下、35-45周之间、45周以上的比例分别为4：4：2.如何对中青年教师进行培训，迫在眉睫地摆到了学校各项工作的重要议事日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众所周知，教师是办学之本，是立校之本，是学校可持续发展的基础。办好一所学校，关键在于拥有一支高素质、稳定的教师队伍。这是提高学校办学水平的基本保证。而教师工作，性质因岗有别，任务因位不同，绩效因人而异。那么怎样才能创造性地开展教师培训工作呢?我们县第二实验小学通过实施“倒逼机制”，使一大批中青年教师脱颖而出;通过对全体教师“一次又一次地折腾”，逐步造就了一支师德修养高、业务素质精良、教学技能全面、教学基本功过硬，具有一定教科研能力，适应新时期需求的学习型教师团队。</w:t>
      </w:r>
      <w:r>
        <w:rPr>
          <w:lang w:eastAsia="zh-CN"/>
        </w:rPr>
        <w:br/>
      </w:r>
      <w:r>
        <w:rPr>
          <w:lang w:eastAsia="zh-CN"/>
        </w:rPr>
        <w:t>　　在进行教师培训工作中，我校充分考虑到了教师的学历和年龄结构，因时制宜、因人而异，创新培训机制，激活一片天空。我们的具体做法是&amp;&amp;全员培训抓全员 学科培训见实效 专项培训出特色。</w:t>
      </w:r>
      <w:r>
        <w:rPr>
          <w:lang w:eastAsia="zh-CN"/>
        </w:rPr>
        <w:br/>
      </w:r>
      <w:r>
        <w:rPr>
          <w:lang w:eastAsia="zh-CN"/>
        </w:rPr>
        <w:t>　　一、全员培训抓全员</w:t>
      </w:r>
      <w:r>
        <w:rPr>
          <w:lang w:eastAsia="zh-CN"/>
        </w:rPr>
        <w:br/>
      </w:r>
      <w:r>
        <w:rPr>
          <w:lang w:eastAsia="zh-CN"/>
        </w:rPr>
        <w:t>　　全员培训，是我校教师培训的最大特色。以暑期教师远程研修为例，从校长、副校长等管理人员，到校医等工勤人员;从退休返聘的老教师，到幼儿园里学校自聘的年轻教师，全都参加。</w:t>
      </w:r>
      <w:r>
        <w:rPr>
          <w:lang w:eastAsia="zh-CN"/>
        </w:rPr>
        <w:br/>
      </w:r>
      <w:r>
        <w:rPr>
          <w:lang w:eastAsia="zh-CN"/>
        </w:rPr>
        <w:t>　　针对不同年龄的教师，我们采用了“抓两头，促中间”的工作方法。培训年轻教师，容易被他们接受。而对临近退休的教师和退休返聘的教师进行培训，开始他们有抵触情绪。对此，我们反复诱导，运用案例讲“活到老、学到老”的道理;并引导他们思索：“若不参加信息技术、学科课程等培训，你将失去辅导孙子的能力与资格;当了一辈子教师，当你把孙子送给别人辅导时，你的心里会是什么滋味呢?”听这一席话，老教师大都心悦诚服地投入到培训工作中来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把年龄大的和小的这两头抓起来了，把培训积极的和培训不积极的抓起来了，那么中间的这一块是不是不用管了呢?答案是否定的。中间的这一块必须要靠“促”。正如教育局进行均衡化验收，通过打分排名，鞭打快牛，让先进的再上层楼;鞭策后进，让进度慢的迎头赶上。那么中间的这一块采用什么办法呢?“促”!怎么促?旁敲侧击。我校教师培训，对中间的一这块，也是旁敲侧击，促其猛醒，认清形势，增加其紧迫感和使命感。通过抓两头、促中间，使我校全员培训的氛围非常浓厚。</w:t>
      </w:r>
      <w:r>
        <w:rPr>
          <w:lang w:eastAsia="zh-CN"/>
        </w:rPr>
        <w:br/>
      </w:r>
      <w:r>
        <w:rPr>
          <w:lang w:eastAsia="zh-CN"/>
        </w:rPr>
        <w:t>　　二、学科培训见实效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校各项教育教学工作都是“实”字当头，教师培训工作尤其是学科培训工作，当然也不例外。学校所有教师，不是参加英语学科的培训，就是参加语文或数学学科的培训。每年暑假学习期间，要进行语文、数学、英语三科的考试，是当年的小升初试卷，成绩直接计入当学期的绩效工资。可以想象，我校教师的每个寒暑假是闲不着的。寒来暑往，春华秋实，这样通过实施“以考代训”，对提升教师的学科素养及核心素养都有很大的益处。通过见实招，往往能够出实效。效在教师，用在课堂，益在学生。现在小升初没有考试，比较有说服力的应该是县一中初中部招生。自前年开始招考三年来，全县总成绩前200名中，我校学生每年都超过了40名!今年县一中初中部(四中)招生，吸引了1800名公、民办学校的优秀小学毕业生参加考试，我校240名毕业生中有近100名学生应试。结果今年全县总分前200名中，我校有44名;全县前100名中，我校有26名;全县前20名，我校占一半;全县总分前四名中我校占三名。数学成绩更为突出，今年数学总分全县前三十名中我校占一半，全县前二十名我校占十一名，全县前十名中我校占七名!</w:t>
      </w:r>
      <w:r>
        <w:rPr>
          <w:lang w:eastAsia="zh-CN"/>
        </w:rPr>
        <w:br/>
      </w:r>
      <w:r>
        <w:rPr>
          <w:lang w:eastAsia="zh-CN"/>
        </w:rPr>
        <w:t>　　在升学教育硕果累累的同时，我校的素质教育也是亮点纷呈。在去年省中小学校园艺术节大赛中，我校二年级学生表演的校本剧《小蝌蚪找妈妈》代表市去参赛，并获得省教育厅的表彰奖励;在教育部去年举办的首届“全国青少年学生法治知识网络大赛”中，我校列全市中小学总成绩第四名。</w:t>
      </w:r>
      <w:r>
        <w:rPr>
          <w:lang w:eastAsia="zh-CN"/>
        </w:rPr>
        <w:br/>
      </w:r>
      <w:r>
        <w:rPr>
          <w:lang w:eastAsia="zh-CN"/>
        </w:rPr>
        <w:t>　　之所以能够取得如此优异的成绩，是与我们平时全员教师培训中“见实招、出实效”分不开的。</w:t>
      </w:r>
      <w:r>
        <w:rPr>
          <w:lang w:eastAsia="zh-CN"/>
        </w:rPr>
        <w:br/>
      </w:r>
      <w:r>
        <w:rPr>
          <w:lang w:eastAsia="zh-CN"/>
        </w:rPr>
        <w:t>　　在全员培训过程中，我们还始终坚持问题导向，使培训更有针对性和实效性。今年小升初成绩公布后，我们发现，相比本校的数学和英语成绩，语文成绩要差一些，通过座谈调研发现，失分主要是巻面书写和作文写作上。为此，从暑假开始，新一二年级的教师学生大练书法基本功;三四五六的学生教师在读写上苦练基本功，要求无论放假期间还是上学期间，师生每周必须写一篇周记。每学期有一次三至六年级的师生作文大赛，学生成绩计入期末考试成绩。这个暑假，师生阅读、写作的积极性明显高涨，不少家长专程陪着孩子外出旅游，就是为的写好几篇作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其实，从前，我校对师生的读写还是比较重视的。我校提倡“大语文”观。突出语文的基础地位，将我校实施的“学生分层递进读写、教师梯级递进成长、全面提升师生核心素养”的科研课题层层分解。我校一年级师生是童话阅读，二年级是寓言阅读，三年级古诗诵读，四年级古诗吟唱，五年级成语诚信，六年级小古文阅读。既自成系列，又相互递进，坚持不懈，逐步提高师生的语文素养。通过提高语文素养，进而对英语及其它学科，甚至对学习习惯的养成和核心素养的提升，产生深远的积极影响。另外，我们还充分利用各种资源，采取“走出去，请进来”的办法，努力拓宽教师学习的渠道，为教师全面提升自身素质创造条件。去年5月19日，我们邀请著名儿童文学作家_到我校给全校师生举行“阅读点亮人生”公益讲座。我们相信，通过学生、老师及家长的进一步努力，我校师生的书写水平和作文写作能力会有一个很大的提高。</w:t>
      </w:r>
      <w:r>
        <w:rPr>
          <w:lang w:eastAsia="zh-CN"/>
        </w:rPr>
        <w:br/>
      </w:r>
      <w:r>
        <w:rPr>
          <w:lang w:eastAsia="zh-CN"/>
        </w:rPr>
        <w:t>　　三、专项培训出特色</w:t>
      </w:r>
      <w:r>
        <w:rPr>
          <w:lang w:eastAsia="zh-CN"/>
        </w:rPr>
        <w:br/>
      </w:r>
      <w:r>
        <w:rPr>
          <w:lang w:eastAsia="zh-CN"/>
        </w:rPr>
        <w:t>　　没有实效做基础，就谈不上特色。在讲求实效的基础上，再加以创新，就会形成教师培训的特色。我们的最大特色是“以赛代训”。如：</w:t>
      </w:r>
      <w:r>
        <w:rPr>
          <w:lang w:eastAsia="zh-CN"/>
        </w:rPr>
        <w:br/>
      </w:r>
      <w:r>
        <w:rPr>
          <w:lang w:eastAsia="zh-CN"/>
        </w:rPr>
        <w:t>　　1、教师信息技术系列大赛。有汉字输入速度大赛(每分钟输入多少汉字，就奖励多少元钱);有ppt制作大赛(两个楼的教师分别给对方打分。评选出一二三等奖，进行物质奖励与精神鼓励，下同);还有电子白板使用技巧大赛、全体教职员工美篇制作大赛、全体教师5分钟微课制作大赛等等。</w:t>
      </w:r>
      <w:r>
        <w:rPr>
          <w:lang w:eastAsia="zh-CN"/>
        </w:rPr>
        <w:br/>
      </w:r>
      <w:r>
        <w:rPr>
          <w:lang w:eastAsia="zh-CN"/>
        </w:rPr>
        <w:t>　　2、寒暑假期演讲及15分钟上课比赛。每年寒假学习期间，都要举行全体教职员工演讲大赛;每年暑假学习期间，都要举行青年教师汇报课比赛、中年教师观摩课比赛、老年教师示范课比赛。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编辑出版二小优秀教学反思集(每年一本)和实验二小二十周年校庆征文集。教师的反思是教学创新的动力，是提高教学水平的阶梯，有利于教师教育思想的升华和教学水平的提高。教师不断反思总结的过程，也就是学会教学的过程。通过教学反思，使教师教学不再是简单地循环重复，而是在每一次循环重复中得到不断的提高和升华。</w:t>
      </w:r>
      <w:r>
        <w:rPr>
          <w:lang w:eastAsia="zh-CN"/>
        </w:rPr>
        <w:br/>
      </w:r>
      <w:r>
        <w:rPr>
          <w:lang w:eastAsia="zh-CN"/>
        </w:rPr>
        <w:t>　　4、腰鼓培训和剪纸培训。腰鼓表演和手工剪纸，是我校的特色校本课程。起初，从三年级开始每个学生都要学会腰鼓表演，到后来，老师们经过培训也投入到了腰鼓表演的队伍中来。去年9月24日，市委宣传部、团市委、市教育局等联合举办了20年“校园国学社团秀”，由教育局基教科、体卫艺科及团县委牵头，我校的桂花剪纸工作室代表我县参赛并获奖。回来后，我校手工课教师、“芳剪”第四代传人_义务为教师们传授剪纸技艺，现有二十几名教师学会了剪纸技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5、教育科研异军突起，逐步形成了“倒逼机制”等学校特色。三年前(20年9月)，在一小举行的全县教育科研工作表彰会上，我校播放了视频、制作了展板、展出了常规资料，三项俱全，全县仅有三个学校获此殊荣。而这一切，得益于20年9月开始实施的我校一项省级实验课题《优秀青年教师成长案例研究》，这一课题已经结题。今年7月，我县有四个教研成长课题被省教育学会、教师专业发展研究中心成功立项，其中有我校的课题《青年教师专业成长策略研究》。也是在今年7月，省教育学会、教师专业发展研究中心命名的“教师新秀”，全县中小学有三名教师，其中有我校的柴晓美。另外，在省教育厅重点培养的全省二百名中小学中青年骨干教师中，全县中小学教师中只有两人入围，其中一人是也是我校的_老师。</w:t>
      </w:r>
      <w:r>
        <w:rPr>
          <w:lang w:eastAsia="zh-CN"/>
        </w:rPr>
        <w:br/>
      </w:r>
      <w:r>
        <w:rPr>
          <w:lang w:eastAsia="zh-CN"/>
        </w:rPr>
        <w:t>　　我校的教师培训工作虽然取得了一些成绩，但我们清醒地意识到，与上级领导的要求和教师的期望还存在着一定的差距，在今后的工作中，我们将不断的探索适合我们的培训模式，积极探索个性化、差别化培训。在培训内容上要增强培训的针对性和实用性，最大限度地满足不同层次和不同类型教师的实际需要，使广大教师都能在接受培训的过程中，学有所获，学有所用。力争通过全员培训，为促进教师专业成长，为全面提高教育教学质量，为全力打造让领导放心、让师生舒心、让家长满意的绿色、书香、人文校园，打下了坚实的基础。</w:t>
      </w:r>
      <w:r>
        <w:rPr>
          <w:lang w:eastAsia="zh-CN"/>
        </w:rPr>
        <w:br/>
      </w:r>
      <w:r>
        <w:rPr>
          <w:lang w:eastAsia="zh-CN"/>
        </w:rPr>
        <w:t xml:space="preserve">    小学教师个人工作总结精选文本 篇2 </w:t>
      </w:r>
      <w:r>
        <w:rPr>
          <w:lang w:eastAsia="zh-CN"/>
        </w:rPr>
        <w:br/>
      </w:r>
      <w:r>
        <w:rPr>
          <w:lang w:eastAsia="zh-CN"/>
        </w:rPr>
        <w:t>　　做一名好老师是许多老师一生所追求的目标，也是我的目标。自踏入教育这个行业以来，我始终以勤勤恳恳、踏踏实实的态度来对待我的工作，以师德规范自己的教育教学工作，以当一名好老师作为自己工作的座右铭，现本年度的思想工作总结如下：</w:t>
      </w:r>
      <w:r>
        <w:rPr>
          <w:lang w:eastAsia="zh-CN"/>
        </w:rPr>
        <w:br/>
      </w:r>
      <w:r>
        <w:rPr>
          <w:lang w:eastAsia="zh-CN"/>
        </w:rPr>
        <w:t>　　一、在思想上，积极上进</w:t>
      </w:r>
      <w:r>
        <w:rPr>
          <w:lang w:eastAsia="zh-CN"/>
        </w:rPr>
        <w:br/>
      </w:r>
      <w:r>
        <w:rPr>
          <w:lang w:eastAsia="zh-CN"/>
        </w:rPr>
        <w:t>　　我积极参加各种学习培训考试，认真参加政治学习，学习教育教学理论，提高自己的思想觉悟，我还深知要教育好学生，教师必须时时做到教书育人、言传身教、为人师表，以自己的人格、行为去感染学生，努力使学生、家长能接受我、喜欢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作为一名教师自身的师表形象要时刻注意，我在注意自身师表形象的同时非常重视对学生的全面培养。因为我深信良好的品行是每个人身上最美的东西，针对社会这一大气候和学生这一小气候我把学生的德育、美育工作放到了最重要的地位。在工作中，我积极、主动、勤恳、责任性较强，乐于接受学校布置的各项工作;我还注重文化学习，在不断的学习中，努力使自己的思想觉悟、理论水平、业务能力都得到较快的提高。</w:t>
      </w:r>
      <w:r>
        <w:rPr>
          <w:lang w:eastAsia="zh-CN"/>
        </w:rPr>
        <w:br/>
      </w:r>
      <w:r>
        <w:rPr>
          <w:lang w:eastAsia="zh-CN"/>
        </w:rPr>
        <w:t>　　二、在教育教学工作上，敬业爱岗，严谨治教</w:t>
      </w:r>
      <w:r>
        <w:rPr>
          <w:lang w:eastAsia="zh-CN"/>
        </w:rPr>
        <w:br/>
      </w:r>
      <w:r>
        <w:rPr>
          <w:lang w:eastAsia="zh-CN"/>
        </w:rPr>
        <w:t>　　把学生教好，让学生成功，是每位教师最大的心愿、最高的荣誉。对于课程改革环境下的教师，光有一桶水是不够的，教师要拥有自来水。在工作中，我深知学习的重要性，抓住一切机会认真学习，在学习实践中不断提高自己的教育教学水平及教学管理水平。在校内，虚心、主动地向年轻老师学习信息技术，丰富教学手段，抓住学校安排校内听课的机会，虚心学习，不耻下问，及时消化，吸取别人的精华，在自己的教学中不断实践，不断总结，不断提高。</w:t>
      </w:r>
      <w:r>
        <w:rPr>
          <w:lang w:eastAsia="zh-CN"/>
        </w:rPr>
        <w:br/>
      </w:r>
      <w:r>
        <w:rPr>
          <w:lang w:eastAsia="zh-CN"/>
        </w:rPr>
        <w:t>　　平时向书本学习、向身边有经验的老师学习，提高自己的课堂教学水平。总之，这一学期我不仅在业务能力上，还是在教育教学上都有了一定的提高。但我平时工作中出现需改进的地方也较多：如理论知识不够，论文精品意识不强;电脑知识长进不快。在今后的工作中，我将扬长补短，不断努力。</w:t>
      </w:r>
      <w:r>
        <w:rPr>
          <w:lang w:eastAsia="zh-CN"/>
        </w:rPr>
        <w:br/>
      </w:r>
      <w:r>
        <w:rPr>
          <w:lang w:eastAsia="zh-CN"/>
        </w:rPr>
        <w:t>　　三、服从安排，积极主动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每周16节课的情况下，要安排好自己的工作，的确有时感到力不从心。做到学期初进行合理计划，实施过程抓落实，及时反思小结，期末总结。这学期为了扎实地推进新的教学课程，积极和本组、本年段教师进行课堂教学调研活动，我尽量抽出时间，按照计划，及时与教师探讨、交流。作业作到面批面改。使学生的成绩都有不同程度的提高。能做到顾全大局，服从安排，互相关心，互相帮助，互相沟通。</w:t>
      </w:r>
      <w:r>
        <w:rPr>
          <w:lang w:eastAsia="zh-CN"/>
        </w:rPr>
        <w:br/>
      </w:r>
      <w:r>
        <w:rPr>
          <w:lang w:eastAsia="zh-CN"/>
        </w:rPr>
        <w:t>　　四、提高素养，努力工作</w:t>
      </w:r>
      <w:r>
        <w:rPr>
          <w:lang w:eastAsia="zh-CN"/>
        </w:rPr>
        <w:br/>
      </w:r>
      <w:r>
        <w:rPr>
          <w:lang w:eastAsia="zh-CN"/>
        </w:rPr>
        <w:t>　　在各位领导和教师的大力支持、帮助下，本人坚持出全勤，从不请临时事假，把全部的经历用在教育教学上。这学期本人圆满地完成教育教学工作。但是在不断的工作实践中，我深深地认识到，课程的改革需要我不断的加强学习、反思，提高自身的素养。在教育教学工作中也暴露出不足，如何做到科学计划、科学落实、科学管理教育教学，这些还需不断地努力。希望大家对本人进行严格地监督，作出批评指正。</w:t>
      </w:r>
      <w:r>
        <w:rPr>
          <w:lang w:eastAsia="zh-CN"/>
        </w:rPr>
        <w:br/>
      </w:r>
      <w:r>
        <w:rPr>
          <w:lang w:eastAsia="zh-CN"/>
        </w:rPr>
        <w:t>　　站上教师的岗位，面临教书育人的巨大压力、学生与教师角色的转换、理论与实践之间的冲突，使的我不得不重新审视自己，在不断修补自己的同时快速的适应并不断的摸索学习。</w:t>
      </w:r>
      <w:r>
        <w:rPr>
          <w:lang w:eastAsia="zh-CN"/>
        </w:rPr>
        <w:br/>
      </w:r>
      <w:r>
        <w:rPr>
          <w:lang w:eastAsia="zh-CN"/>
        </w:rPr>
        <w:t>　　如今，已然不断成长了起来。</w:t>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思想上，坚决拥护中国共产党的领导，积极参加学校的政治学习，提高思想觉悟，热爱党的教育事业，自觉遵守《教师法》中的法律法规，认真执行教育方针，努力探索教育教学规律，积极参加教研活动，服从分配，认真完成各项工作，处处以身作则，为人师表，不断提高自己的业务水平。我作为一名小学教师，脚踏实地一步步的学习工作。在平时的教学工作中，不断提高自己。</w:t>
      </w:r>
      <w:r>
        <w:rPr>
          <w:lang w:eastAsia="zh-CN"/>
        </w:rPr>
        <w:br/>
      </w:r>
      <w:r>
        <w:rPr>
          <w:lang w:eastAsia="zh-CN"/>
        </w:rPr>
        <w:t>　　课前认真钻研教材，设计教案，并且利用网络、书籍以及各种信息渠道拓展教学资源。课堂上运用多种教学方法，调动学生学习的积极性、主动性，活跃课堂气氛，提高教学质量。并认真写好教学计划和班级工作计划，认真学习教学大纲。 努力做到教书和育人，在教予知识的过程中对学生进行情感教育。在平时对待学生方面，对学生耐心指导，给予适当机会进行鼓励。热爱学生，关心学生学习以及生活，使学生德、智、体等全面发展。</w:t>
      </w:r>
      <w:r>
        <w:rPr>
          <w:lang w:eastAsia="zh-CN"/>
        </w:rPr>
        <w:br/>
      </w:r>
      <w:r>
        <w:rPr>
          <w:lang w:eastAsia="zh-CN"/>
        </w:rPr>
        <w:t>　　因此，作为一名小学教师，要想胜任教学，还必须具备班级与班级组织管理方面的知识，不但要掌握班级中学生整体上各方面的基本情况，也要了解每个学生各方面的具体情况，这样才能在教学中选择最恰当的教学策略进行教学。这也就需要更加努力的工作，更加积极参加素质教育的实践，不断的学习，不断的更新教育理念，不断的提高自己，这样才能给予下一代更好的教育!</w:t>
      </w:r>
      <w:r>
        <w:rPr>
          <w:lang w:eastAsia="zh-CN"/>
        </w:rPr>
        <w:br/>
      </w:r>
      <w:r>
        <w:rPr>
          <w:lang w:eastAsia="zh-CN"/>
        </w:rPr>
        <w:t xml:space="preserve">    小学教师个人工作总结精选文本 篇3 </w:t>
      </w:r>
      <w:r>
        <w:rPr>
          <w:lang w:eastAsia="zh-CN"/>
        </w:rPr>
        <w:br/>
      </w:r>
      <w:r>
        <w:rPr>
          <w:lang w:eastAsia="zh-CN"/>
        </w:rPr>
        <w:t>　　三个月的时间转迅即逝，在这段时间里我努力学习着怎样做好一个小学音乐老师，回首这段时间，感觉收获很多，相信自己在新的工作岗位中可以做的更好。</w:t>
      </w:r>
      <w:r>
        <w:rPr>
          <w:lang w:eastAsia="zh-CN"/>
        </w:rPr>
        <w:br/>
      </w:r>
      <w:r>
        <w:rPr>
          <w:lang w:eastAsia="zh-CN"/>
        </w:rPr>
        <w:t>　　我校始建于19__年，经过二十年的发展，逐步形成了教育科研兴校、素质教育立校、活动开展强校的鲜明的办学特色。现有小学部教学班32个，在校生1678人;幼儿部教学班8个，在园学生400人。在职教师108人。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这108名教师中，从乡镇借调和从乡镇考选的教师共有40人，教育局为我校考聘的教师(含后备教师)超过40人。现在，我校师资的年龄结构相对合理，35周以下、35-45周之间、45周以上的比例分别为4：4：2.如何对中青年教师进行培训，迫在眉睫地摆到了学校各项工作的重要议事日程。</w:t>
      </w:r>
      <w:r>
        <w:rPr>
          <w:lang w:eastAsia="zh-CN"/>
        </w:rPr>
        <w:br/>
      </w:r>
      <w:r>
        <w:rPr>
          <w:lang w:eastAsia="zh-CN"/>
        </w:rPr>
        <w:t>　　众所周知，教师是办学之本，是立校之本，是学校可持续发展的基础。办好一所学校，关键在于拥有一支高素质、稳定的教师队伍。这是提高学校办学水平的基本保证。而教师工作，性质因岗有别，任务因位不同，绩效因人而异。那么怎样才能创造性地开展教师培训工作呢?我们县第二实验小学通过实施倒逼机制，使一大批中青年教师脱颖而出;通过对全体教师一次又一次地折腾，逐步造就了一支师德修养高、业务素质精良、教学技能全面、教学基本功过硬，具有一定教科研能力，适应新时期需求的学习型教师团队。</w:t>
      </w:r>
      <w:r>
        <w:rPr>
          <w:lang w:eastAsia="zh-CN"/>
        </w:rPr>
        <w:br/>
      </w:r>
      <w:r>
        <w:rPr>
          <w:lang w:eastAsia="zh-CN"/>
        </w:rPr>
        <w:t>　　在进行教师培训工作中，我校充分考虑到了教师的学历和年龄结构，因时制宜、因人而异，创新培训机制，激活一片天空。我们的具体做法是&amp;&amp;全员培训抓全员 学科培训见实效 专项培训出特色。</w:t>
      </w:r>
      <w:r>
        <w:rPr>
          <w:lang w:eastAsia="zh-CN"/>
        </w:rPr>
        <w:br/>
      </w:r>
      <w:r>
        <w:rPr>
          <w:lang w:eastAsia="zh-CN"/>
        </w:rPr>
        <w:t>　　一、全员培训抓全员</w:t>
      </w:r>
      <w:r>
        <w:rPr>
          <w:lang w:eastAsia="zh-CN"/>
        </w:rPr>
        <w:br/>
      </w:r>
      <w:r>
        <w:rPr>
          <w:lang w:eastAsia="zh-CN"/>
        </w:rPr>
        <w:t>　　全员培训，是我校教师培训的最大特色。以暑期教师远程研修为例，从校长、副校长等管理人员，到校医等工勤人员;从退休返聘的老教师，到幼儿园里学校自聘的年轻教师，全都参加。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针对不同年龄的教师，我们采用了抓两头，促中间的工作方法。培训年轻教师，容易被他们接受。而对临近退休的教师和退休返聘的教师进行培训，开始他们有抵触情绪。对此，我们反复诱导，运用案例讲活到老、学到老的道理;并引导他们思索：若不参加信息技术、学科课程等培训，你将失去辅导孙子的能力与资格;当了一辈子教师，当你把孙子送给别人辅导时，你的心里会是什么滋味呢?听这一席话，老教师大都心悦诚服地投入到培训工作中来了。</w:t>
      </w:r>
      <w:r>
        <w:rPr>
          <w:lang w:eastAsia="zh-CN"/>
        </w:rPr>
        <w:br/>
      </w:r>
      <w:r>
        <w:rPr>
          <w:lang w:eastAsia="zh-CN"/>
        </w:rPr>
        <w:t>　　把年龄大的和小的这两头抓起来了，把培训积极的和培训不积极的抓起来了，那么中间的这一块是不是不用管了呢?答案是否定的。中间的这一块必须要靠促。正如教育局进行均衡化验收，通过打分排名，鞭打快牛，让先进的再上层楼;鞭策后进，让进度慢的迎头赶上。那么中间的这一块采用什么办法呢?促!怎么促?旁敲侧击。我校教师培训，对中间的一这块，也是旁敲侧击，促其猛醒，认清形势，增加其紧迫感和使命感。通过抓两头、促中间，使我校全员培训的氛围非常浓厚。</w:t>
      </w:r>
      <w:r>
        <w:rPr>
          <w:lang w:eastAsia="zh-CN"/>
        </w:rPr>
        <w:br/>
      </w:r>
      <w:r>
        <w:rPr>
          <w:lang w:eastAsia="zh-CN"/>
        </w:rPr>
        <w:t>　　二、学科培训见实效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校各项教育教学工作都是实字当头，教师培训工作尤其是学科培训工作，当然也不例外。学校所有教师，不是参加英语学科的培训，就是参加语文或数学学科的培训。每年暑假学习期间，要进行语文、数学、英语三科的考试，是当年的小升初试卷，成绩直接计入当学期的绩效工资。可以想象，我校教师的每个寒暑假是闲不着的。寒来暑往，春华秋实，这样通过实施以考代训，对提升教师的学科素养及核心素养都有很大的益处。通过见实招，往往能够出实效。效在教师，用在课堂，益在学生。现在小升初没有考试，比较有说服力的应该是县一中初中部招生。自前年开始招考三年来，全县总成绩前200名中，我校学生每年都超过了40名!今年县一中初中部(四中)招生，吸引了1800名公、民办学校的优秀小学毕业生参加考试，我校240名毕业生中有近100名学生应试。结果今年全县总分前200名中，我校有44名;全县前100名中，我校有26名;全县前20名，我校占一半;全县总分前四名中我校占三名。数学成绩更为突出，今年数学总分全县前三十名中我校占一半，全县前二十名我校占十一名，全县前十名中我校占七名!</w:t>
      </w:r>
      <w:r>
        <w:rPr>
          <w:lang w:eastAsia="zh-CN"/>
        </w:rPr>
        <w:br/>
      </w:r>
      <w:r>
        <w:rPr>
          <w:lang w:eastAsia="zh-CN"/>
        </w:rPr>
        <w:t>　　在升学教育硕果累累的同时，我校的素质教育也是亮点纷呈。在去年__省中小学校园艺术节大赛中，我校二年级学生表演的校本剧《小蝌蚪找妈妈》代表__市去参赛，并获得__省教育厅的表彰奖励;在教育部去年举办的首届全国青少年学生法治知识网络大赛中，我校列全市中小学总成绩第四名。</w:t>
      </w:r>
      <w:r>
        <w:rPr>
          <w:lang w:eastAsia="zh-CN"/>
        </w:rPr>
        <w:br/>
      </w:r>
      <w:r>
        <w:rPr>
          <w:lang w:eastAsia="zh-CN"/>
        </w:rPr>
        <w:t>　　之所以能够取得如此优异的成绩，是与我们平时全员教师培训中见实招、出实效分不开的。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全员培训过程中，我们还始终坚持问题导向，使培训更有针对性和实效性。今年小升初成绩公布后，我们发现，相比本校的数学和英语成绩，语文成绩要差一些，通过座谈调研发现，失分主要是巻面书写和作文写作上。为此，从暑假开始，新一二年级的教师学生大练书法基本功;三四五六的学生教师在读写上苦练基本功，要求无论放假期间还是上学期间，师生每周必须写一篇周记。每学期有一次三至六年级的师生作文大赛，学生成绩计入期末考试成绩。这个暑假，师生阅读、写作的积极性明显高涨，不少家长专程陪着孩子外出旅游，就是为的写好几篇作文。</w:t>
      </w:r>
      <w:r>
        <w:rPr>
          <w:lang w:eastAsia="zh-CN"/>
        </w:rPr>
        <w:br/>
      </w:r>
      <w:r>
        <w:rPr>
          <w:lang w:eastAsia="zh-CN"/>
        </w:rPr>
        <w:t>　　其实，从前，我校对师生的读写还是比较重视的。我校提倡大语文观。突出语文的基础地位，将我校实施的学生分层递进读写、教师梯级递进成长、全面提升师生核心素养的科研课题层层分解。我校一年级师生是童话阅读，二年级是寓言阅读，三年级古诗诵读，四年级古诗吟唱，五年级成语诚信，六年级小古文阅读。既自成系列，又相互递进，坚持不懈，逐步提高师生的语文素养。通过提高语文素养，进而对英语及其它学科，甚至对学习习惯的养成和核心素养的提升，产生深远的积极影响。另外，我们还充分利用各种资源，采取走出去，请进来的办法，努力拓宽教师学习的渠道，为教师全面提升自身素质创造条件。去年5月19日，我们邀请著名儿童文学作家到我校给全校师生举行阅读点亮人生公益讲座。我们相信，通过学生、老师及家长的进一步努力，我校师生的书写水平和作文写作能力会有一个很大的提高。</w:t>
      </w:r>
      <w:r>
        <w:rPr>
          <w:lang w:eastAsia="zh-CN"/>
        </w:rPr>
        <w:br/>
      </w:r>
      <w:r>
        <w:rPr>
          <w:lang w:eastAsia="zh-CN"/>
        </w:rPr>
        <w:t>　　三、专项培训出特色</w:t>
      </w:r>
      <w:r>
        <w:rPr>
          <w:lang w:eastAsia="zh-CN"/>
        </w:rPr>
        <w:br/>
      </w:r>
      <w:r>
        <w:rPr>
          <w:lang w:eastAsia="zh-CN"/>
        </w:rPr>
        <w:t>　　没有实效做基础，就谈不上特色。在讲求实效的基础上，再加以创新，就会形成教师培训的特色。我们的最大特色是以赛代训。如：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教师信息技术系列大赛。有汉字输入速度大赛(每分钟输入多少汉字，就奖励多少元钱);有ppt制作大赛(两个楼的教师分别给对方打分。评选出一二三等奖，进行物质奖励与精神鼓励，下同);还有电子白板使用技巧大赛、全体教职员工美篇制作大赛、全体教师5分钟微课制作大赛等等。</w:t>
      </w:r>
      <w:r>
        <w:rPr>
          <w:lang w:eastAsia="zh-CN"/>
        </w:rPr>
        <w:br/>
      </w:r>
      <w:r>
        <w:rPr>
          <w:lang w:eastAsia="zh-CN"/>
        </w:rPr>
        <w:t>　　2、寒暑假期演讲及15分钟上课比赛。每年寒假学习期间，都要举行全体教职员工演讲大赛;每年暑假学习期间，都要举行青年教师汇报课比赛、中年教师观摩课比赛、老年教师示范课比赛。</w:t>
      </w:r>
      <w:r>
        <w:rPr>
          <w:lang w:eastAsia="zh-CN"/>
        </w:rPr>
        <w:br/>
      </w:r>
      <w:r>
        <w:rPr>
          <w:lang w:eastAsia="zh-CN"/>
        </w:rPr>
        <w:t>　　3、编辑出版二小优秀教学反思集(每年一本)和实验二小二十周年校庆征文集。教师的反思是教学创新的动力，是提高教学水平的阶梯，有利于教师教育思想的升华和教学水平的提高。教师不断反思总结的过程，也就是学会教学的过程。通过教学反思，使教师教学不再是简单地循环重复，而是在每一次循环重复中得到不断的提高和升华。</w:t>
      </w:r>
      <w:r>
        <w:rPr>
          <w:lang w:eastAsia="zh-CN"/>
        </w:rPr>
        <w:br/>
      </w:r>
      <w:r>
        <w:rPr>
          <w:lang w:eastAsia="zh-CN"/>
        </w:rPr>
        <w:t>　　4、腰鼓培训和剪纸培训。腰鼓表演和手工剪纸，是我校的特色校本课程。起初，从三年级开始每个学生都要学会腰鼓表演，到后来，老师们经过培训也投入到了腰鼓表演的队伍中来。去年9月24日，市委宣传部、团市委、市教育局等联合举办了20__年校园国学社团秀，由教育局基教科、体卫艺科及团县委牵头，我校的桂花剪纸工作室代表我县参赛并获奖。回来后，我校手工课教师、芳剪第四代传人义务为教师们传授剪纸技艺，现有二十几名教师学会了剪纸技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5、教育科研异军突起，逐步形成了倒逼机制等学校特色。三年前(20__年9月)，在一小举行的全县教育科研工作表彰会上，我校播放了视频、制作了展板、展出了常规资料，三项俱全，全县仅有三个学校获此殊荣。而这一切，得益于20__年9月开始实施的我校一项省级实验课题《优秀青年教师成长案例研究》，这一课题已经结题。今年7月，我县有四个教研成长课题被__省教育学会、__教师专业发展研究中心成功立项，其中有我校的课题《青年教师专业成长策略研究》。也是在今年7月，__省教育学会、__教师专业发展研究中心命名的教师新秀，全县中小学有三名教师，其中有我校的柴晓美。另外，在__省教育厅重点培养的全省二百名中小学中青年骨干教师中，全县中小学教师中只有两人入围，其中一人是也是我校的_老师。</w:t>
      </w:r>
      <w:r>
        <w:rPr>
          <w:lang w:eastAsia="zh-CN"/>
        </w:rPr>
        <w:br/>
      </w:r>
      <w:r>
        <w:rPr>
          <w:lang w:eastAsia="zh-CN"/>
        </w:rPr>
        <w:t>　　我校的教师培训工作虽然取得了一些成绩，但我们清醒地意识到，与上级领导的要求和教师的期望还存在着一定的差距，在今后的工作中，我们将不断的探索适合我们的培训模式，积极探索个性化、差别化培训。在培训内容上要增强培训的针对性和实用性，最大限度地满足不同层次和不同类型教师的实际需要，使广大教师都能在接受培训的过程中，学有所获，学有所用。力争通过全员培训，为促进教师专业成长，为全面提高教育教学质量，为全力打造让领导放心、让师生舒心、让家长满意的绿色、书香、人文校园，打下了坚实的基础。</w:t>
      </w:r>
      <w:r>
        <w:rPr>
          <w:lang w:eastAsia="zh-CN"/>
        </w:rPr>
        <w:br/>
      </w:r>
      <w:r>
        <w:rPr>
          <w:lang w:eastAsia="zh-CN"/>
        </w:rPr>
        <w:t xml:space="preserve">    小学教师个人工作总结精选文本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__，做为一名班主任教师，她工作踏实认真，教育班级同学们的方法得当，得到学生和校领导的一致好评。班主任工作是艰巨而又重要的。自从该同志担任班主任的那天起，她就一向尽心尽力地为做一名优秀的班主任而努力工作。从此，她品尝尽了作为班主任的各种酸甜苦辣。</w:t>
      </w:r>
      <w:r>
        <w:rPr>
          <w:lang w:eastAsia="zh-CN"/>
        </w:rPr>
        <w:br/>
      </w:r>
      <w:r>
        <w:rPr>
          <w:lang w:eastAsia="zh-CN"/>
        </w:rPr>
        <w:t>　　一、用爱心感染学生。</w:t>
      </w:r>
      <w:r>
        <w:rPr>
          <w:lang w:eastAsia="zh-CN"/>
        </w:rPr>
        <w:br/>
      </w:r>
      <w:r>
        <w:rPr>
          <w:lang w:eastAsia="zh-CN"/>
        </w:rPr>
        <w:t>　　作为班主任，关心学生她就像关心自我的孩子一样，即关心他们的生活，又关心他们的健康，还要关心他们是否懂得学习方法，更重要的是关心他们是否懂得怎样做人。爱心是具体的，具有浓厚的感情色彩的。例如遇到气温变化的时候，她还会提醒同学们增减衣物、棉被等等。每次考试前她会提醒同学们做好充足的准备、各种证件、学习用具要带齐。团体活动前她要安排好同学们应必备的用品等。总之，同学们在学校的饥寒冷暖，喜怒哀乐她几乎事事关心。学生生病时，她带去看病。家长感激，学生感动。她认为：这些看起来很平常，但这些正是一位班主任最基本、最重要的工作。其实这正是一个班主任爱心的具体体现。</w:t>
      </w:r>
      <w:r>
        <w:rPr>
          <w:lang w:eastAsia="zh-CN"/>
        </w:rPr>
        <w:br/>
      </w:r>
      <w:r>
        <w:rPr>
          <w:lang w:eastAsia="zh-CN"/>
        </w:rPr>
        <w:t>　　二、善于做学生的思想工作是班级各项工作的基础。</w:t>
      </w:r>
      <w:r>
        <w:rPr>
          <w:lang w:eastAsia="zh-CN"/>
        </w:rPr>
        <w:br/>
      </w:r>
      <w:r>
        <w:rPr>
          <w:lang w:eastAsia="zh-CN"/>
        </w:rPr>
        <w:t>　　她一向把思想工作置于班级工作的首要问题来抓。经常利用班会课对学生进行身心教育，帮忙学生澄清思想上的模糊认识，提高学生的思想境界。她还充分利用课余时间和有关学生促膝谈心，及时对学生进行针对性的教育，让每个学生找到目标树立梦想，挖掘他们的潜能，激发他们的斗志!她所带的班级班风正学习氛围浓，班级成绩名列第一，没有出过严重的违纪事件，这一切都要归功于她的思想工作成绩。</w:t>
      </w:r>
      <w:r>
        <w:rPr>
          <w:lang w:eastAsia="zh-CN"/>
        </w:rPr>
        <w:br/>
      </w:r>
      <w:r>
        <w:rPr>
          <w:lang w:eastAsia="zh-CN"/>
        </w:rPr>
        <w:t>　　三、善于组织和管理学生。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班主任必须善于组织和管理学生。作为班主任，要做的工作多而繁杂，如果不能建立一个良好的班团委，各项工作就很难顺利的开展下去。所以新学期的开始，她都会花很大的心思培养班组的骨干力量，让学生自我管理自我。这样不仅仅班主任简便，并且还培养了班干部的组织本事。就拿此刻的班级来说吧，此刻班里的一般事情都由班长负责，但各项具体工作分工到各个班委成员。晨会、早读、等日常工作都由班长负责;每个时间段都设有具体的安全员，教室内的黑板报由宣传委员负责，她作适当指导，学习上由学习委员和各科课代表负责。当然她还要随时随地作检查指导。这样以来，班内的工作构成了程序化和制度化，各项工作就更能顺利的得到开展。</w:t>
      </w:r>
      <w:r>
        <w:rPr>
          <w:lang w:eastAsia="zh-CN"/>
        </w:rPr>
        <w:br/>
      </w:r>
      <w:r>
        <w:rPr>
          <w:lang w:eastAsia="zh-CN"/>
        </w:rPr>
        <w:t>　　四、善于做后进生的转化工作。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学生管理方面，她把班主任的工作大致分三个方面;1、尖子生的培养。2、中等生的促进。3、后进生的转化。相比前两条后者更难也更重要，每一个学生都是一个期望，越是后进生越需要教师的帮忙和鼓励。她首先深入调查摸底，搞清他们之所以成为后进生的原因，做到了因材施教，对他们处处真诚相待，时时耐心相帮，真正做他们的知心朋友、最可信赖的朋友。及时加强对后进生的心理疏导，帮忙他们消除或减轻种.种心理担忧，让他们认识到自我的价值。同时，她还创造条件和机会让后进生表现其优点和长处，使他们品尝到成功的欢乐和喜悦。她担任班主任的班级里有几个学习懈怠的学生，上课睡觉、自我不学习还带动其他同学一齐玩，不仅仅影响到自我的学业更加影响到其他同学的学业。她没有用纪律和制度处罚他们，而是从接近学生入手，找理由和他们套近乎。设法找他们的闪光点，找到一点就大力表扬。之后他们对她产生了感情，成了无话不说的好朋友，以前的缺点要随之给改掉了，这样以来这几位调皮同学有提高，整个班级也都提高了。</w:t>
      </w:r>
      <w:r>
        <w:rPr>
          <w:lang w:eastAsia="zh-CN"/>
        </w:rPr>
        <w:br/>
      </w:r>
      <w:r>
        <w:rPr>
          <w:lang w:eastAsia="zh-CN"/>
        </w:rPr>
        <w:t>　　五、做好联系班级和任课教师的纽带。</w:t>
      </w:r>
      <w:r>
        <w:rPr>
          <w:lang w:eastAsia="zh-CN"/>
        </w:rPr>
        <w:br/>
      </w:r>
      <w:r>
        <w:rPr>
          <w:lang w:eastAsia="zh-CN"/>
        </w:rPr>
        <w:t>　　作为班主任必须有意地向学生介绍任课教师的一些优点。如性格、爱好、特长、教育教学方面的成绩等，以博得学生对任课教师的尊敬和信任，使他们因遵其师而重其教。同时自我要与任课教师密切配合，要经常与任课教师取得联系，以了解学生的特长、爱好，课堂纪律如何，学习态度如何，情感如何等。对于这些班主任心里都要有数，因为这样有利于抓好班级工作，有利于根据学生的特长、爱好，以便在学中练、练中学，以练促学。例如她利用学生争强好胜的心理，经常开展各种班会活动。这样不但能够调动学生的进取性，并且能够增强学生的自信心、荣誉感、竞争欲。同时师生间交流了感情，增进了了解。</w:t>
      </w:r>
      <w:r>
        <w:rPr>
          <w:lang w:eastAsia="zh-CN"/>
        </w:rPr>
        <w:br/>
      </w:r>
      <w:r>
        <w:rPr>
          <w:lang w:eastAsia="zh-CN"/>
        </w:rPr>
        <w:t>　　六、做学生和家长的朋友。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班主任是联系学校、家庭、社会的纽带。所以应当也必须成为学生的朋友。在这一年的班主任工作中，她与许多学生家长打过交道，利用校信通和家长沟通，可从来没有和他们红过脸，无论他们的孩子在学校带来多大的麻烦，肚子里的气有多少，只要见到家长总是笑脸相迎，从不把气撒在家长身上，却是用商量的语气向他们解释，与他们交谈，她了解学生在家情景，家长了解孩子在学校情景，商量教育孩子的最佳办法，实现双管双教。在做班主任工作时，她从思想教育入手，以提高学习方法为核心，以纪律管理为手段，到达了全方位调动学生学习进取性的目的。</w:t>
      </w:r>
      <w:r>
        <w:rPr>
          <w:lang w:eastAsia="zh-CN"/>
        </w:rPr>
        <w:br/>
      </w:r>
      <w:r>
        <w:rPr>
          <w:lang w:eastAsia="zh-CN"/>
        </w:rPr>
        <w:t xml:space="preserve">    小学教师个人工作总结精选文本 篇5 </w:t>
      </w:r>
      <w:r>
        <w:rPr>
          <w:lang w:eastAsia="zh-CN"/>
        </w:rPr>
        <w:br/>
      </w:r>
      <w:r>
        <w:rPr>
          <w:lang w:eastAsia="zh-CN"/>
        </w:rPr>
        <w:t>　　暑假，按照上级工作安排，同时为新学期教学工作做准备，使学生能以较好的状态进入的学校的学习、生活之中，学校组织全体教师开展“教师访万家”家访活动。活动期间，教师们利用休息时间，冒着高温、酷暑上门沟通、了解、宣传，对于实在难以登门家访的，教师就用自己的电话，与学生和家长进行沟通。这次活动对于进一步促进家校联系起到了助推作用，对于构建学校、家庭、社会三位一体的教育网络创设了良好的社会效应。</w:t>
      </w:r>
      <w:r>
        <w:rPr>
          <w:lang w:eastAsia="zh-CN"/>
        </w:rPr>
        <w:br/>
      </w:r>
      <w:r>
        <w:rPr>
          <w:lang w:eastAsia="zh-CN"/>
        </w:rPr>
        <w:t>　　一、暑期家访活动基本情况</w:t>
      </w:r>
      <w:r>
        <w:rPr>
          <w:lang w:eastAsia="zh-CN"/>
        </w:rPr>
        <w:br/>
      </w:r>
      <w:r>
        <w:rPr>
          <w:lang w:eastAsia="zh-CN"/>
        </w:rPr>
        <w:t>　　本次参与家访我中心小学及三所村小全部在岗28位教师全部参与，其中教师8名，实际家访学生428名，其中上门家访336名，电话家访92名，涉及本中心小学所辖五村学生家长户。</w:t>
      </w:r>
      <w:r>
        <w:rPr>
          <w:lang w:eastAsia="zh-CN"/>
        </w:rPr>
        <w:br/>
      </w:r>
      <w:r>
        <w:rPr>
          <w:lang w:eastAsia="zh-CN"/>
        </w:rPr>
        <w:t>　　二、精心组织家访活动</w:t>
      </w:r>
      <w:r>
        <w:rPr>
          <w:lang w:eastAsia="zh-CN"/>
        </w:rPr>
        <w:br/>
      </w:r>
      <w:r>
        <w:rPr>
          <w:lang w:eastAsia="zh-CN"/>
        </w:rPr>
        <w:t>　　1、提早部署，要求具体。根据学校实的实际情况，学校提前动员部署。在放假前召开全体教师家访工作的布置会议，具体布置家访的内容和注意事项及要求。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细化要求，突出重点。各班班主任和科任教师按照学校要求将被访学生分类进行家访，重点放在父母离异的单亲家庭，生活有特殊困难的学生家庭，行为偏差的学生家庭，学习困难的学生家庭，留守学生的家庭等开展重点家访，及时为他们排忧解难。</w:t>
      </w:r>
      <w:r>
        <w:rPr>
          <w:lang w:eastAsia="zh-CN"/>
        </w:rPr>
        <w:br/>
      </w:r>
      <w:r>
        <w:rPr>
          <w:lang w:eastAsia="zh-CN"/>
        </w:rPr>
        <w:t>　　3、注重反馈，加强沟通。教师携带“家访登记表”进入家庭，家访后认真填写“教师访万家’活动登记表，开学后及时反馈到学校，学校认真进行梳理，并逐步解决。</w:t>
      </w:r>
      <w:r>
        <w:rPr>
          <w:lang w:eastAsia="zh-CN"/>
        </w:rPr>
        <w:br/>
      </w:r>
      <w:r>
        <w:rPr>
          <w:lang w:eastAsia="zh-CN"/>
        </w:rPr>
        <w:t>　　通过本次暑期的集中家访，我们及时把握到家长对学校教育工作中的要求与建议，全面听取了社会各层面对我校教育的意见，发现并弥补学校教育教学过程中的不足之处，进而推动教师自觉改进教学方法，提高教学水平，促进了学校教育教学工作的和谐发展。</w:t>
      </w:r>
      <w:r>
        <w:rPr>
          <w:lang w:eastAsia="zh-CN"/>
        </w:rPr>
        <w:br/>
      </w:r>
      <w:r>
        <w:rPr>
          <w:lang w:eastAsia="zh-CN"/>
        </w:rPr>
        <w:t>　　三、家访反馈情况统计</w:t>
      </w:r>
      <w:r>
        <w:rPr>
          <w:lang w:eastAsia="zh-CN"/>
        </w:rPr>
        <w:br/>
      </w:r>
      <w:r>
        <w:rPr>
          <w:lang w:eastAsia="zh-CN"/>
        </w:rPr>
        <w:t>　　本次家访征集到的意见和建议累计99条，其中针对教师的意见建议数69条，针对学校和党组织的意见建议数30条；经过学校认真梳理后，共征集意见和建议19条，其中针对教师的意见建议数19条，针对学校和党组织的意见建议数10条。通过开学进一个月时间，我们根据征集到的意见和建议，结合“办创做”主题实践活动和创先争优活动，学校、党员教师及全体在岗教师已经逐步解决了多数问题，另有极少数问题由于资金和设备条件限制尚未得到解决，学校正在积极想办法以求尽快处理。</w:t>
      </w:r>
      <w:r>
        <w:rPr>
          <w:lang w:eastAsia="zh-CN"/>
        </w:rPr>
        <w:br/>
      </w:r>
      <w:r>
        <w:rPr>
          <w:lang w:eastAsia="zh-CN"/>
        </w:rPr>
        <w:t xml:space="preserve">    小学教师个人工作总结精选文本 篇6 </w:t>
      </w:r>
      <w:r>
        <w:rPr>
          <w:lang w:eastAsia="zh-CN"/>
        </w:rPr>
        <w:br/>
      </w:r>
      <w:r>
        <w:rPr>
          <w:lang w:eastAsia="zh-CN"/>
        </w:rPr>
        <w:t>　　一、思想政治方面：</w:t>
      </w:r>
      <w:r>
        <w:rPr>
          <w:lang w:eastAsia="zh-CN"/>
        </w:rPr>
        <w:br/>
      </w:r>
      <w:r>
        <w:rPr>
          <w:lang w:eastAsia="zh-CN"/>
        </w:rPr>
        <w:t>　　我能积极参加政治学习，关心国家大事。遵守工作纪律，团结同事，热心帮助同事。积极认真地做好本办公室的卫生打扫工作。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二、专业知识、工作能力方面：</w:t>
      </w:r>
      <w:r>
        <w:rPr>
          <w:lang w:eastAsia="zh-CN"/>
        </w:rPr>
        <w:br/>
      </w:r>
      <w:r>
        <w:rPr>
          <w:lang w:eastAsia="zh-CN"/>
        </w:rPr>
        <w:t>　　和刚走上工作单位时相比，自己在教育教学能力方面有了进一步的提升。坚持积极参加教研室组织的教研活动，在师傅和各位同事的指导下进行备课，勤于听课学习，领会精神实质。然后根据教学要求，认真备课，精心制作每节课的课件和每份学案。虚心向老教师学习、请教。认真批改作业，做到有批必讲。能利用休息时间辅导基础差的学生。为上好课，我常上网查资料，博采众长。将所授内容尽量简洁化，符合所教班级的学情。上课的时候能够认真讲课，力求抓住重点，突破难点。运用多种教学方法，从学生的实际出发，注意调动学生学习的积极性和创造性思维，使学生有举一反三的能力。培养学困生的学习兴趣，简单的问题常找学困生回答。巡视时，注意对学困生的辅导。课后及时做授课后记，找出不足。到复习阶段时，我总是把每一单元的词语、重点内容整理成复习资料，便于学生利用有限的复习时间取得更大的复习成果。</w:t>
      </w:r>
      <w:r>
        <w:rPr>
          <w:lang w:eastAsia="zh-CN"/>
        </w:rPr>
        <w:br/>
      </w:r>
      <w:r>
        <w:rPr>
          <w:lang w:eastAsia="zh-CN"/>
        </w:rPr>
        <w:t>　　三、职业道德方面：</w:t>
      </w:r>
      <w:r>
        <w:rPr>
          <w:lang w:eastAsia="zh-CN"/>
        </w:rPr>
        <w:br/>
      </w:r>
      <w:r>
        <w:rPr>
          <w:lang w:eastAsia="zh-CN"/>
        </w:rPr>
        <w:t>　　作为教师，公平对待每个学生，热爱每个学生，尤其是对后进生多给些温暖，理解、尊重和信任是我一贯的准则。每次上课节都提前进班，主动关心学生的学习生活，了解学生的想法。多鼓励学困生，增加他们的信心。</w:t>
      </w:r>
      <w:r>
        <w:rPr>
          <w:lang w:eastAsia="zh-CN"/>
        </w:rPr>
        <w:br/>
      </w:r>
      <w:r>
        <w:rPr>
          <w:lang w:eastAsia="zh-CN"/>
        </w:rPr>
        <w:t>　　四、成绩方面：</w:t>
      </w:r>
      <w:r>
        <w:rPr>
          <w:lang w:eastAsia="zh-CN"/>
        </w:rPr>
        <w:br/>
      </w:r>
      <w:r>
        <w:rPr>
          <w:lang w:eastAsia="zh-CN"/>
        </w:rPr>
        <w:t>　　本年度所带的两个平行班，底子比较差，但是在我与全班学生的努力下，每次考试成绩在同层次班级中都名列前茅。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本年度我积极学习各种教育理论，以充实自己，以便在工作中以坚实的理论作为指导，更好地进行教育教学。我还参加了南京市学校心理辅导老师的培训，以便更好的做好学生的教育工作。</w:t>
      </w:r>
      <w:r>
        <w:rPr>
          <w:lang w:eastAsia="zh-CN"/>
        </w:rPr>
        <w:br/>
      </w:r>
      <w:r>
        <w:rPr>
          <w:lang w:eastAsia="zh-CN"/>
        </w:rPr>
        <w:t>　　本年度开设校公开课1节，市课题申报成功，撰写论文一篇。</w:t>
      </w:r>
      <w:r>
        <w:rPr>
          <w:lang w:eastAsia="zh-CN"/>
        </w:rPr>
        <w:br/>
      </w:r>
      <w:r>
        <w:rPr>
          <w:lang w:eastAsia="zh-CN"/>
        </w:rPr>
        <w:t>　　回顾这一年的工作，学校提供了各种让自己快速锻炼成长的平台，年级组长和学校领导给予自己很多工作上的关心，老教师给自己提供了很多宝贵的经验和帮助，这一切让自己在各方面都取得不同程度的进步，当然，自己也存在着许多需要改进的地方。在今后的工作中，我将继续以务实的工作态度，一如既往地认真学习工作，争取工作水平的更大提高。</w:t>
      </w:r>
      <w:r>
        <w:rPr>
          <w:lang w:eastAsia="zh-CN"/>
        </w:rPr>
        <w:br/>
      </w:r>
      <w:r>
        <w:rPr>
          <w:lang w:eastAsia="zh-CN"/>
        </w:rPr>
        <w:t xml:space="preserve">    小学教师个人工作总结精选文本 篇7 </w:t>
      </w:r>
      <w:r>
        <w:rPr>
          <w:lang w:eastAsia="zh-CN"/>
        </w:rPr>
        <w:br/>
      </w:r>
      <w:r>
        <w:rPr>
          <w:lang w:eastAsia="zh-CN"/>
        </w:rPr>
        <w:t>　　大学毕业后，周围的人慢慢的都找到了心仪的工作，然而我还是毫无目标，突发奇想之下，我想到了老师，于是我打算去成为一名老师，我选择了一所离我家不是很远的学校，成为那家学校的一名老师。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成为一名正式的老师之前，我需要经过了一段时间的培训，这次的培训让我学到了很多的东西，这份工作远远没有我想象中的轻松。小学的课程是属于比较轻松的，难就难在孩子们的管理上，他们不清楚什么能做什么不能做，尤其是低年级的学生，需要老师一点一点的去带领他们，这对我自己也是个很大的挑战。经过这次的培训，我对于我所教的课程，也有了一个清晰的认知，有了一套系统性的方法。在上课的时候，很多学生的积极性不强，几乎没什么人举手回答问题，为了解决这个问题，我请教了不少的老师，他们给了我很多的帮助，告诉我了一些技巧和方法，对于我一而再再而三的提问没有丝毫的不耐烦，在这一方面，我真的十分感谢他们。</w:t>
      </w:r>
      <w:r>
        <w:rPr>
          <w:lang w:eastAsia="zh-CN"/>
        </w:rPr>
        <w:br/>
      </w:r>
      <w:r>
        <w:rPr>
          <w:lang w:eastAsia="zh-CN"/>
        </w:rPr>
        <w:t>　　这次的培训让我对未来的教师路信心十足，但是我知道自己还有很多的不足，需要在之后的教学中一点一点的改进。我还遇上了几个很难的问题，一个班上的学生，学习成绩的差距居然如此之大，学生与学生之间出现了严重的分层现象，有的人分数很高，有的人分数则很低。面对这种情况我们的教学就变得有些难以抉择，因为我们无法顾全双方，把教学重心放在学习好的学生上时，就必然会忽略那些学习成绩差的人身上，把教学重心放在学习成绩差的人身上，就必然会拖慢那些好学生的脚步。这个问题我问过不少的老师，但始终没有得到一个令人满意的答案。</w:t>
      </w:r>
      <w:r>
        <w:rPr>
          <w:lang w:eastAsia="zh-CN"/>
        </w:rPr>
        <w:br/>
      </w:r>
      <w:r>
        <w:rPr>
          <w:lang w:eastAsia="zh-CN"/>
        </w:rPr>
        <w:t>　　作为一名教师，除了授课之外，我们还要以身作则，给那些学生们树立一个好的榜样。小学生一般是不会有着明确的目标的，他们的一言一行很容易受到其他人的影响，甚至会不自觉的模仿他人，尤其是老师，如果不小心从别人身上学到了一些坏习惯，这可能会对他之后的人生产生很大的影响，因此老师必须时刻注意着自己的一言一行。</w:t>
      </w:r>
      <w:r>
        <w:rPr>
          <w:lang w:eastAsia="zh-CN"/>
        </w:rPr>
        <w:br/>
      </w:r>
      <w:r>
        <w:rPr>
          <w:lang w:eastAsia="zh-CN"/>
        </w:rPr>
        <w:t>　　这次的培训已经正式结束了，但这只是一个开端，我需要学习的东西还有很多，在今后的日子里，我会继续努力的。</w:t>
      </w:r>
      <w:r>
        <w:rPr>
          <w:lang w:eastAsia="zh-CN"/>
        </w:rPr>
        <w:br/>
      </w:r>
      <w:r>
        <w:rPr>
          <w:lang w:eastAsia="zh-CN"/>
        </w:rPr>
        <w:t xml:space="preserve">    小学教师个人工作总结精选文本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一年来，本人热爱，热爱人民，坚持党的教育方针，忠诚教育事业。思想端正，作风正派，服从领导的工作安排，办事认真负责。</w:t>
      </w:r>
      <w:r>
        <w:rPr>
          <w:lang w:eastAsia="zh-CN"/>
        </w:rPr>
        <w:br/>
      </w:r>
      <w:r>
        <w:rPr>
          <w:lang w:eastAsia="zh-CN"/>
        </w:rPr>
        <w:t>　　在工作中，能充分调动学生的学习进取性，激发学生的学习情绪，合理运用教学手段，以学生为主体，教师作主导，以探究的方式创设教学情境，开拓学生思维，发挥学生的想象力，切实地向课堂四十五分钟要质量。开学初，能很快要组织好班委会，选出班级骨干，努力培养班级骨干。例如杨金花、罗福权、邓丽花等同学，能积极配合教师抓好班风学风建设，创立优良的班团体，构成良好的班风学风。所以一年来，学生违法犯罪率为0，差生率为0，在学校中被评为先进班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教学工作中，做到认真备课，认真批改作业，作业格式工整、规范，并养成良好的学习习惯。对个别的差生，能悉心辅导，经常面批作业，找出知识的薄弱环节，及时进行补漏。例如，自我经常利用课余时间，落班辅导学生，有针对性地制定帮教计划，有目的有计划地做好后进生的转化工作。在课堂上，采用多提问，多检查，及时疏导，及时反馈的形式，努力提高后进生的文化基础知识。同时，在班级中开展互帮互学小组，进行一帮一的学习活动，使学生端正思想，互相学习，互想促进，构成你追我赶的良好学习氛围。平时，自我还注意“两手抓”：一方面培养好尖子生，一方面经过尖子生辅导后进生，以先进帮忙后进，以好带差，促进双赢效果。例如，学期初，我制定了帮教计划，开展“伸出你的双手，帮忙你的朋友”的互帮互学主题活动。定期检查，发现有提高的同学，及时表扬，奖励。这样，就充分调动了学生的学习进取性，掀起学习热潮。</w:t>
      </w:r>
      <w:r>
        <w:rPr>
          <w:lang w:eastAsia="zh-CN"/>
        </w:rPr>
        <w:br/>
      </w:r>
      <w:r>
        <w:rPr>
          <w:lang w:eastAsia="zh-CN"/>
        </w:rPr>
        <w:t>　　在学生的思想教育工作中，做到谆谆善诱，耐心疏导，耐心教育。例如当时有一个调皮学生，他叫郭华富。他学习成绩差，经常逃学，在班级中是“小霸王”。我采取和他经常谈心的方法，与学生交朋友，做学生的知心人，与家长紧密配合，发现有一点儿提高的就及时表扬他，鼓励他，树立起他在班级中的威信。经过教育，他提高很快，之后还成为三好学生。</w:t>
      </w:r>
      <w:r>
        <w:rPr>
          <w:lang w:eastAsia="zh-CN"/>
        </w:rPr>
        <w:br/>
      </w:r>
      <w:r>
        <w:rPr>
          <w:lang w:eastAsia="zh-CN"/>
        </w:rPr>
        <w:t>　　在工作之余，本人还努力钻研教材，分析每堂课成功在哪里，哪里存在不足，不断的总结经验，不断的充实自我的教学水平和班级管理水平。经过一年来的教学，在班级中，学生的学习风气构成了，组织纪律性变好了，作业能依时完成，劳动进取肯干，诚实有礼，互助互学，使学生得到了全面的发展。</w:t>
      </w:r>
      <w:r>
        <w:rPr>
          <w:lang w:eastAsia="zh-CN"/>
        </w:rPr>
        <w:br/>
      </w:r>
      <w:r>
        <w:rPr>
          <w:lang w:eastAsia="zh-CN"/>
        </w:rPr>
        <w:t xml:space="preserve">    小学教师个人工作总结精选文本 篇9 </w:t>
      </w:r>
      <w:r>
        <w:rPr>
          <w:lang w:eastAsia="zh-CN"/>
        </w:rPr>
        <w:br/>
      </w:r>
      <w:r>
        <w:rPr>
          <w:lang w:eastAsia="zh-CN"/>
        </w:rPr>
        <w:t>　　匆匆忙忙中一个学期的教学工作已接近尾声，反思这一学期的工作，除了紧张、忙碌外，更多的是收获和思考!“高效课堂”的推进，让我尝到了学案教学带来的课堂活力和课堂效率的提高，让我感受到了学生所蕴含着的巨大的潜力，让我看到了学生在各方面能力的逐步提高。在与学生一起相处和教学相长的过程中，我不断地反思自己的教学，不断改进自己的教学方式，不断地实践着“高效”。下面我将围绕“高效课堂”这一主题，对本学期的教学工作情况作出总结，以促进今后的教学工作能更上一层楼。</w:t>
      </w:r>
      <w:r>
        <w:rPr>
          <w:lang w:eastAsia="zh-CN"/>
        </w:rPr>
        <w:br/>
      </w:r>
      <w:r>
        <w:rPr>
          <w:lang w:eastAsia="zh-CN"/>
        </w:rPr>
        <w:t>　　一、教研互动、课例引领，促使我更快成长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本学期，在我校积极推进“高效课堂”之际，一段时间以来，我从无知到懵懂，从细心尝试到困惑重重，在这一理论的指导下，极力地实践着自己的课堂。但在这其中，我也深刻地感觉到：理论与实践的差距太大了，面对不同的课型，能力各异的学生，如何才能将“高效”落到实处?</w:t>
      </w:r>
      <w:r>
        <w:rPr>
          <w:lang w:eastAsia="zh-CN"/>
        </w:rPr>
        <w:br/>
      </w:r>
      <w:r>
        <w:rPr>
          <w:lang w:eastAsia="zh-CN"/>
        </w:rPr>
        <w:t>　　在学期初的“骨干教师”观摩展示活动中，面对教师们精心准备的一节节课例，面对和往日不太一样的“高效”课堂，在听课的同时，我沉思着，感悟着，细心领会着“高效”的内涵。并尝试着以《年月日》一课为例，与教师们共同解读“高效”。但遗憾的是，由于自已在理论层面上还认识得不够，导致了与实际的“高效”相差甚远。究竟怎样落实“高效”?张校长发表的博文和后来的研讨活动，带给了我很多的思考，使我渐渐地明晰了前进的方向。尤其是王老师和霍老师在永威之行后，为我们展示的两节汇报课，更让我对“高效课堂”有了更深刻地理解。高效课堂是真正的互动的课堂，是学生自主学习的课堂，它真正的将学生推到了课堂的最前沿，真正地让学生主动地、高效地学习数学知识。</w:t>
      </w:r>
      <w:r>
        <w:rPr>
          <w:lang w:eastAsia="zh-CN"/>
        </w:rPr>
        <w:br/>
      </w:r>
      <w:r>
        <w:rPr>
          <w:lang w:eastAsia="zh-CN"/>
        </w:rPr>
        <w:t>　　二、狠抓习惯、增强意识，提高思维能力</w:t>
      </w:r>
      <w:r>
        <w:rPr>
          <w:lang w:eastAsia="zh-CN"/>
        </w:rPr>
        <w:br/>
      </w:r>
      <w:r>
        <w:rPr>
          <w:lang w:eastAsia="zh-CN"/>
        </w:rPr>
        <w:t>　　俗话说：“习惯成自然”。在我们的课堂中经常可以发现这样的一些学生：他们懒于思考问题，懒于参考到学习过程之中，只要是稍微需要动脑的问题，他们都会凭经验或是盲目的做答。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三年级学生正处于培养习惯的关键时期，我利用平时的课堂努力做到：一是学生行为习惯养成，包括读、写、说、听等各种习惯养成，学生要会听讲、会学习，也就是掌握一定的学习方法，“授人以鱼不如授人以渔”。二是培养学生良好的思维习惯，关键是要让学生会思维，让学生在课堂上“动”起来。教学中教师要根据儿童的年龄特点，掌握儿童的认识规律，通过数一数、摆一摆、想一想、说一说、写一写等活动，让学生进行思维训练。在教学中，我极力地引导学生以极其认真的态度全身心的投入，如：认真听讲，积极思考，踊跃回答问题，认真审题，按时完成作业，计算后，要认真检查“一步一回头”，认真书写等，逐渐学生养成了自觉、主动、认真的学习习惯。这些都是高效课堂的基础保障。</w:t>
      </w:r>
      <w:r>
        <w:rPr>
          <w:lang w:eastAsia="zh-CN"/>
        </w:rPr>
        <w:br/>
      </w:r>
      <w:r>
        <w:rPr>
          <w:lang w:eastAsia="zh-CN"/>
        </w:rPr>
        <w:t>　　三、课堂应简约面不简单，实现理性的回归。</w:t>
      </w:r>
      <w:r>
        <w:rPr>
          <w:lang w:eastAsia="zh-CN"/>
        </w:rPr>
        <w:br/>
      </w:r>
      <w:r>
        <w:rPr>
          <w:lang w:eastAsia="zh-CN"/>
        </w:rPr>
        <w:t>　　在不断的实践中，我渐渐地觉得：创建“高效课堂”，实际上也就是要创建“简约而生动”的课堂。教学目标要简洁明了，应该是实实在在的，可以达成的;教学内容要简约充实，特别是抓住课的本质内容;教学环节简化自然，让学生更真实、有效的进行数学学习。简约并不意味着简单，如果我们善于将各种知识模块有机整合，相信一定能用最低的教学成本取得最大的教学收益。</w:t>
      </w:r>
      <w:r>
        <w:rPr>
          <w:lang w:eastAsia="zh-CN"/>
        </w:rPr>
        <w:br/>
      </w:r>
      <w:r>
        <w:rPr>
          <w:lang w:eastAsia="zh-CN"/>
        </w:rPr>
        <w:t>　　四、今后努力的方向。</w:t>
      </w:r>
      <w:r>
        <w:rPr>
          <w:lang w:eastAsia="zh-CN"/>
        </w:rPr>
        <w:br/>
      </w:r>
      <w:r>
        <w:rPr>
          <w:lang w:eastAsia="zh-CN"/>
        </w:rPr>
        <w:t>　　1、加强自身基本功的训练，课堂上做到精讲精练，注重对孩子能力的培养。</w:t>
      </w:r>
      <w:r>
        <w:rPr>
          <w:lang w:eastAsia="zh-CN"/>
        </w:rPr>
        <w:br/>
      </w:r>
      <w:r>
        <w:rPr>
          <w:lang w:eastAsia="zh-CN"/>
        </w:rPr>
        <w:t>　　2、对差生多些关心，多点爱心，再多一些耐心，使他们在各方面有更大进步。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3、培养孩子养成良好的习惯，使孩子不仅在课堂上集中注意力学习，也能按时完成作业，认真审题，克服粗心马虎的毛病。</w:t>
      </w:r>
      <w:r>
        <w:rPr>
          <w:lang w:eastAsia="zh-CN"/>
        </w:rPr>
        <w:br/>
      </w:r>
      <w:r>
        <w:rPr>
          <w:lang w:eastAsia="zh-CN"/>
        </w:rPr>
        <w:t>　　4、在教学上下功夫，努力使班级孩子的成绩在原有的基础上有更大的进步。</w:t>
      </w:r>
      <w:r>
        <w:rPr>
          <w:lang w:eastAsia="zh-CN"/>
        </w:rPr>
        <w:br/>
      </w:r>
      <w:r>
        <w:rPr>
          <w:lang w:eastAsia="zh-CN"/>
        </w:rPr>
        <w:t>　　5、克服惰性，不为自己的忙碌找借口，勤反思，尽快让自己快速成长。</w:t>
      </w:r>
      <w:r>
        <w:rPr>
          <w:lang w:eastAsia="zh-CN"/>
        </w:rPr>
        <w:br/>
      </w:r>
      <w:r>
        <w:rPr>
          <w:lang w:eastAsia="zh-CN"/>
        </w:rPr>
        <w:t xml:space="preserve">    小学教师个人工作总结精选文本 篇10 </w:t>
      </w:r>
      <w:r>
        <w:rPr>
          <w:lang w:eastAsia="zh-CN"/>
        </w:rPr>
        <w:br/>
      </w:r>
      <w:r>
        <w:rPr>
          <w:lang w:eastAsia="zh-CN"/>
        </w:rPr>
        <w:t>　　一、思想方面</w:t>
      </w:r>
      <w:r>
        <w:rPr>
          <w:lang w:eastAsia="zh-CN"/>
        </w:rPr>
        <w:br/>
      </w:r>
      <w:r>
        <w:rPr>
          <w:lang w:eastAsia="zh-CN"/>
        </w:rPr>
        <w:t>　　我积极参加学校组织的各项政治学习，思想上积极要求进步。自觉遵守学校各项规章制度，作风扎实，工作勤勤恳恳，任劳任怨。热爱党的教育事业，无私奉献。同时，严格要求自己，加强自己的理论学习和师德修养，并且务实地进行师德实践。作为一名党员，我积极参加党员会议，并且注意紧跟时代脉搏，关心国家发展和社会的进步，关心时事，学习党的各种理论知识；关心教育教学改革，学习新的教育教学理念，并把这些理念努力地贯彻到自己的教育教学实践中。</w:t>
      </w:r>
      <w:r>
        <w:rPr>
          <w:lang w:eastAsia="zh-CN"/>
        </w:rPr>
        <w:br/>
      </w:r>
      <w:r>
        <w:rPr>
          <w:lang w:eastAsia="zh-CN"/>
        </w:rPr>
        <w:t>　　二、教学方面</w:t>
      </w:r>
      <w:r>
        <w:rPr>
          <w:lang w:eastAsia="zh-CN"/>
        </w:rPr>
        <w:br/>
      </w:r>
      <w:r>
        <w:rPr>
          <w:lang w:eastAsia="zh-CN"/>
        </w:rPr>
        <w:t>　　我承担学校的教务工作，并担任五年级的语文教学工作。教务工作方面，制订详实可行的工作计划，积极开展各项教务活动，努力提高教师的综合素养。教学方面，我努力学习，更新教学理念，将最新的理念和方法带进课堂，让学生在轻松、愉悦的氛围中学习、成长。</w:t>
      </w:r>
      <w:r>
        <w:rPr>
          <w:lang w:eastAsia="zh-CN"/>
        </w:rPr>
        <w:br/>
      </w:r>
      <w:r>
        <w:rPr>
          <w:lang w:eastAsia="zh-CN"/>
        </w:rPr>
        <w:t>　　三、考勤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考勤是学校常规制度之一，对于维护学校的正常秩序十分重要。在过去的一年里，我严格遵守考勤制度：一年以来，从未出现无故旷工、病假、事假等情况。</w:t>
      </w:r>
      <w:r>
        <w:rPr>
          <w:lang w:eastAsia="zh-CN"/>
        </w:rPr>
        <w:br/>
      </w:r>
      <w:r>
        <w:rPr>
          <w:lang w:eastAsia="zh-CN"/>
        </w:rPr>
        <w:t>　　四、所取得的成绩</w:t>
      </w:r>
      <w:r>
        <w:rPr>
          <w:lang w:eastAsia="zh-CN"/>
        </w:rPr>
        <w:br/>
      </w:r>
      <w:r>
        <w:rPr>
          <w:lang w:eastAsia="zh-CN"/>
        </w:rPr>
        <w:t>　　春播、夏耕、秋收、冬藏，一年的辛劳，为的就是秋日的收获。回顾过去的一年，教务工作有条不紊，教学工作，成绩斐然。</w:t>
      </w:r>
      <w:r>
        <w:rPr>
          <w:lang w:eastAsia="zh-CN"/>
        </w:rPr>
        <w:br/>
      </w:r>
      <w:r>
        <w:rPr>
          <w:lang w:eastAsia="zh-CN"/>
        </w:rPr>
        <w:t>　　过去一年中，通过自己的努力，在各方面都取得了一定的进步。当然，还有很多不足。经验也好，教训也罢，都将是我人生征程中很宝贵的财富，他们必将很好的指引我以后人生的道路，指导我的思想以及我的工作。我也将一如既往，积极严格要求自己，在前进的道路上兢兢业业，不断进取！</w:t>
      </w:r>
      <w:r>
        <w:rPr>
          <w:lang w:eastAsia="zh-CN"/>
        </w:rPr>
        <w:br/>
      </w:r>
      <w:r>
        <w:rPr>
          <w:lang w:eastAsia="zh-CN"/>
        </w:rPr>
        <w:t xml:space="preserve">    小学教师个人工作总结精选文本 篇11 </w:t>
      </w:r>
      <w:r>
        <w:rPr>
          <w:lang w:eastAsia="zh-CN"/>
        </w:rPr>
        <w:br/>
      </w:r>
      <w:r>
        <w:rPr>
          <w:lang w:eastAsia="zh-CN"/>
        </w:rPr>
        <w:t>　　20__年3月28日，我在__学校参加了教管中心举办的学科渗透法制教育培训会，本次培训是由王云主任主讲，他从不同的侧面向全体参会人员讲述了学科渗透法制教育的重要性和可行性。通过本次培训，本人有一点粗浅的感悟，现写出来让同行共免。</w:t>
      </w:r>
      <w:r>
        <w:rPr>
          <w:lang w:eastAsia="zh-CN"/>
        </w:rPr>
        <w:br/>
      </w:r>
      <w:r>
        <w:rPr>
          <w:lang w:eastAsia="zh-CN"/>
        </w:rPr>
        <w:t>　　一、感悟收获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通过培训，使我思想灵魂得到了洗礼，并且深刻地认识到了当今法制教育刻不容缓，明白了教师不仅教书，还要育人的道理。在培训中我了解什么叫“学科教学渗透法制教育”，那就是以各学科的教学内容为依托，充分利用学科中固有的教学内容、教育契机和教学便利，有意识、有计划而又适度地渗透相关法律知识和法治理念的教育，以增强学生法制意识，激发学生法制情感，培养学生学法、知法、守法、用法的习惯和能力。</w:t>
      </w:r>
      <w:r>
        <w:rPr>
          <w:lang w:eastAsia="zh-CN"/>
        </w:rPr>
        <w:br/>
      </w:r>
      <w:r>
        <w:rPr>
          <w:lang w:eastAsia="zh-CN"/>
        </w:rPr>
        <w:t>　　通过本次培训，我还了解到如何在学科教学渗透法制教育方法：</w:t>
      </w:r>
      <w:r>
        <w:rPr>
          <w:lang w:eastAsia="zh-CN"/>
        </w:rPr>
        <w:br/>
      </w:r>
      <w:r>
        <w:rPr>
          <w:lang w:eastAsia="zh-CN"/>
        </w:rPr>
        <w:t>　　1、尊重教材教、教学，科学导入，分量适中、目标恰当，有机统一、一箭双雕。</w:t>
      </w:r>
      <w:r>
        <w:rPr>
          <w:lang w:eastAsia="zh-CN"/>
        </w:rPr>
        <w:br/>
      </w:r>
      <w:r>
        <w:rPr>
          <w:lang w:eastAsia="zh-CN"/>
        </w:rPr>
        <w:t>　　2、创设适当的情景，要找准渗透点，所渗透的法律知识不能过深，频率不要过高，时间不宜过长一般不超过五分钟。</w:t>
      </w:r>
      <w:r>
        <w:rPr>
          <w:lang w:eastAsia="zh-CN"/>
        </w:rPr>
        <w:br/>
      </w:r>
      <w:r>
        <w:rPr>
          <w:lang w:eastAsia="zh-CN"/>
        </w:rPr>
        <w:t>　　3、贴近实际、贴近生活、贴近学生，不牵强附会，自然和谐。</w:t>
      </w:r>
      <w:r>
        <w:rPr>
          <w:lang w:eastAsia="zh-CN"/>
        </w:rPr>
        <w:br/>
      </w:r>
      <w:r>
        <w:rPr>
          <w:lang w:eastAsia="zh-CN"/>
        </w:rPr>
        <w:t>　　总之，在教学活动中如果能恰当地渗透法制教育，不但不会增加学生的学习负担、心理负担，还可以提高学生的法制素养，增强学科知识与社会、法制三者的联系，促进学生对学科知识的理解、掌握</w:t>
      </w:r>
      <w:r>
        <w:rPr>
          <w:lang w:eastAsia="zh-CN"/>
        </w:rPr>
        <w:br/>
      </w:r>
      <w:r>
        <w:rPr>
          <w:lang w:eastAsia="zh-CN"/>
        </w:rPr>
        <w:t>　　和应用。从而让学生接受法制教育的过程，变成一个主动、快乐的学习过程，甚至是不知不觉的过程，即已完成法制教育的任务，既不会增加学生的学业负担，也不会增加学生。当然这样的结果是不会伤害学科本身的。</w:t>
      </w:r>
      <w:r>
        <w:rPr>
          <w:lang w:eastAsia="zh-CN"/>
        </w:rPr>
        <w:br/>
      </w:r>
      <w:r>
        <w:rPr>
          <w:lang w:eastAsia="zh-CN"/>
        </w:rPr>
        <w:t>　　二、我应该做的事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通过培训深感法制教育渗透学科教学的重要性，紧迫性。蓝天给白云的是一片洁白，海水给鱼儿的是一片温馨，呵护学生的心灵，就给学生的一片新天地。要能在教学中顺畅的渗透法律知识我感到首先就是要加强法律知识的学习，提高自身法制素养，解决好“一桶水”和“一碗水”的关系；其次就是了解学科教学中可渗透法律知识的点和可渗透的法律知识，这样才能打有准备的仗；再次是要精心备教，舍得花时间、精力准备拟渗透的法制内容，认真研究学科渗透法制教育的教育教学方法，增强教学吸引力和感染力，从而实现学生学科素养和法制素养的双提升，真正的做到让学生在获得文化知识的同时，也成为一名知法，懂法，守法，护法的好公民。</w:t>
      </w:r>
      <w:r>
        <w:rPr>
          <w:lang w:eastAsia="zh-CN"/>
        </w:rPr>
        <w:br/>
      </w:r>
      <w:r>
        <w:rPr>
          <w:lang w:eastAsia="zh-CN"/>
        </w:rPr>
        <w:t xml:space="preserve">    小学教师个人工作总结精选文本 篇12 </w:t>
      </w:r>
      <w:r>
        <w:rPr>
          <w:lang w:eastAsia="zh-CN"/>
        </w:rPr>
        <w:br/>
      </w:r>
      <w:r>
        <w:rPr>
          <w:lang w:eastAsia="zh-CN"/>
        </w:rPr>
        <w:t>　　20_年9月22日，很难忘的一天，这一天我怀揣着激动的心情踏进了__市实验二小的大门，在这之前我无数次的想象着进入这个学校之后的各种情况，也默默的在心底给自己拟了一个计划，希望自己能在实验二小这个家庭里成长起来，希望能够成为一名学生喜欢，家长尊重，领导认可的老师。初到实验二小，有幸得到领导们的信任，把三年级2班的数学课交给我，对于数学我不是很专业，但是对于教学因为曾经在私立学校任教过，所以有一点点的经验，我大胆的接受了领导的托付，同时担任三年级4个班的手工课，周末兴趣课中的书法和影视欣赏。时间如流水一般，从我们的粉笔尖上划过，留下的痕迹就是学生记忆中的知识，我不敢确定每一位孩子掌握了所有的知识，但我可以确定的是我在很用心的传道授业。</w:t>
      </w:r>
      <w:r>
        <w:rPr>
          <w:lang w:eastAsia="zh-CN"/>
        </w:rPr>
        <w:br/>
      </w:r>
      <w:r>
        <w:rPr>
          <w:lang w:eastAsia="zh-CN"/>
        </w:rPr>
        <w:t>　　一学期就要结束了，对于我来说是幸福满满，我收获了很多，学习到了很多，就从一下几个方面来说吧。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一、教学的指导思想。开学的种.种历历在目，我上的第一节课是《测量》，这节课是准备的很充分的，因为这节课是给领导们说课，在家用了很长时间备课，所以上起来也比较轻松。我的辅导老师是温柔可爱的庞老师，她说要听听我的课，于是上第二单元《万以内的加减法》时，我准备了一节，庞老师听后说慢条斯理，不慌不忙，形象适合当小学老师，但是还存在着很多的问题。在庞老师的指导下我才明白讲课之前一定要先读新课标和小教参，创设适合小学生思维能力的情境在课堂中，目的是使学生体会数学与大自然及人类社会的密切联系;体会数学的价值，增强理解数学和运用数学的信心;初步学会应用数学的思维方式去观察，分析，解决日常生活中的问题;形成勇于探索，勇于创新的科学精神;获得适应未来社会生活和进一步发展所必需的重要数学事实和必要的应用技能。</w:t>
      </w:r>
      <w:r>
        <w:rPr>
          <w:lang w:eastAsia="zh-CN"/>
        </w:rPr>
        <w:br/>
      </w:r>
      <w:r>
        <w:rPr>
          <w:lang w:eastAsia="zh-CN"/>
        </w:rPr>
        <w:t>　　二、怎样备课。之前认为备课写教案，就是按照自己的想法把一节课该怎么上一步一步的写出来。其实不然，指导老师庞老师告诉我，备课前一定要先想，我们为什么要学这个知识，在学习了这些内容后对孩子将来长大有什么帮助，本节课的内容能运用到生活中的那些地方，然后再设计思路，怎样能引导孩子自己去发现新知识。备课时不但备教材备教法还要备学生，提前了解学生的知识程度，根据教材内容及学生的实际，设计课的类型，拟定教学方法，认真写好教案，每一课都做到“有备而来”，每堂课都在课前做好充分的准备。为了及时掌握学生的动态，对于他们的课堂表现情况我都有记录，在当天的备课中备注哪些是要重点观察的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三、注重沟通。首先是与学生的沟通，每天上课起立时我都要孩子们给老师一个灿烂的微笑，带着轻松愉快的心情来学习，在课堂上特别注意调动学生的积极性，加强师生交流，充分体现学生学得容易，学得轻松，学得愉快，培养学生多动口动手动脑的能力。提倡“学生是教学活动的主体，教师成为教学活动的组织者、指导者、与参与者。”这一观念，学生成了学习的主人，学习成了他们的需求，学中有发现，学中有乐趣，学中有收获;另外，下课后我仍然留在教室和同学们一起玩，偶尔会教孩子们一些我们小时候玩的游戏，大课间的时候也会下去和孩子们一起跳大绳，增进与孩子之间的距离，我相信我能走进孩子的心里。其次是与班主任沟通，我们班的班主任是陈老师，一个教学经验非常丰富的好教师，她很照顾我这个新人，不懂的地方总是提醒我该怎么做，由于经验不够孩子不完成作业时让我不知所措，后来陈老师教我把权力放给组长，让孩子来帮助老师管理，让学生自己来监督，这样一方面老师不用每天盯着学生，另一方面还能培养小组长的责任心。最后是与家长的沟通，家庭作业是对当天所学知识的巩固，每天通过校信通把家庭作业告知家长，在家长的监督之下孩子的作业会完成的比较好。</w:t>
      </w:r>
      <w:r>
        <w:rPr>
          <w:lang w:eastAsia="zh-CN"/>
        </w:rPr>
        <w:br/>
      </w:r>
      <w:r>
        <w:rPr>
          <w:lang w:eastAsia="zh-CN"/>
        </w:rPr>
        <w:t>　　四、调整好自己的心态。每天看着孩子对于所学知识达不到自己预期的效果就会非常的生气，有时候会因为一节课而影响一天的心情，总想着孩子学不会怎么办，后来庞老师和我说，给孩子一个接受新事物的过程，不要急于求成，咱们大人也一样，当你遇到一个新鲜事物的时候很难理解，但是时间长了就好了，总要有一个消化的过程，于是我慢慢静下心来，整理孩子应该掌握的程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一学期就这样结束了，很紧张，很慌乱，我不敢说我把孩子教的有多么的优秀，只能说，对于工作我一定会更加努力，对于孩子我一定会倍加爱护，对于教育事业我要奋斗终身。</w:t>
      </w:r>
      <w:r>
        <w:rPr>
          <w:lang w:eastAsia="zh-CN"/>
        </w:rPr>
        <w:br/>
      </w:r>
      <w:r>
        <w:rPr>
          <w:lang w:eastAsia="zh-CN"/>
        </w:rPr>
        <w:t xml:space="preserve">    小学教师个人工作总结精选文本 篇13 </w:t>
      </w:r>
      <w:r>
        <w:rPr>
          <w:lang w:eastAsia="zh-CN"/>
        </w:rPr>
        <w:br/>
      </w:r>
      <w:r>
        <w:rPr>
          <w:lang w:eastAsia="zh-CN"/>
        </w:rPr>
        <w:t>　　20__年1月13日，我怀着忐忑不安的心情跨入了即将实习的学校--任县电力小学。在校长的领导下，我见到了我的指导老师兼实习班主任，一位很年轻、有魄力又有气质的女教师。在她的指引下，我很快认识了我的实习班级--二年级(3)班，认识了40个聪明可爱的孩子。那一张张稚气且有活力的小脸庞使我感觉到生活充满了希望。相聚时的陌生，分离时的不舍。实习的日子让我难以忘怀，同样感触颇深。</w:t>
      </w:r>
      <w:r>
        <w:rPr>
          <w:lang w:eastAsia="zh-CN"/>
        </w:rPr>
        <w:br/>
      </w:r>
      <w:r>
        <w:rPr>
          <w:lang w:eastAsia="zh-CN"/>
        </w:rPr>
        <w:t>　　作为一名教师，上好课是最基本的要求。虽然听了指导老师一周的课加之在校期间的试讲，自己觉得好多事都懂，但老师真正放手让我上课的那一瞬间，各种担心和害怕还是接踵而来。内心纠结，说到底还是经验不足。接下来的时间，为储备知识而忙碌，为完成整个教学过程而忙碌。生活因忙碌而充实，充实而有收获。最终通过了考验，在课堂上能独当一面。也真正体会到了“世上无难事，只要肯登攀”!</w:t>
      </w:r>
      <w:r>
        <w:rPr>
          <w:lang w:eastAsia="zh-CN"/>
        </w:rPr>
        <w:br/>
      </w:r>
      <w:r>
        <w:rPr>
          <w:lang w:eastAsia="zh-CN"/>
        </w:rPr>
        <w:t>　　教师的责任不仅在于教授学生知识，更在于引导他们学会生活和生存的基本技能及做人的基本行为准则。教师要对每一位学生负责，有责任引领学生走进知识的殿堂，学到更多的知识;有责任引领他们张开理想的风帆，驶向梦中的彼岸;有责任引领他们插上智慧的翅膀，翱翔在无尽的天空。不仅要着眼于学生目前的得失和苦乐，更要注重学生未来的发展和前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老师在传授知识的同时还要做好学生的朋友，聆听学生的心声，</w:t>
      </w:r>
      <w:r>
        <w:rPr>
          <w:lang w:eastAsia="zh-CN"/>
        </w:rPr>
        <w:br/>
      </w:r>
      <w:r>
        <w:rPr>
          <w:lang w:eastAsia="zh-CN"/>
        </w:rPr>
        <w:t>　　明白学生内心最真的需求和渴望。要知道在班上，人人都是小主人。要用爱心去培育孩子对集体、对他人的爱。一旦这种爱升华为对他人对社会的责任感，人格大树也就矗立起来了。</w:t>
      </w:r>
      <w:r>
        <w:rPr>
          <w:lang w:eastAsia="zh-CN"/>
        </w:rPr>
        <w:br/>
      </w:r>
      <w:r>
        <w:rPr>
          <w:lang w:eastAsia="zh-CN"/>
        </w:rPr>
        <w:t>　　课后反思也是教学中不可忽视的一个重要环节，它会帮助我们进步得更快。指导老师的建议和意见更是不可忽视，它可是提升我们实习教学效率的灵丹妙药。</w:t>
      </w:r>
      <w:r>
        <w:rPr>
          <w:lang w:eastAsia="zh-CN"/>
        </w:rPr>
        <w:br/>
      </w:r>
      <w:r>
        <w:rPr>
          <w:lang w:eastAsia="zh-CN"/>
        </w:rPr>
        <w:t>　　理论知识在实践中得到应用，有所收获，同样也看到了自己的不足之处。知识面有待于拓宽。教学时面对不同水平的学生该如何统筹兼顾，对于我来讲还是有难度的。</w:t>
      </w:r>
      <w:r>
        <w:rPr>
          <w:lang w:eastAsia="zh-CN"/>
        </w:rPr>
        <w:br/>
      </w:r>
      <w:r>
        <w:rPr>
          <w:lang w:eastAsia="zh-CN"/>
        </w:rPr>
        <w:t>　　一份春华，一份秋实。短期的社会实践，一晃而过，却让我从中领悟到了很多的东西，而这些宝贝我将终生受用。社会实践加深了我与社会各阶层人的感情，拉近了我与社会的距离。在社会实践中开拓了视野，增长了才干。同样，进一步明确了我们青年学生的成材之路与肩负的历史使命。社会才是我们学习和受教育的大课堂，在那片广阔的天地里，我们的人生价值得到了体现，为将来更加激烈的竞争打下坚实的基础。</w:t>
      </w:r>
      <w:r>
        <w:rPr>
          <w:lang w:eastAsia="zh-CN"/>
        </w:rPr>
        <w:br/>
      </w:r>
      <w:r>
        <w:rPr>
          <w:lang w:eastAsia="zh-CN"/>
        </w:rPr>
        <w:t>　　很感谢学校做的实习安排，让我有了这次实践机会。在实习的日子里，不论是欢笑还是泪水，都是我人生中不可多得的经历。它也将成为我今后走上工作岗位后的一笔财富，我将永远珍惜。</w:t>
      </w:r>
      <w:r>
        <w:rPr>
          <w:lang w:eastAsia="zh-CN"/>
        </w:rPr>
        <w:br/>
      </w:r>
      <w:r>
        <w:rPr>
          <w:lang w:eastAsia="zh-CN"/>
        </w:rPr>
        <w:t xml:space="preserve">    小学教师个人工作总结精选文本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时光飞逝，繁忙而又充实的20__学年度的第一学期即将过去。我担任四(1)班的班主任，根据四年级学生年段和心理特点，遵循教育规律，在学校的正确领导下，以身作则，教书育人，为人师表。认真做语文教学工作、有序开展班级管理工作。本学期来取得了一些进步，但也存在一些问题。现将班主任工作总结如下：</w:t>
      </w:r>
      <w:r>
        <w:rPr>
          <w:lang w:eastAsia="zh-CN"/>
        </w:rPr>
        <w:br/>
      </w:r>
      <w:r>
        <w:rPr>
          <w:lang w:eastAsia="zh-CN"/>
        </w:rPr>
        <w:t>　　一、班级管理以生为本</w:t>
      </w:r>
      <w:r>
        <w:rPr>
          <w:lang w:eastAsia="zh-CN"/>
        </w:rPr>
        <w:br/>
      </w:r>
      <w:r>
        <w:rPr>
          <w:lang w:eastAsia="zh-CN"/>
        </w:rPr>
        <w:t>　　四年级正处在小学阶段的转折点，教育好对他们小学高年段将起着很大的影响作用。新学期伊始，深感责任重，如何抓好班级管理工作?</w:t>
      </w:r>
      <w:r>
        <w:rPr>
          <w:lang w:eastAsia="zh-CN"/>
        </w:rPr>
        <w:br/>
      </w:r>
      <w:r>
        <w:rPr>
          <w:lang w:eastAsia="zh-CN"/>
        </w:rPr>
        <w:t>　　(一)以生为本，目标明确</w:t>
      </w:r>
      <w:r>
        <w:rPr>
          <w:lang w:eastAsia="zh-CN"/>
        </w:rPr>
        <w:br/>
      </w:r>
      <w:r>
        <w:rPr>
          <w:lang w:eastAsia="zh-CN"/>
        </w:rPr>
        <w:t>　　班主任工作要有预见性，要有超前意识也有主见。</w:t>
      </w:r>
      <w:r>
        <w:rPr>
          <w:lang w:eastAsia="zh-CN"/>
        </w:rPr>
        <w:br/>
      </w:r>
      <w:r>
        <w:rPr>
          <w:lang w:eastAsia="zh-CN"/>
        </w:rPr>
        <w:t>　　首先，班级管理要有明确的目标。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根据校训所提出“至真、至善、至美”培养目标，结合学校重视通过传统文化育人的倡议，结合本班特点和自己所长。通过主题班会最后确定了班级口号“礼之用，和为贵”简单基本的意思：按礼行事，当以平和宁静为本。也是我班所要达的班级目标，为此选取三字经的内容，制定了班规“人之初性本善亲师友习礼仪孝于亲所当执幼不学老何为”。利用主题班会学习解读分四层，第一，相信学生都是积极向上的，而且有做好学生的美好愿望，在发言中也表示要为此付出努力;第二，“亲师才能信道”前提是学会尊敬师长，学得礼仪，学会做人，与同学和睦相处，学生的理解更贴近实际;第三，爱国从爱家开始，首先要从生活小事做起去孝敬长辈，学生还举了小黄香的故事，还结合生活事例谈了怎么去做，胜过我的说教;第四，在小组发言中学生能联系三年级《和时间赛跑》，明白要开珍惜时间，还引用“少壮不努力老大徙伤悲”提出要抓紧时间紧时间，否则将一事无成。还结合班会，利用写个人目标的日记指导提出具体的实现措施，使班级目标与个人目标有机结合。将各项管理制度化，任务具体化，具体的任务要落实到个人。学生中的好典型做到及时公布、及时表扬奖励奖票，累积到十张换支票，即时激发他们的主动性。不足时及时提醒，严重违反提出批评，考试情况要及时通报，向管理要质量，要效果。</w:t>
      </w:r>
      <w:r>
        <w:rPr>
          <w:lang w:eastAsia="zh-CN"/>
        </w:rPr>
        <w:br/>
      </w:r>
      <w:r>
        <w:rPr>
          <w:lang w:eastAsia="zh-CN"/>
        </w:rPr>
        <w:t>　　其次，有效组织各项活动，充分挖掘教育因素。</w:t>
      </w:r>
      <w:r>
        <w:rPr>
          <w:lang w:eastAsia="zh-CN"/>
        </w:rPr>
        <w:br/>
      </w:r>
    </w:p>
    <w:p w:rsidR="001B1F19" w14:textId="27C3F48A">
      <w:pPr>
        <w:rPr>
          <w:rFonts w:hint="eastAsia"/>
          <w:lang w:eastAsia="zh-CN"/>
        </w:rPr>
      </w:pPr>
      <w:r>
        <w:rPr>
          <w:lang w:eastAsia="zh-CN"/>
        </w:rPr>
        <w:t>　　充分发挥主题班会和中队队会的作用，让思想教育更有效。一是提前做好准备，制作生动形象的符合主题的课件，让学生对班会有所期待。二要设计好班队活动的流程，不能一言堂而要让学生充分参与其中，如在班会和队会的过程中，既有小组的讨论，又要有游戏和情景剧表演，形式多样让学生动起来，寓教于乐，学生更能接受。三班会和队活动中明理之后，要有后续的导行，细化成具体的正面行为。如在开展“社会主义核心价值观”主题队会中，除了进行比赛背诵“富强民主文明和谐自由平等公正法治爱国敬业诚信友善”内容，还开展了相关内容的故事会，还让每个小组通过身边具体事例编成情景剧的表演来加深理解，让他们明白其实很小事做好就是践行了社会主义核心价值观，与我们平时的生活是息息相关的。为了展示学生的学习成果，进一步提高学生的认识，又开展了学习“社会主义核心价值观”手抄报比赛，有了前期的学习讨论，学生的体会比较深，手抄报出得比较好，明确了怎样才能更好在平时的的学习和生活中去实践“社会主义核心价值观”。校运会时，准备阶段的宣传鼓动“这是为班级争光的大好机会，也是提高自己运动水平最佳时机”。平时看到运动员，早到学校自己去操场训练，及时表扬他们不怕苦，坚持不懈顽强拼搏的精神，还在班集体中大力宣扬，让其他同学习他们积极向上，心中有集体的精神。功夫不负有心人，获得了年级第一名的成绩，赛后及时总结，还直接奖励学生支票的办法让全部运动员感到为班争光的荣耀，也让其他同学感受到“班荣我荣”，形成班级凝聚力。没有取得好成绩也是一种教育资源，这学期没评上“书香班级”，会利用读书课让学生分析原因，会得出在一些方面可能没有别的班做得好，还提出了一些改进的措施。之后读书的热情更高了，一到读书课会更自觉了。看到学生的转变，真有点“塞翁失马焉知非福”，换个角度才有这样的收获。</w:t>
      </w:r>
      <w:r>
        <w:rPr>
          <w:lang w:eastAsia="zh-CN"/>
        </w:rPr>
        <w:br/>
      </w:r>
      <w:r>
        <w:rPr>
          <w:lang w:eastAsia="zh-CN"/>
        </w:rPr>
        <w:t>　　(二)培养小助手，做好指导工作</w:t>
      </w:r>
      <w:r>
        <w:rPr>
          <w:lang w:eastAsia="zh-CN"/>
        </w:rPr>
        <w:br/>
      </w:r>
      <w:r>
        <w:rPr>
          <w:lang w:eastAsia="zh-CN"/>
        </w:rPr>
        <w:t>　　第一步，实行轮流“值日班长”让每一位学生都得到锻炼，积极参与班级管理中来，让他们体会到管班的不易，以后能听从其他班于的提醒，更加遵规章制度。第二步，通过全班评选，实行“值周班长”让能力更强的同学加强班级管理，发挥小主人意识，一方面树立班干部的充分发挥学生的主体作用对班干部严格要求。另一方面加强管理，毕竟是学生他们还不知道怎么开展班级管理。通过两天一点评</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https://d.book118.com/018120055010006044</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18120055010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