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关于小学数学教学工作总结模板锦集（33篇）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关于小学数学教学工作总结模板锦集（通用33篇）</w:t>
      </w:r>
      <w:r>
        <w:rPr>
          <w:lang w:eastAsia="zh-CN"/>
        </w:rPr>
        <w:br/>
      </w:r>
      <w:r>
        <w:rPr>
          <w:lang w:eastAsia="zh-CN"/>
        </w:rPr>
        <w:t xml:space="preserve">    关于小学数学教学工作总结模板锦集 篇1 </w:t>
      </w:r>
      <w:r>
        <w:rPr>
          <w:lang w:eastAsia="zh-CN"/>
        </w:rPr>
        <w:br/>
      </w:r>
      <w:r>
        <w:rPr>
          <w:lang w:eastAsia="zh-CN"/>
        </w:rPr>
        <w:t>　　光阴似箭，转眼一个学期的工作又即将结束，这一学期的工作忙碌而紧张，为了有一个好的结果，我勤奋学习，刻苦钻研，及时更新知识，不断提高教学和科研水平与能力。虚心向有经验的教师学习教学方法与教学技巧，认真听取他们的教诲。以认真负责的态度上好每堂课。以满腔的爱心关心学生，积极做好学生的思想政治工作，循循善诱，管教管导，既教书又育人，对学生一视同仁。做到深入学生，为学生排忧解难，为学生多办实事。能主动、认真地服从和配合学校各级领导安排的工作，与同事们团结协作，相互帮助，共同完成学校交给的各项工作任务。</w:t>
      </w:r>
      <w:r>
        <w:rPr>
          <w:lang w:eastAsia="zh-CN"/>
        </w:rPr>
        <w:br/>
      </w:r>
      <w:r>
        <w:rPr>
          <w:lang w:eastAsia="zh-CN"/>
        </w:rPr>
        <w:t>　　现将本学期的工作总结如下：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一、课程标准走进教师的心，进入课堂我们怎样教数学,《课程标准》对数学的教学内容，教学方式，教学评估教育价值观等多方面都提出了许多新的要求。新课程标准提出：小学数学教学改革的重要目标是改变学生的学习方式,要让学生积极主动地探索,发现解决数学问题的方法,发现数学的规律,教师应该转变角色,成为真正的组织者、引导者。让学生在解决问题中能够主动地调动相关知识，积极思维，通过自主学习，获得独立解决问题的能力。</w:t>
      </w:r>
      <w:r>
        <w:rPr>
          <w:lang w:eastAsia="zh-CN"/>
        </w:rPr>
        <w:br/>
      </w:r>
      <w:r>
        <w:rPr>
          <w:lang w:eastAsia="zh-CN"/>
        </w:rPr>
        <w:t>　　二、课堂教学，师生之间学生之间交往互动，共同发展。</w:t>
      </w:r>
      <w:r>
        <w:rPr>
          <w:lang w:eastAsia="zh-CN"/>
        </w:rPr>
        <w:br/>
      </w:r>
      <w:r>
        <w:rPr>
          <w:lang w:eastAsia="zh-CN"/>
        </w:rPr>
        <w:t>　　每位教师都是课堂教学的实践者，为保证新课程标准的落实，我把课堂教学作为有利于学生主动探索的数学学习环境，让学生在获得知识和技能的同时，在情感、态度价值观等方面都能够充分发展。作为教学改革的基本指导思想，把数学教学看成是师生之间学生之间交往互动，共同发展的过程。课前精心备课，撰写教案，回顾、反思写下自己执教时的切身体会或疏漏。课前准备不流于形式，变成一种实实在在的探索，课后的反思为以后的教学积累了许多有益的经验与启示，突破原有学科教学的封闭状态，把学生置于一种开放、主动、多元的学习环境和学习态势中。</w:t>
      </w:r>
      <w:r>
        <w:rPr>
          <w:lang w:eastAsia="zh-CN"/>
        </w:rPr>
        <w:br/>
      </w:r>
      <w:r>
        <w:rPr>
          <w:lang w:eastAsia="zh-CN"/>
        </w:rPr>
        <w:t>　　在总结成绩的同时，不断反思教学，以科研促课改，以创新求发展,努力处理好数学教学与现实生活的联系，努力处理好应用数学的意识与解决问题的重要性，重视培养学生应用数学的意识和能力。重视培养学生的探究意识和创新能力。</w:t>
      </w:r>
      <w:r>
        <w:rPr>
          <w:lang w:eastAsia="zh-CN"/>
        </w:rPr>
        <w:br/>
      </w:r>
      <w:r>
        <w:rPr>
          <w:lang w:eastAsia="zh-CN"/>
        </w:rPr>
        <w:t>　　三、创新评价，激励促进学生全面发展。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评价是作为全面考察学生的学习状况，激励学生的学习热情，促进学生全面发展的手段，也是作为教师反思和改进教学的有力手段。评价结果有利于树立学生学习数学的自信心，提高学生学习数学的兴趣，促进学生的发展。一份耕耘，一份收获。教学工作苦乐相伴。将本着"勤学、善思、实干"的准则，一如既往，再接再厉，把工作搞得更好。</w:t>
      </w:r>
      <w:r>
        <w:rPr>
          <w:lang w:eastAsia="zh-CN"/>
        </w:rPr>
        <w:br/>
      </w:r>
      <w:r>
        <w:rPr>
          <w:lang w:eastAsia="zh-CN"/>
        </w:rPr>
        <w:t>　　四、在这学期里，认真参加学校开展的各项活动。</w:t>
      </w:r>
      <w:r>
        <w:rPr>
          <w:lang w:eastAsia="zh-CN"/>
        </w:rPr>
        <w:br/>
      </w:r>
      <w:r>
        <w:rPr>
          <w:lang w:eastAsia="zh-CN"/>
        </w:rPr>
        <w:t>　　在课余的时间里，努力学习先进的教学经验，改变旧的教学观念，把新的教学理念运用在自己教育教学之上。</w:t>
      </w:r>
      <w:r>
        <w:rPr>
          <w:lang w:eastAsia="zh-CN"/>
        </w:rPr>
        <w:br/>
      </w:r>
      <w:r>
        <w:rPr>
          <w:lang w:eastAsia="zh-CN"/>
        </w:rPr>
        <w:t>　　五、教育学生要爱学校，爱班级、爱老师、爱同学。</w:t>
      </w:r>
      <w:r>
        <w:rPr>
          <w:lang w:eastAsia="zh-CN"/>
        </w:rPr>
        <w:br/>
      </w:r>
      <w:r>
        <w:rPr>
          <w:lang w:eastAsia="zh-CN"/>
        </w:rPr>
        <w:t>　　时常不失时机地抓住一切可以利用的机会对学生进行常规教育，对学生的行为习惯、文明礼貌、思想品格等方面逐步渗透爱的教育。对于学习落后的学生，我没有放弃他们，时常鼓励和帮助他们解决学习的困难，使他们有信心继续学习。用情去培育学生，用自己的行为给他们树立爱的榜样。</w:t>
      </w:r>
      <w:r>
        <w:rPr>
          <w:lang w:eastAsia="zh-CN"/>
        </w:rPr>
        <w:br/>
      </w:r>
      <w:r>
        <w:rPr>
          <w:lang w:eastAsia="zh-CN"/>
        </w:rPr>
        <w:t>　　总之，我认真地备好每一节课，在备课中，我认真钻研教材、教学用书。</w:t>
      </w:r>
      <w:r>
        <w:rPr>
          <w:lang w:eastAsia="zh-CN"/>
        </w:rPr>
        <w:br/>
      </w:r>
      <w:r>
        <w:rPr>
          <w:lang w:eastAsia="zh-CN"/>
        </w:rPr>
        <w:t>　　认真学习新课程标准的理念。虚心学习他人的先进经验。力求吃透教材，找准重点、难点。上课时认真讲课，力求抓住重点，突破难点。运用多种教学方法，从学生的实际出发，注意调动学生学习的积极性和创造性思维。在教学中，有意识地通过生活、实例、活动、游戏等形式引入新知识点，让学生感受数学知识在日常生活中处处存在。并通过学生的亲身感受、操作、实践、体验、讨论等方法，创设情景激发学生的学习兴趣，实现了学生感知知识形成的过程。</w:t>
      </w:r>
      <w:r>
        <w:rPr>
          <w:lang w:eastAsia="zh-CN"/>
        </w:rPr>
        <w:br/>
      </w:r>
      <w:r>
        <w:rPr>
          <w:lang w:eastAsia="zh-CN"/>
        </w:rPr>
        <w:t xml:space="preserve">    关于小学数学教学工作总结模板锦集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数学知识来源于生活，学习数学要与实际生活联系起来，这样才能学以致用。如脱离生活而只知盲目计算，就会变成纸上谈兵，变成书呆子，闹出大笑话。在数学教学中培养孩子的生活实践能力也是至关重要的。教学“长方体和正方体的认识”时我先介绍常见的电冰箱、粉笔盒、墨水瓶等实物后问：谁知道它是什么形状的？在此同时也让学生进行讨论、探索长方体跟正方体的特征，一下子说出了很多，最后，我要求学生用硬纸分别做一个正方体和一个长方体。这样，学生对抽象的长方体和正方体有感性的具体认识容易记忆，懂得运用，为学习它们的表面积打下了良好的基础，同时也把学习与生活进行了有机的结合。</w:t>
      </w:r>
      <w:r>
        <w:rPr>
          <w:lang w:eastAsia="zh-CN"/>
        </w:rPr>
        <w:br/>
      </w:r>
      <w:r>
        <w:rPr>
          <w:lang w:eastAsia="zh-CN"/>
        </w:rPr>
        <w:t>　　同时，数学知识的抽象性很强，而小学生却是以形象思维为主。为此，本学期我在教学新知时尽量利用生活中的感情材料进行直观教学，使学生便于理解和掌握。如：在教学“简单减法应用题”，我先拿来5块糖，把其中2块送给一个同学，再让学生根据我的做法用两句话表达出它的意思，此时学生能说：有编一道5块糖，送给__同学2块，还剩3块。在这道题的基础上我又让学生根据自己喜欢的物品，自由地编写题目，学生很快就编出了很多，抓住机会告诉学生像这样的题目在我们的数学里叫做应用题，从而初步了解了应用题的概念，同时也体会到了数学的美丽。</w:t>
      </w:r>
      <w:r>
        <w:rPr>
          <w:lang w:eastAsia="zh-CN"/>
        </w:rPr>
        <w:br/>
      </w:r>
      <w:r>
        <w:rPr>
          <w:lang w:eastAsia="zh-CN"/>
        </w:rPr>
        <w:t>　　一、知识完成情况：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1、使学生熟练地数出数量在20以内的物体的个数，会区分几个和第几个，掌握数的顺序和大小，掌握10以内各数的组成，会读、写1～20各数。</w:t>
      </w:r>
      <w:r>
        <w:rPr>
          <w:lang w:eastAsia="zh-CN"/>
        </w:rPr>
        <w:br/>
      </w:r>
      <w:r>
        <w:rPr>
          <w:lang w:eastAsia="zh-CN"/>
        </w:rPr>
        <w:t>　　2、使学生初步知道加、减法的含义和加、减法算式中各部分的名称，初步知道加法和减法的关系，比较熟练地计算一位数的加法和10以内的减法。</w:t>
      </w:r>
      <w:r>
        <w:rPr>
          <w:lang w:eastAsia="zh-CN"/>
        </w:rPr>
        <w:br/>
      </w:r>
      <w:r>
        <w:rPr>
          <w:lang w:eastAsia="zh-CN"/>
        </w:rPr>
        <w:t>　　3、使学生初步学会根据加、减法的含义解答求总数的加法应用题和求剩余的减法应用题。</w:t>
      </w:r>
      <w:r>
        <w:rPr>
          <w:lang w:eastAsia="zh-CN"/>
        </w:rPr>
        <w:br/>
      </w:r>
      <w:r>
        <w:rPr>
          <w:lang w:eastAsia="zh-CN"/>
        </w:rPr>
        <w:t>　　4、认识符号“=”、“&gt;”、“总结一下了，这样既对这学期的辛劳有个交代，也将为下学期的开学做个准备。本学期的教学工作，在紧张而充实的氛围中度过。</w:t>
      </w:r>
      <w:r>
        <w:rPr>
          <w:lang w:eastAsia="zh-CN"/>
        </w:rPr>
        <w:br/>
      </w:r>
      <w:r>
        <w:rPr>
          <w:lang w:eastAsia="zh-CN"/>
        </w:rPr>
        <w:t>　　从总体上来看，在学校领导的正确指导下，我能够顺利完成教学目标，让学生掌握了新知识，新理念，新方法，新思维，使我受益匪浅。为了激起学生的数学学习兴趣，更好地培育学生良好的学习气氛，针对本班实际情景，对这学期的教学工作详细总结如下。</w:t>
      </w:r>
      <w:r>
        <w:rPr>
          <w:lang w:eastAsia="zh-CN"/>
        </w:rPr>
        <w:br/>
      </w:r>
      <w:r>
        <w:rPr>
          <w:lang w:eastAsia="zh-CN"/>
        </w:rPr>
        <w:t>　　一、主要成果和经历：</w:t>
      </w:r>
      <w:r>
        <w:rPr>
          <w:lang w:eastAsia="zh-CN"/>
        </w:rPr>
        <w:br/>
      </w:r>
      <w:r>
        <w:rPr>
          <w:lang w:eastAsia="zh-CN"/>
        </w:rPr>
        <w:t>　　1、我首先用德律己。恪守教师职业道德，做到干一行，爱一行。勤奋学习，刻苦研究教材，精心备课，及时总结得失，更新学问，不断提高教学艺术。</w:t>
      </w:r>
      <w:r>
        <w:rPr>
          <w:lang w:eastAsia="zh-CN"/>
        </w:rPr>
        <w:br/>
      </w:r>
      <w:r>
        <w:rPr>
          <w:lang w:eastAsia="zh-CN"/>
        </w:rPr>
        <w:t>　　以认真坦诚的态度上好每一堂课，以满腔的爱心关怀学生，进取做好学生的思想工作，既教书又育人，对待学生一视同仁。本学期我每一天坚持按时签到，不旷课，不耽误学生的学习，能认真地完成学校领导布置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用心教学。针对本班学生的差别和年龄特性，因材施教。教学中重点做到精讲多练，注重运用直观演示、运用学具入手操作，精心设计练习课，使练习方式多样化，增强了练习效果。从不一样角度创设了课堂有效教学情境，整体上使每一位学生对学问、学艺都得到了不一样程度的提高。</w:t>
      </w:r>
      <w:r>
        <w:rPr>
          <w:lang w:eastAsia="zh-CN"/>
        </w:rPr>
        <w:br/>
      </w:r>
      <w:r>
        <w:rPr>
          <w:lang w:eastAsia="zh-CN"/>
        </w:rPr>
        <w:t>　　3、在课堂教学中正确处置了“教”与“学”，“学”与“导”的关系，把教与学的重点放在“学”上，在教法上着眼于“导”，以学生开展为本，激起学生的求知欲，诱导学生主动探究，主动参与认知构造的过程，促使学生乐学、会学、学会。</w:t>
      </w:r>
      <w:r>
        <w:rPr>
          <w:lang w:eastAsia="zh-CN"/>
        </w:rPr>
        <w:br/>
      </w:r>
      <w:r>
        <w:rPr>
          <w:lang w:eastAsia="zh-CN"/>
        </w:rPr>
        <w:t>　　4、完成了如下学问教学目标：认识并会读、会写小数;认识三角形的角、内角和、三角形的边、三角形按角分类、按边分类、三角形任意两边之和太于第三边;小数的加减法;四则运算;位置与方向;运算定律与简便计算;统计。课中，我认真研究教材、教学用书、力图吃透教材，找准重、难点，上课时力图抓住重点，打破难点。从学生实践动身，留意调动学生学习的进取性和发明性思想。</w:t>
      </w:r>
      <w:r>
        <w:rPr>
          <w:lang w:eastAsia="zh-CN"/>
        </w:rPr>
        <w:br/>
      </w:r>
      <w:r>
        <w:rPr>
          <w:lang w:eastAsia="zh-CN"/>
        </w:rPr>
        <w:t>　　二、存在的问题：</w:t>
      </w:r>
      <w:r>
        <w:rPr>
          <w:lang w:eastAsia="zh-CN"/>
        </w:rPr>
        <w:br/>
      </w:r>
      <w:r>
        <w:rPr>
          <w:lang w:eastAsia="zh-CN"/>
        </w:rPr>
        <w:t>　　1、部分学生学习目的不够明白，学习态度不够端正，上课听讲不认真，家庭作业经常不完成。</w:t>
      </w:r>
      <w:r>
        <w:rPr>
          <w:lang w:eastAsia="zh-CN"/>
        </w:rPr>
        <w:br/>
      </w:r>
      <w:r>
        <w:rPr>
          <w:lang w:eastAsia="zh-CN"/>
        </w:rPr>
        <w:t>　　2、有些家长对孩子的学习不够注重，不能进取与教师配合，构成了学习差。</w:t>
      </w:r>
      <w:r>
        <w:rPr>
          <w:lang w:eastAsia="zh-CN"/>
        </w:rPr>
        <w:br/>
      </w:r>
      <w:r>
        <w:rPr>
          <w:lang w:eastAsia="zh-CN"/>
        </w:rPr>
        <w:t>　　3、还有一部分学生做作业只讲数量、不讲质量，书写较差，正确率较低。</w:t>
      </w:r>
      <w:r>
        <w:rPr>
          <w:lang w:eastAsia="zh-CN"/>
        </w:rPr>
        <w:br/>
      </w:r>
      <w:r>
        <w:rPr>
          <w:lang w:eastAsia="zh-CN"/>
        </w:rPr>
        <w:t>　　三、今后努力方向：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1、本人还要经常充电，不断提升本身业务素质，充分应用直观，把难点分到各个层次中去，调动学生学习的进取性。让学生加强课堂强化练习，加强自学本事，争取教出更好的成果。</w:t>
      </w:r>
      <w:r>
        <w:rPr>
          <w:lang w:eastAsia="zh-CN"/>
        </w:rPr>
        <w:br/>
      </w:r>
      <w:r>
        <w:rPr>
          <w:lang w:eastAsia="zh-CN"/>
        </w:rPr>
        <w:t>　　2、要关注每一位学生的健康成长，让每一位学生在和谐的学校气氛中不仅仅学到了课本的知识，更重要的是使每一位学生的身心得到健康成长，让每一位小朋友都拥有一个欢乐而难忘的童年。</w:t>
      </w:r>
      <w:r>
        <w:rPr>
          <w:lang w:eastAsia="zh-CN"/>
        </w:rPr>
        <w:br/>
      </w:r>
      <w:r>
        <w:rPr>
          <w:lang w:eastAsia="zh-CN"/>
        </w:rPr>
        <w:t>　　3、我将再接再厉，艰苦奋斗，在平凡的岗位上干出更好的成绩来!</w:t>
      </w:r>
      <w:r>
        <w:rPr>
          <w:lang w:eastAsia="zh-CN"/>
        </w:rPr>
        <w:br/>
      </w:r>
      <w:r>
        <w:rPr>
          <w:lang w:eastAsia="zh-CN"/>
        </w:rPr>
        <w:t xml:space="preserve">    关于小学数学教学工作总结模板锦集 篇3 </w:t>
      </w:r>
      <w:r>
        <w:rPr>
          <w:lang w:eastAsia="zh-CN"/>
        </w:rPr>
        <w:br/>
      </w:r>
      <w:r>
        <w:rPr>
          <w:lang w:eastAsia="zh-CN"/>
        </w:rPr>
        <w:t>　　一学期即将过去，可以说紧张忙碌而收获多多。总体看，我认真执行学校教育教学工作计划，转变思想，积极探索，改革教学，在继续推进我校“自主——创新”课堂教学模式的同时，把新课程标准的新思想、新理念和数学课堂教学的新思路、新设想结合起来，转变思想，积极探索，改革教学，收到很好的效果。</w:t>
      </w:r>
      <w:r>
        <w:rPr>
          <w:lang w:eastAsia="zh-CN"/>
        </w:rPr>
        <w:br/>
      </w:r>
      <w:r>
        <w:rPr>
          <w:lang w:eastAsia="zh-CN"/>
        </w:rPr>
        <w:t>　　一、课程标准走进我的心，进入课堂</w:t>
      </w:r>
      <w:r>
        <w:rPr>
          <w:lang w:eastAsia="zh-CN"/>
        </w:rPr>
        <w:br/>
      </w:r>
      <w:r>
        <w:rPr>
          <w:lang w:eastAsia="zh-CN"/>
        </w:rPr>
        <w:t>　　怎样教数学，《国家数学课程标准》对数学的教学内容，教学方式，教学评估教育价值观等多方面都提出了许多新的要求。无疑我们每位数学教师身置其中去迎接这种挑战，是我们每位教师必须重新思考的问题。</w:t>
      </w:r>
      <w:r>
        <w:rPr>
          <w:lang w:eastAsia="zh-CN"/>
        </w:rPr>
        <w:br/>
      </w:r>
      <w:r>
        <w:rPr>
          <w:lang w:eastAsia="zh-CN"/>
        </w:rPr>
        <w:t>　　二、课堂教学，师生之间学生之间交往互动，共同发展。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本学期作为课堂教学的实践者，为保证新课程标准的落实，我把课堂教学作为有利于学生主动探索的数学学习环境，把学生在获得知识和技能的同时，在情感、态度价值观等方面都能够充分发展作为教学改革的基本指导思想。把数学教学看成是师生之间学生之间交往互动，共同发展的过程。在教研组长的带领下，紧扣新课程标准，和“自主——创新”的教学模式。在有限的时间吃透教材，撰写教案，根据本班学生情况说课、主讲、自评；积极利用各种教学资源，创造性地使用教材，反复推敲完善出精彩的案例。实践表明，这种备课方式，既照顾到班集的实际情况，又有利于教师之间的优势互补，从而整体提高备课水平。课前精心备课，撰写教案，实施以后趁记忆犹新，回顾、反思写下自己执教时的切身体会或疏漏，记下学生学习中的闪光点或困惑，是教师最宝贵的第一手资料，教学经验的积累和教训的吸取，对今后改进课堂教学和提高教师的教学水评是十分有用。课前准备不流于形式，变成一种实实在在的研究，课后的反思为以后的教学积累了许多有益的经验与启示。</w:t>
      </w:r>
      <w:r>
        <w:rPr>
          <w:lang w:eastAsia="zh-CN"/>
        </w:rPr>
        <w:br/>
      </w:r>
      <w:r>
        <w:rPr>
          <w:lang w:eastAsia="zh-CN"/>
        </w:rPr>
        <w:t>　　综合起来看教学活动兼顾到知识教育与人文教育的和谐统一，而这些都并非是一朝一夕就能完完成的。需要教师不断学习、不断修炼，提高文化水平与做人境界，这将是一个长期而非常有价值的努力过程。我总结的同时，不断反思教学，以自我提升促课改，以创新求发展，不断地将公开课上的精华延伸运用于日常教学实践。努力处理好数学教学与现实生活的联系，努力处理好应用意识与解决问题的重要性，重视培养学生应用数学的意识和能力。重视培养学生的探究意识和创新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常思考，常研究，常总结，以自研促课改，以创新求发展，进一步转变教育观念，坚持“以人为本，促进学生全面发展，打好基础，培养学生创新能力”，以“自主——创新”课堂教学模式的研究与运用为重点，努力实现教学高质量，课堂高效率。</w:t>
      </w:r>
      <w:r>
        <w:rPr>
          <w:lang w:eastAsia="zh-CN"/>
        </w:rPr>
        <w:br/>
      </w:r>
      <w:r>
        <w:rPr>
          <w:lang w:eastAsia="zh-CN"/>
        </w:rPr>
        <w:t>　　三、创新评价，激励促进学生全面发展。</w:t>
      </w:r>
      <w:r>
        <w:rPr>
          <w:lang w:eastAsia="zh-CN"/>
        </w:rPr>
        <w:br/>
      </w:r>
      <w:r>
        <w:rPr>
          <w:lang w:eastAsia="zh-CN"/>
        </w:rPr>
        <w:t>　　我把评价作为全面考察学生的学习状况，激励学生的学习热情，促进学生全面发展的手段，也作为自我反思和改进教学的有力手段。</w:t>
      </w:r>
      <w:r>
        <w:rPr>
          <w:lang w:eastAsia="zh-CN"/>
        </w:rPr>
        <w:br/>
      </w:r>
      <w:r>
        <w:rPr>
          <w:lang w:eastAsia="zh-CN"/>
        </w:rPr>
        <w:t>　　对学生的学习评价，既关注学生知识与技能的理解和掌握，更关注他们情感与态度的形成和发展；既关注学生数学学习的结果，更关注他们在学习过程中的变化和发展。抓基础知识的掌握，抓课堂作业的堂堂清，采用定性与定量相结合，定量采用等级制，定性采用评语的形式，更多地关注学生已经掌握了什么，获得了那些进步，具备了什么能力。使评价结果有利于树立学生学习数学的自信心，提高学生学习数学的兴趣，促进学生的发展。例如：“这几天我们学习了长度单位《分米的认识》，同学们通过自己的努力，能收集、记录较远的路程，知道如何推测、估计较远的距离，在这方面是班里最好的。但在语言表达方面有一定的困难，希继续努力。等级评定，优。”这个以定性为主的评语，是学生与老师的一次情感交流，学生获得了成功的体验，树立了学好数学的自信心，也知道了哪些方面应该继续努力。</w:t>
      </w:r>
      <w:r>
        <w:rPr>
          <w:lang w:eastAsia="zh-CN"/>
        </w:rPr>
        <w:br/>
      </w:r>
      <w:r>
        <w:rPr>
          <w:lang w:eastAsia="zh-CN"/>
        </w:rPr>
        <w:t>　　本学期我在作业评价方面做了一些尝试，做法是老师对一日作业做出评价，学生自查后给予改正。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总之，在这学期工作的基础上，我还需要不断从中发现问题，提升自己的教育教学水平，使自己的价值在工作中得到体现，在学生的学习中得到映射。二年级数学教学总结初中数学教学总结初一数学教学总结</w:t>
      </w:r>
      <w:r>
        <w:rPr>
          <w:lang w:eastAsia="zh-CN"/>
        </w:rPr>
        <w:br/>
      </w:r>
      <w:r>
        <w:rPr>
          <w:lang w:eastAsia="zh-CN"/>
        </w:rPr>
        <w:t xml:space="preserve">    关于小学数学教学工作总结模板锦集 篇4 </w:t>
      </w:r>
      <w:r>
        <w:rPr>
          <w:lang w:eastAsia="zh-CN"/>
        </w:rPr>
        <w:br/>
      </w:r>
      <w:r>
        <w:rPr>
          <w:lang w:eastAsia="zh-CN"/>
        </w:rPr>
        <w:t>　　近些天，参加了中小学幼儿园教师全员培训，倾听并观看了范存丽和周卫红老师的专题讲座《激发小学生数学学习兴趣的教学策略》。又有了一些新的收获。</w:t>
      </w:r>
      <w:r>
        <w:rPr>
          <w:lang w:eastAsia="zh-CN"/>
        </w:rPr>
        <w:br/>
      </w:r>
      <w:r>
        <w:rPr>
          <w:lang w:eastAsia="zh-CN"/>
        </w:rPr>
        <w:t>　　对“兴趣”这个词有了更深入近来的理解。兴趣指兴致，对事物喜好或关切的情绪。它是人们力求认识某种事物和从事某项活动的意识倾向。它表现为人们对某件事物、某项活动的选择性态度和积极的情绪反应。兴趣是指直接兴趣和间接兴趣。直接兴趣是指对活动过程的兴趣。间接兴趣主要是指对活动过程所产生结果的兴趣。直接兴趣和间接兴趣是相互联系相互促进的.。只有把直接兴趣和间接兴趣有机地结合起来，才能充分发挥每一个人的积极性和创造性，才能持之以恒，目标明确，取得成功。</w:t>
      </w:r>
      <w:r>
        <w:rPr>
          <w:lang w:eastAsia="zh-CN"/>
        </w:rPr>
        <w:br/>
      </w:r>
      <w:r>
        <w:rPr>
          <w:lang w:eastAsia="zh-CN"/>
        </w:rPr>
        <w:t>　　影响学生兴趣的三个因素是老师、数学和教学方式。</w:t>
      </w:r>
      <w:r>
        <w:rPr>
          <w:lang w:eastAsia="zh-CN"/>
        </w:rPr>
        <w:br/>
      </w:r>
      <w:r>
        <w:rPr>
          <w:lang w:eastAsia="zh-CN"/>
        </w:rPr>
        <w:t>　　讲座中讲了通过调查了解到的学生喜欢什么样和不喜欢什么样的数学老师。这对我们平常教学中的行为，能够起到一些指导作用。</w:t>
      </w:r>
      <w:r>
        <w:rPr>
          <w:lang w:eastAsia="zh-CN"/>
        </w:rPr>
        <w:br/>
      </w:r>
      <w:r>
        <w:rPr>
          <w:lang w:eastAsia="zh-CN"/>
        </w:rPr>
        <w:t>　　在学校生活和教学中要尽力怎样做，争取得到学生的喜爱，做一个学生喜欢的老师呢？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讲座中这样讲：从情感交流层面看，学生喜欢真心待自己、有爱心、很宽容的老师；喜欢公平的老师；喜欢经常鼓励同学的老师。从行为层面看，教师喜欢学生，要在行为上表现出来，学生能感受到的爱心，才能发挥作用，教师不能总寄希望于“日久见人心”。从教师的个性特征层面讲，学生喜欢温柔的，善良的，大方的幽默的教师；喜欢能和同学一起做游戏的教师；喜欢每天都高高兴兴地上课，高高兴兴地下课的教师。喜欢知识丰富的教师。从教师的责任感层面讲，学生喜欢负责任的，认真讲课的教师。从教学习惯层面，学生喜欢留作业少而精，下课很准时的老师；学生喜欢上课多提问，多给同学想问题时间的教师；学生喜欢让同学发表自己意见的教师。</w:t>
      </w:r>
      <w:r>
        <w:rPr>
          <w:lang w:eastAsia="zh-CN"/>
        </w:rPr>
        <w:br/>
      </w:r>
      <w:r>
        <w:rPr>
          <w:lang w:eastAsia="zh-CN"/>
        </w:rPr>
        <w:t>　　小学中喜欢怎样的教学方式呢？这对我们改进教学方式，以激发学生的学习兴趣，提高我们的教学效率有帮助，教学中可以作为借鉴。</w:t>
      </w:r>
      <w:r>
        <w:rPr>
          <w:lang w:eastAsia="zh-CN"/>
        </w:rPr>
        <w:br/>
      </w:r>
      <w:r>
        <w:rPr>
          <w:lang w:eastAsia="zh-CN"/>
        </w:rPr>
        <w:t>　　小学生喜欢这样的教学方式：师生互动；教师多讲些著名数学家的故事，多讲一些有趣的数学问题；经常做一些数学小游戏，或安排抢答题；多动手；运用动画课件学习数学；不能拖沓，要有效率；讲课最好要画一些图，让学生更容易理解；最好让教室敞开着，到外面去上数学课，开阔视野，心情舒畅的学习知识。给学生自己思考的时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数学课堂教学中教师要利用一些可行的教学方式、教学方法，让学生体验到“数学好玩”，学生就一定能形成喜欢数学的倾向，进而产生对数学的浓厚兴趣，增强愉悦的情感体验，保持持久的学习热情，促发孩子的创造思维，形成爱学、会学的良好状态。然而在现行的数学教学中，教师侧重于技术性训练，只关注数学学习有天分的孩子，对学习一般的孩子关注太少。使原来对数学很有兴趣的学生，变为了做题的机器，对数学的兴趣逐渐被抹杀了。</w:t>
      </w:r>
      <w:r>
        <w:rPr>
          <w:lang w:eastAsia="zh-CN"/>
        </w:rPr>
        <w:br/>
      </w:r>
      <w:r>
        <w:rPr>
          <w:lang w:eastAsia="zh-CN"/>
        </w:rPr>
        <w:t>　　当然也不能走另一种极端，教学中过分关注学生的兴趣，有趣的故事情节、大量的动手操作占用了课堂的大部分时间，数学课结束了还没有揭示数学的本来面貌，学生还没有体会到数学的真谛。</w:t>
      </w:r>
      <w:r>
        <w:rPr>
          <w:lang w:eastAsia="zh-CN"/>
        </w:rPr>
        <w:br/>
      </w:r>
      <w:r>
        <w:rPr>
          <w:lang w:eastAsia="zh-CN"/>
        </w:rPr>
        <w:t>　　范存丽周卫红老师的讲座，向我们介绍了怎样在数学教学中激发学生的兴趣。教学中我们可以利用这样的方法。</w:t>
      </w:r>
      <w:r>
        <w:rPr>
          <w:lang w:eastAsia="zh-CN"/>
        </w:rPr>
        <w:br/>
      </w:r>
      <w:r>
        <w:rPr>
          <w:lang w:eastAsia="zh-CN"/>
        </w:rPr>
        <w:t>　　一、创设情境使学生别有生趣。</w:t>
      </w:r>
      <w:r>
        <w:rPr>
          <w:lang w:eastAsia="zh-CN"/>
        </w:rPr>
        <w:br/>
      </w:r>
      <w:r>
        <w:rPr>
          <w:lang w:eastAsia="zh-CN"/>
        </w:rPr>
        <w:t>　　低年级的小学生对动画片非常感兴趣，我们可以把数学知识用动画片中的角色呈现出来。让学生学习起来兴趣盎然。</w:t>
      </w:r>
      <w:r>
        <w:rPr>
          <w:lang w:eastAsia="zh-CN"/>
        </w:rPr>
        <w:br/>
      </w:r>
      <w:r>
        <w:rPr>
          <w:lang w:eastAsia="zh-CN"/>
        </w:rPr>
        <w:t>　　二、贴近生活使学生感受数学的魅力。我们的课堂要选取同学生密切相关的题材。</w:t>
      </w:r>
      <w:r>
        <w:rPr>
          <w:lang w:eastAsia="zh-CN"/>
        </w:rPr>
        <w:br/>
      </w:r>
      <w:r>
        <w:rPr>
          <w:lang w:eastAsia="zh-CN"/>
        </w:rPr>
        <w:t>　　三、提供争辩的空间，使学生乐享学习过程。</w:t>
      </w:r>
      <w:r>
        <w:rPr>
          <w:lang w:eastAsia="zh-CN"/>
        </w:rPr>
        <w:br/>
      </w:r>
      <w:r>
        <w:rPr>
          <w:lang w:eastAsia="zh-CN"/>
        </w:rPr>
        <w:t>　　传统的数学是老师为主体，老师答疑、解惑，老师喋喋不休的讲解。吴宗宪老师改变了这种方法采用了一种新的教学方式争辩。针对一个问题，让学生参与进来，通过情感的互动，思维的碰撞来解决问题。学生从中体验到了学习的快乐。四、挖掘潜能学生在自我建构中感受进步。</w:t>
      </w:r>
      <w:r>
        <w:rPr>
          <w:lang w:eastAsia="zh-CN"/>
        </w:rPr>
        <w:br/>
      </w:r>
      <w:r>
        <w:rPr>
          <w:lang w:eastAsia="zh-CN"/>
        </w:rPr>
        <w:t>　　新课标中提倡一种学习方式研究性学习，让孩子“在游泳中学会游泳”，在摸爬滚打的真实经历中学习知识，领悟方法，在探索中获得成功的心理体验。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杨存丽、周卫红老师的专题讲座，向我们提出了几点让数学学习变得有趣的几点建议：</w:t>
      </w:r>
      <w:r>
        <w:rPr>
          <w:lang w:eastAsia="zh-CN"/>
        </w:rPr>
        <w:br/>
      </w:r>
      <w:r>
        <w:rPr>
          <w:lang w:eastAsia="zh-CN"/>
        </w:rPr>
        <w:t>　　一、了解儿童的心理需求</w:t>
      </w:r>
      <w:r>
        <w:rPr>
          <w:lang w:eastAsia="zh-CN"/>
        </w:rPr>
        <w:br/>
      </w:r>
      <w:r>
        <w:rPr>
          <w:lang w:eastAsia="zh-CN"/>
        </w:rPr>
        <w:t>　　我们要熟悉儿童的心理，了解儿童需求，把握儿童的认知规律，进一步改进和完善教学方法。</w:t>
      </w:r>
      <w:r>
        <w:rPr>
          <w:lang w:eastAsia="zh-CN"/>
        </w:rPr>
        <w:br/>
      </w:r>
      <w:r>
        <w:rPr>
          <w:lang w:eastAsia="zh-CN"/>
        </w:rPr>
        <w:t>　　二、挖掘教材趣味因素</w:t>
      </w:r>
      <w:r>
        <w:rPr>
          <w:lang w:eastAsia="zh-CN"/>
        </w:rPr>
        <w:br/>
      </w:r>
      <w:r>
        <w:rPr>
          <w:lang w:eastAsia="zh-CN"/>
        </w:rPr>
        <w:t>　　要创造性的使用教材，把数学内容变得生动、具体、有趣。</w:t>
      </w:r>
      <w:r>
        <w:rPr>
          <w:lang w:eastAsia="zh-CN"/>
        </w:rPr>
        <w:br/>
      </w:r>
      <w:r>
        <w:rPr>
          <w:lang w:eastAsia="zh-CN"/>
        </w:rPr>
        <w:t>　　三、采用恰当的教学方法、手段。</w:t>
      </w:r>
      <w:r>
        <w:rPr>
          <w:lang w:eastAsia="zh-CN"/>
        </w:rPr>
        <w:br/>
      </w:r>
      <w:r>
        <w:rPr>
          <w:lang w:eastAsia="zh-CN"/>
        </w:rPr>
        <w:t>　　四、永葆童心换位思考</w:t>
      </w:r>
      <w:r>
        <w:rPr>
          <w:lang w:eastAsia="zh-CN"/>
        </w:rPr>
        <w:br/>
      </w:r>
      <w:r>
        <w:rPr>
          <w:lang w:eastAsia="zh-CN"/>
        </w:rPr>
        <w:t>　　教师要从孩子的角度考虑问题，课堂上孩子的“奇思妙想”“异想天开”教师要在意，不要将成人化的数学学习方式呈现在孩子面前。</w:t>
      </w:r>
      <w:r>
        <w:rPr>
          <w:lang w:eastAsia="zh-CN"/>
        </w:rPr>
        <w:br/>
      </w:r>
      <w:r>
        <w:rPr>
          <w:lang w:eastAsia="zh-CN"/>
        </w:rPr>
        <w:t>　　五、“营养、好吃”二者兼得</w:t>
      </w:r>
      <w:r>
        <w:rPr>
          <w:lang w:eastAsia="zh-CN"/>
        </w:rPr>
        <w:br/>
      </w:r>
      <w:r>
        <w:rPr>
          <w:lang w:eastAsia="zh-CN"/>
        </w:rPr>
        <w:t>　　数学的趣味性和数学的本质要二者兼顾。</w:t>
      </w:r>
      <w:r>
        <w:rPr>
          <w:lang w:eastAsia="zh-CN"/>
        </w:rPr>
        <w:br/>
      </w:r>
      <w:r>
        <w:rPr>
          <w:lang w:eastAsia="zh-CN"/>
        </w:rPr>
        <w:t>　　六、循序渐进，由表及里</w:t>
      </w:r>
      <w:r>
        <w:rPr>
          <w:lang w:eastAsia="zh-CN"/>
        </w:rPr>
        <w:br/>
      </w:r>
      <w:r>
        <w:rPr>
          <w:lang w:eastAsia="zh-CN"/>
        </w:rPr>
        <w:t>　　以上方法是有递进关系的，是由表及里的，要根据学生的年龄特点和学习内容循序渐进。通过这次培训，我觉得在职教师了解一些新的教学思想，学习一些新的教学方法，对我们的数学教学是很有好处的，是有帮助的。</w:t>
      </w:r>
      <w:r>
        <w:rPr>
          <w:lang w:eastAsia="zh-CN"/>
        </w:rPr>
        <w:br/>
      </w:r>
      <w:r>
        <w:rPr>
          <w:lang w:eastAsia="zh-CN"/>
        </w:rPr>
        <w:t xml:space="preserve">    关于小学数学教学工作总结模板锦集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通分是分数基本性质的一种应用,是学生在掌握了分数的基本性质,和求两个数的最小公倍数,同分母、同分子分数大小的比较的基础上进行教学的。通分是分数四则运算的重要基础,是比较异分母分数大小和计算异分母分数加减法的重要步骤。</w:t>
      </w:r>
      <w:r>
        <w:rPr>
          <w:lang w:eastAsia="zh-CN"/>
        </w:rPr>
        <w:br/>
      </w:r>
      <w:r>
        <w:rPr>
          <w:lang w:eastAsia="zh-CN"/>
        </w:rPr>
        <w:t>　　在学习新知识前,先安排了求两个数的最小公倍数和分数的基本性质、比较分数的大小的复习。让学生回忆了两个数是互质数关系、倍数关系和一般关系时怎样求它们的最小公倍数;还有同分子同分母分数的大小比较的依据。为学习通分打基础,分散了教学中的难点。在教学例4时,“同学们你们喜吃豆类食品吗?”出示例题,让学生体会用学到的数学知识来解决生活中的问题,生活中处处有数学。学生独立解决黄豆和蚕豆谁的蛋白质含量高?并在班内交流自己方法。在这一环节内学生根据以前所学知识出现了三种方法,首先肯定每种方法都能解决本节内容的基础上指出,把遇到的新的问题转化成以前所学的知识来解决这是一种好的学习方法,然后优化转回到重点理解把异分母分数化成同分母分数比较大小的过程,在这一环节我让学生分组讨论两个问题:</w:t>
      </w:r>
      <w:r>
        <w:rPr>
          <w:lang w:eastAsia="zh-CN"/>
        </w:rPr>
        <w:br/>
      </w:r>
      <w:r>
        <w:rPr>
          <w:lang w:eastAsia="zh-CN"/>
        </w:rPr>
        <w:t>　　1、用什么数作公分母?</w:t>
      </w:r>
      <w:r>
        <w:rPr>
          <w:lang w:eastAsia="zh-CN"/>
        </w:rPr>
        <w:br/>
      </w:r>
      <w:r>
        <w:rPr>
          <w:lang w:eastAsia="zh-CN"/>
        </w:rPr>
        <w:t>　　2、根据什么把异分母分数化成和原来相等的同分母?让学生明白用最小公倍数作公分母比较简便些。然后揭示课题通分,并用幻灯片出示通分的概念。练习题的设计由浅入深,与生活紧密联系。最后进行了课堂总结,让学生自己说一说通过这节课,你获得了哪些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反思本节课,第一,前面的复习练习到位,所以在学生独立解决问题和班内交流时大部分学生利用了通分这一方法解决问题。第二,设疑激趣,有效调动学生学习的积极性。我充分利用教材的主题图,从提炼出问题,激起学生思想认识冲突,使学生主动去探究习得知识。第三,数学生活化。在练习中我注意联系生活实际,让学生置身于现实的情境中学习,收到很好的效果。当然也出现了一些不足,黄豆和蚕豆谁的蛋白质含量高时,学生说黄豆的含量高,我没有抓住这个说法,去激发学生的思维碰撞。另外,在引导学生确定公分母时,引导不够到位。如:学生说到用公倍数20作公分母时,我说这道题除了用20作公分母外,还可以用哪些数?学生说还可以用40、60、80等。这时,我直接让学生说出用哪个数比较简便。然后教师解释为什么。要是让学生说出以40为公分母你是怎样做的。让学生自己发现为什么用最小公倍数作公分母比较简便。</w:t>
      </w:r>
      <w:r>
        <w:rPr>
          <w:lang w:eastAsia="zh-CN"/>
        </w:rPr>
        <w:br/>
      </w:r>
      <w:r>
        <w:rPr>
          <w:lang w:eastAsia="zh-CN"/>
        </w:rPr>
        <w:t>　　在今后的教学中,我还将继续努力,不断探索,以期打造更加高效的数学课堂。</w:t>
      </w:r>
      <w:r>
        <w:rPr>
          <w:lang w:eastAsia="zh-CN"/>
        </w:rPr>
        <w:br/>
      </w:r>
      <w:r>
        <w:rPr>
          <w:lang w:eastAsia="zh-CN"/>
        </w:rPr>
        <w:t xml:space="preserve">    关于小学数学教学工作总结模板锦集 篇6 </w:t>
      </w:r>
      <w:r>
        <w:rPr>
          <w:lang w:eastAsia="zh-CN"/>
        </w:rPr>
        <w:br/>
      </w:r>
      <w:r>
        <w:rPr>
          <w:lang w:eastAsia="zh-CN"/>
        </w:rPr>
        <w:t>　　数学是个神奇的世界，有不少学生产生了浓厚的兴趣。为此，训练学生的思维活动是重中之重。开展趣味数学活动，目的是进一步增强社员学习数学的信心，感受数学的魅力，享受数学学习的乐趣，让社员们体验“学数学，其乐无穷；用数学，无处不在；爱数学，受益终身”，让大家感悟数学之美，拥有一双用数学观察世界的眼睛，拥有一个用数学思维认识世界的头脑，从而去发现，去创造。通过这学期的活动，开拓了学生的知识面，学生学习数学的兴趣有了很大的提高，下面四年级（2）班就对本学期的工作做以简单的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一、兴趣小组活动安排</w:t>
      </w:r>
      <w:r>
        <w:rPr>
          <w:lang w:eastAsia="zh-CN"/>
        </w:rPr>
        <w:br/>
      </w:r>
      <w:r>
        <w:rPr>
          <w:lang w:eastAsia="zh-CN"/>
        </w:rPr>
        <w:t>　　形成以数学教研组为“中枢”，全体数学教职员工为“神经”，每个参与活动的学生为“细胞”的兴趣小组活动体系。开展以“口算、速算” “思维开发” “行程问题” “解决问题的逻辑思维能力”为主线，具有形式多样的趣味性教学活动。学生自由选择主题各异的兴趣小组，根据教师的安排，完成相应的学习任务。</w:t>
      </w:r>
      <w:r>
        <w:rPr>
          <w:lang w:eastAsia="zh-CN"/>
        </w:rPr>
        <w:br/>
      </w:r>
      <w:r>
        <w:rPr>
          <w:lang w:eastAsia="zh-CN"/>
        </w:rPr>
        <w:t>　　整个学期的教学活动能够顺利进行，最重要的是整个教学体系能够安排的合理、到位。算术思维是数学教学的重中之重，能够以此为教学主线，完全符合数学兴趣小组的主题。由学生自主选择兴趣小组，并开展与之切合的教学活动，不仅可以调动学生的积极性，提高学习效率，而且更有利于进一步发展学生的兴趣爱好。</w:t>
      </w:r>
      <w:r>
        <w:rPr>
          <w:lang w:eastAsia="zh-CN"/>
        </w:rPr>
        <w:br/>
      </w:r>
      <w:r>
        <w:rPr>
          <w:lang w:eastAsia="zh-CN"/>
        </w:rPr>
        <w:t>　　二、日常教学活动</w:t>
      </w:r>
      <w:r>
        <w:rPr>
          <w:lang w:eastAsia="zh-CN"/>
        </w:rPr>
        <w:br/>
      </w:r>
      <w:r>
        <w:rPr>
          <w:lang w:eastAsia="zh-CN"/>
        </w:rPr>
        <w:t>　　1、抓出勤：有道是：没有规矩，不成方圆。在开班前，首先对按时上课这个问题必须严肃提出。因为在有些学生的意识中，没有重视的态度。学生出勤是社团展开最为基本的条件。</w:t>
      </w:r>
      <w:r>
        <w:rPr>
          <w:lang w:eastAsia="zh-CN"/>
        </w:rPr>
        <w:br/>
      </w:r>
      <w:r>
        <w:rPr>
          <w:lang w:eastAsia="zh-CN"/>
        </w:rPr>
        <w:t>　　2、抓纪律：上课纪律是直接影响到教学质量的因素。虽然为社团活动，但最为基本的纪律问题也要重视。要综合学生的上课风格，扬长避短，营造出活泼但不放肆、轻松但不随便的课堂氛围。在每次的社团活动中根据学生的课堂表现和发言情况实行加分、扣分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3、重备课：社团活动备课不需要陈词老套，但也丝毫不能疏忽。备课要从培养学生兴趣入手，选择学生们感兴趣的，学习起来较容易的而又有必要的活动教案，每次课前都制作好课件。</w:t>
      </w:r>
      <w:r>
        <w:rPr>
          <w:lang w:eastAsia="zh-CN"/>
        </w:rPr>
        <w:br/>
      </w:r>
      <w:r>
        <w:rPr>
          <w:lang w:eastAsia="zh-CN"/>
        </w:rPr>
        <w:t>　　4、重上课：一节课的社团活动时间，怎样抓住学生的眼球，调动学生的思绪，是门学问。结合学生年龄特点，奉行“活泼上课，轻松学习”的宗旨，给他们充分的时间，用于和别人一起质疑、探讨、释疑、感悟。正如新课标所述，教师的作用应该是巧作点拨，而非灌输。给学生自己说的空间，调动起他们的积极性。学生们学习兴趣一浓，再加教师巧妙引导，一切也就水到渠成了。</w:t>
      </w:r>
      <w:r>
        <w:rPr>
          <w:lang w:eastAsia="zh-CN"/>
        </w:rPr>
        <w:br/>
      </w:r>
      <w:r>
        <w:rPr>
          <w:lang w:eastAsia="zh-CN"/>
        </w:rPr>
        <w:t>　　三、教学思维</w:t>
      </w:r>
      <w:r>
        <w:rPr>
          <w:lang w:eastAsia="zh-CN"/>
        </w:rPr>
        <w:br/>
      </w:r>
      <w:r>
        <w:rPr>
          <w:lang w:eastAsia="zh-CN"/>
        </w:rPr>
        <w:t>　　(1)选择新奇的内容，引发学生的学习兴趣</w:t>
      </w:r>
      <w:r>
        <w:rPr>
          <w:lang w:eastAsia="zh-CN"/>
        </w:rPr>
        <w:br/>
      </w:r>
      <w:r>
        <w:rPr>
          <w:lang w:eastAsia="zh-CN"/>
        </w:rPr>
        <w:t>　　小学生的思维以直观形象为主，可多选择选择一些图形兼并的习题为内容。或是选择一些趣味性强而又富有知识点的游戏也可以起到激发学生学习的热情。</w:t>
      </w:r>
      <w:r>
        <w:rPr>
          <w:lang w:eastAsia="zh-CN"/>
        </w:rPr>
        <w:br/>
      </w:r>
      <w:r>
        <w:rPr>
          <w:lang w:eastAsia="zh-CN"/>
        </w:rPr>
        <w:t>　　(2)选择活动内容应贴近学生的生活</w:t>
      </w:r>
      <w:r>
        <w:rPr>
          <w:lang w:eastAsia="zh-CN"/>
        </w:rPr>
        <w:br/>
      </w:r>
      <w:r>
        <w:rPr>
          <w:lang w:eastAsia="zh-CN"/>
        </w:rPr>
        <w:t>　　根据“切身性策略”，学生如果遇到自己过去经验中熟悉的东西，与自己未来目标相联系的事物或使自己充当主要角色的事情都会产生浓厚的兴趣。兴趣小组可以应用这一策略选择与学生生活密切联系的内容。</w:t>
      </w:r>
      <w:r>
        <w:rPr>
          <w:lang w:eastAsia="zh-CN"/>
        </w:rPr>
        <w:br/>
      </w:r>
      <w:r>
        <w:rPr>
          <w:lang w:eastAsia="zh-CN"/>
        </w:rPr>
        <w:t>　　（3）选择活动内容应紧密联系课堂教学内容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组织兴趣小组活动如果局限于课本内容，学生会感到乏味;如果脱离课本内容太远，学生会高度焦虑，正常的动机激励水平应在上述二者之间找到一个平衡点，因此选择内容应体现综合应用学科知识的水平。（4）改变原有的课堂教学方法，组织生动有趣的实践活动前苏联教育家苏霍姆林斯基提出:要满足学生的精神需要，必须让学生过着丰富的精神生活。学生在学习活动，体育运动，社会交往和其他方面的活动中，获得丰富的生活体验，情绪体验。</w:t>
      </w:r>
      <w:r>
        <w:rPr>
          <w:lang w:eastAsia="zh-CN"/>
        </w:rPr>
        <w:br/>
      </w:r>
      <w:r>
        <w:rPr>
          <w:lang w:eastAsia="zh-CN"/>
        </w:rPr>
        <w:t>　　开展活动，可以使客观事物在学生的头脑中产生感觉形象，并依赖感知觉进行思维，形成抽象概念，使学生认识和理解客观世物，同时学生在活动中得到自我表现和发展的机会。因此，组织兴趣小组要在“动”字上下功夫。</w:t>
      </w:r>
      <w:r>
        <w:rPr>
          <w:lang w:eastAsia="zh-CN"/>
        </w:rPr>
        <w:br/>
      </w:r>
      <w:r>
        <w:rPr>
          <w:lang w:eastAsia="zh-CN"/>
        </w:rPr>
        <w:t>　　(5)组织兴趣小组要挖掘内部因素，使学生的学习兴趣保持长久学生的学习兴趣如果只停留在表面的猎奇，是不能持久的，只有转向内部动力才能长久保持。</w:t>
      </w:r>
      <w:r>
        <w:rPr>
          <w:lang w:eastAsia="zh-CN"/>
        </w:rPr>
        <w:br/>
      </w:r>
      <w:r>
        <w:rPr>
          <w:lang w:eastAsia="zh-CN"/>
        </w:rPr>
        <w:t>　　经过一学期数学思维社团的学习，社团成员的整体数学应用能力有了较大的提高，学习数学的热情也更加积极，同时更培养了学生们如何发现问题，思考问题，解决问题，增强了他们独立思考和善于协作的能力。但是在这个学期的教学过程当中，我们也发现了诸如教学内容安排上还存在一些不足之处。这也是我们在未来工作中需要重视和进步的地方。相信在不断积累社团活动教学经验的基础之上，扬长避短，取得更大的成绩。</w:t>
      </w:r>
      <w:r>
        <w:rPr>
          <w:lang w:eastAsia="zh-CN"/>
        </w:rPr>
        <w:br/>
      </w:r>
      <w:r>
        <w:rPr>
          <w:lang w:eastAsia="zh-CN"/>
        </w:rPr>
        <w:t xml:space="preserve">    关于小学数学教学工作总结模板锦集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数学教学设计是数学教学的预案，是一种课堂教学前对教学实践的计划。这一计划在课堂上的实施可能出现一些课前没有预想到的一些情况。如与我们设想的不同，多数学生在理解概念上出现了困难。又如，某些教学材料的选择和安排并不如我们预想的那样有效。当然，也有些情况与我们预想的完全相同。总结教学设计和实践中的优点和不足是教学反思的基本内容。</w:t>
      </w:r>
      <w:r>
        <w:rPr>
          <w:lang w:eastAsia="zh-CN"/>
        </w:rPr>
        <w:br/>
      </w:r>
      <w:r>
        <w:rPr>
          <w:lang w:eastAsia="zh-CN"/>
        </w:rPr>
        <w:t>　　仅是总结优点和不足是不够的，教学反思应该更进一步，即明确教学设计合理性的理论基础是什么？不足的原因是什么？应该如何改进？因此数学教学反思可以在宏观层面，如是否符合某种教育理念。但是我认为，要使反思成为有效的教师专业发展途径，反思一定要回到一些微观层面。特别是不能只停留在教育学层面来反思数学教学。</w:t>
      </w:r>
      <w:r>
        <w:rPr>
          <w:lang w:eastAsia="zh-CN"/>
        </w:rPr>
        <w:br/>
      </w:r>
      <w:r>
        <w:rPr>
          <w:lang w:eastAsia="zh-CN"/>
        </w:rPr>
        <w:t>　　根据以上分析，我们认为：教学反思主要可以从数学教学是否能够体现数学本质、数学教学和数学学习三个方面来进行。以下就三节直线与平面垂直判定的教学进行的浅见，供同行们参考。</w:t>
      </w:r>
      <w:r>
        <w:rPr>
          <w:lang w:eastAsia="zh-CN"/>
        </w:rPr>
        <w:br/>
      </w:r>
      <w:r>
        <w:rPr>
          <w:lang w:eastAsia="zh-CN"/>
        </w:rPr>
        <w:t>　　一、数学本质</w:t>
      </w:r>
      <w:r>
        <w:rPr>
          <w:lang w:eastAsia="zh-CN"/>
        </w:rPr>
        <w:br/>
      </w:r>
      <w:r>
        <w:rPr>
          <w:lang w:eastAsia="zh-CN"/>
        </w:rPr>
        <w:t>　　数学的本质是多方面的，是区别于其他学科而且是数学科学本身所特有的特征。例如，数学提供了一些有特色的思考问题方式，如从数据中进行推理、最优化、直观分析与理性分析等。这些思考问题方式区别于其他学科的思维方式。直线与平面垂直的概念与判定体现了将复杂问题简单化、降维、直观分析与理性分析等数学特有的思考问题的方式。将直线与任意直线垂直这样复杂的问题转化为与两条相交直线垂直关系的判定，体现了简单化、降维的思维方式。能够通过数学知识和方法承载的数学思考问题的方式的揭示，将为学生提供体会数学思考问题方式提供必要的外部条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我认为：本节课应体现的数学特有的思考问题方式有是“简单化”，具体有两个方面：第一，从任意直线、无数条到两条相交直线，第二，利用直线与直线位置关系来判定直线与平面的位置关系。就此而言，第一节和第三节课上均得到了较好地体现。两位数学教师均通过分析应用概念来判定直线与平面垂直的复杂性来说明简单化直线与平面垂直判定条件的必要性。教学中，任意、无数条到两条相交直线与已知直线的位置关系的简化过程很好地体现了简单化的思考问题方式。</w:t>
      </w:r>
      <w:r>
        <w:rPr>
          <w:lang w:eastAsia="zh-CN"/>
        </w:rPr>
        <w:br/>
      </w:r>
      <w:r>
        <w:rPr>
          <w:lang w:eastAsia="zh-CN"/>
        </w:rPr>
        <w:t>　　二、数学教学</w:t>
      </w:r>
      <w:r>
        <w:rPr>
          <w:lang w:eastAsia="zh-CN"/>
        </w:rPr>
        <w:br/>
      </w:r>
      <w:r>
        <w:rPr>
          <w:lang w:eastAsia="zh-CN"/>
        </w:rPr>
        <w:t>　　数学教学包含多方面的内容，如教学目标是否适当、明确，教学重点是否突出、教学内容、活动是否有利于达到教学目标（即教学内容和教学活动安排是否合理），教学媒体使用是否合理等内容。</w:t>
      </w:r>
      <w:r>
        <w:rPr>
          <w:lang w:eastAsia="zh-CN"/>
        </w:rPr>
        <w:br/>
      </w:r>
      <w:r>
        <w:rPr>
          <w:lang w:eastAsia="zh-CN"/>
        </w:rPr>
        <w:t>　　本文只就数学教学是否有利于促进学生的数学知识的形成、教学内容和活动设计是否有利于教学目标达成两个方面进行部分反思。</w:t>
      </w:r>
      <w:r>
        <w:rPr>
          <w:lang w:eastAsia="zh-CN"/>
        </w:rPr>
        <w:br/>
      </w:r>
      <w:r>
        <w:rPr>
          <w:lang w:eastAsia="zh-CN"/>
        </w:rPr>
        <w:t>　　1.知识的形成过程实际上是为了确定新知识的生长点和有效的知识形成方式，也就是向学习者揭示新旧知识之间联系，是有意义学习的必要条件。如从实际背景中感知直线与平面垂直的形象，抽象得到直线与平面垂直的定义，通过立竿见影揭示直线与平面垂直的概念，就较好地体现了直线与平面垂直概念的形成过程。其中直线与平面垂直的直观形象与概念的生长点，而抽象、解释、归纳和概况是形成直线与平面垂直概念有效的方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从三节课可以看出，教师都非常重视概念的形成过程的教学，这与以往的概念教学有些区别。这一点是值得肯定的。然而，三个教学方案中存在一个非常重要的问题没有得到足够的重视：多数学生在感知直线与平面垂直的直观形象后，会如何定义直线与平面垂直呢？据课堂观察，多数学生很容易从图形直观抽取出直线与平面垂直的位置关系，但是要促进学生概念的形成，教师需要充分考虑学生可能给出概念的定义水平。</w:t>
      </w:r>
      <w:r>
        <w:rPr>
          <w:lang w:eastAsia="zh-CN"/>
        </w:rPr>
        <w:br/>
      </w:r>
      <w:r>
        <w:rPr>
          <w:lang w:eastAsia="zh-CN"/>
        </w:rPr>
        <w:t>　　教学中，虽然有教师要求学生给出概念的定义，但是后续的教学过程基本上没有认真对待学生可能给出的定义水平。如教师提出问题之后，很快就到立竿见影的演示，希望学生能够从中归纳概况出概念。如果我们充分考虑学生可能给出的概念定义水平，那么可要求学生自己给出直线与平面垂直概念的定义，然后通过辨别（是一种基本的概念认知方式）、解释等活动来促进学生形成正确的数学概念。在三个教学案例中，教师基本上没有给学生更多的辨析的时间和机会，而是在力求引导学生。</w:t>
      </w:r>
      <w:r>
        <w:rPr>
          <w:lang w:eastAsia="zh-CN"/>
        </w:rPr>
        <w:br/>
      </w:r>
      <w:r>
        <w:rPr>
          <w:lang w:eastAsia="zh-CN"/>
        </w:rPr>
        <w:t>　　在判定定理的归纳、概况过程中，三位教师都较好地把握了定理的形成过程。如，在辨别任意、无数的基础上，结合折纸实验和观察实物，可以有效地促进学生归纳出直线与平面垂直的判定定理。</w:t>
      </w:r>
      <w:r>
        <w:rPr>
          <w:lang w:eastAsia="zh-CN"/>
        </w:rPr>
        <w:br/>
      </w:r>
      <w:r>
        <w:rPr>
          <w:lang w:eastAsia="zh-CN"/>
        </w:rPr>
        <w:t>　　2.教学内容和活动设计是否有利于教学目标达成。教学目标的定向作用表现在教学内容、教学活动、教学策略、教学媒体的选择和安排都要能否实现目标为基本的依据。如教学活动要使学生掌握某种数学技能，那么对应的教学内容必须要安排相应的练习题，学生必须要独立进行练习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显然，要充分发挥目标的定向（或导向）作用，首先要考虑教学目标的描述要恰当。如，有教师将这节课的一个目标描述为：“能应用判定定理证明一些空间位置关系的简单命题”。由于空间位置关系的简单命题不够具体和明确，所以教师在选择相应材料时就会较为模糊。我们认为可以将目标改为“能应用判定定理证明直线和平面垂直的问题（或简单问题）”。</w:t>
      </w:r>
      <w:r>
        <w:rPr>
          <w:lang w:eastAsia="zh-CN"/>
        </w:rPr>
        <w:br/>
      </w:r>
      <w:r>
        <w:rPr>
          <w:lang w:eastAsia="zh-CN"/>
        </w:rPr>
        <w:t>　　第二，要认真分析达成学习（或教学）目标的支持性条件。如，要使学生能够应用判定定理证明直线与平面垂直，首先要提高学生对定理条件线索有一定的认知，并有一定的敏感性。显然，教学设计中，三位教师都注意到对定理条件的认知。如，通过折纸实验来解释相交和平面内两线索的重要性或关键性。但相对来说，绍兴的陈老师的设计得更科学些。他在教学中除了上述教学活动外，还要求学生在长方体中寻找与某一平面垂直的直线，并说明理由。这一活动可以将学生的注意力集中到判定定理的条件线索。</w:t>
      </w:r>
      <w:r>
        <w:rPr>
          <w:lang w:eastAsia="zh-CN"/>
        </w:rPr>
        <w:br/>
      </w:r>
      <w:r>
        <w:rPr>
          <w:lang w:eastAsia="zh-CN"/>
        </w:rPr>
        <w:t>　　要提高对条件线索的敏感性，就需要同类问题的解决经验，并形成归纳。这就要求后续的练习应围绕“线线垂直”线索的寻求或判定为重点，从而达到突出条件线索的相似性。这一点绍兴的陈老师的设计符合学习的规律。</w:t>
      </w:r>
      <w:r>
        <w:rPr>
          <w:lang w:eastAsia="zh-CN"/>
        </w:rPr>
        <w:br/>
      </w:r>
      <w:r>
        <w:rPr>
          <w:lang w:eastAsia="zh-CN"/>
        </w:rPr>
        <w:t>　　然而，黄岩中学的黄老师就更多的受到教材本身的影响，及以教材提供的练习作为学生练习的材料。实际上，分析这些材料，我们会发现，这些练习题（中心、重心）的判定应用的知识较多，不易突出判定定理的条件线索。</w:t>
      </w:r>
      <w:r>
        <w:rPr>
          <w:lang w:eastAsia="zh-CN"/>
        </w:rPr>
        <w:br/>
      </w:r>
      <w:r>
        <w:rPr>
          <w:lang w:eastAsia="zh-CN"/>
        </w:rPr>
        <w:t>　　三、数学学习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影响数学学习的因素很多，我们教师在数学学习这一层次上分析教学，主要应侧重对影响数学学习的因素进行分析，如是否充分调动了学生学习的积极性，教学材料和数学活动的安排是否考虑到是否考虑到学生的的知识水平和心理发展水平等。教师可以通过这一层面的反思来确定教学过程中某些教学处理、教学材料的选择和安排的作用、或者缺陷。</w:t>
      </w:r>
      <w:r>
        <w:rPr>
          <w:lang w:eastAsia="zh-CN"/>
        </w:rPr>
        <w:br/>
      </w:r>
      <w:r>
        <w:rPr>
          <w:lang w:eastAsia="zh-CN"/>
        </w:rPr>
        <w:t>　　在此，我要对影响“直线与平面垂直概念及其判定”的另一个容易忽视的因素，即数学知识本身的多少及其复杂性进行分析。</w:t>
      </w:r>
      <w:r>
        <w:rPr>
          <w:lang w:eastAsia="zh-CN"/>
        </w:rPr>
        <w:br/>
      </w:r>
      <w:r>
        <w:rPr>
          <w:lang w:eastAsia="zh-CN"/>
        </w:rPr>
        <w:t>　　研究表明：这一因素是影响数学学校效率的重要因素。三个教学方案中，主要涉及以下新知识：</w:t>
      </w:r>
      <w:r>
        <w:rPr>
          <w:lang w:eastAsia="zh-CN"/>
        </w:rPr>
        <w:br/>
      </w:r>
      <w:r>
        <w:rPr>
          <w:lang w:eastAsia="zh-CN"/>
        </w:rPr>
        <w:t>　　（1）直线与平面垂直的概念</w:t>
      </w:r>
      <w:r>
        <w:rPr>
          <w:lang w:eastAsia="zh-CN"/>
        </w:rPr>
        <w:br/>
      </w:r>
      <w:r>
        <w:rPr>
          <w:lang w:eastAsia="zh-CN"/>
        </w:rPr>
        <w:t>　　（2）直线与平面垂直的判定定理及其应用另外，直线与平面垂直的判定定理涉及到三条直线和一个平面四个元素，及其两条直线在平面内，两条直线相交和两个两条直线垂直关系等六个位置关系，根据工作记忆理论研究，这样的知识是较为复杂的性。因此要让多数学生在一节课内理解和掌握它将存在一定的困难。为此，教学上应仅可能将学生的学习重点放在直线与判定定理及其应用。如果增加知识</w:t>
      </w:r>
      <w:r>
        <w:rPr>
          <w:lang w:eastAsia="zh-CN"/>
        </w:rPr>
        <w:br/>
      </w:r>
      <w:r>
        <w:rPr>
          <w:lang w:eastAsia="zh-CN"/>
        </w:rPr>
        <w:t>　　（3）将会导致多数学生学习效率降低。因此，建议将“，则”的应用放在第二节课上。</w:t>
      </w:r>
      <w:r>
        <w:rPr>
          <w:lang w:eastAsia="zh-CN"/>
        </w:rPr>
        <w:br/>
      </w:r>
      <w:r>
        <w:rPr>
          <w:lang w:eastAsia="zh-CN"/>
        </w:rPr>
        <w:t xml:space="preserve">    关于小学数学教学工作总结模板锦集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一个学期的工作已经结束，下面对该学期我的数学教学工作进行总结。</w:t>
      </w:r>
      <w:r>
        <w:rPr>
          <w:lang w:eastAsia="zh-CN"/>
        </w:rPr>
        <w:br/>
      </w:r>
      <w:r>
        <w:rPr>
          <w:lang w:eastAsia="zh-CN"/>
        </w:rPr>
        <w:t>　　一、基本工作</w:t>
      </w:r>
      <w:r>
        <w:rPr>
          <w:lang w:eastAsia="zh-CN"/>
        </w:rPr>
        <w:br/>
      </w:r>
      <w:r>
        <w:rPr>
          <w:lang w:eastAsia="zh-CN"/>
        </w:rPr>
        <w:t>　　在这一个学期里，我一如既往，在思想上严于律己，热爱党的教育事业，时时刻刻以一个人民教师的标准来严格约束自己，鞭策自己；做到听从领导，服从分配，出满勤，干满点，圆满完成各项工作任务；力争在思想上、工作上在同事、学生的心目中树立起一个老教师应具备的形象。</w:t>
      </w:r>
      <w:r>
        <w:rPr>
          <w:lang w:eastAsia="zh-CN"/>
        </w:rPr>
        <w:br/>
      </w:r>
      <w:r>
        <w:rPr>
          <w:lang w:eastAsia="zh-CN"/>
        </w:rPr>
        <w:t>　　本学期我主要担任五年级五丁班数学学科的教学工作。工作中能做到认真负责，深入班级对学生的个性、学习习惯以及学生接受能力、探索能力、学习成绩等做了深入了解，根据实际情况联系新形势下创新工作教学的特点具体做了以下工作:</w:t>
      </w:r>
      <w:r>
        <w:rPr>
          <w:lang w:eastAsia="zh-CN"/>
        </w:rPr>
        <w:br/>
      </w:r>
      <w:r>
        <w:rPr>
          <w:lang w:eastAsia="zh-CN"/>
        </w:rPr>
        <w:t>　　1、从学生的听课抓起。通过观察五丁班学生大部分比较聪明，但他们的学习习惯相当差，自由散漫，惟我独尊。课堂上至少有半数学生不会听课，自主学习意识更加单薄。针对这种情况，针对他们的聪慧特点从他们自主学习抓起，教他们学会学习，怎样探索，树立他们学习的自信心，激励他们做学习的小主人等措施。从而达到教会学生学会学习的目的。</w:t>
      </w:r>
      <w:r>
        <w:rPr>
          <w:lang w:eastAsia="zh-CN"/>
        </w:rPr>
        <w:br/>
      </w:r>
      <w:r>
        <w:rPr>
          <w:lang w:eastAsia="zh-CN"/>
        </w:rPr>
        <w:t>　　2、从基本功抓起。有的学生数学基本功很差，甚至是最基本的加减计算错误率都很高，我只得想方设法方法训练学</w:t>
      </w:r>
      <w:r>
        <w:rPr>
          <w:lang w:eastAsia="zh-CN"/>
        </w:rPr>
        <w:br/>
      </w:r>
      <w:r>
        <w:rPr>
          <w:lang w:eastAsia="zh-CN"/>
        </w:rPr>
        <w:t>　　生，通过训练来提高学生的计算能力。对此我在班级中采取了每天一练、小小‘医生’就是我学生与学生动，相互找错、久错等活动强化学生基本功的提高。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3、紧抓学生作业不放，想尽办法杜绝不按时交作业的现象。接手这个班不久我就发现这批学生很懒。接手这个班时，课后作业近半数、课堂作业至少有三分之一同学不按时交，拖欠作业现象十分严重。为解决这个问题，我在做有关学生思想教育工作的同时积极与其家长联系，进行交流、沟通；对学生采取当堂作业当堂交，家庭作业次日早上到校必须交的办法。学生交后立即检查，及时批阅。如有拖欠作业的，一经发现，必须马上解决。前一天家庭作业或当天上午数学课上的作业未完成，中午解决；下午数学课上的作业未完成，放学后解决。这样在一定程度上解决拖欠作业的问题，现在基本杜绝拖欠作业的现象。</w:t>
      </w:r>
      <w:r>
        <w:rPr>
          <w:lang w:eastAsia="zh-CN"/>
        </w:rPr>
        <w:br/>
      </w:r>
      <w:r>
        <w:rPr>
          <w:lang w:eastAsia="zh-CN"/>
        </w:rPr>
        <w:t>　　4、培优辅差。这学期我本着培优辅差的工作思路，采取让优等生优上加优、让差生有若变优的措施，成立了数学兴趣小组。对学生采取树信心、培训兴趣、加强基本技能的补习与训练，以提高班级整体素质。</w:t>
      </w:r>
      <w:r>
        <w:rPr>
          <w:lang w:eastAsia="zh-CN"/>
        </w:rPr>
        <w:br/>
      </w:r>
      <w:r>
        <w:rPr>
          <w:lang w:eastAsia="zh-CN"/>
        </w:rPr>
        <w:t>　　5、积极与学生家长沟通。与学生家长多沟通，可更有效地发挥教育作用。我把学生的家长电话号码作以记录，随时向家长汇报其孩子在校的学习情况。这里的汇报不单单是给学生告状，而多半是抓住学生的点滴进步与其家长</w:t>
      </w:r>
      <w:r>
        <w:rPr>
          <w:lang w:eastAsia="zh-CN"/>
        </w:rPr>
        <w:br/>
      </w:r>
      <w:r>
        <w:rPr>
          <w:lang w:eastAsia="zh-CN"/>
        </w:rPr>
        <w:t>　　交流沟通，使其家长增强配合教师积极教育孩子的信心，以实现我们的工作目标。</w:t>
      </w:r>
      <w:r>
        <w:rPr>
          <w:lang w:eastAsia="zh-CN"/>
        </w:rPr>
        <w:br/>
      </w:r>
      <w:r>
        <w:rPr>
          <w:lang w:eastAsia="zh-CN"/>
        </w:rPr>
        <w:t>　　二、今后工作打算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本学期已经结束，我打算在今后工作中，一如既往，继续实施自己制定的工作思路，带好自己所教班级的学生，在做好教育教学工作的同时，严格遵守学校的各项规章制度。不论是学校分到的哪一项工作，我都要配合同事尽自己的最大努力把工作做好。</w:t>
      </w:r>
      <w:r>
        <w:rPr>
          <w:lang w:eastAsia="zh-CN"/>
        </w:rPr>
        <w:br/>
      </w:r>
      <w:r>
        <w:rPr>
          <w:lang w:eastAsia="zh-CN"/>
        </w:rPr>
        <w:t xml:space="preserve">    关于小学数学教学工作总结模板锦集 篇9 </w:t>
      </w:r>
      <w:r>
        <w:rPr>
          <w:lang w:eastAsia="zh-CN"/>
        </w:rPr>
        <w:br/>
      </w:r>
      <w:r>
        <w:rPr>
          <w:lang w:eastAsia="zh-CN"/>
        </w:rPr>
        <w:t>　　一、备好课</w:t>
      </w:r>
      <w:r>
        <w:rPr>
          <w:lang w:eastAsia="zh-CN"/>
        </w:rPr>
        <w:br/>
      </w:r>
      <w:r>
        <w:rPr>
          <w:lang w:eastAsia="zh-CN"/>
        </w:rPr>
        <w:t>　　认真备课，不但备学生而且备教材备教法，根据教材内容及学生的实际，设计课的类型，拟定采用的教学方法，并对教学过程的程序及时间安排都作了详细的记录，认真备好电子教案。每一课都做到有备而来，每堂课都在课前做好充分的准备，并制作各种利于吸引学生注意力的有趣教具，课后及时对该课作出总结。</w:t>
      </w:r>
      <w:r>
        <w:rPr>
          <w:lang w:eastAsia="zh-CN"/>
        </w:rPr>
        <w:br/>
      </w:r>
      <w:r>
        <w:rPr>
          <w:lang w:eastAsia="zh-CN"/>
        </w:rPr>
        <w:t>　　二、增强上课技能，提高教学质量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一堂准备充分的课，会令学生和老师都获益不浅。例如我在讲授《认识人民币》　的时候，这课教学难度比较大。一年级儿童年龄小，对于用钱买到东西这等价交换的方法不是很明白。为了上好这堂课，我认真研究了课文，找出了重点，难点，准备有针对性地讲。为了突出人民币的商品功能和在社会生活中的重要作用，我在这方面做了精心的安排。为了令教学生动，不沉闷，我还为此准备了大量的教具，授课时就胸有成竹了。如出示了主题图3幅逼真的购物、乘车、存钱的画面，即只要进行商品交换，就要用到人民币。同时，联系学生的日常生活，教育学生将平时的零花钱积攒起来，积少成多后，将这些钱用来办更多更有意义的事情，如买好书捐赠给贫困的同伴等等。另外，新教材还多处精心创设购物情境，让学生在购物活动中认识人民币。通过活动，使学生在买卖商品中掌握人民币的有关知识，提高社会交往和社会实践能力。可见，认真备课对教学十分重要。</w:t>
      </w:r>
      <w:r>
        <w:rPr>
          <w:lang w:eastAsia="zh-CN"/>
        </w:rPr>
        <w:br/>
      </w:r>
      <w:r>
        <w:rPr>
          <w:lang w:eastAsia="zh-CN"/>
        </w:rPr>
        <w:t>　　增强上课技能，提高教学质量，使讲解清晰化，条理化，准确化，条理化，准确化，情感化，生动化，做到线索清晰，层次分明，言简意赅，深入浅出。在课堂上特别注意调动学生的积极性，加强师生交流，充分体现学生的主体作用，让学生学得容易，学得轻松，学得愉快;注意精讲精练，在课堂上老师讲得尽量少，学生动口动手动脑尽量多;同时在每一堂课上都充分考虑每一个层次的学生学习需求和学习能力，让各个层次的学生都得到提高。现在学生普遍反映喜欢上数学课，就连以前极讨厌数学的学生都乐于上课了。</w:t>
      </w:r>
      <w:r>
        <w:rPr>
          <w:lang w:eastAsia="zh-CN"/>
        </w:rPr>
        <w:br/>
      </w:r>
      <w:r>
        <w:rPr>
          <w:lang w:eastAsia="zh-CN"/>
        </w:rPr>
        <w:t>　　要提高教学质量，还要做好课后辅导工作，小学生爱动、好玩，缺乏自控能力，常在学习上不能按时完成作业，有的学生抄袭作业。针对这种问题，抓好学生的思想教育，并使这一工作贯彻到对学生的学习指导中去，还要做好对学生学习的辅导和帮助工作，尤其在后进生的转化上，对后进生努力做到从友善开始，比如，握握他的手，摸摸他的头，或帮助整理衣服。从赞美着手，所有的人都渴望得到别人的理解和尊重，所以，和差生交谈时，对他的处境、想法表示深刻的理解和尊重，还有在批评学生之前，先谈谈自己工作的不足。</w:t>
      </w:r>
      <w:r>
        <w:rPr>
          <w:lang w:eastAsia="zh-CN"/>
        </w:rPr>
        <w:br/>
      </w:r>
      <w:r>
        <w:rPr>
          <w:lang w:eastAsia="zh-CN"/>
        </w:rPr>
        <w:t>　　三、 做好后进生的辅导工作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解决他们心结，让他们意识到学习的重要性和必要性，使之对学习萌发兴趣。要通过各种途径激发他们的求知欲和上进心，让他们意识到学习并不是一项任务，也不是一件痛苦的事情。而是充满乐趣的。从而自觉的把身心投放到学习中去。这样，后进生的转化，就由原来的简单粗暴、强制学习转化到自觉的求知上来。使学习成为他们自我意识力度一部分。在此基础上，再教给他们学习的方法，提高他们的技能。并认真细致地做好查漏补缺工作。后进生通常存在很多知识断层，这些都是后进生转化过程中的难点，在做好后进生的转化工作时，要特别注意给他们补习功课，把他们以前学习的知识断层补充完整，这样，他们就会学得轻松，进步也快，兴趣和求知欲也会随之增加。</w:t>
      </w:r>
      <w:r>
        <w:rPr>
          <w:lang w:eastAsia="zh-CN"/>
        </w:rPr>
        <w:br/>
      </w:r>
      <w:r>
        <w:rPr>
          <w:lang w:eastAsia="zh-CN"/>
        </w:rPr>
        <w:t>　　四、博采众长，提高教学水平</w:t>
      </w:r>
      <w:r>
        <w:rPr>
          <w:lang w:eastAsia="zh-CN"/>
        </w:rPr>
        <w:br/>
      </w:r>
      <w:r>
        <w:rPr>
          <w:lang w:eastAsia="zh-CN"/>
        </w:rPr>
        <w:t>　　欲给学生一滴水，老师先要有一桶水，尤其是在当今知识更新非常迅速的年代，为更好地适应教学工作。我明白：今天的学习就是为了明天的工作，教师自身素质的提高就是为了更好地干好教育工作。教到老，学到老，才会永远站在教育领域的前端。在教学中，虚心请教其他老师，在教学上，有疑必问。在各个章节的学习上都积极征求其他老师的意见，学习他们的方法，同时，多听老师的课，做到边听边讲，学习别人的优点，克服自己的不足，并常常邀请其他老师来听课，征求他们的意见，改进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xml:space="preserve">    关于小学数学教学工作总结模板锦集 篇10 </w:t>
      </w:r>
      <w:r>
        <w:rPr>
          <w:lang w:eastAsia="zh-CN"/>
        </w:rPr>
        <w:br/>
      </w:r>
      <w:r>
        <w:rPr>
          <w:lang w:eastAsia="zh-CN"/>
        </w:rPr>
        <w:t>　　一、健全团队组织，提高团队精神</w:t>
      </w:r>
      <w:r>
        <w:rPr>
          <w:lang w:eastAsia="zh-CN"/>
        </w:rPr>
        <w:br/>
      </w:r>
      <w:r>
        <w:rPr>
          <w:lang w:eastAsia="zh-CN"/>
        </w:rPr>
        <w:t>　　“蓝芽”团队是由黄海荣、陈卫雪、刘铁英、周丽园、许凤山、徐堂英、贺群芳、刘雪峰、汪佩丽、钱卫娥、10位教师组成的，是一支老、中、青相结合的队伍，其中高级教师7人，一级教师3人，是一支结构合理、专业功底深厚的学科教师队伍。由于学校倡导组织的开放性，我们成立了这个团队，在学校的宏观调控指导下，团队负责数学科的建设与发展。践行学校“实践有效性学习”的办学理念，深入实施课程改革，在实践中接受挑战，在行动中研究，在研究中前行，在反思中提高。总结数学教学策略，遵循课程标准、研读教材内容、了解学生起点、把握学科品性、挖掘数学史实、渗透思想方法、学习“数学化”、选择恰当方式、优化课程资源、开发校本数学教学研究。我们这支队伍在新课程改革的浪潮中，凝练自己的独特的校本教研文化，演绎团队的精彩，创造团队的精神世界。</w:t>
      </w:r>
      <w:r>
        <w:rPr>
          <w:lang w:eastAsia="zh-CN"/>
        </w:rPr>
        <w:br/>
      </w:r>
      <w:r>
        <w:rPr>
          <w:lang w:eastAsia="zh-CN"/>
        </w:rPr>
        <w:t>　　二、开展团队教研，促进教师发展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为了更好地贯彻我校开展了务实高效、体现快乐和谐的教研活动。有针对性地聘请专家到学校讲座；组织教师定期学习，进行定时间定内容，定人员的青年教师课堂展示，课后认真反思，同时发挥中老年教师的教学经验的作用，对教案进行重新整合。然后由青年教师再进行比赛。青年教师以课堂为阵地进行专题研讨，促进了教师自身的专业发展；加强了教师的互动交流；在各级各类的比赛中，提升教师的团队意识与团队精神。</w:t>
      </w:r>
      <w:r>
        <w:rPr>
          <w:lang w:eastAsia="zh-CN"/>
        </w:rPr>
        <w:br/>
      </w:r>
      <w:r>
        <w:rPr>
          <w:lang w:eastAsia="zh-CN"/>
        </w:rPr>
        <w:t>　　三、立足有效性课堂，形成教学特色</w:t>
      </w:r>
      <w:r>
        <w:rPr>
          <w:lang w:eastAsia="zh-CN"/>
        </w:rPr>
        <w:br/>
      </w:r>
      <w:r>
        <w:rPr>
          <w:lang w:eastAsia="zh-CN"/>
        </w:rPr>
        <w:t>　　课堂教学是课程实施的终端环节，是素质教育的主渠道。我团从课堂教学的各个要素出发，提出了“构建快乐和谐课堂”的思想，通过不断地协调各要素，使之从不平衡到趋于平衡的过程中，促进师生发展。积极主动，优质高效；民主公平，尊重差异；参与合作，共同发展。从有效性课堂的思想出发，教学实践和理论学习相结合，只有实现数学的“再发现”和“再创造”的课堂才能产生有效的课堂。这样的课堂教学从学生熟悉的现实生活开始，沿着人类数学发现活动的轨迹，从现实生活中的问题到数学问题，从具体问题到抽象概念，从特殊关系到一般规则，逐步让学生通过自己的发现去习得数学、获取新知，帮助学生把头脑中已有的那些非正规的数学知识和数学思维上升发展为科学结论，让学生经历数学化，实现数学的“再发现”和“再创造”。这样的课堂才能较好的协调各要素之间的关系，才能追求课堂教学的最高理想和境界。从而促进本学科形成具有东师附小特色的数学课程、教材、评价体系与和谐的数学课堂教学文化。</w:t>
      </w:r>
      <w:r>
        <w:rPr>
          <w:lang w:eastAsia="zh-CN"/>
        </w:rPr>
        <w:br/>
      </w:r>
      <w:r>
        <w:rPr>
          <w:lang w:eastAsia="zh-CN"/>
        </w:rPr>
        <w:t>　　四、具体活动安排如下三月份：</w:t>
      </w:r>
      <w:r>
        <w:rPr>
          <w:lang w:eastAsia="zh-CN"/>
        </w:rPr>
        <w:br/>
      </w:r>
      <w:r>
        <w:rPr>
          <w:lang w:eastAsia="zh-CN"/>
        </w:rPr>
        <w:t>　　1、召开组团动员会议，健全团队组织。</w:t>
      </w:r>
      <w:r>
        <w:rPr>
          <w:lang w:eastAsia="zh-CN"/>
        </w:rPr>
        <w:br/>
      </w:r>
      <w:r>
        <w:rPr>
          <w:lang w:eastAsia="zh-CN"/>
        </w:rPr>
        <w:t>　　2、制定活动计划。</w:t>
      </w:r>
      <w:r>
        <w:rPr>
          <w:lang w:eastAsia="zh-CN"/>
        </w:rPr>
        <w:br/>
      </w:r>
      <w:r>
        <w:rPr>
          <w:lang w:eastAsia="zh-CN"/>
        </w:rPr>
        <w:t>　　3、召开团队第一次成员会议。</w:t>
      </w:r>
      <w:r>
        <w:rPr>
          <w:lang w:eastAsia="zh-CN"/>
        </w:rPr>
        <w:br/>
      </w:r>
      <w:r>
        <w:rPr>
          <w:lang w:eastAsia="zh-CN"/>
        </w:rPr>
        <w:t>　　4、确定参加竞赛内容。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5、各青年教师分别备课，制作好课件。</w:t>
      </w:r>
      <w:r>
        <w:rPr>
          <w:lang w:eastAsia="zh-CN"/>
        </w:rPr>
        <w:br/>
      </w:r>
      <w:r>
        <w:rPr>
          <w:lang w:eastAsia="zh-CN"/>
        </w:rPr>
        <w:t>　　6、三名组员分别进行微型课展示；</w:t>
      </w:r>
      <w:r>
        <w:rPr>
          <w:lang w:eastAsia="zh-CN"/>
        </w:rPr>
        <w:br/>
      </w:r>
      <w:r>
        <w:rPr>
          <w:lang w:eastAsia="zh-CN"/>
        </w:rPr>
        <w:t>　　四月份：</w:t>
      </w:r>
      <w:r>
        <w:rPr>
          <w:lang w:eastAsia="zh-CN"/>
        </w:rPr>
        <w:br/>
      </w:r>
      <w:r>
        <w:rPr>
          <w:lang w:eastAsia="zh-CN"/>
        </w:rPr>
        <w:t>　　1、整合成一份优秀教案，三名组员分别利用这份优秀教案试教；</w:t>
      </w:r>
      <w:r>
        <w:rPr>
          <w:lang w:eastAsia="zh-CN"/>
        </w:rPr>
        <w:br/>
      </w:r>
      <w:r>
        <w:rPr>
          <w:lang w:eastAsia="zh-CN"/>
        </w:rPr>
        <w:t>　　2、三名组员分别写好说课稿，并整合成一份优秀说课稿。</w:t>
      </w:r>
      <w:r>
        <w:rPr>
          <w:lang w:eastAsia="zh-CN"/>
        </w:rPr>
        <w:br/>
      </w:r>
      <w:r>
        <w:rPr>
          <w:lang w:eastAsia="zh-CN"/>
        </w:rPr>
        <w:t>　　3、由学校领导小组成员抽签决定课前说课、上课、课后说课教师进行团体展示。</w:t>
      </w:r>
      <w:r>
        <w:rPr>
          <w:lang w:eastAsia="zh-CN"/>
        </w:rPr>
        <w:br/>
      </w:r>
      <w:r>
        <w:rPr>
          <w:lang w:eastAsia="zh-CN"/>
        </w:rPr>
        <w:t>　　4、根据比赛成绩确定优秀团体。</w:t>
      </w:r>
      <w:r>
        <w:rPr>
          <w:lang w:eastAsia="zh-CN"/>
        </w:rPr>
        <w:br/>
      </w:r>
      <w:r>
        <w:rPr>
          <w:lang w:eastAsia="zh-CN"/>
        </w:rPr>
        <w:t>　　五月份：</w:t>
      </w:r>
      <w:r>
        <w:rPr>
          <w:lang w:eastAsia="zh-CN"/>
        </w:rPr>
        <w:br/>
      </w:r>
      <w:r>
        <w:rPr>
          <w:lang w:eastAsia="zh-CN"/>
        </w:rPr>
        <w:t>　　1、上课老师进行反思。</w:t>
      </w:r>
      <w:r>
        <w:rPr>
          <w:lang w:eastAsia="zh-CN"/>
        </w:rPr>
        <w:br/>
      </w:r>
      <w:r>
        <w:rPr>
          <w:lang w:eastAsia="zh-CN"/>
        </w:rPr>
        <w:t>　　2、团体成员活动感言。</w:t>
      </w:r>
      <w:r>
        <w:rPr>
          <w:lang w:eastAsia="zh-CN"/>
        </w:rPr>
        <w:br/>
      </w:r>
      <w:r>
        <w:rPr>
          <w:lang w:eastAsia="zh-CN"/>
        </w:rPr>
        <w:t>　　3、整理团队资料。</w:t>
      </w:r>
      <w:r>
        <w:rPr>
          <w:lang w:eastAsia="zh-CN"/>
        </w:rPr>
        <w:br/>
      </w:r>
      <w:r>
        <w:rPr>
          <w:lang w:eastAsia="zh-CN"/>
        </w:rPr>
        <w:t xml:space="preserve">    关于小学数学教学工作总结模板锦集 篇11 </w:t>
      </w:r>
      <w:r>
        <w:rPr>
          <w:lang w:eastAsia="zh-CN"/>
        </w:rPr>
        <w:br/>
      </w:r>
      <w:r>
        <w:rPr>
          <w:lang w:eastAsia="zh-CN"/>
        </w:rPr>
        <w:t>　　新的学期，新的开始。我们的教学工作又将在忙碌中充实着，在喜悦中收获着。我要把自身的不足和收获的经验，转化成这学期的工作动力。现制定如下计划：</w:t>
      </w:r>
      <w:r>
        <w:rPr>
          <w:lang w:eastAsia="zh-CN"/>
        </w:rPr>
        <w:br/>
      </w:r>
      <w:r>
        <w:rPr>
          <w:lang w:eastAsia="zh-CN"/>
        </w:rPr>
        <w:t>　　一、思想政治</w:t>
      </w:r>
      <w:r>
        <w:rPr>
          <w:lang w:eastAsia="zh-CN"/>
        </w:rPr>
        <w:br/>
      </w:r>
      <w:r>
        <w:rPr>
          <w:lang w:eastAsia="zh-CN"/>
        </w:rPr>
        <w:t>　　始终如一地热爱本职工作，坚持政治学习，提高觉悟和意识。注重个人道德修养，为人师表，严于律己，关心学生的学习、生活。加强团结，与同事相处融洽，合作愉快，心往一处想，劲往一处使，共同组成一个团结协作的大家庭。</w:t>
      </w:r>
      <w:r>
        <w:rPr>
          <w:lang w:eastAsia="zh-CN"/>
        </w:rPr>
        <w:br/>
      </w:r>
      <w:r>
        <w:rPr>
          <w:lang w:eastAsia="zh-CN"/>
        </w:rPr>
        <w:t>　　二、个人业务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教学工作是教师的中心工作。作为一名教师，除了要具备良好的思想品德，高尚的道德情操;还需要具备较高水平的业务技能。本学期我将认真书写教案、备课，并针对学生实际学习情况有的放矢的开展工作。课堂上，耐心细致地讲解，为使学生能够更好地接受书本知识，我会认真研究学生、钻研教材，尽量为学生提供实践的机会，使学生在易学易懂的情境下进行学习，以提高学生学习的积极性。并且以自己在实践中摸索到的教学模式去进时，认真研究相关教育书籍，与实践相结合，以促进自身的发展。</w:t>
      </w:r>
      <w:r>
        <w:rPr>
          <w:lang w:eastAsia="zh-CN"/>
        </w:rPr>
        <w:br/>
      </w:r>
      <w:r>
        <w:rPr>
          <w:lang w:eastAsia="zh-CN"/>
        </w:rPr>
        <w:t>　　作为一名教师，除了要具备良好的思想品德，高尚的道德情操;还需要具备较高水平的业务技能。本学期我将注重开拓视野，订阅专业杂志，浏览音乐网页，随时记下可借鉴的教学经验、优秀案例等材料，以备参考。不断为自己充电，每天安排一定的时间扎实提高基本功，努力使自己的业务水平在这一学期里继续提高。</w:t>
      </w:r>
      <w:r>
        <w:rPr>
          <w:lang w:eastAsia="zh-CN"/>
        </w:rPr>
        <w:br/>
      </w:r>
      <w:r>
        <w:rPr>
          <w:lang w:eastAsia="zh-CN"/>
        </w:rPr>
        <w:t>　　三、教育教学方面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深入学习新的教育思想，本着以教育为中心，以课堂为基地，扎实的练好个人基本功。在班上抓好常规教学，多方位把握孩子们的进步与变化，有针对性的改进教学方法。课堂上，耐心细致地讲解，为使学生能够更好地接受书本知识，我会认真研究学生、钻研教材，尽量为学生提供实践的机会，使学生在易学易懂的情境下进行学习，以提高学生学习的积极性。课后及时反馈，记下教学中的成功点和失败点，及其改进方法。本学期我会积极利用周围的资源为孩子们创设良好的学习环境，帮助他们养好的学习习惯。使他们在轻松愉快、欢乐活泼的状态下进行积极地学习。我还会配合班主任进行日常管理，让孩子们在学习的同时养成良好的行为习惯，健康的身心。</w:t>
      </w:r>
      <w:r>
        <w:rPr>
          <w:lang w:eastAsia="zh-CN"/>
        </w:rPr>
        <w:br/>
      </w:r>
      <w:r>
        <w:rPr>
          <w:lang w:eastAsia="zh-CN"/>
        </w:rPr>
        <w:t>　　四、家长工作</w:t>
      </w:r>
      <w:r>
        <w:rPr>
          <w:lang w:eastAsia="zh-CN"/>
        </w:rPr>
        <w:br/>
      </w:r>
      <w:r>
        <w:rPr>
          <w:lang w:eastAsia="zh-CN"/>
        </w:rPr>
        <w:t>　　本学期我除了用电话、联系本、家访等方法在平时的时间与家长们的互动交流外，还会增加更多新的渠道。并努力在自己创立的博客网页上发表个人原创性的文章及见解。争取更多的与家长们联系、沟通。</w:t>
      </w:r>
      <w:r>
        <w:rPr>
          <w:lang w:eastAsia="zh-CN"/>
        </w:rPr>
        <w:br/>
      </w:r>
      <w:r>
        <w:rPr>
          <w:lang w:eastAsia="zh-CN"/>
        </w:rPr>
        <w:t>　　“越是对事业爱得深，越感到自己对事业的不尽职。”在以后的教学工作中，我会积极努力加强自身建设，使自己的工作更扎实、更有效、更完美、更优秀，同时也希望能在教学上各位老师和领导的指点和帮助。</w:t>
      </w:r>
      <w:r>
        <w:rPr>
          <w:lang w:eastAsia="zh-CN"/>
        </w:rPr>
        <w:br/>
      </w:r>
      <w:r>
        <w:rPr>
          <w:lang w:eastAsia="zh-CN"/>
        </w:rPr>
        <w:t>　　以上是我对这个学期工作所做的计划，希望自己能够积极的完成。</w:t>
      </w:r>
      <w:r>
        <w:rPr>
          <w:lang w:eastAsia="zh-CN"/>
        </w:rPr>
        <w:br/>
      </w:r>
      <w:r>
        <w:rPr>
          <w:lang w:eastAsia="zh-CN"/>
        </w:rPr>
        <w:t xml:space="preserve">    关于小学数学教学工作总结模板锦集 篇12 </w:t>
      </w:r>
      <w:r>
        <w:rPr>
          <w:lang w:eastAsia="zh-CN"/>
        </w:rPr>
        <w:br/>
      </w:r>
      <w:r>
        <w:rPr>
          <w:lang w:eastAsia="zh-CN"/>
        </w:rPr>
        <w:t>　　本学期，本人担任小学五(1)班的数学教学工作。一学期来，我自始至终以认真、严谨的治学态度，勤恳、坚持不懈的精神从事教学工作。</w:t>
      </w:r>
      <w:r>
        <w:rPr>
          <w:lang w:eastAsia="zh-CN"/>
        </w:rPr>
        <w:br/>
      </w:r>
      <w:r>
        <w:rPr>
          <w:lang w:eastAsia="zh-CN"/>
        </w:rPr>
        <w:t>　　首先，根据我所任教班级的实际状况，针对优生少这一特点。把基础教育和差生转换作为这学期的工作重点;因而对占相对多数的中差生，我更应变嫌弃为喜爱，变忽视为重视，变冷漠为关注，变薄待为厚待。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就应说任何学生都会同时存在优点和缺点两方面，对优生的优点是显而易见的，对差生则易于发现其缺点，而看不到优点，这种不正常的现象有碍学生进步。我注意帮忙他们找到优、缺点，以发扬优点，克服缺点。其次是以平常的心态对待：差生也是孩子，厌恶、责骂只能适得其反，他们应享有同其它学生同样的平等和民主，也应享受到优秀学生在老师那儿得到的爱，我作为一个教育者，在对待中差生时就应具有自我调控的潜力。</w:t>
      </w:r>
      <w:r>
        <w:rPr>
          <w:lang w:eastAsia="zh-CN"/>
        </w:rPr>
        <w:br/>
      </w:r>
      <w:r>
        <w:rPr>
          <w:lang w:eastAsia="zh-CN"/>
        </w:rPr>
        <w:t>　　厚爱差生，党建工作总结我真正做到以情动人：首先做到“真诚”二字，即我在学生面前不敢有丝毫虚伪与欺哄，做到言出必行;其次做到“理解”，即能感受差生在学习过程中的各种心理表现和看法，如对学习的畏惧、犹豫、满足、冷漠，错误的想法和指责等，信任中差生，鼓励他们自由讨论。最后做到“理解”二字，即透过学生的眼睛看事物。</w:t>
      </w:r>
      <w:r>
        <w:rPr>
          <w:lang w:eastAsia="zh-CN"/>
        </w:rPr>
        <w:br/>
      </w:r>
      <w:r>
        <w:rPr>
          <w:lang w:eastAsia="zh-CN"/>
        </w:rPr>
        <w:t>　　由于我能善意理解他们，高兴地理解他们，因此促进了中差生不同程度的进步和发展。</w:t>
      </w:r>
      <w:r>
        <w:rPr>
          <w:lang w:eastAsia="zh-CN"/>
        </w:rPr>
        <w:br/>
      </w:r>
      <w:r>
        <w:rPr>
          <w:lang w:eastAsia="zh-CN"/>
        </w:rPr>
        <w:t>　　其次，认真制定教学计划，注重研究教学理论，认真备课和教学，用心参加科组活动和备课组活动，上好公开课，并能经常听各老师的课，从中吸取教学经验，取长补短，提高自己的教学的业务水平。每节课都以最佳的精神状态站在教坛，以和蔼、简单、认真的形象去应对学生。按照小学数学教学大纲进行施教，让学生掌握好学科知识。还注意以德为本，结合现实生活中的现象层层善诱，多方面、多角度去培养现实良好的品德和高尚的人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教育是爱心事业，为培养高素质的下一代，本人时刻从现实身心健康，根据学生的个性特点去点拔引导，对于个别差生，利用课间多次倾谈，鼓励其确立正确的学习态度，用心应对人生，而对优生，教育其戒骄戒躁努力向上，再接再厉，再创佳绩。透过现实生活中的典范，让学生树立自觉地从德、智、体、美、劳全方面去发展自己的观念，树立崇高远大的理想。</w:t>
      </w:r>
      <w:r>
        <w:rPr>
          <w:lang w:eastAsia="zh-CN"/>
        </w:rPr>
        <w:br/>
      </w:r>
      <w:r>
        <w:rPr>
          <w:lang w:eastAsia="zh-CN"/>
        </w:rPr>
        <w:t>　　课前做到认真备课，多方面去搜集相关资料。工程部工作总结为提高每节课的教学质量，本人除注重研究教材，把握好基础、重点难点外，还采用多媒体教学，如：投影、幻灯、漫画、录音等多样形式。透过培养学生学习数学的兴趣，调动学生学习的用心性、主动性，提高课堂的教学质量，按时完成教学任务。</w:t>
      </w:r>
      <w:r>
        <w:rPr>
          <w:lang w:eastAsia="zh-CN"/>
        </w:rPr>
        <w:br/>
      </w:r>
      <w:r>
        <w:rPr>
          <w:lang w:eastAsia="zh-CN"/>
        </w:rPr>
        <w:t>　　最后，能制定好复习计划，并能认真备好复习课，培养好尖子生，提高中等生，帮忙差生。但由于本学期授课时间较短，复习资料较多，复习比较仓促，同时发觉很大一部分学生理解潜力较差，学习自觉性不高，班级的差生面积较大，致使无暇顾及，导致本学期教学成绩未达所想。</w:t>
      </w:r>
      <w:r>
        <w:rPr>
          <w:lang w:eastAsia="zh-CN"/>
        </w:rPr>
        <w:br/>
      </w:r>
      <w:r>
        <w:rPr>
          <w:lang w:eastAsia="zh-CN"/>
        </w:rPr>
        <w:t>　　在以后的教学工作中，要不断总结经验，力求提高自己的教学水平，还要多下功夫加强对个别差生的辅导，相信一切问题都会迎刃而解，我也相信有耕耘总会有收获!</w:t>
      </w:r>
      <w:r>
        <w:rPr>
          <w:lang w:eastAsia="zh-CN"/>
        </w:rPr>
        <w:br/>
      </w:r>
      <w:r>
        <w:rPr>
          <w:lang w:eastAsia="zh-CN"/>
        </w:rPr>
        <w:t xml:space="preserve">    关于小学数学教学工作总结模板锦集 篇13 </w:t>
      </w:r>
      <w:r>
        <w:rPr>
          <w:lang w:eastAsia="zh-CN"/>
        </w:rPr>
        <w:br/>
      </w:r>
      <w:r>
        <w:rPr>
          <w:lang w:eastAsia="zh-CN"/>
        </w:rPr>
        <w:t>　　一、思想政治表现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我热爱祖国，热爱中国共产党，忠诚党的教育事业，立志当一名合格的人民教师，为教育事业奉献自己认真阅读的点滴力量，争取为国家培养一批优秀的接班人更好地建设我们的祖国。作为国家的一员，我认真阅读报刊，杂志，及时收听广播，了解国内外大事，以清醒的头脑看待问题，分清是与非，黑与白，对与错，时刻以一名合格的人民教师标准提醒自己，</w:t>
      </w:r>
      <w:r>
        <w:rPr>
          <w:lang w:eastAsia="zh-CN"/>
        </w:rPr>
        <w:t xml:space="preserve"> 不断地严格要求自己，决不做出有损国家与人民利益的事情。</w:t>
      </w:r>
      <w:r>
        <w:rPr>
          <w:lang w:eastAsia="zh-CN"/>
        </w:rPr>
        <w:br/>
      </w:r>
      <w:r>
        <w:rPr>
          <w:lang w:eastAsia="zh-CN"/>
        </w:rPr>
        <w:t>　　作为凌河小学的一名教师，我热爱学校，热爱学生，时刻以小主人的身份关心学校的发展，协助学校，为凌河小学美好的明天出谋献策，尽自己的能力做好学校交给我的各项工作。此外，我自觉遵守学校的各项规章制度，团结集体，热心帮助同事，不早退不迟到，认真学习新的教育理论，以新的教学方法指导教学，从而不断提高自己的教学方法。我严格要求学生，尊重学生，发扬教学民主，使学生学有所得，不断提高。</w:t>
      </w:r>
      <w:r>
        <w:rPr>
          <w:lang w:eastAsia="zh-CN"/>
        </w:rPr>
        <w:br/>
      </w:r>
      <w:r>
        <w:rPr>
          <w:lang w:eastAsia="zh-CN"/>
        </w:rPr>
        <w:t>　　二、教育教学工作:</w:t>
      </w:r>
      <w:r>
        <w:rPr>
          <w:lang w:eastAsia="zh-CN"/>
        </w:rPr>
        <w:br/>
      </w:r>
      <w:r>
        <w:rPr>
          <w:lang w:eastAsia="zh-CN"/>
        </w:rPr>
        <w:t>　　1、我认真备课，积极，细心地钻研教材，针对不同学生的个性差异，寻求最佳的教学方法因材施教。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教学就是教与学，两者是相互联系，不可分割的，有教者就必然有学者。学生是被教的主体。因此，了解和分析学生情况，有针对地教对教学成功与否至关重要。学生是学习的主人，新课程倡导教师要转换教学角色，由老师的教变为学生主动地学。此外，每个学生都有自己的个性特点，每个学生的接受能力都存在一定的差异。因此，在教学中，我认认真真地备课，深入地钻研教材，针对不同学生的个性差异，即备教材又备学生，寻找不同的教学方法对他们因材施教。此外，在课堂教学中，我充分运用灵活有效的教学方法活跃课堂气氛，激发学生的学习兴趣，培养他们良好的学习习惯，调动他们学习的积极性，充分突出学生的主体性，使学生们逐渐对数学学习充满兴趣，向40分钟要质。经过一个学期的努力，学生们的数学能力，素养及数学水平都有不同程度的提高，数学成绩也有很大的进步。</w:t>
      </w:r>
      <w:r>
        <w:rPr>
          <w:lang w:eastAsia="zh-CN"/>
        </w:rPr>
        <w:br/>
      </w:r>
      <w:r>
        <w:rPr>
          <w:lang w:eastAsia="zh-CN"/>
        </w:rPr>
        <w:t>　　2、做好中下生的课外辅导和优生的培养等各项工作，效果显著。</w:t>
      </w:r>
      <w:r>
        <w:rPr>
          <w:lang w:eastAsia="zh-CN"/>
        </w:rPr>
        <w:br/>
      </w:r>
      <w:r>
        <w:rPr>
          <w:lang w:eastAsia="zh-CN"/>
        </w:rPr>
        <w:t>　　数学是一门工具学科，对学生而言，既熟悉又困难，在这样一种大环境之下，要教好数学，就要让学生喜爱数学，让他们对数学产生兴趣。否则学生对这门学科产生畏难情绪，不愿学，也无法学下去。为此，我根据优生与中下生接受能力和学习要求的不同采取了一些不同方法，就是运用多种不同的方法和事例，让他们更了解数学，更喜欢学习数学。鼓励他们多开展有益身心的读书活动，利用课余时间多读课外书籍，丰富自己的课外知识，扩大他们的视野，因为只有数学水平提高，对成绩优秀的同学很有好处。</w:t>
      </w:r>
      <w:r>
        <w:rPr>
          <w:lang w:eastAsia="zh-CN"/>
        </w:rPr>
        <w:br/>
      </w:r>
      <w:r>
        <w:rPr>
          <w:lang w:eastAsia="zh-CN"/>
        </w:rPr>
        <w:t>　　因为数学的特殊情况，学生在不断学习中，会出现好差分化现象，差生面扩大，会严重影响班内的学习风气。因此，绝对不能忽视。为此，我制定了具体的计划和目标。对这部分同学进行有计划的辅导。我把这批同学分为三个组。第一组是有能力提高，但平时懒动脑筋不学的同学，对这些同学，我采取集体辅导，给他们分配固定任务，不让他们有偷懒的机会，让他们发挥应有水平;</w:t>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xml:space="preserve"> 第二组是肯学，但由于能力不强的同学。对这部分同学要适当引导，耐心教导，慢慢提高他们的成绩，不能操之过急，且要多鼓励。只要他们肯努力，成绩有望提高;第三组是纪律松散，学习不认真，基础又不好的同学。对这部分人要进行课余时间个别辅导。因为这部分同学需要一个安静而又不受干扰的环境，才会立下心来学习。只要坚持辅导，这些同学基础重新建立起来，以后授课的效果就会更好。</w:t>
      </w:r>
      <w:r>
        <w:rPr>
          <w:lang w:eastAsia="zh-CN"/>
        </w:rPr>
        <w:br/>
      </w:r>
      <w:r>
        <w:rPr>
          <w:lang w:eastAsia="zh-CN"/>
        </w:rPr>
        <w:t>　　3、通过多种方法，培养学生爱阅读课外书籍的良好习惯，提高学生的写作能力。</w:t>
      </w:r>
      <w:r>
        <w:rPr>
          <w:lang w:eastAsia="zh-CN"/>
        </w:rPr>
        <w:br/>
      </w:r>
      <w:r>
        <w:rPr>
          <w:lang w:eastAsia="zh-CN"/>
        </w:rPr>
        <w:t>　　作为即将毕业的小学生，他们的阅读兴趣一向不浓，认为读书很闷，还不如打电脑好玩，常常沉迷于网络游戏，以父母不给他们买书或家里没有书为借口不愿意读书。为此，我通过向家长了解，发现事情并不是如学生们所说的那样，而是由于缺乏兴趣引起的，采取对症下药的方法:首先为激发学生的写作兴趣，我从作文的选题入手，以写童话，想象文为主，适合学生的思维特点，另外，积累大量的语汇是写好作文的关键。我充分利用课前一分钟，借助故事，作文佳作，让学生边听边记好词好句。</w:t>
      </w:r>
      <w:r>
        <w:rPr>
          <w:lang w:eastAsia="zh-CN"/>
        </w:rPr>
        <w:br/>
      </w:r>
      <w:r>
        <w:rPr>
          <w:lang w:eastAsia="zh-CN"/>
        </w:rPr>
        <w:t>　　平日每天轮流，一位学生在黑板上摘录好词好句，要求其余学生读读记记。做好家长和学生的工作鼓励他们到广州图书馆或中山图书馆办借书证，利用节假日的时间到这些大型的图书馆阅读和借阅大量的书籍。经过一学期的尝试，本班学生的词汇量大大增加，语句通顺了，阅读兴趣浓了，写作能力也有了比较明显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数学是语言。因此，除了课堂效果之外，还需要让学生多读，多讲，多练。为此，在早读时，我坚持下班了解早读情况，发现问题及时纠正。课后发现学生作业问题也及时解决，及时讲清楚，让学生即时消化。另外，对部分不自觉的同学还采取强硬背诵等方式，提高他们的能力。</w:t>
      </w:r>
      <w:r>
        <w:rPr>
          <w:lang w:eastAsia="zh-CN"/>
        </w:rPr>
        <w:br/>
      </w:r>
      <w:r>
        <w:rPr>
          <w:lang w:eastAsia="zh-CN"/>
        </w:rPr>
        <w:t>　　经过一个学期的努力，期末考就是一种考验。无论成绩高低，都体现了我在这学期的教学成果。我明白到这并不是最重要的，重要的是在本学期后如何自我提高，如何共同提高学生的数学水平。因此，无论怎样辛苦，我都会继续努力，多问，多想，多向前辈学习，争取进步。</w:t>
      </w:r>
      <w:r>
        <w:rPr>
          <w:lang w:eastAsia="zh-CN"/>
        </w:rPr>
        <w:br/>
      </w:r>
      <w:r>
        <w:rPr>
          <w:lang w:eastAsia="zh-CN"/>
        </w:rPr>
        <w:t>　　三、为了提高本人自身的素质和教育教学能力，我积极参加各种教育教研活动和各种提高班的学习，学习相关的理论知识，收集宝贵的教育教学经验。</w:t>
      </w:r>
      <w:r>
        <w:rPr>
          <w:lang w:eastAsia="zh-CN"/>
        </w:rPr>
        <w:br/>
      </w:r>
      <w:r>
        <w:rPr>
          <w:lang w:eastAsia="zh-CN"/>
        </w:rPr>
        <w:t>　　利用课余时间阅读大量的教育教学书籍和报刊，汲取其精华，撰写读书笔记和读后感，取长补短，在学习中不断地取得进步。此外，本人在教学中还及时了解学生们的各种动态，积极地与科任老师和家长取得联系，对孩子进行思想教育，共同研究教育孩子的各种方法，使每一位孩子共同进步。</w:t>
      </w:r>
      <w:r>
        <w:rPr>
          <w:lang w:eastAsia="zh-CN"/>
        </w:rPr>
        <w:br/>
      </w:r>
      <w:r>
        <w:rPr>
          <w:lang w:eastAsia="zh-CN"/>
        </w:rPr>
        <w:t xml:space="preserve">    关于小学数学教学工作总结模板锦集 篇14 </w:t>
      </w:r>
      <w:r>
        <w:rPr>
          <w:lang w:eastAsia="zh-CN"/>
        </w:rPr>
        <w:br/>
      </w:r>
      <w:r>
        <w:rPr>
          <w:lang w:eastAsia="zh-CN"/>
        </w:rPr>
        <w:t>　　一、做实教科研活动。</w:t>
      </w:r>
      <w:r>
        <w:rPr>
          <w:lang w:eastAsia="zh-CN"/>
        </w:rPr>
        <w:br/>
      </w:r>
      <w:r>
        <w:rPr>
          <w:lang w:eastAsia="zh-CN"/>
        </w:rPr>
        <w:t>　　按学期制定的教研工作计划，在规定的时间里我们以圆桌式的教研形式有步骤有计划的进行了课题的教学研讨。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教研中，大家围坐到一起，切实做到抛开其它活动以教研为中心，各述己见，谈教学重点，难点，突破方法，注意事项等等，收到了良好的效果。老师们充分体验到教研不在是原来可有可无的形式而是一种必不可少的教学活动。</w:t>
      </w:r>
      <w:r>
        <w:rPr>
          <w:lang w:eastAsia="zh-CN"/>
        </w:rPr>
        <w:br/>
      </w:r>
      <w:r>
        <w:rPr>
          <w:lang w:eastAsia="zh-CN"/>
        </w:rPr>
        <w:t>　　二、狠抓了学生课前上课习惯和书写习惯的培养。</w:t>
      </w:r>
      <w:r>
        <w:rPr>
          <w:lang w:eastAsia="zh-CN"/>
        </w:rPr>
        <w:br/>
      </w:r>
      <w:r>
        <w:rPr>
          <w:lang w:eastAsia="zh-CN"/>
        </w:rPr>
        <w:t>　　课前2分钟到上课前的这段时间里我们坚持先检查学生的课本，练习本，和其他学习用品是否准备妥当，再上课的要求，培养学生养成良好的课前习惯。</w:t>
      </w:r>
      <w:r>
        <w:rPr>
          <w:lang w:eastAsia="zh-CN"/>
        </w:rPr>
        <w:br/>
      </w:r>
      <w:r>
        <w:rPr>
          <w:lang w:eastAsia="zh-CN"/>
        </w:rPr>
        <w:t>　　在书写方面，我们重复强调书写的规范和整洁，为了培养学生良好的书写习惯我们采取班内表扬，全班展览，喜报奖励，故事教育等形式培养学生的书写习惯，我们常讲给学生这样一句话：对待作业就想是对待你身上的新衣服一样，要时刻保持美观和整洁。</w:t>
      </w:r>
      <w:r>
        <w:rPr>
          <w:lang w:eastAsia="zh-CN"/>
        </w:rPr>
        <w:br/>
      </w:r>
      <w:r>
        <w:rPr>
          <w:lang w:eastAsia="zh-CN"/>
        </w:rPr>
        <w:t>　　三、采取各种方法鼓励学生积极的课堂发言：</w:t>
      </w:r>
      <w:r>
        <w:rPr>
          <w:lang w:eastAsia="zh-CN"/>
        </w:rPr>
        <w:br/>
      </w:r>
      <w:r>
        <w:rPr>
          <w:lang w:eastAsia="zh-CN"/>
        </w:rPr>
        <w:t>　　根据各班都存在这样的习惯：课堂上，多数同学课堂发言的意识不强，存在各种各样的心理包袱，只有少数几个同学积极发言，来代替全班的发言，为了让学生认识和体验到课堂积极发言的重要性我们普遍采取两种形式鼓励学生的发言：</w:t>
      </w:r>
      <w:r>
        <w:rPr>
          <w:lang w:eastAsia="zh-CN"/>
        </w:rPr>
        <w:br/>
      </w:r>
      <w:r>
        <w:rPr>
          <w:lang w:eastAsia="zh-CN"/>
        </w:rPr>
        <w:t>　　第一、掌声鼓励精彩的发言。</w:t>
      </w:r>
      <w:r>
        <w:rPr>
          <w:lang w:eastAsia="zh-CN"/>
        </w:rPr>
        <w:br/>
      </w:r>
      <w:r>
        <w:rPr>
          <w:lang w:eastAsia="zh-CN"/>
        </w:rPr>
        <w:t>　　第二、用手势表示发言次数，每发言十次奖励喜报一张。也有的班级实行，分小红花制度，每5张小红花发喜报一张。并在喜报上注明发言奖励，激励学生养成积极的发言习惯。</w:t>
      </w:r>
      <w:r>
        <w:rPr>
          <w:lang w:eastAsia="zh-CN"/>
        </w:rPr>
        <w:br/>
      </w:r>
      <w:r>
        <w:rPr>
          <w:lang w:eastAsia="zh-CN"/>
        </w:rPr>
        <w:t>　　四、注意培养学生良好的倾听能力。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我们在鼓励学生积极发言的同时，同时加强了倾听习惯的培养，要求同学们做到，在同学发言时，即使他说错了，也不要马上反驳，有不同的想法，当同学发言结束后在举手发言。课堂上我们常给学生说，尊重别人的发言，就是尊重你自己。</w:t>
      </w:r>
      <w:r>
        <w:rPr>
          <w:lang w:eastAsia="zh-CN"/>
        </w:rPr>
        <w:br/>
      </w:r>
      <w:r>
        <w:rPr>
          <w:lang w:eastAsia="zh-CN"/>
        </w:rPr>
        <w:t>　　五、重视后进生的帮扶。</w:t>
      </w:r>
      <w:r>
        <w:rPr>
          <w:lang w:eastAsia="zh-CN"/>
        </w:rPr>
        <w:br/>
      </w:r>
      <w:r>
        <w:rPr>
          <w:lang w:eastAsia="zh-CN"/>
        </w:rPr>
        <w:t>　　除教师的帮扶外，本学期我们又推行了学生的接对帮扶，一名学困生自愿挑选一名学优生做自己学习上的伙伴，来促进自己的学习，让他们共同帮助，共同学习，这样既提高了他们的学习成绩，又培养了学生之间良好的友谊。学生进步了我们给予帮扶者和被帮扶者双层的奖励。(接对名单)</w:t>
      </w:r>
      <w:r>
        <w:rPr>
          <w:lang w:eastAsia="zh-CN"/>
        </w:rPr>
        <w:br/>
      </w:r>
      <w:r>
        <w:rPr>
          <w:lang w:eastAsia="zh-CN"/>
        </w:rPr>
        <w:t>　　六、协调好备课与作业的时间分配。</w:t>
      </w:r>
      <w:r>
        <w:rPr>
          <w:lang w:eastAsia="zh-CN"/>
        </w:rPr>
        <w:br/>
      </w:r>
      <w:r>
        <w:rPr>
          <w:lang w:eastAsia="zh-CN"/>
        </w:rPr>
        <w:t>　　本学期我们处理好两者的协调发展，把更多的时间，放在如何备课上，努力做到教师轻松的教，让学生轻松的学，切实给学生减负，</w:t>
      </w:r>
      <w:r>
        <w:rPr>
          <w:lang w:eastAsia="zh-CN"/>
        </w:rPr>
        <w:br/>
      </w:r>
      <w:r>
        <w:rPr>
          <w:lang w:eastAsia="zh-CN"/>
        </w:rPr>
        <w:t>　　七、充分利用多媒体进行教学活动：</w:t>
      </w:r>
      <w:r>
        <w:rPr>
          <w:lang w:eastAsia="zh-CN"/>
        </w:rPr>
        <w:br/>
      </w:r>
      <w:r>
        <w:rPr>
          <w:lang w:eastAsia="zh-CN"/>
        </w:rPr>
        <w:t>　　本学期，我们充分利用学校为我们提供的良好的多媒体资源，发挥多媒体在教学中的优势，在新课教学以及讲解练习中，广泛的使用多媒体课件和展台，收到了良好的效果。本学期只我们自制的课件就将近30个。</w:t>
      </w:r>
      <w:r>
        <w:rPr>
          <w:lang w:eastAsia="zh-CN"/>
        </w:rPr>
        <w:br/>
      </w:r>
      <w:r>
        <w:rPr>
          <w:lang w:eastAsia="zh-CN"/>
        </w:rPr>
        <w:t>　　八、充分发挥喜报的作用：</w:t>
      </w:r>
      <w:r>
        <w:rPr>
          <w:lang w:eastAsia="zh-CN"/>
        </w:rPr>
        <w:br/>
      </w:r>
    </w:p>
    <w:p w:rsidR="001B1F19" w14:textId="27C3F48A">
      <w:pPr>
        <w:rPr>
          <w:rFonts w:hint="eastAsia"/>
          <w:lang w:eastAsia="zh-CN"/>
        </w:rPr>
      </w:pPr>
      <w:r>
        <w:rPr>
          <w:lang w:eastAsia="zh-CN"/>
        </w:rPr>
        <w:t>　　根据学生在各方面的进步，我们给学生派发各种形式的喜报，如：作业全部正确的喜报、书写仔细的喜报、认真听讲的喜报、单元测试优秀的喜报、优秀小助手的喜报，积极发言的喜报，学习进步的喜报。在此基础上我们想在下学期再设计一种版面较小的印有名人名言的喜报，内容包括：立志，习惯，勇气、信念等鼓励学生学习的喜报，来促进学生更好的发展。</w:t>
      </w:r>
      <w:r>
        <w:rPr>
          <w:lang w:eastAsia="zh-CN"/>
        </w:rPr>
        <w:br/>
      </w:r>
      <w:r>
        <w:rPr>
          <w:lang w:eastAsia="zh-CN"/>
        </w:rPr>
        <w:t>　　九、加强学习提高自身的教学水平：</w:t>
      </w:r>
      <w:r>
        <w:rPr>
          <w:lang w:eastAsia="zh-CN"/>
        </w:rPr>
        <w:br/>
      </w:r>
      <w:r>
        <w:rPr>
          <w:lang w:eastAsia="zh-CN"/>
        </w:rPr>
        <w:t>　　为提高本身的教学水平，我们加大了听课的力度，全组完成了学校规定的听课的任务，最多的听课多少节，全组把听课做为一种促进自身发展的教学习惯。</w:t>
      </w:r>
      <w:r>
        <w:rPr>
          <w:lang w:eastAsia="zh-CN"/>
        </w:rPr>
        <w:br/>
      </w:r>
      <w:r>
        <w:rPr>
          <w:lang w:eastAsia="zh-CN"/>
        </w:rPr>
        <w:t>　　为提高本身的教学水平，黄老师和吕老师从学期开始，一直接受张老师的听课与指导，本学期教学水平有了明显的提高。</w:t>
      </w:r>
      <w:r>
        <w:rPr>
          <w:lang w:eastAsia="zh-CN"/>
        </w:rPr>
        <w:br/>
      </w:r>
      <w:r>
        <w:rPr>
          <w:lang w:eastAsia="zh-CN"/>
        </w:rPr>
        <w:t xml:space="preserve">    关于小学数学教学工作总结模板锦集 篇15 </w:t>
      </w:r>
      <w:r>
        <w:rPr>
          <w:lang w:eastAsia="zh-CN"/>
        </w:rPr>
        <w:br/>
      </w:r>
      <w:r>
        <w:rPr>
          <w:lang w:eastAsia="zh-CN"/>
        </w:rPr>
        <w:t>　　一学期即将过去，可以说紧张忙碌而收获多多。总体看，全体数学教师认真执行学校教育教学工作计划，转变思想，积极探索，改革教学，在继续推进我校“小学数学探究性学习”课堂教学模式的同时，把新课程标准的新思想、新理念和数学课堂教学的新思路、新设想结合起来，转变思想，积极探索，改革教学，收到很好的效果。</w:t>
      </w:r>
      <w:r>
        <w:rPr>
          <w:lang w:eastAsia="zh-CN"/>
        </w:rPr>
        <w:br/>
      </w:r>
      <w:r>
        <w:rPr>
          <w:lang w:eastAsia="zh-CN"/>
        </w:rPr>
        <w:t>　　一、课程标准走进教师的心，进入课堂</w:t>
      </w:r>
      <w:r>
        <w:rPr>
          <w:lang w:eastAsia="zh-CN"/>
        </w:rPr>
        <w:br/>
      </w:r>
      <w:r>
        <w:rPr>
          <w:lang w:eastAsia="zh-CN"/>
        </w:rPr>
        <w:t>　　我们怎样教数学,《国家数学课程标准》对数学的教学内容，教学方式，教学评估教育价值观等多方面都提出了许多新的要求。无疑我们每位数学教师身置其中去迎接这种挑战，是我们每位教师必须重新思考的问题。开学初组织攻关教师和教研组长参加处组织的新课程标准及新教材培训学习，并参加处研究性学习培训。</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https://d.book118.com/025032104132011122</w:t>
        </w:r>
      </w:hyperlink>
    </w:p>
    <w:p w:rsidR="001B1F19">
      <w:pPr>
        <w:rPr>
          <w:rFonts w:hint="eastAsia"/>
          <w:lang w:eastAsia="zh-CN"/>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2503210413201112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