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教师实习自我鉴定</w:t>
      </w:r>
    </w:p>
    <w:p>
      <w:pPr>
        <w:spacing w:before="100" w:after="200" w:line="360" w:lineRule="auto"/>
        <w:ind w:firstLine="576"/>
        <w:jc w:val="left"/>
      </w:pPr>
      <w:r>
        <w:rPr>
          <w:rFonts w:ascii="宋体" w:eastAsia="宋体" w:hAnsi="宋体"/>
          <w:sz w:val="28"/>
        </w:rPr>
        <w:t>按照学校与学院的有关要求和指示，文学院新闻采编与制作的我按照自己的选择和决定来到浠水白莲镇中学进行为期6周的教育实习活动。实习期间，在学校各位领导和有关老师以及学校其他相关人员的帮助、指导下，我顺利地完成了教育实习任务。下面，就此期间自己在教学实习等方面的工作做一个简单的自我鉴定：</w:t>
      </w:r>
    </w:p>
    <w:p>
      <w:pPr>
        <w:spacing w:before="100" w:after="200" w:line="360" w:lineRule="auto"/>
        <w:jc w:val="left"/>
      </w:pPr>
      <w:r>
        <w:rPr>
          <w:rFonts w:ascii="宋体 (中文正文)" w:eastAsia="宋体" w:hAnsi="宋体 (中文正文)"/>
          <w:b/>
          <w:sz w:val="28"/>
        </w:rPr>
        <w:t>一、教学工作见习。</w:t>
      </w:r>
    </w:p>
    <w:p>
      <w:pPr>
        <w:spacing w:before="100" w:after="200" w:line="360" w:lineRule="auto"/>
        <w:ind w:firstLine="576"/>
        <w:jc w:val="left"/>
      </w:pPr>
      <w:r>
        <w:rPr>
          <w:rFonts w:ascii="宋体" w:eastAsia="宋体" w:hAnsi="宋体"/>
          <w:sz w:val="28"/>
        </w:rPr>
        <w:t>这是首要的任务，目的是熟悉实习学校、班级的基本情况，接受指导老师的点拨，并随班听课，作好听课笔记，积累教学经验，为日后几周打下良好的基础。另外，在原任课老师的帮助下，熟悉教材、大纲，写出详细而完整的教案，经审阅、批核并达到要求后，正式授课。</w:t>
      </w:r>
    </w:p>
    <w:p>
      <w:pPr>
        <w:spacing w:before="100" w:after="200" w:line="360" w:lineRule="auto"/>
        <w:jc w:val="left"/>
      </w:pPr>
      <w:r>
        <w:rPr>
          <w:rFonts w:ascii="宋体 (中文正文)" w:eastAsia="宋体" w:hAnsi="宋体 (中文正文)"/>
          <w:b/>
          <w:sz w:val="28"/>
        </w:rPr>
        <w:t>二、教学工作实习。</w:t>
      </w:r>
    </w:p>
    <w:p>
      <w:pPr>
        <w:spacing w:before="100" w:after="200" w:line="360" w:lineRule="auto"/>
        <w:ind w:firstLine="576"/>
        <w:jc w:val="left"/>
      </w:pPr>
      <w:r>
        <w:rPr>
          <w:rFonts w:ascii="宋体" w:eastAsia="宋体" w:hAnsi="宋体"/>
          <w:sz w:val="28"/>
        </w:rPr>
        <w:t>这是重中之重的任务，经学校教导主任安排我负责七（3）班的语文教学，内容为人教版《语文》的第1、2单元。总体看来，我能做到认真备课，努力搜集教学素材，所设计的教案规范内容准确。板书工整，教态自然，课堂教学效果良好；教学基本符合新课标要求；教学语言表达清楚，普通话顺畅；课外辅导耐心细致，负责到底，答疑解惑比较正确而有启发性，批改作业仔细正确，注重评点与鼓励相结合。并且时常与一些老师进行交流听取他们的看法和建议汲取他们的资深经验，更好地提高自己的教学素养等。</w:t>
      </w:r>
    </w:p>
    <w:p>
      <w:pPr>
        <w:spacing w:before="100" w:after="200" w:line="360" w:lineRule="auto"/>
        <w:jc w:val="left"/>
      </w:pPr>
      <w:r>
        <w:rPr>
          <w:rFonts w:ascii="宋体 (中文正文)" w:eastAsia="宋体" w:hAnsi="宋体 (中文正文)"/>
          <w:b/>
          <w:sz w:val="28"/>
        </w:rPr>
        <w:t>三、他方面的工作实习。</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在原班主任的指引下，我较快地熟悉全班学生姓名、个性、兴趣爱好深入了解班级特点，工作积极主动，认真负责，常到教室、宿舍与学生沟通，做思想辅导工作，解决他们学习、生活中的问题。处理日常事务尽量讲究效率，基本做到有计划进行各项班务工作。积极发动班委的策划、组织能力，在相关领导、班主任的批准下带领一群学生进行了一次春游活动，爬斗方山；参与“三八”学校组织的女教师乒乓球羽毛球比赛，取得乒乓球第三名；参加学校全体教师会议，积极融入学教师队伍中，全方面的了解熟知教育相关工作事项。</w:t>
      </w:r>
    </w:p>
    <w:p>
      <w:pPr>
        <w:spacing w:before="100" w:after="200" w:line="360" w:lineRule="auto"/>
        <w:jc w:val="left"/>
      </w:pPr>
      <w:r>
        <w:rPr>
          <w:rFonts w:ascii="宋体 (中文正文)" w:eastAsia="宋体" w:hAnsi="宋体 (中文正文)"/>
          <w:b/>
          <w:sz w:val="28"/>
        </w:rPr>
        <w:t>四、教育实习总结工作。</w:t>
      </w:r>
    </w:p>
    <w:p>
      <w:pPr>
        <w:spacing w:before="100" w:after="200" w:line="360" w:lineRule="auto"/>
        <w:ind w:firstLine="576"/>
        <w:jc w:val="left"/>
      </w:pPr>
      <w:r>
        <w:rPr>
          <w:rFonts w:ascii="宋体" w:eastAsia="宋体" w:hAnsi="宋体"/>
          <w:sz w:val="28"/>
        </w:rPr>
        <w:t>最后做一次公开课的讲演，根据自己的笔记、工作记录以及其他相关资料，完成教育实习调查报告、实习工作总结、教案整理等总结性文章，为实习作一个详细而全面的总结。</w:t>
      </w:r>
    </w:p>
    <w:p>
      <w:pPr>
        <w:spacing w:before="100" w:after="200" w:line="360" w:lineRule="auto"/>
        <w:ind w:firstLine="576"/>
        <w:jc w:val="left"/>
      </w:pPr>
      <w:r>
        <w:rPr>
          <w:rFonts w:ascii="宋体" w:eastAsia="宋体" w:hAnsi="宋体"/>
          <w:sz w:val="28"/>
        </w:rPr>
        <w:t>简短的6周的实习生活，既紧张，又新奇，收获也很多，让我得到了一次全面而系统的锻炼，学到了许多书本上没有的知识和技能，有机会将理论与实践有机结合，受益匪浅。在看到优点之余，我还存在着一些不足，主要是上课声音不够洪亮，时间上把握不很准，表达上还需加强。通过实习，使我在思想上有了很大的转变，此时我是学生的老师，且是老师的学生。而做事做人的态度上，都应该积极向上，认真对待。通过实习，使我对中学教学工作有了深层次的感性和理性的认识。</w:t>
      </w:r>
    </w:p>
    <w:p>
      <w:pPr>
        <w:spacing w:before="100" w:after="200" w:line="360" w:lineRule="auto"/>
        <w:ind w:firstLine="576"/>
        <w:jc w:val="left"/>
      </w:pPr>
      <w:r>
        <w:rPr>
          <w:rFonts w:ascii="宋体" w:eastAsia="宋体" w:hAnsi="宋体"/>
          <w:sz w:val="28"/>
        </w:rPr>
        <w:t>转眼间，来幼儿园已经四个月了，这段时间对我来说是一次非常有益的磨练和尝试现在，我的实习生活即将结束，但是这一段时间所带给我的，却能终身受益，我将珍惜剩下的每一天！</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w:t>
      </w:r>
    </w:p>
    <w:p>
      <w:pPr>
        <w:spacing w:before="100" w:after="200" w:line="360" w:lineRule="auto"/>
        <w:ind w:firstLine="576"/>
        <w:jc w:val="left"/>
      </w:pPr>
      <w:r>
        <w:rPr>
          <w:rFonts w:ascii="宋体" w:eastAsia="宋体" w:hAnsi="宋体"/>
          <w:sz w:val="28"/>
        </w:rPr>
        <w:t>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spacing w:before="100" w:after="200" w:line="360" w:lineRule="auto"/>
        <w:ind w:firstLine="576"/>
        <w:jc w:val="left"/>
      </w:pPr>
      <w:r>
        <w:rPr>
          <w:rFonts w:ascii="宋体" w:eastAsia="宋体" w:hAnsi="宋体"/>
          <w:sz w:val="28"/>
        </w:rPr>
        <w:t>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w:t>
      </w:r>
    </w:p>
    <w:p>
      <w:pPr>
        <w:spacing w:before="100" w:after="200" w:line="360" w:lineRule="auto"/>
        <w:ind w:firstLine="576"/>
        <w:jc w:val="left"/>
      </w:pPr>
      <w:r>
        <w:rPr>
          <w:rFonts w:ascii="宋体" w:eastAsia="宋体" w:hAnsi="宋体"/>
          <w:sz w:val="28"/>
        </w:rPr>
        <w:t>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spacing w:before="100" w:after="200" w:line="360" w:lineRule="auto"/>
        <w:ind w:firstLine="576"/>
        <w:jc w:val="left"/>
      </w:pPr>
      <w:r>
        <w:rPr>
          <w:rFonts w:ascii="宋体" w:eastAsia="宋体" w:hAnsi="宋体"/>
          <w:sz w:val="28"/>
        </w:rPr>
        <w:t>20xx年x月份，结束了我学校学生的生活，开始了自己的实习生涯，在这期间里，我在残酷的社会中学到了很多东西，克服了种种困难，让我收获了不止是金钱上的财富，更是人生中宝贵的一笔财富。</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在这将近一年的工作里，我不止为公司完成了各项任务，同时也提高了自己的能力。像我这样没有工作经验的人，更需要多做事来积累自己的经验。在实习中，我认真履行岗位现职，很好地完成了各项工作任务。一是坚持完成领导交给自己的任务，一如既往，坚持不懈，努力做到让领导放心、满意，二是做好日常工作事务，完成自己每天、每个月该做的事，如文件打印、复印，整理数据和上传，和有关药店的证照的管理，三是档案管理，把一百多家药店的筹建、验收、员工培训和员工资料档案和健康档案的资料的整理和归档。在工作同时，也发现了自己很多不足的地方，如对药店的日常管理和各方面的程序管理还不够明白，因此，我努力学习并克服，初见效果。我注重工作任务为牵引，依托工作岗位学习提高，通过观察、模索、查阅资料实践锻炼，较快地进入了工作状态。另一方面，多问问同事，不断丰富知识撑握技巧，在各级领导和同事的帮助下，从不会到体会，从不熟到熟悉，我逐渐摸清了工作情况，找到了切入点，把握住工作重点。我严格地遵守公司的各项规章制度，从不迟到，从不早退，不旷工，待人处事有礼貌。</w:t>
      </w:r>
    </w:p>
    <w:p>
      <w:pPr>
        <w:spacing w:before="100" w:after="200" w:line="360" w:lineRule="auto"/>
        <w:ind w:firstLine="576"/>
        <w:jc w:val="left"/>
      </w:pPr>
      <w:r>
        <w:rPr>
          <w:rFonts w:ascii="宋体" w:eastAsia="宋体" w:hAnsi="宋体"/>
          <w:sz w:val="28"/>
        </w:rPr>
        <w:t>此次的实习为我步入社会以前提供了难得的机会和感知社会的残酷性的机会，让我在实际社会中感受生活，了解在社会生存所应具备的各种能力，通过不断的努力，不断的提高，我有信心在未来的工作中能更好的完成任务。</w:t>
      </w:r>
    </w:p>
    <w:p>
      <w:pPr>
        <w:spacing w:before="100" w:after="200" w:line="360" w:lineRule="auto"/>
        <w:jc w:val="left"/>
      </w:pPr>
      <w:r>
        <w:rPr>
          <w:rFonts w:ascii="宋体 (中文正文)" w:eastAsia="宋体" w:hAnsi="宋体 (中文正文)"/>
          <w:b/>
          <w:sz w:val="28"/>
        </w:rPr>
        <w:t>一、教学工作方面</w:t>
      </w:r>
    </w:p>
    <w:p>
      <w:pPr>
        <w:spacing w:before="100" w:after="200" w:line="360" w:lineRule="auto"/>
        <w:ind w:firstLine="576"/>
        <w:jc w:val="left"/>
      </w:pPr>
      <w:r>
        <w:rPr>
          <w:rFonts w:ascii="宋体" w:eastAsia="宋体" w:hAnsi="宋体"/>
          <w:sz w:val="28"/>
        </w:rPr>
        <w:t>在教学上，我做到了备课认真，作业及时批改，反思科学严谨。并且严格按照实习学校要求的“先学后教、当堂检测”的教学模式进行教学。在教学过程中，也不断挍正教学方法，尝试不同的教学手段。对于课堂，始终报之以认真负责的工作态度和教学相长的求知精神。当然，作为初上讲台的新人，也确实存在着课堂中掌控能力较弱，忽视学生反馈，缺乏经验和技巧等问题，应在今后着力改进。</w:t>
      </w:r>
    </w:p>
    <w:p>
      <w:pPr>
        <w:spacing w:before="100" w:after="200" w:line="360" w:lineRule="auto"/>
        <w:jc w:val="left"/>
      </w:pPr>
      <w:r>
        <w:rPr>
          <w:rFonts w:ascii="宋体 (中文正文)" w:eastAsia="宋体" w:hAnsi="宋体 (中文正文)"/>
          <w:b/>
          <w:sz w:val="28"/>
        </w:rPr>
        <w:t>二、班主任工作方面</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在进行教学时学的同时，我还进行了班主任工作实习，做了大量的班主任工作，包括开展丰富多彩的主题班会、积极参与学生的跑操、监督学生们的自习课、组织学生的课余活动等。通过聊天和谈话，让我对学生有了进一步的了解，从而也初步体验了如何管理一个班级。我也积极向原班主任学习班级管理经验，努力使自己成为一名合格的班主任。</w:t>
      </w:r>
    </w:p>
    <w:p>
      <w:pPr>
        <w:spacing w:before="100" w:after="200" w:line="360" w:lineRule="auto"/>
        <w:jc w:val="left"/>
      </w:pPr>
      <w:r>
        <w:rPr>
          <w:rFonts w:ascii="宋体 (中文正文)" w:eastAsia="宋体" w:hAnsi="宋体 (中文正文)"/>
          <w:b/>
          <w:sz w:val="28"/>
        </w:rPr>
        <w:t>三、党团活动方面</w:t>
      </w:r>
    </w:p>
    <w:p>
      <w:pPr>
        <w:spacing w:before="100" w:after="200" w:line="360" w:lineRule="auto"/>
        <w:ind w:firstLine="576"/>
        <w:jc w:val="left"/>
      </w:pPr>
      <w:r>
        <w:rPr>
          <w:rFonts w:ascii="宋体" w:eastAsia="宋体" w:hAnsi="宋体"/>
          <w:sz w:val="28"/>
        </w:rPr>
        <w:t>作为一个集体，我们开展了许多团日活动，其中包括以提高教学技能的“多媒体课件制作大赛”、钢笔字粉笔字比赛说课比赛等。并且小组内成员经常互相听课、评课，相互借鉴，取长补短。我们还将周六定为“内务日”，全队整理内务，打扫寝室，维护良好的生活环境和师大学子形象。</w:t>
      </w:r>
    </w:p>
    <w:p>
      <w:pPr>
        <w:spacing w:before="100" w:after="200" w:line="360" w:lineRule="auto"/>
        <w:jc w:val="left"/>
      </w:pPr>
      <w:r>
        <w:rPr>
          <w:rFonts w:ascii="宋体 (中文正文)" w:eastAsia="宋体" w:hAnsi="宋体 (中文正文)"/>
          <w:b/>
          <w:sz w:val="28"/>
        </w:rPr>
        <w:t>四、教育调查与研究方面</w:t>
      </w:r>
    </w:p>
    <w:p>
      <w:pPr>
        <w:spacing w:before="100" w:after="200" w:line="360" w:lineRule="auto"/>
        <w:ind w:firstLine="576"/>
        <w:jc w:val="left"/>
      </w:pPr>
      <w:r>
        <w:rPr>
          <w:rFonts w:ascii="宋体" w:eastAsia="宋体" w:hAnsi="宋体"/>
          <w:sz w:val="28"/>
        </w:rPr>
        <w:t>课堂教学是当前学校教学的主要形式，在可以预见的将来，它仍将是学校教学的主要形式。但是，我们现在进行着的课堂教学，却又存在着不少的弊端。它严重地影响着课堂教学效率的提高，影响着教学质量的提高。所以我们小队积极响应学校的安排，对广平三中新课堂教学做了深入、探讨、科学的研究。为了使大多数教师尽快适应新课标，转变教学观念,提高课堂教学效益，更好的课堂教学，所以本次调查分两方面进行，一是调查三中教师，二是调查学生。两方面都采用了调查问卷的方式。调查内容主要针对课堂教学，包括学生的学习热情、课程体系安排、教学互动程度、教学方式、学生的约束机制和课堂教学评估等几个方面。</w:t>
      </w:r>
    </w:p>
    <w:p>
      <w:pPr>
        <w:spacing w:before="100" w:after="200" w:line="360" w:lineRule="auto"/>
        <w:jc w:val="left"/>
      </w:pPr>
      <w:r>
        <w:rPr>
          <w:rFonts w:ascii="宋体 (中文正文)" w:eastAsia="宋体" w:hAnsi="宋体 (中文正文)"/>
          <w:b/>
          <w:sz w:val="28"/>
        </w:rPr>
        <w:t>五、服务学校方面</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无论是月考还是期中考试，我们实习生都参加了监考、评卷等工作，在第一次月考中，我还完成了初二年级月考地理试卷的出卷任务。为了迎接省检，我们帮学校整理实验室，打扫校园，擦栏杆，贴标语等。课间我们会带着学生做游戏，为学校和学生营造一个和谐健康的校园氛围。这一系列的工作为学校各项事务的开展提供了帮助，受到了当地学校的褒扬和感谢。</w:t>
      </w:r>
    </w:p>
    <w:p>
      <w:pPr>
        <w:spacing w:before="100" w:after="200" w:line="360" w:lineRule="auto"/>
        <w:jc w:val="left"/>
      </w:pPr>
      <w:r>
        <w:rPr>
          <w:rFonts w:ascii="宋体 (中文正文)" w:eastAsia="宋体" w:hAnsi="宋体 (中文正文)"/>
          <w:b/>
          <w:sz w:val="28"/>
        </w:rPr>
        <w:t>六、思想政治表现</w:t>
      </w:r>
    </w:p>
    <w:p>
      <w:pPr>
        <w:spacing w:before="100" w:after="200" w:line="360" w:lineRule="auto"/>
        <w:ind w:firstLine="576"/>
        <w:jc w:val="left"/>
      </w:pPr>
      <w:r>
        <w:rPr>
          <w:rFonts w:ascii="宋体" w:eastAsia="宋体" w:hAnsi="宋体"/>
          <w:sz w:val="28"/>
        </w:rPr>
        <w:t>实习期间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五重安乡xx学校为寄宿制学校，住宿生会在学校上晚自习，我也是利用晚自习的时间来增强自己的班级管理能力。积极努力的投入在学校的各项工作当中，充分的利用实习的机会参加学校的各项活动。</w:t>
      </w:r>
    </w:p>
    <w:p>
      <w:pPr>
        <w:spacing w:before="100" w:after="200" w:line="360" w:lineRule="auto"/>
        <w:ind w:firstLine="576"/>
        <w:jc w:val="left"/>
      </w:pPr>
      <w:r>
        <w:rPr>
          <w:rFonts w:ascii="宋体" w:eastAsia="宋体" w:hAnsi="宋体"/>
          <w:sz w:val="28"/>
        </w:rPr>
        <w:t>实习有苦有乐，有欢笑有泪水，有数不尽的酸甜苦辣；实习让我丰富了知识，增长了经验；实习带来的是无价的人生阅历，是人生中宝贵的一课。这一段顶岗实习的经历也毕竟会对我今后的人生产生深远的影响。</w:t>
      </w:r>
    </w:p>
    <w:p>
      <w:pPr>
        <w:spacing w:before="100" w:after="200" w:line="360" w:lineRule="auto"/>
        <w:ind w:firstLine="576"/>
        <w:jc w:val="left"/>
      </w:pPr>
      <w:r>
        <w:rPr>
          <w:rFonts w:ascii="宋体" w:eastAsia="宋体" w:hAnsi="宋体"/>
          <w:sz w:val="28"/>
        </w:rPr>
        <w:t>今年我在xx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spacing w:before="100" w:after="200" w:line="360" w:lineRule="auto"/>
        <w:ind w:firstLine="576"/>
        <w:jc w:val="left"/>
      </w:pPr>
      <w:r>
        <w:rPr>
          <w:rFonts w:ascii="宋体" w:eastAsia="宋体" w:hAnsi="宋体"/>
          <w:sz w:val="28"/>
        </w:rPr>
        <w:t>光阴似箭，岁月如梭。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spacing w:before="100" w:after="200" w:line="360" w:lineRule="auto"/>
        <w:ind w:firstLine="576"/>
        <w:jc w:val="left"/>
      </w:pPr>
      <w:r>
        <w:rPr>
          <w:rFonts w:ascii="宋体" w:eastAsia="宋体" w:hAnsi="宋体"/>
          <w:sz w:val="28"/>
        </w:rPr>
        <w:t>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spacing w:before="100" w:after="200" w:line="360" w:lineRule="auto"/>
        <w:ind w:firstLine="576"/>
        <w:jc w:val="left"/>
      </w:pPr>
      <w:r>
        <w:rPr>
          <w:rFonts w:ascii="宋体" w:eastAsia="宋体" w:hAnsi="宋体"/>
          <w:sz w:val="28"/>
        </w:rPr>
        <w:t>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在整个实习过程中，让我走到了教学的第一线，深刻体会到教学工作的不易。</w:t>
      </w:r>
    </w:p>
    <w:p>
      <w:pPr>
        <w:spacing w:before="100" w:after="200" w:line="360" w:lineRule="auto"/>
        <w:ind w:firstLine="576"/>
        <w:jc w:val="left"/>
      </w:pPr>
      <w:r>
        <w:rPr>
          <w:rFonts w:ascii="宋体" w:eastAsia="宋体" w:hAnsi="宋体"/>
          <w:sz w:val="28"/>
        </w:rPr>
        <w:t>后面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通过观模课的学习以及自己亲自走到教学第一线，使我认识到：</w:t>
      </w:r>
    </w:p>
    <w:p>
      <w:pPr>
        <w:spacing w:before="100" w:after="200" w:line="360" w:lineRule="auto"/>
        <w:ind w:firstLine="576"/>
        <w:jc w:val="left"/>
      </w:pPr>
      <w:r>
        <w:rPr>
          <w:rFonts w:ascii="宋体" w:eastAsia="宋体" w:hAnsi="宋体"/>
          <w:sz w:val="28"/>
        </w:rPr>
        <w:t>1、课前一定要认识到进行扎实的备课和精心准备的必要性，这样上课才会得心应手，有条不紊，不紧张。</w:t>
      </w:r>
    </w:p>
    <w:p>
      <w:pPr>
        <w:spacing w:before="100" w:after="200" w:line="360" w:lineRule="auto"/>
        <w:ind w:firstLine="576"/>
        <w:jc w:val="left"/>
      </w:pPr>
      <w:r>
        <w:rPr>
          <w:rFonts w:ascii="宋体" w:eastAsia="宋体" w:hAnsi="宋体"/>
          <w:sz w:val="28"/>
        </w:rPr>
        <w:t>2、课堂上要注意教学秩序和教学效率，如果课堂秩序很乱，将会直接导致学生接受效率不高，最重要的是影响成绩。</w:t>
      </w:r>
    </w:p>
    <w:p>
      <w:pPr>
        <w:spacing w:before="100" w:after="200" w:line="360" w:lineRule="auto"/>
        <w:ind w:firstLine="576"/>
        <w:jc w:val="left"/>
      </w:pPr>
      <w:r>
        <w:rPr>
          <w:rFonts w:ascii="宋体" w:eastAsia="宋体" w:hAnsi="宋体"/>
          <w:sz w:val="28"/>
        </w:rPr>
        <w:t>3、上课时态度要从容大方镇静，采取恰当的姿态语言帮助说话，从而使教者更加具有激情，调动课堂气氛，使学生在快乐的轻松氛围小学习。</w:t>
      </w:r>
    </w:p>
    <w:p>
      <w:pPr>
        <w:spacing w:before="100" w:after="200" w:line="360" w:lineRule="auto"/>
        <w:ind w:firstLine="576"/>
        <w:jc w:val="left"/>
      </w:pPr>
      <w:r>
        <w:rPr>
          <w:rFonts w:ascii="宋体" w:eastAsia="宋体" w:hAnsi="宋体"/>
          <w:sz w:val="28"/>
        </w:rPr>
        <w:t>4、注意运用启发式教学和巩固性原则，在教学过程中，启发和引导学生去探究和思索，从而完成本节课的教学任务和教学目标，而不是以往的“注入式”和“填鸭式”的教学方式。</w:t>
      </w:r>
    </w:p>
    <w:p>
      <w:pPr>
        <w:spacing w:before="100" w:after="200" w:line="360" w:lineRule="auto"/>
        <w:ind w:firstLine="576"/>
        <w:jc w:val="left"/>
      </w:pPr>
      <w:r>
        <w:rPr>
          <w:rFonts w:ascii="宋体" w:eastAsia="宋体" w:hAnsi="宋体"/>
          <w:sz w:val="28"/>
        </w:rPr>
        <w:t>5、在课后要主动虚心地征求指导老师的意见，以及重视学生的信息反馈，认真地做好自我分析、评价和总结，对指导教师的意见进行改进，为下一节课做好准备。</w:t>
      </w:r>
    </w:p>
    <w:p>
      <w:pPr>
        <w:spacing w:before="100" w:after="200" w:line="360" w:lineRule="auto"/>
        <w:ind w:firstLine="576"/>
        <w:jc w:val="left"/>
      </w:pPr>
      <w:r>
        <w:rPr>
          <w:rFonts w:ascii="宋体" w:eastAsia="宋体" w:hAnsi="宋体"/>
          <w:sz w:val="28"/>
        </w:rPr>
        <w:t>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spacing w:before="100" w:after="200" w:line="360" w:lineRule="auto"/>
        <w:ind w:firstLine="576"/>
        <w:jc w:val="left"/>
      </w:pPr>
      <w:r>
        <w:rPr>
          <w:rFonts w:ascii="宋体" w:eastAsia="宋体" w:hAnsi="宋体"/>
          <w:sz w:val="28"/>
        </w:rPr>
        <w:t>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时光飞逝，不知不觉走上教师这条道路快x年了。在这一年的时间里，我满怀信心，努力工作和不断学习，深刻体会到了做老师的艰辛和快乐，使我获益良多。现在我总结一下近x年的得与失，因为回顾走过的路就可以更好的看清前面的路。</w:t>
      </w:r>
    </w:p>
    <w:p>
      <w:pPr>
        <w:spacing w:before="100" w:after="200" w:line="360" w:lineRule="auto"/>
        <w:ind w:firstLine="576"/>
        <w:jc w:val="left"/>
      </w:pPr>
      <w:r>
        <w:rPr>
          <w:rFonts w:ascii="宋体" w:eastAsia="宋体" w:hAnsi="宋体"/>
          <w:sz w:val="28"/>
        </w:rPr>
        <w:t>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spacing w:before="100" w:after="200" w:line="360" w:lineRule="auto"/>
        <w:ind w:firstLine="576"/>
        <w:jc w:val="left"/>
      </w:pPr>
      <w:r>
        <w:rPr>
          <w:rFonts w:ascii="宋体" w:eastAsia="宋体" w:hAnsi="宋体"/>
          <w:sz w:val="28"/>
        </w:rPr>
        <w:t>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spacing w:before="100" w:after="200" w:line="360" w:lineRule="auto"/>
        <w:ind w:firstLine="576"/>
        <w:jc w:val="left"/>
      </w:pPr>
      <w:r>
        <w:rPr>
          <w:rFonts w:ascii="宋体" w:eastAsia="宋体" w:hAnsi="宋体"/>
          <w:sz w:val="28"/>
        </w:rPr>
        <w:t>在这一年里我努力做到以下两点：</w:t>
      </w:r>
    </w:p>
    <w:p>
      <w:pPr>
        <w:spacing w:before="100" w:after="200" w:line="360" w:lineRule="auto"/>
        <w:jc w:val="left"/>
      </w:pPr>
      <w:r>
        <w:rPr>
          <w:rFonts w:ascii="宋体 (中文正文)" w:eastAsia="宋体" w:hAnsi="宋体 (中文正文)"/>
          <w:b/>
          <w:sz w:val="28"/>
        </w:rPr>
        <w:t>一、教师的举止言行是学生学习的榜样</w:t>
      </w:r>
    </w:p>
    <w:p>
      <w:pPr>
        <w:spacing w:before="100" w:after="200" w:line="360" w:lineRule="auto"/>
        <w:ind w:firstLine="576"/>
        <w:jc w:val="left"/>
      </w:pPr>
      <w:r>
        <w:rPr>
          <w:rFonts w:ascii="宋体" w:eastAsia="宋体" w:hAnsi="宋体"/>
          <w:sz w:val="28"/>
        </w:rPr>
        <w:t>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spacing w:before="100" w:after="200" w:line="360" w:lineRule="auto"/>
        <w:jc w:val="left"/>
      </w:pPr>
      <w:r>
        <w:rPr>
          <w:rFonts w:ascii="宋体 (中文正文)" w:eastAsia="宋体" w:hAnsi="宋体 (中文正文)"/>
          <w:b/>
          <w:sz w:val="28"/>
        </w:rPr>
        <w:t>二、备课</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spacing w:before="100" w:after="200" w:line="360" w:lineRule="auto"/>
        <w:ind w:firstLine="576"/>
        <w:jc w:val="left"/>
      </w:pPr>
      <w:r>
        <w:rPr>
          <w:rFonts w:ascii="宋体" w:eastAsia="宋体" w:hAnsi="宋体"/>
          <w:sz w:val="28"/>
        </w:rPr>
        <w:t>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w:t>
      </w:r>
    </w:p>
    <w:p>
      <w:pPr>
        <w:spacing w:before="100" w:after="200" w:line="360" w:lineRule="auto"/>
        <w:ind w:firstLine="576"/>
        <w:jc w:val="left"/>
      </w:pPr>
      <w:r>
        <w:rPr>
          <w:rFonts w:ascii="宋体" w:eastAsia="宋体" w:hAnsi="宋体"/>
          <w:sz w:val="28"/>
        </w:rPr>
        <w:t>最后，有时自己的脾气太过孩子气，在处理有些事情时过于急躁，还需要有更多的耐心与经验。教育工作是一项常做常新、永无止境的工作，需要不断的总结与反思。</w:t>
      </w:r>
    </w:p>
    <w:p>
      <w:pPr>
        <w:spacing w:before="100" w:after="200" w:line="360" w:lineRule="auto"/>
        <w:ind w:firstLine="576"/>
        <w:jc w:val="left"/>
      </w:pPr>
      <w:r>
        <w:rPr>
          <w:rFonts w:ascii="宋体" w:eastAsia="宋体" w:hAnsi="宋体"/>
          <w:sz w:val="28"/>
        </w:rPr>
        <w:t>我相信在反复的总结与反思中，我会不断地完善自我和提高自我，越做越好的。相信在今后的工作学习中，我定能改善不足，发扬优点，在教育的路上越走越好。</w:t>
      </w:r>
    </w:p>
    <w:p>
      <w:pPr>
        <w:spacing w:before="100" w:after="200" w:line="360" w:lineRule="auto"/>
        <w:ind w:firstLine="576"/>
        <w:jc w:val="left"/>
      </w:pPr>
      <w:r>
        <w:rPr>
          <w:rFonts w:ascii="宋体" w:eastAsia="宋体" w:hAnsi="宋体"/>
          <w:sz w:val="28"/>
        </w:rPr>
        <w:t>思想方面能够为教学事业的发展贡献自己的力量，肩负着教书育人的职责便应当在教学过程中好好表现自己，因此我很重视对学生的教导并希望能够教导好他们，但随着时间的推进让我意识到自身教学水平的不足，于是我便将精力放在理论知识的学习之中并希望以此来提升自己，而且每当学校开会或者有老师上公开课的时候都会积极参加，在会议上做好笔记并根据教学内容做好备课工作，希望通过对教学职责的重视让自己对教学工作更加负责，而且我也会积极请教其他教师从而通过团结互助的方式促进学校教学事业的发展。</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工作方面能认真做好教案设计从而教导好班上的学生，为了便于学生理解课本上的知识点导致我对此进行了深入剖析，在备课方面多花费心思从而让学生在学习的过程中有所收获，对我来说教学工作能做到这种程度也是得益于平时的认真负责，而且我能虚心向班主任老师请教从而了解教学过程中的注意事项，另外我也会认真做好培优辅差工作从而加深对学生的了解，平时多关心学生并了解他们在学习过程中遇到的困难，进行着重辅导从而有效提升班上学生的平均成绩。</w:t>
      </w:r>
    </w:p>
    <w:p>
      <w:pPr>
        <w:spacing w:before="100" w:after="200" w:line="360" w:lineRule="auto"/>
        <w:ind w:firstLine="576"/>
        <w:jc w:val="left"/>
      </w:pPr>
      <w:r>
        <w:rPr>
          <w:rFonts w:ascii="宋体" w:eastAsia="宋体" w:hAnsi="宋体"/>
          <w:sz w:val="28"/>
        </w:rPr>
        <w:t>生活方面能够加强与其他教师以及学生家长的沟通，前者是为了通过交流认识到自身知识面的不足，对我来说学校的诸多教师都是自己在教学事业上的前辈，我应当多向他们学习从而改善自身的教学方式，而且多了解其他老师在教学工作中的做法也能及时认识到自身的不足。后者则是为了加深对学生的了解以便于制定教学方案，对于学生成绩下滑的状况会多与家长沟通，了解学生在家期间的表现从而明白家庭教育是否有发挥应有的作用，要求家长多督促学生完成作业也是对教学工作的支持。</w:t>
      </w:r>
    </w:p>
    <w:p>
      <w:pPr>
        <w:spacing w:before="100" w:after="200" w:line="360" w:lineRule="auto"/>
        <w:ind w:firstLine="576"/>
        <w:jc w:val="left"/>
      </w:pPr>
      <w:r>
        <w:rPr>
          <w:rFonts w:ascii="宋体" w:eastAsia="宋体" w:hAnsi="宋体"/>
          <w:sz w:val="28"/>
        </w:rPr>
        <w:t>简单的分析让我对自身教学水平有了全面的认识，我会继续做好教学工作并争取在毕业后成为优秀的教师，希望能通过这次实习的经历让自己对教师的职责有着更多理解。</w:t>
      </w:r>
    </w:p>
    <w:p>
      <w:pPr>
        <w:spacing w:before="100" w:after="200" w:line="360" w:lineRule="auto"/>
        <w:ind w:firstLine="576"/>
        <w:jc w:val="left"/>
      </w:pPr>
      <w:r>
        <w:rPr>
          <w:rFonts w:ascii="宋体" w:eastAsia="宋体" w:hAnsi="宋体"/>
          <w:sz w:val="28"/>
        </w:rPr>
        <w:t>20xx年xx月xx日-xx月xx日，我在xx市xx幼儿园进行了为期一个月的毕业实习。实习期间，在天骄幼儿园各位领导和老师的帮助，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spacing w:before="100" w:after="200" w:line="360" w:lineRule="auto"/>
        <w:jc w:val="left"/>
      </w:pPr>
      <w:r>
        <w:rPr>
          <w:rFonts w:ascii="宋体 (中文正文)" w:eastAsia="宋体" w:hAnsi="宋体 (中文正文)"/>
          <w:b/>
          <w:sz w:val="28"/>
        </w:rPr>
        <w:t>一、保育员见习</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https://d.book118.com/026000243202010102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26000243202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