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2024关于砂石购销合同范本（31篇）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2024关于砂石购销合同范本（通用31篇）</w:t>
      </w:r>
      <w:r>
        <w:rPr>
          <w:lang w:eastAsia="zh-CN"/>
        </w:rPr>
        <w:br/>
      </w:r>
      <w:r>
        <w:rPr>
          <w:lang w:eastAsia="zh-CN"/>
        </w:rPr>
        <w:t xml:space="preserve">    2024关于砂石购销合同范本 篇1 </w:t>
      </w:r>
      <w:r>
        <w:rPr>
          <w:lang w:eastAsia="zh-CN"/>
        </w:rPr>
        <w:br/>
      </w:r>
      <w:r>
        <w:rPr>
          <w:lang w:eastAsia="zh-CN"/>
        </w:rPr>
        <w:t>　　甲（供）方：</w:t>
      </w:r>
      <w:r>
        <w:rPr>
          <w:lang w:eastAsia="zh-CN"/>
        </w:rPr>
        <w:br/>
      </w:r>
      <w:r>
        <w:rPr>
          <w:lang w:eastAsia="zh-CN"/>
        </w:rPr>
        <w:t>　　乙（需）方：</w:t>
      </w:r>
      <w:r>
        <w:rPr>
          <w:lang w:eastAsia="zh-CN"/>
        </w:rPr>
        <w:br/>
      </w:r>
      <w:r>
        <w:rPr>
          <w:lang w:eastAsia="zh-CN"/>
        </w:rPr>
        <w:t>　　单位的有关规定，遵循平等、自愿、公平公正、诚实信用的原则，经采购事项签订如下协议：</w:t>
      </w:r>
      <w:r>
        <w:rPr>
          <w:lang w:eastAsia="zh-CN"/>
        </w:rPr>
        <w:br/>
      </w:r>
      <w:r>
        <w:rPr>
          <w:lang w:eastAsia="zh-CN"/>
        </w:rPr>
        <w:t>　　一、产品名称、规格、单价、数量、金额</w:t>
      </w:r>
      <w:r>
        <w:rPr>
          <w:lang w:eastAsia="zh-CN"/>
        </w:rPr>
        <w:br/>
      </w:r>
      <w:r>
        <w:rPr>
          <w:lang w:eastAsia="zh-CN"/>
        </w:rPr>
        <w:t>　　二、质量要求技术标准：砂石料严格按照GB/T14684—20__标准组织供货，不合格材料拒收。如因质量不合格，乙方收料人有权拒收，其不合格材料由甲方立即运出乙方现场，造成的损失由甲方承担。</w:t>
      </w:r>
      <w:r>
        <w:rPr>
          <w:lang w:eastAsia="zh-CN"/>
        </w:rPr>
        <w:br/>
      </w:r>
      <w:r>
        <w:rPr>
          <w:lang w:eastAsia="zh-CN"/>
        </w:rPr>
        <w:t>　　三、交货地点和时间：以乙方电话通知的时间为准，在乙方料场交货（乙方必须提前一天电话通知甲方，甲方接到通知后必须在次日完成货物配备）。</w:t>
      </w:r>
      <w:r>
        <w:rPr>
          <w:lang w:eastAsia="zh-CN"/>
        </w:rPr>
        <w:br/>
      </w:r>
      <w:r>
        <w:rPr>
          <w:lang w:eastAsia="zh-CN"/>
        </w:rPr>
        <w:t>　　四、运输方式及费用负担：由甲方负责承运，乙方承担费用负担。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五、验收方法及标准：以工地现场实际过磅（方量）为准雨季材料受雨水影响含水率较高，到场数量根据实际情况进行验收按第二条约定的国标验收，数量异议在货到3日内并保持原包装的情况下由乙方书面提出，质量异议在货到5日由乙方书面提出。因质量问题不符合约定，甲方应无条件的退货或按乙方要求换货。</w:t>
      </w:r>
      <w:r>
        <w:rPr>
          <w:lang w:eastAsia="zh-CN"/>
        </w:rPr>
        <w:br/>
      </w:r>
      <w:r>
        <w:rPr>
          <w:lang w:eastAsia="zh-CN"/>
        </w:rPr>
        <w:t>　　六、结算付款方式及期限：以甲方开据的发货单为凭证结算，每月20日对账，次月15日按月支付80%，每半年度结至半年所供材料的95%，尾款每年度结清，甲方不开据货物和运输发票。</w:t>
      </w:r>
      <w:r>
        <w:rPr>
          <w:lang w:eastAsia="zh-CN"/>
        </w:rPr>
        <w:br/>
      </w:r>
      <w:r>
        <w:rPr>
          <w:lang w:eastAsia="zh-CN"/>
        </w:rPr>
        <w:t>　　七、违约责任：甲乙双方自本合同签定之日起，自觉履行本合同，违约方将负责承担影响工程进度的一切费用和责任。</w:t>
      </w:r>
      <w:r>
        <w:rPr>
          <w:lang w:eastAsia="zh-CN"/>
        </w:rPr>
        <w:br/>
      </w:r>
      <w:r>
        <w:rPr>
          <w:lang w:eastAsia="zh-CN"/>
        </w:rPr>
        <w:t>　　八、解决合同纠纷的方式：协商解决，协商不成，可提请有关职能部门进行调解，如调解不成向签约地人民法院提起诉讼。</w:t>
      </w:r>
      <w:r>
        <w:rPr>
          <w:lang w:eastAsia="zh-CN"/>
        </w:rPr>
        <w:br/>
      </w:r>
      <w:r>
        <w:rPr>
          <w:lang w:eastAsia="zh-CN"/>
        </w:rPr>
        <w:t>　　九、其他约定事项</w:t>
      </w:r>
      <w:r>
        <w:rPr>
          <w:lang w:eastAsia="zh-CN"/>
        </w:rPr>
        <w:br/>
      </w:r>
      <w:r>
        <w:rPr>
          <w:lang w:eastAsia="zh-CN"/>
        </w:rPr>
        <w:t>　　1、甲方在运输过程中必须严密遮盖防止泼洒对环境造成污染，甲方运送车辆驾乘人员进入施工现场应佩戴安全帽，甲方在乙方工地范围外运输过程中涉及环保、道路维护、交通及运输安全、城管及外部干扰等问题由甲方自行处理。</w:t>
      </w:r>
      <w:r>
        <w:rPr>
          <w:lang w:eastAsia="zh-CN"/>
        </w:rPr>
        <w:br/>
      </w:r>
      <w:r>
        <w:rPr>
          <w:lang w:eastAsia="zh-CN"/>
        </w:rPr>
        <w:t>　　2、其他未尽事宜，甲乙双方另行协商。</w:t>
      </w:r>
      <w:r>
        <w:rPr>
          <w:lang w:eastAsia="zh-CN"/>
        </w:rPr>
        <w:br/>
      </w:r>
      <w:r>
        <w:rPr>
          <w:lang w:eastAsia="zh-CN"/>
        </w:rPr>
        <w:t>　　3、本合同经甲乙双方签字盖章后生效。有效期自签定之日起至乙方竣工货款付清为止。</w:t>
      </w:r>
      <w:r>
        <w:rPr>
          <w:lang w:eastAsia="zh-CN"/>
        </w:rPr>
        <w:br/>
      </w:r>
      <w:r>
        <w:rPr>
          <w:lang w:eastAsia="zh-CN"/>
        </w:rPr>
        <w:t>　　4、本合同一式二份，甲乙双方各执一份。</w:t>
      </w:r>
      <w:r>
        <w:rPr>
          <w:lang w:eastAsia="zh-CN"/>
        </w:rPr>
        <w:br/>
      </w:r>
      <w:r>
        <w:rPr>
          <w:lang w:eastAsia="zh-CN"/>
        </w:rPr>
        <w:t>　　5、当市场价格发生变动，上、下涨（跌）幅达到5%时，需进行价格调整，双方确定的新价格以补充合同的形式进行签定。</w:t>
      </w:r>
      <w:r>
        <w:rPr>
          <w:lang w:eastAsia="zh-CN"/>
        </w:rPr>
        <w:br/>
      </w:r>
      <w:r>
        <w:rPr>
          <w:lang w:eastAsia="zh-CN"/>
        </w:rPr>
        <w:t>　　甲（供）方：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乙（需）方：</w:t>
      </w:r>
      <w:r>
        <w:rPr>
          <w:lang w:eastAsia="zh-CN"/>
        </w:rPr>
        <w:br/>
      </w:r>
      <w:r>
        <w:rPr>
          <w:lang w:eastAsia="zh-CN"/>
        </w:rPr>
        <w:t>　　签定时间：</w:t>
      </w:r>
      <w:r>
        <w:rPr>
          <w:lang w:eastAsia="zh-CN"/>
        </w:rPr>
        <w:br/>
      </w:r>
      <w:r>
        <w:rPr>
          <w:lang w:eastAsia="zh-CN"/>
        </w:rPr>
        <w:t xml:space="preserve">    2024关于砂石购销合同范本 篇2 </w:t>
      </w:r>
      <w:r>
        <w:rPr>
          <w:lang w:eastAsia="zh-CN"/>
        </w:rPr>
        <w:br/>
      </w:r>
      <w:r>
        <w:rPr>
          <w:lang w:eastAsia="zh-CN"/>
        </w:rPr>
        <w:t>　　购货单位：(以下简称甲方)</w:t>
      </w:r>
      <w:r>
        <w:rPr>
          <w:lang w:eastAsia="zh-CN"/>
        </w:rPr>
        <w:br/>
      </w:r>
      <w:r>
        <w:rPr>
          <w:lang w:eastAsia="zh-CN"/>
        </w:rPr>
        <w:t>　　供货单位：(以下简称乙方)</w:t>
      </w:r>
      <w:r>
        <w:rPr>
          <w:lang w:eastAsia="zh-CN"/>
        </w:rPr>
        <w:br/>
      </w:r>
      <w:r>
        <w:rPr>
          <w:lang w:eastAsia="zh-CN"/>
        </w:rPr>
        <w:t>　　为了明确甲乙双方各自应当承担的责任，确保双方实现各自的经济目的，经甲乙双方充分协商，特订立本合同，以便共同遵守。</w:t>
      </w:r>
      <w:r>
        <w:rPr>
          <w:lang w:eastAsia="zh-CN"/>
        </w:rPr>
        <w:br/>
      </w:r>
      <w:r>
        <w:rPr>
          <w:lang w:eastAsia="zh-CN"/>
        </w:rPr>
        <w:t>　　一、材料的名称、品种、规格和质量</w:t>
      </w:r>
      <w:r>
        <w:rPr>
          <w:lang w:eastAsia="zh-CN"/>
        </w:rPr>
        <w:br/>
      </w:r>
      <w:r>
        <w:rPr>
          <w:lang w:eastAsia="zh-CN"/>
        </w:rPr>
        <w:t>　　1、材料的名称：砂、碎石、元石、连砂石(其中元石径应达到0.5-4cm)范围内。</w:t>
      </w:r>
      <w:r>
        <w:rPr>
          <w:lang w:eastAsia="zh-CN"/>
        </w:rPr>
        <w:br/>
      </w:r>
      <w:r>
        <w:rPr>
          <w:lang w:eastAsia="zh-CN"/>
        </w:rPr>
        <w:t>　　2、砂：采用中粗细砂，砂子必须含泥量不得大于2%。 粒料：应当符合设计和施工规范要求，并先用质坚干净的粒料。</w:t>
      </w:r>
      <w:r>
        <w:rPr>
          <w:lang w:eastAsia="zh-CN"/>
        </w:rPr>
        <w:br/>
      </w:r>
      <w:r>
        <w:rPr>
          <w:lang w:eastAsia="zh-CN"/>
        </w:rPr>
        <w:t>　　二、材料的数量和计算单位、计算方法</w:t>
      </w:r>
      <w:r>
        <w:rPr>
          <w:lang w:eastAsia="zh-CN"/>
        </w:rPr>
        <w:br/>
      </w:r>
      <w:r>
        <w:rPr>
          <w:lang w:eastAsia="zh-CN"/>
        </w:rPr>
        <w:t>　　计算单位、计量方法：计量的单位为立方米;计量方法：送到甲方指定工地堆料地点由甲方收料人员验收方量。</w:t>
      </w:r>
      <w:r>
        <w:rPr>
          <w:lang w:eastAsia="zh-CN"/>
        </w:rPr>
        <w:br/>
      </w:r>
      <w:r>
        <w:rPr>
          <w:lang w:eastAsia="zh-CN"/>
        </w:rPr>
        <w:t>　　三、材料的交货单位、交货方法、运输方式、到货地点</w:t>
      </w:r>
      <w:r>
        <w:rPr>
          <w:lang w:eastAsia="zh-CN"/>
        </w:rPr>
        <w:br/>
      </w:r>
      <w:r>
        <w:rPr>
          <w:lang w:eastAsia="zh-CN"/>
        </w:rPr>
        <w:t>　　1、材料的交货单位：____________________________</w:t>
      </w:r>
      <w:r>
        <w:rPr>
          <w:lang w:eastAsia="zh-CN"/>
        </w:rPr>
        <w:br/>
      </w:r>
      <w:r>
        <w:rPr>
          <w:lang w:eastAsia="zh-CN"/>
        </w:rPr>
        <w:t>　　2 、到货地点和接货单位(或接货人)</w:t>
      </w:r>
      <w:r>
        <w:rPr>
          <w:lang w:eastAsia="zh-CN"/>
        </w:rPr>
        <w:br/>
      </w:r>
      <w:r>
        <w:rPr>
          <w:lang w:eastAsia="zh-CN"/>
        </w:rPr>
        <w:t>　　四、材料的价格和货款的结算</w:t>
      </w:r>
      <w:r>
        <w:rPr>
          <w:lang w:eastAsia="zh-CN"/>
        </w:rPr>
        <w:br/>
      </w:r>
      <w:r>
        <w:rPr>
          <w:lang w:eastAsia="zh-CN"/>
        </w:rPr>
        <w:t>　　1、品的价格(单价以合同约定价格为准)</w:t>
      </w:r>
      <w:r>
        <w:rPr>
          <w:lang w:eastAsia="zh-CN"/>
        </w:rPr>
        <w:br/>
      </w:r>
      <w:r>
        <w:rPr>
          <w:lang w:eastAsia="zh-CN"/>
        </w:rPr>
        <w:t>　　2、送达甲方拌和场指定施工地点价格;其中运输费用：包运。</w:t>
      </w:r>
      <w:r>
        <w:rPr>
          <w:lang w:eastAsia="zh-CN"/>
        </w:rPr>
        <w:br/>
      </w:r>
      <w:r>
        <w:rPr>
          <w:lang w:eastAsia="zh-CN"/>
        </w:rPr>
        <w:t>　　3、送达甲方拌和场指定施工地点价格;其中运输费用：包运。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4、连砂石：送达甲方拌和场指定施工地点价格;其中运输费用：包运。</w:t>
      </w:r>
      <w:r>
        <w:rPr>
          <w:lang w:eastAsia="zh-CN"/>
        </w:rPr>
        <w:br/>
      </w:r>
      <w:r>
        <w:rPr>
          <w:lang w:eastAsia="zh-CN"/>
        </w:rPr>
        <w:t>　　5、此价格为现行价，如遇中途油料浮动超过10%，双方再重议价。</w:t>
      </w:r>
      <w:r>
        <w:rPr>
          <w:lang w:eastAsia="zh-CN"/>
        </w:rPr>
        <w:br/>
      </w:r>
      <w:r>
        <w:rPr>
          <w:lang w:eastAsia="zh-CN"/>
        </w:rPr>
        <w:t>　　五、验收方式</w:t>
      </w:r>
      <w:r>
        <w:rPr>
          <w:lang w:eastAsia="zh-CN"/>
        </w:rPr>
        <w:br/>
      </w:r>
      <w:r>
        <w:rPr>
          <w:lang w:eastAsia="zh-CN"/>
        </w:rPr>
        <w:t>　　1、验收时间：乙方将材料运输到甲方指定地点后，通知甲方指定的验收人员进行验收。</w:t>
      </w:r>
      <w:r>
        <w:rPr>
          <w:lang w:eastAsia="zh-CN"/>
        </w:rPr>
        <w:br/>
      </w:r>
      <w:r>
        <w:rPr>
          <w:lang w:eastAsia="zh-CN"/>
        </w:rPr>
        <w:t>　　2、验收方法：实际现场收方为准。</w:t>
      </w:r>
      <w:r>
        <w:rPr>
          <w:lang w:eastAsia="zh-CN"/>
        </w:rPr>
        <w:br/>
      </w:r>
      <w:r>
        <w:rPr>
          <w:lang w:eastAsia="zh-CN"/>
        </w:rPr>
        <w:t>　　3、验收标准：行业统一标准。</w:t>
      </w:r>
      <w:r>
        <w:rPr>
          <w:lang w:eastAsia="zh-CN"/>
        </w:rPr>
        <w:br/>
      </w:r>
      <w:r>
        <w:rPr>
          <w:lang w:eastAsia="zh-CN"/>
        </w:rPr>
        <w:t>　　4、验收人员：甲方指定人员。</w:t>
      </w:r>
      <w:r>
        <w:rPr>
          <w:lang w:eastAsia="zh-CN"/>
        </w:rPr>
        <w:br/>
      </w:r>
      <w:r>
        <w:rPr>
          <w:lang w:eastAsia="zh-CN"/>
        </w:rPr>
        <w:t>　　六、对材料提出异议的时间和方法</w:t>
      </w:r>
      <w:r>
        <w:rPr>
          <w:lang w:eastAsia="zh-CN"/>
        </w:rPr>
        <w:br/>
      </w:r>
      <w:r>
        <w:rPr>
          <w:lang w:eastAsia="zh-CN"/>
        </w:rPr>
        <w:t>　　1、甲方在验收中，如果发现材料的种类、型号、规格和质量不合规定，应电话通知乙方提出异议。</w:t>
      </w:r>
      <w:r>
        <w:rPr>
          <w:lang w:eastAsia="zh-CN"/>
        </w:rPr>
        <w:br/>
      </w:r>
      <w:r>
        <w:rPr>
          <w:lang w:eastAsia="zh-CN"/>
        </w:rPr>
        <w:t>　　2、甲方因使用、保管、保养不善造成的质量下降，不得提出异议。</w:t>
      </w:r>
      <w:r>
        <w:rPr>
          <w:lang w:eastAsia="zh-CN"/>
        </w:rPr>
        <w:br/>
      </w:r>
      <w:r>
        <w:rPr>
          <w:lang w:eastAsia="zh-CN"/>
        </w:rPr>
        <w:t>　　3、乙方在接到甲方异议后，应在一天内负责处理，否则即视为默认甲方提出的异议和处理意见。</w:t>
      </w:r>
      <w:r>
        <w:rPr>
          <w:lang w:eastAsia="zh-CN"/>
        </w:rPr>
        <w:br/>
      </w:r>
      <w:r>
        <w:rPr>
          <w:lang w:eastAsia="zh-CN"/>
        </w:rPr>
        <w:t>　　七、乙方违约责任</w:t>
      </w:r>
      <w:r>
        <w:rPr>
          <w:lang w:eastAsia="zh-CN"/>
        </w:rPr>
        <w:br/>
      </w:r>
      <w:r>
        <w:rPr>
          <w:lang w:eastAsia="zh-CN"/>
        </w:rPr>
        <w:t>　　1、乙方不能交货，应向甲方偿付当日不能交货部分的货款的30%违约金。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乙方方所交材料的品种、型号、规格质量不符合合同规定的要求，如果甲方同意利用，按质论价;如果甲方不同意利用，乙方必须负责更换，并承担调换、退货面支付的实际费用。乙方不能调换按不能交货处理。</w:t>
      </w:r>
      <w:r>
        <w:rPr>
          <w:lang w:eastAsia="zh-CN"/>
        </w:rPr>
        <w:br/>
      </w:r>
      <w:r>
        <w:rPr>
          <w:lang w:eastAsia="zh-CN"/>
        </w:rPr>
        <w:t>　　3、乙方逾期交货，应比照中国人民银行有关延期的付款规定，按逾期交货部分计算，向甲方偿付逾期交货的违约金，并承担甲方因此所受的损失费用。</w:t>
      </w:r>
      <w:r>
        <w:rPr>
          <w:lang w:eastAsia="zh-CN"/>
        </w:rPr>
        <w:br/>
      </w:r>
      <w:r>
        <w:rPr>
          <w:lang w:eastAsia="zh-CN"/>
        </w:rPr>
        <w:t>　　4、乙方提前交货的材料、多送的材料和品种、型号、规格质量不符合合同规定的材料，甲方在代保管期间实际支付的保管、保养等费用以及非因甲方保管不善面发生的损失，应当由乙方承担。</w:t>
      </w:r>
      <w:r>
        <w:rPr>
          <w:lang w:eastAsia="zh-CN"/>
        </w:rPr>
        <w:br/>
      </w:r>
      <w:r>
        <w:rPr>
          <w:lang w:eastAsia="zh-CN"/>
        </w:rPr>
        <w:t>　　八、甲方违约责任</w:t>
      </w:r>
      <w:r>
        <w:rPr>
          <w:lang w:eastAsia="zh-CN"/>
        </w:rPr>
        <w:br/>
      </w:r>
      <w:r>
        <w:rPr>
          <w:lang w:eastAsia="zh-CN"/>
        </w:rPr>
        <w:t>　　1、甲方逾期付款的，应按照中国人民银行有关延期付款的规定向乙方偿付逾期的违约金.</w:t>
      </w:r>
      <w:r>
        <w:rPr>
          <w:lang w:eastAsia="zh-CN"/>
        </w:rPr>
        <w:br/>
      </w:r>
      <w:r>
        <w:rPr>
          <w:lang w:eastAsia="zh-CN"/>
        </w:rPr>
        <w:t>　　2、甲方违反合同规定拒绝接收质量、规格、型号等符合合同要求材料的，应当承担因此造成的所有费用及损失。</w:t>
      </w:r>
      <w:r>
        <w:rPr>
          <w:lang w:eastAsia="zh-CN"/>
        </w:rPr>
        <w:br/>
      </w:r>
      <w:r>
        <w:rPr>
          <w:lang w:eastAsia="zh-CN"/>
        </w:rPr>
        <w:t>　　3、甲方如错填到货地点或接货人，或对乙方提出错误异议，应承担乙方因此所受的损失。</w:t>
      </w:r>
      <w:r>
        <w:rPr>
          <w:lang w:eastAsia="zh-CN"/>
        </w:rPr>
        <w:br/>
      </w:r>
      <w:r>
        <w:rPr>
          <w:lang w:eastAsia="zh-CN"/>
        </w:rPr>
        <w:t>　　九、不可抗拒力</w:t>
      </w:r>
      <w:r>
        <w:rPr>
          <w:lang w:eastAsia="zh-CN"/>
        </w:rPr>
        <w:br/>
      </w:r>
      <w:r>
        <w:rPr>
          <w:lang w:eastAsia="zh-CN"/>
        </w:rPr>
        <w:t>　　甲乙双方的任何一方由于不可抗拒力原因不能履行合同时，应及时向对方通报不能履行或不能完全履行的理由，在取得有关主管机关证明以后，允许延期履行、部分履行或不履行合同，并根据情况可部分或全部免予承担违约责任。</w:t>
      </w:r>
      <w:r>
        <w:rPr>
          <w:lang w:eastAsia="zh-CN"/>
        </w:rPr>
        <w:br/>
      </w:r>
      <w:r>
        <w:rPr>
          <w:lang w:eastAsia="zh-CN"/>
        </w:rPr>
        <w:t>　　十、结算方式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甲方在合同签订后，在总结算时扣回。其余材料采取先使用后付款的方式进行结算，材料的货款、实际支付的运杂费和其它费用的结算，以现金或转账方式结算。具体付款方式如下：</w:t>
      </w:r>
      <w:r>
        <w:rPr>
          <w:lang w:eastAsia="zh-CN"/>
        </w:rPr>
        <w:br/>
      </w:r>
      <w:r>
        <w:rPr>
          <w:lang w:eastAsia="zh-CN"/>
        </w:rPr>
        <w:t>　　1、乙方前期供货一个月后，甲乙双方共同结算，结算价款在该工程办公楼主体完工后三个月内分三次付清;</w:t>
      </w:r>
      <w:r>
        <w:rPr>
          <w:lang w:eastAsia="zh-CN"/>
        </w:rPr>
        <w:br/>
      </w:r>
      <w:r>
        <w:rPr>
          <w:lang w:eastAsia="zh-CN"/>
        </w:rPr>
        <w:t>　　2、根据供应的材料的实际数量每月底结算一次，每月三十或三十一日对帐，货款在次月5日前支付此款的80%;</w:t>
      </w:r>
      <w:r>
        <w:rPr>
          <w:lang w:eastAsia="zh-CN"/>
        </w:rPr>
        <w:br/>
      </w:r>
      <w:r>
        <w:rPr>
          <w:lang w:eastAsia="zh-CN"/>
        </w:rPr>
        <w:t>　　3、余款(每月扣除的20%)在工程完工后1个月内一次性付清。</w:t>
      </w:r>
      <w:r>
        <w:rPr>
          <w:lang w:eastAsia="zh-CN"/>
        </w:rPr>
        <w:br/>
      </w:r>
      <w:r>
        <w:rPr>
          <w:lang w:eastAsia="zh-CN"/>
        </w:rPr>
        <w:t>　　十一、其它</w:t>
      </w:r>
      <w:r>
        <w:rPr>
          <w:lang w:eastAsia="zh-CN"/>
        </w:rPr>
        <w:br/>
      </w:r>
      <w:r>
        <w:rPr>
          <w:lang w:eastAsia="zh-CN"/>
        </w:rPr>
        <w:t>　　乙方在运输过程中或到达工地现场时发生的一切安全事故为乙方责任，并由乙方自行承担解决。</w:t>
      </w:r>
      <w:r>
        <w:rPr>
          <w:lang w:eastAsia="zh-CN"/>
        </w:rPr>
        <w:br/>
      </w:r>
      <w:r>
        <w:rPr>
          <w:lang w:eastAsia="zh-CN"/>
        </w:rPr>
        <w:t>　　本合同如发生纠纷，当事人双方应当及时协商解决，协商不能解决时，任何一方均可请业主或主管部调解或者向工商行政管理机关设立的经济合同仲裁委员会申请仲裁，也可以向工程所在地人民法院起诉。</w:t>
      </w:r>
      <w:r>
        <w:rPr>
          <w:lang w:eastAsia="zh-CN"/>
        </w:rPr>
        <w:br/>
      </w:r>
      <w:r>
        <w:rPr>
          <w:lang w:eastAsia="zh-CN"/>
        </w:rPr>
        <w:t>　　本合同自双方签字加盖手印后生效，合同执行期内，甲乙双方均不得随意变更解除合同。合同如有未尽事宜，须经双方共同协商，作出补充规定，补充规定与本合同具有同等效力。合同正本一式四份，甲方三份，乙方一份。材料价款付清后，该合同自动失效。</w:t>
      </w:r>
      <w:r>
        <w:rPr>
          <w:lang w:eastAsia="zh-CN"/>
        </w:rPr>
        <w:br/>
      </w:r>
      <w:r>
        <w:rPr>
          <w:lang w:eastAsia="zh-CN"/>
        </w:rPr>
        <w:t>　　甲方(公章)：_________　　　　　　　　乙方(公章)：_________</w:t>
      </w:r>
      <w:r>
        <w:rPr>
          <w:lang w:eastAsia="zh-CN"/>
        </w:rPr>
        <w:br/>
      </w:r>
      <w:r>
        <w:rPr>
          <w:lang w:eastAsia="zh-CN"/>
        </w:rPr>
        <w:t>　　法定代表人(签字)：_________　　　　　法定代表人(签字)：_________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_________年____月____日　　　　　　　_________年____月____日</w:t>
      </w:r>
      <w:r>
        <w:rPr>
          <w:lang w:eastAsia="zh-CN"/>
        </w:rPr>
        <w:br/>
      </w:r>
      <w:r>
        <w:rPr>
          <w:lang w:eastAsia="zh-CN"/>
        </w:rPr>
        <w:t xml:space="preserve">    2024关于砂石购销合同范本 篇3 </w:t>
      </w:r>
      <w:r>
        <w:rPr>
          <w:lang w:eastAsia="zh-CN"/>
        </w:rPr>
        <w:br/>
      </w:r>
      <w:r>
        <w:rPr>
          <w:lang w:eastAsia="zh-CN"/>
        </w:rPr>
        <w:t>　　甲方：</w:t>
      </w:r>
      <w:r>
        <w:rPr>
          <w:lang w:eastAsia="zh-CN"/>
        </w:rPr>
        <w:br/>
      </w:r>
      <w:r>
        <w:rPr>
          <w:lang w:eastAsia="zh-CN"/>
        </w:rPr>
        <w:t>　　乙方：</w:t>
      </w:r>
      <w:r>
        <w:rPr>
          <w:lang w:eastAsia="zh-CN"/>
        </w:rPr>
        <w:br/>
      </w:r>
      <w:r>
        <w:rPr>
          <w:lang w:eastAsia="zh-CN"/>
        </w:rPr>
        <w:t>　　甲、 乙双方本着自愿、平等、互惠互利的原则，就砂石的供需事项</w:t>
      </w:r>
      <w:r>
        <w:rPr>
          <w:lang w:eastAsia="zh-CN"/>
        </w:rPr>
        <w:br/>
      </w:r>
      <w:r>
        <w:rPr>
          <w:lang w:eastAsia="zh-CN"/>
        </w:rPr>
        <w:t>　　一、 乙方提供的砂石必须为合格产品，不允许出现不合格产品，否则视乙方违约;材料价格随行就市，双方协商确定，数量甲方签收为准。</w:t>
      </w:r>
      <w:r>
        <w:rPr>
          <w:lang w:eastAsia="zh-CN"/>
        </w:rPr>
        <w:br/>
      </w:r>
      <w:r>
        <w:rPr>
          <w:lang w:eastAsia="zh-CN"/>
        </w:rPr>
        <w:t>　　二、交货地点：甲方堆料场 。</w:t>
      </w:r>
      <w:r>
        <w:rPr>
          <w:lang w:eastAsia="zh-CN"/>
        </w:rPr>
        <w:br/>
      </w:r>
      <w:r>
        <w:rPr>
          <w:lang w:eastAsia="zh-CN"/>
        </w:rPr>
        <w:t>　　三、交货方式：由乙方运至甲方现场，一切运输费用均由乙方负责。所有安全事故产生的刑事责任和经济责任由乙方全权负责。</w:t>
      </w:r>
      <w:r>
        <w:rPr>
          <w:lang w:eastAsia="zh-CN"/>
        </w:rPr>
        <w:br/>
      </w:r>
      <w:r>
        <w:rPr>
          <w:lang w:eastAsia="zh-CN"/>
        </w:rPr>
        <w:t>　　四、数量验收：砂石按实际方量计算，以甲方验收人签收为准。</w:t>
      </w:r>
      <w:r>
        <w:rPr>
          <w:lang w:eastAsia="zh-CN"/>
        </w:rPr>
        <w:br/>
      </w:r>
      <w:r>
        <w:rPr>
          <w:lang w:eastAsia="zh-CN"/>
        </w:rPr>
        <w:t>　　五、质量验收：乙方所有砂石含泥量、压碎值、强度、级配等必须符合规范要求，否则产生的一切后果由乙方负责。</w:t>
      </w:r>
      <w:r>
        <w:rPr>
          <w:lang w:eastAsia="zh-CN"/>
        </w:rPr>
        <w:br/>
      </w:r>
      <w:r>
        <w:rPr>
          <w:lang w:eastAsia="zh-CN"/>
        </w:rPr>
        <w:t>　　六、结算方式及期限：每月底结算，甲方向乙方全部货款。</w:t>
      </w:r>
      <w:r>
        <w:rPr>
          <w:lang w:eastAsia="zh-CN"/>
        </w:rPr>
        <w:br/>
      </w:r>
      <w:r>
        <w:rPr>
          <w:lang w:eastAsia="zh-CN"/>
        </w:rPr>
        <w:t>　　七、违约责任：乙方必须保证甲方砂石供应，如不能保证砂石供应， 造成甲方损失均由乙方承担。</w:t>
      </w:r>
      <w:r>
        <w:rPr>
          <w:lang w:eastAsia="zh-CN"/>
        </w:rPr>
        <w:br/>
      </w:r>
      <w:r>
        <w:rPr>
          <w:lang w:eastAsia="zh-CN"/>
        </w:rPr>
        <w:t>　　八、本合同如有争议，双方协商或人民法院调解。</w:t>
      </w:r>
      <w:r>
        <w:rPr>
          <w:lang w:eastAsia="zh-CN"/>
        </w:rPr>
        <w:br/>
      </w:r>
      <w:r>
        <w:rPr>
          <w:lang w:eastAsia="zh-CN"/>
        </w:rPr>
        <w:t>　　九、双方签字盖章即生效，本合同一式两份，双方各执一份。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甲方(公章)：_________　　　　　　　　乙方(公章)：_________</w:t>
      </w:r>
      <w:r>
        <w:rPr>
          <w:lang w:eastAsia="zh-CN"/>
        </w:rPr>
        <w:br/>
      </w: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2024关于砂石购销合同范本 篇4 </w:t>
      </w:r>
      <w:r>
        <w:rPr>
          <w:lang w:eastAsia="zh-CN"/>
        </w:rPr>
        <w:br/>
      </w:r>
      <w:r>
        <w:rPr>
          <w:lang w:eastAsia="zh-CN"/>
        </w:rPr>
        <w:t>　　进货方：______________________（以下简称甲方）</w:t>
      </w:r>
      <w:r>
        <w:rPr>
          <w:lang w:eastAsia="zh-CN"/>
        </w:rPr>
        <w:br/>
      </w:r>
      <w:r>
        <w:rPr>
          <w:lang w:eastAsia="zh-CN"/>
        </w:rPr>
        <w:t>　　供货方：______________________（以下简称乙方）</w:t>
      </w:r>
      <w:r>
        <w:rPr>
          <w:lang w:eastAsia="zh-CN"/>
        </w:rPr>
        <w:br/>
      </w:r>
      <w:r>
        <w:rPr>
          <w:lang w:eastAsia="zh-CN"/>
        </w:rPr>
        <w:t>　　鉴于：甲方因生产经营需要欲购买一批生产设备（包括机电产品及与甲方生产相配套的一切设备），甲方选定乙方为其提供上述生产设备。甲乙双方本着平等自愿、互惠互利的原则，根据《中华人民共和国合同法》及其他有关法律法规的规定，经充分协商一致，订立如下合同，以资共同遵守。</w:t>
      </w:r>
      <w:r>
        <w:rPr>
          <w:lang w:eastAsia="zh-CN"/>
        </w:rPr>
        <w:br/>
      </w:r>
      <w:r>
        <w:rPr>
          <w:lang w:eastAsia="zh-CN"/>
        </w:rPr>
        <w:t>　　一、自本合同生效之日起，乙方为甲方之供货商，甲方如需购买生产所需设备，即应及时书面通知乙方，由乙方组织货源。</w:t>
      </w:r>
      <w:r>
        <w:rPr>
          <w:lang w:eastAsia="zh-CN"/>
        </w:rPr>
        <w:br/>
      </w:r>
      <w:r>
        <w:rPr>
          <w:lang w:eastAsia="zh-CN"/>
        </w:rPr>
        <w:t>　　二、乙方于收到甲方的书面通知之日起即积极组织货源，根据甲方的要求提供生产设备，甲方每次所需购买设备的具体规格、价款、供货时间、供货方式、价款支付方式由双方另行协商后签订书面补充协议进行约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乙方保证对提供生产设备的质量问题负责，否则无条件退换，并保证商品之合法性，决不提供假货、仿冒品、劣品，或标示不明之商品，甲方于验收后发觉得于三日内退回乙方。若因销售商品不合法性所引起对第三者之刑事、民事责任一切由乙方无条件全权负责，甲方只善尽协调沟通之责任。</w:t>
      </w:r>
      <w:r>
        <w:rPr>
          <w:lang w:eastAsia="zh-CN"/>
        </w:rPr>
        <w:br/>
      </w:r>
      <w:r>
        <w:rPr>
          <w:lang w:eastAsia="zh-CN"/>
        </w:rPr>
        <w:t>　　四、本合同有效期间为_______年，自_______年_______月_______日至_______年_______月_______日。合同期间甲乙任何一方不得无故终止合同。甲方无故终止合同，除应向乙方付清已购设备的所有货款外，还应支付乙方_______万元的违约金；乙方无故终止供货，甲方有权扣留乙方之部份货款作为求偿业务之损失。</w:t>
      </w:r>
      <w:r>
        <w:rPr>
          <w:lang w:eastAsia="zh-CN"/>
        </w:rPr>
        <w:br/>
      </w:r>
      <w:r>
        <w:rPr>
          <w:lang w:eastAsia="zh-CN"/>
        </w:rPr>
        <w:t>　　五、乙方对于供给甲方之商品于甲方付款时提供符合规定的正式发票。</w:t>
      </w:r>
      <w:r>
        <w:rPr>
          <w:lang w:eastAsia="zh-CN"/>
        </w:rPr>
        <w:br/>
      </w:r>
      <w:r>
        <w:rPr>
          <w:lang w:eastAsia="zh-CN"/>
        </w:rPr>
        <w:t>　　六、本合同未尽事宜，双方另行协商，签订书面补充协议。双方因履行本协议所签订的一切书面补充协议均为本合同附件，与本合同具有同等法律效力。</w:t>
      </w:r>
      <w:r>
        <w:rPr>
          <w:lang w:eastAsia="zh-CN"/>
        </w:rPr>
        <w:br/>
      </w:r>
      <w:r>
        <w:rPr>
          <w:lang w:eastAsia="zh-CN"/>
        </w:rPr>
        <w:t>　　七、本合同在履行过程中发生争议，双方首先应友好协商解决，协商不成，可向有管辖权的法院提起诉讼。</w:t>
      </w:r>
      <w:r>
        <w:rPr>
          <w:lang w:eastAsia="zh-CN"/>
        </w:rPr>
        <w:br/>
      </w:r>
      <w:r>
        <w:rPr>
          <w:lang w:eastAsia="zh-CN"/>
        </w:rPr>
        <w:t>　　八、本合同一式_______份，甲乙双方各执_______份，具有同等法律效力，自双方签字盖章之日起生效。</w:t>
      </w:r>
      <w:r>
        <w:rPr>
          <w:lang w:eastAsia="zh-CN"/>
        </w:rPr>
        <w:br/>
      </w:r>
      <w:r>
        <w:rPr>
          <w:lang w:eastAsia="zh-CN"/>
        </w:rPr>
        <w:t>　　甲方签字：___________________乙方签字：___________________</w:t>
      </w:r>
      <w:r>
        <w:rPr>
          <w:lang w:eastAsia="zh-CN"/>
        </w:rPr>
        <w:br/>
      </w:r>
      <w:r>
        <w:rPr>
          <w:lang w:eastAsia="zh-CN"/>
        </w:rPr>
        <w:t>　　__________年________月______日__________年________月______日</w:t>
      </w:r>
      <w:r>
        <w:rPr>
          <w:lang w:eastAsia="zh-CN"/>
        </w:rPr>
        <w:br/>
      </w:r>
      <w:r>
        <w:rPr>
          <w:lang w:eastAsia="zh-CN"/>
        </w:rPr>
        <w:t xml:space="preserve">    2024关于砂石购销合同范本 篇5 </w:t>
      </w:r>
      <w:r>
        <w:rPr>
          <w:lang w:eastAsia="zh-CN"/>
        </w:rPr>
        <w:br/>
      </w:r>
      <w:r>
        <w:rPr>
          <w:lang w:eastAsia="zh-CN"/>
        </w:rPr>
        <w:t>　　甲方：（供方）__________________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乙方：（需方）__________________</w:t>
      </w:r>
      <w:r>
        <w:rPr>
          <w:lang w:eastAsia="zh-CN"/>
        </w:rPr>
        <w:br/>
      </w:r>
      <w:r>
        <w:rPr>
          <w:lang w:eastAsia="zh-CN"/>
        </w:rPr>
        <w:t>　　因施工需要由乙方为甲方负责砂子的供应，为明确双方的责任和权利，经充分协商，按照《中华人民共和国合同法》达成如下协议本着公平公正的原则经双方友好协商特达成如下协议。</w:t>
      </w:r>
      <w:r>
        <w:rPr>
          <w:lang w:eastAsia="zh-CN"/>
        </w:rPr>
        <w:br/>
      </w:r>
      <w:r>
        <w:rPr>
          <w:lang w:eastAsia="zh-CN"/>
        </w:rPr>
        <w:t>　　一、货物名称：____________，石子、水洗沙。</w:t>
      </w:r>
      <w:r>
        <w:rPr>
          <w:lang w:eastAsia="zh-CN"/>
        </w:rPr>
        <w:br/>
      </w:r>
      <w:r>
        <w:rPr>
          <w:lang w:eastAsia="zh-CN"/>
        </w:rPr>
        <w:t>　　二、质量标准：石子、水洗砂、细沙、粒度均匀。水洗砂、细沙的质量在国家标准范围内。砂子应级配良好、质地坚硬、颗粒洁净、粒径小于______㎜，含泥量应小于______%，其它指标也应符合《集料试验规程》有关规定。</w:t>
      </w:r>
      <w:r>
        <w:rPr>
          <w:lang w:eastAsia="zh-CN"/>
        </w:rPr>
        <w:br/>
      </w:r>
      <w:r>
        <w:rPr>
          <w:lang w:eastAsia="zh-CN"/>
        </w:rPr>
        <w:t>　　三、供货方式：汽运</w:t>
      </w:r>
      <w:r>
        <w:rPr>
          <w:lang w:eastAsia="zh-CN"/>
        </w:rPr>
        <w:br/>
      </w:r>
      <w:r>
        <w:rPr>
          <w:lang w:eastAsia="zh-CN"/>
        </w:rPr>
        <w:t>　　四、价格：甲方将以上货物从运至____________的乙方工地，到货价格为水洗砂____________/m，____________元/m，____________元/m，细沙____________元/m，戈壁料____________元/m，以上价格均为含税价（出具发票）。</w:t>
      </w:r>
      <w:r>
        <w:rPr>
          <w:lang w:eastAsia="zh-CN"/>
        </w:rPr>
        <w:br/>
      </w:r>
      <w:r>
        <w:rPr>
          <w:lang w:eastAsia="zh-CN"/>
        </w:rPr>
        <w:t>　　五、供用量：按乙方实际要求用量供应。对所购砂料的数量由甲乙双方在甲方指定的卸料点现场按照装车收方计量或由乙方现场堆料一定数量后，甲乙双方共同收方。具体采用那种方式收方，由甲方根据工程具体施工情况而定。此收方数量经现场核实后，将作为结算的依据。</w:t>
      </w:r>
      <w:r>
        <w:rPr>
          <w:lang w:eastAsia="zh-CN"/>
        </w:rPr>
        <w:br/>
      </w:r>
      <w:r>
        <w:rPr>
          <w:lang w:eastAsia="zh-CN"/>
        </w:rPr>
        <w:t>　　六、供货时间：供货期从本合同签定之日起至工程结束止。</w:t>
      </w:r>
      <w:r>
        <w:rPr>
          <w:lang w:eastAsia="zh-CN"/>
        </w:rPr>
        <w:br/>
      </w:r>
      <w:r>
        <w:rPr>
          <w:lang w:eastAsia="zh-CN"/>
        </w:rPr>
        <w:t>　　七、结算方式：乙方每壹个月将甲方所运砂石料货款的____%结清。__________年________月______日之前将所有剩余款结清。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八、乙方提前一天通知甲方供货量，如甲方不能按时供应造成乙方损失。按此供应量价款的____%支付违约金（计每车付________元违约金）。</w:t>
      </w:r>
      <w:r>
        <w:rPr>
          <w:lang w:eastAsia="zh-CN"/>
        </w:rPr>
        <w:br/>
      </w:r>
      <w:r>
        <w:rPr>
          <w:lang w:eastAsia="zh-CN"/>
        </w:rPr>
        <w:t>　　九、双方责任与义务</w:t>
      </w:r>
      <w:r>
        <w:rPr>
          <w:lang w:eastAsia="zh-CN"/>
        </w:rPr>
        <w:br/>
      </w:r>
      <w:r>
        <w:rPr>
          <w:lang w:eastAsia="zh-CN"/>
        </w:rPr>
        <w:t>　　（一）、甲方责任与义务</w:t>
      </w:r>
      <w:r>
        <w:rPr>
          <w:lang w:eastAsia="zh-CN"/>
        </w:rPr>
        <w:br/>
      </w:r>
      <w:r>
        <w:rPr>
          <w:lang w:eastAsia="zh-CN"/>
        </w:rPr>
        <w:t>　　1、向乙方提供所需砂料的规格和技术要求；</w:t>
      </w:r>
      <w:r>
        <w:rPr>
          <w:lang w:eastAsia="zh-CN"/>
        </w:rPr>
        <w:br/>
      </w:r>
      <w:r>
        <w:rPr>
          <w:lang w:eastAsia="zh-CN"/>
        </w:rPr>
        <w:t>　　2、按照双方确定的支付方式向乙方支付材料款额；</w:t>
      </w:r>
      <w:r>
        <w:rPr>
          <w:lang w:eastAsia="zh-CN"/>
        </w:rPr>
        <w:br/>
      </w:r>
      <w:r>
        <w:rPr>
          <w:lang w:eastAsia="zh-CN"/>
        </w:rPr>
        <w:t>　　4、甲方有权拒绝乙方提供的不合格材料，卸车时发现材料不符合质量要求或乙方不按甲方指定地点卸料时，甲方有权拒收；</w:t>
      </w:r>
      <w:r>
        <w:rPr>
          <w:lang w:eastAsia="zh-CN"/>
        </w:rPr>
        <w:br/>
      </w:r>
      <w:r>
        <w:rPr>
          <w:lang w:eastAsia="zh-CN"/>
        </w:rPr>
        <w:t>　　5、甲方委托联络人，以保证乙方及时供应。</w:t>
      </w:r>
      <w:r>
        <w:rPr>
          <w:lang w:eastAsia="zh-CN"/>
        </w:rPr>
        <w:br/>
      </w:r>
      <w:r>
        <w:rPr>
          <w:lang w:eastAsia="zh-CN"/>
        </w:rPr>
        <w:t>　　电话：</w:t>
      </w:r>
      <w:r>
        <w:rPr>
          <w:lang w:eastAsia="zh-CN"/>
        </w:rPr>
        <w:br/>
      </w:r>
      <w:r>
        <w:rPr>
          <w:lang w:eastAsia="zh-CN"/>
        </w:rPr>
        <w:t>　　（二）乙方责任与义务</w:t>
      </w:r>
      <w:r>
        <w:rPr>
          <w:lang w:eastAsia="zh-CN"/>
        </w:rPr>
        <w:br/>
      </w:r>
      <w:r>
        <w:rPr>
          <w:lang w:eastAsia="zh-CN"/>
        </w:rPr>
        <w:t>　　1、保证按甲方要求供应砂料（此要求包括砂子的质量、数量、规格、供应时间、供应地点等）；</w:t>
      </w:r>
      <w:r>
        <w:rPr>
          <w:lang w:eastAsia="zh-CN"/>
        </w:rPr>
        <w:br/>
      </w:r>
      <w:r>
        <w:rPr>
          <w:lang w:eastAsia="zh-CN"/>
        </w:rPr>
        <w:t>　　2、乙方为甲方提供所需的一切材料过程中的安全责任由乙方全部负责，甲方不负任何责任。</w:t>
      </w:r>
      <w:r>
        <w:rPr>
          <w:lang w:eastAsia="zh-CN"/>
        </w:rPr>
        <w:br/>
      </w:r>
      <w:r>
        <w:rPr>
          <w:lang w:eastAsia="zh-CN"/>
        </w:rPr>
        <w:t>　　3、乙方联络人：______________电话：_____________________乙方接到甲方材料使用要求后在________小时内供货到现场。</w:t>
      </w:r>
      <w:r>
        <w:rPr>
          <w:lang w:eastAsia="zh-CN"/>
        </w:rPr>
        <w:br/>
      </w:r>
      <w:r>
        <w:rPr>
          <w:lang w:eastAsia="zh-CN"/>
        </w:rPr>
        <w:t>　　甲方货到现场后所发生的因自身原因造成他人及第三方的损失和人生伤害与乙方无关。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十、此合同自签订之日起生效，此合同一式四份，甲方一份，乙方三份。工程结束，本合同自动失效。</w:t>
      </w:r>
      <w:r>
        <w:rPr>
          <w:lang w:eastAsia="zh-CN"/>
        </w:rPr>
        <w:br/>
      </w:r>
      <w:r>
        <w:rPr>
          <w:lang w:eastAsia="zh-CN"/>
        </w:rPr>
        <w:t>　　甲方签字：___________________乙方签字：___________________</w:t>
      </w:r>
      <w:r>
        <w:rPr>
          <w:lang w:eastAsia="zh-CN"/>
        </w:rPr>
        <w:br/>
      </w:r>
      <w:r>
        <w:rPr>
          <w:lang w:eastAsia="zh-CN"/>
        </w:rPr>
        <w:t>　　__________年________月______日__________年________月______日</w:t>
      </w:r>
      <w:r>
        <w:rPr>
          <w:lang w:eastAsia="zh-CN"/>
        </w:rPr>
        <w:br/>
      </w:r>
      <w:r>
        <w:rPr>
          <w:lang w:eastAsia="zh-CN"/>
        </w:rPr>
        <w:t xml:space="preserve">    2024关于砂石购销合同范本 篇6 </w:t>
      </w:r>
      <w:r>
        <w:rPr>
          <w:lang w:eastAsia="zh-CN"/>
        </w:rPr>
        <w:br/>
      </w:r>
      <w:r>
        <w:rPr>
          <w:lang w:eastAsia="zh-CN"/>
        </w:rPr>
        <w:t>　　购货方：____________________（以下简称甲方）</w:t>
      </w:r>
      <w:r>
        <w:rPr>
          <w:lang w:eastAsia="zh-CN"/>
        </w:rPr>
        <w:br/>
      </w:r>
      <w:r>
        <w:rPr>
          <w:lang w:eastAsia="zh-CN"/>
        </w:rPr>
        <w:t>　　供货方：____________________（以下简称乙方）</w:t>
      </w:r>
      <w:r>
        <w:rPr>
          <w:lang w:eastAsia="zh-CN"/>
        </w:rPr>
        <w:br/>
      </w:r>
      <w:r>
        <w:rPr>
          <w:lang w:eastAsia="zh-CN"/>
        </w:rPr>
        <w:t>　　为优质快速地建好______________________________，就甲方____________________项目部用砂、石材料一事，根据《中华人民共和国合同法》及相关法律规定，为了保证双方的合法权益，甲乙双方在平等自愿、诚实信用、协商一致的基础上签订本合同，并信守以下条款，共同严格履行。</w:t>
      </w:r>
      <w:r>
        <w:rPr>
          <w:lang w:eastAsia="zh-CN"/>
        </w:rPr>
        <w:br/>
      </w:r>
      <w:r>
        <w:rPr>
          <w:lang w:eastAsia="zh-CN"/>
        </w:rPr>
        <w:t>　　一、购销范围</w:t>
      </w:r>
      <w:r>
        <w:rPr>
          <w:lang w:eastAsia="zh-CN"/>
        </w:rPr>
        <w:br/>
      </w:r>
      <w:r>
        <w:rPr>
          <w:lang w:eastAsia="zh-CN"/>
        </w:rPr>
        <w:t>　　甲方修建____________________元/吨。</w:t>
      </w:r>
      <w:r>
        <w:rPr>
          <w:lang w:eastAsia="zh-CN"/>
        </w:rPr>
        <w:br/>
      </w:r>
      <w:r>
        <w:rPr>
          <w:lang w:eastAsia="zh-CN"/>
        </w:rPr>
        <w:t>　　三、交货时间</w:t>
      </w:r>
      <w:r>
        <w:rPr>
          <w:lang w:eastAsia="zh-CN"/>
        </w:rPr>
        <w:br/>
      </w:r>
      <w:r>
        <w:rPr>
          <w:lang w:eastAsia="zh-CN"/>
        </w:rPr>
        <w:t>　　以甲方通知的到场时间为准。</w:t>
      </w:r>
      <w:r>
        <w:rPr>
          <w:lang w:eastAsia="zh-CN"/>
        </w:rPr>
        <w:br/>
      </w:r>
      <w:r>
        <w:rPr>
          <w:lang w:eastAsia="zh-CN"/>
        </w:rPr>
        <w:t>　　四、交货地点</w:t>
      </w:r>
      <w:r>
        <w:rPr>
          <w:lang w:eastAsia="zh-CN"/>
        </w:rPr>
        <w:br/>
      </w:r>
      <w:r>
        <w:rPr>
          <w:lang w:eastAsia="zh-CN"/>
        </w:rPr>
        <w:t>　　乙方送货至甲方指定地点。</w:t>
      </w:r>
      <w:r>
        <w:rPr>
          <w:lang w:eastAsia="zh-CN"/>
        </w:rPr>
        <w:br/>
      </w:r>
      <w:r>
        <w:rPr>
          <w:lang w:eastAsia="zh-CN"/>
        </w:rPr>
        <w:t>　　五、运输、装卸方式及费用负担</w:t>
      </w:r>
      <w:r>
        <w:rPr>
          <w:lang w:eastAsia="zh-CN"/>
        </w:rPr>
        <w:br/>
      </w:r>
      <w:r>
        <w:rPr>
          <w:lang w:eastAsia="zh-CN"/>
        </w:rPr>
        <w:t>　　由乙方负担。</w:t>
      </w:r>
      <w:r>
        <w:rPr>
          <w:lang w:eastAsia="zh-CN"/>
        </w:rPr>
        <w:br/>
      </w:r>
      <w:r>
        <w:rPr>
          <w:lang w:eastAsia="zh-CN"/>
        </w:rPr>
        <w:t>　　六、付款方式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甲、乙双方签订合同后，从签订合同之日起，送足壹拾伍万元砂、卵石作为合同履约金，之后三天一清，工程竣工验收后，一次性付清。付款前应由甲方材料员根据收货量开出证明，经审核后再付款。</w:t>
      </w:r>
      <w:r>
        <w:rPr>
          <w:lang w:eastAsia="zh-CN"/>
        </w:rPr>
        <w:br/>
      </w:r>
      <w:r>
        <w:rPr>
          <w:lang w:eastAsia="zh-CN"/>
        </w:rPr>
        <w:t>　　七、质量要求</w:t>
      </w:r>
      <w:r>
        <w:rPr>
          <w:lang w:eastAsia="zh-CN"/>
        </w:rPr>
        <w:br/>
      </w:r>
      <w:r>
        <w:rPr>
          <w:lang w:eastAsia="zh-CN"/>
        </w:rPr>
        <w:t>　　1、砂为粗砂，粒径为__________mm，含泥量不大于_____%，无杂质；</w:t>
      </w:r>
      <w:r>
        <w:rPr>
          <w:lang w:eastAsia="zh-CN"/>
        </w:rPr>
        <w:br/>
      </w:r>
      <w:r>
        <w:rPr>
          <w:lang w:eastAsia="zh-CN"/>
        </w:rPr>
        <w:t>　　2、卵石为粒径__________mm颗粒级配均匀良好的卵石，含泥量不大于_____%，无杂质。</w:t>
      </w:r>
      <w:r>
        <w:rPr>
          <w:lang w:eastAsia="zh-CN"/>
        </w:rPr>
        <w:br/>
      </w:r>
      <w:r>
        <w:rPr>
          <w:lang w:eastAsia="zh-CN"/>
        </w:rPr>
        <w:t>　　3、量的要求：乙方应保证供货数量，按车定量；甲方对乙方提供的材料，采取不定期抽取车辆过磅，重量与数量依据抽样按实计算；</w:t>
      </w:r>
      <w:r>
        <w:rPr>
          <w:lang w:eastAsia="zh-CN"/>
        </w:rPr>
        <w:br/>
      </w:r>
      <w:r>
        <w:rPr>
          <w:lang w:eastAsia="zh-CN"/>
        </w:rPr>
        <w:t>　　八、供货要求</w:t>
      </w:r>
      <w:r>
        <w:rPr>
          <w:lang w:eastAsia="zh-CN"/>
        </w:rPr>
        <w:br/>
      </w:r>
      <w:r>
        <w:rPr>
          <w:lang w:eastAsia="zh-CN"/>
        </w:rPr>
        <w:t>　　乙方按照工程进度需要保质保量供应砂、石材料给甲方。质量不合格的材料，甲方有权拒绝使用。如遇特殊情况，乙方必须保证砂、石材料的供应，铲车搅拌四合料的场地，以及水泥等材料的堆放场地。</w:t>
      </w:r>
      <w:r>
        <w:rPr>
          <w:lang w:eastAsia="zh-CN"/>
        </w:rPr>
        <w:br/>
      </w:r>
      <w:r>
        <w:rPr>
          <w:lang w:eastAsia="zh-CN"/>
        </w:rPr>
        <w:t>　　九、计量标准</w:t>
      </w:r>
      <w:r>
        <w:rPr>
          <w:lang w:eastAsia="zh-CN"/>
        </w:rPr>
        <w:br/>
      </w:r>
      <w:r>
        <w:rPr>
          <w:lang w:eastAsia="zh-CN"/>
        </w:rPr>
        <w:t>　　数量验收方法：</w:t>
      </w:r>
      <w:r>
        <w:rPr>
          <w:lang w:eastAsia="zh-CN"/>
        </w:rPr>
        <w:br/>
      </w:r>
      <w:r>
        <w:rPr>
          <w:lang w:eastAsia="zh-CN"/>
        </w:rPr>
        <w:t>　　供方每批货物到达需方施工现场后，由需方材料员现场清点数量，确定数量并签认，双方签认后，由需方材料员提供（工地收料单）一式三份，交供方一份，作为结算依据。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十、安全措施</w:t>
      </w:r>
      <w:r>
        <w:rPr>
          <w:lang w:eastAsia="zh-CN"/>
        </w:rPr>
        <w:br/>
      </w:r>
      <w:r>
        <w:rPr>
          <w:lang w:eastAsia="zh-CN"/>
        </w:rPr>
        <w:t>　　乙方在砂、石材料开采、运输过程中，一切作业施工运输过程所发生的安全责任事故，概由乙方全权负责，甲方不承担任何责任。</w:t>
      </w:r>
      <w:r>
        <w:rPr>
          <w:lang w:eastAsia="zh-CN"/>
        </w:rPr>
        <w:br/>
      </w:r>
      <w:r>
        <w:rPr>
          <w:lang w:eastAsia="zh-CN"/>
        </w:rPr>
        <w:t>　　十一、违约责任</w:t>
      </w:r>
      <w:r>
        <w:rPr>
          <w:lang w:eastAsia="zh-CN"/>
        </w:rPr>
        <w:br/>
      </w:r>
      <w:r>
        <w:rPr>
          <w:lang w:eastAsia="zh-CN"/>
        </w:rPr>
        <w:t>　　1、乙方若未按质按时提供甲方工程施工足够的砂料、石料，造成人工停工或耽误甲方工期所产生的费用，由乙方承担。〈包括乙方未能及时提供砂、石材料，后八轮及铲车施工场地〉</w:t>
      </w:r>
      <w:r>
        <w:rPr>
          <w:lang w:eastAsia="zh-CN"/>
        </w:rPr>
        <w:br/>
      </w:r>
      <w:r>
        <w:rPr>
          <w:lang w:eastAsia="zh-CN"/>
        </w:rPr>
        <w:t>　　2、甲方保证此合同项下的材料自用，乙方有权对甲方倒卖的材料收取双倍货款，并有权终止合同且保留追索的权利。</w:t>
      </w:r>
      <w:r>
        <w:rPr>
          <w:lang w:eastAsia="zh-CN"/>
        </w:rPr>
        <w:br/>
      </w:r>
      <w:r>
        <w:rPr>
          <w:lang w:eastAsia="zh-CN"/>
        </w:rPr>
        <w:t>　　3、合同双方应严守有关商业秘密（如合同单价、数量等），如因泄密给其他方造成损失，由责任方承担因此给受害方造成的一切损失，且受害方有权终止合同。</w:t>
      </w:r>
      <w:r>
        <w:rPr>
          <w:lang w:eastAsia="zh-CN"/>
        </w:rPr>
        <w:br/>
      </w:r>
      <w:r>
        <w:rPr>
          <w:lang w:eastAsia="zh-CN"/>
        </w:rPr>
        <w:t>　　4、如甲方不能按合同约定及时付款，自应当付款之日起如果欠款超过_____天，从第_____天起，按未付款金额的千分之三向乙方支付违约金。</w:t>
      </w:r>
      <w:r>
        <w:rPr>
          <w:lang w:eastAsia="zh-CN"/>
        </w:rPr>
        <w:br/>
      </w:r>
      <w:r>
        <w:rPr>
          <w:lang w:eastAsia="zh-CN"/>
        </w:rPr>
        <w:t>　　十二、本合同如有未尽事宜，双方友好协商补充，补充条款作为本合同组成部分，与本合同具有同等法律效力。本合同一式三份，甲乙双方各执一份，存档一份，签字生效。不得违约，否则追究违约方责任。</w:t>
      </w:r>
      <w:r>
        <w:rPr>
          <w:lang w:eastAsia="zh-CN"/>
        </w:rPr>
        <w:br/>
      </w:r>
      <w:r>
        <w:rPr>
          <w:lang w:eastAsia="zh-CN"/>
        </w:rPr>
        <w:t>　　甲方签字：___________________乙方签字：___________________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__________年________月______日__________年________月______日</w:t>
      </w:r>
      <w:r>
        <w:rPr>
          <w:lang w:eastAsia="zh-CN"/>
        </w:rPr>
        <w:br/>
      </w:r>
      <w:r>
        <w:rPr>
          <w:lang w:eastAsia="zh-CN"/>
        </w:rPr>
        <w:t xml:space="preserve">    2024关于砂石购销合同范本 篇7 </w:t>
      </w:r>
      <w:r>
        <w:rPr>
          <w:lang w:eastAsia="zh-CN"/>
        </w:rPr>
        <w:br/>
      </w:r>
      <w:r>
        <w:rPr>
          <w:lang w:eastAsia="zh-CN"/>
        </w:rPr>
        <w:t>　　甲方：（供方）________________</w:t>
      </w:r>
      <w:r>
        <w:rPr>
          <w:lang w:eastAsia="zh-CN"/>
        </w:rPr>
        <w:br/>
      </w:r>
      <w:r>
        <w:rPr>
          <w:lang w:eastAsia="zh-CN"/>
        </w:rPr>
        <w:t>　　乙方：（需方）________________</w:t>
      </w:r>
      <w:r>
        <w:rPr>
          <w:lang w:eastAsia="zh-CN"/>
        </w:rPr>
        <w:br/>
      </w:r>
      <w:r>
        <w:rPr>
          <w:lang w:eastAsia="zh-CN"/>
        </w:rPr>
        <w:t>　　一、根据《合同法》有关条款，供需双方本着平等协商、互惠互利的原则，供方按如下条款向需方销售如下产品：</w:t>
      </w:r>
      <w:r>
        <w:rPr>
          <w:lang w:eastAsia="zh-CN"/>
        </w:rPr>
        <w:br/>
      </w:r>
      <w:r>
        <w:rPr>
          <w:lang w:eastAsia="zh-CN"/>
        </w:rPr>
        <w:t>　　二、交（提）货地点及运输费用承担：由于供方厂内提货，运输费用需方自理。</w:t>
      </w:r>
      <w:r>
        <w:rPr>
          <w:lang w:eastAsia="zh-CN"/>
        </w:rPr>
        <w:br/>
      </w:r>
      <w:r>
        <w:rPr>
          <w:lang w:eastAsia="zh-CN"/>
        </w:rPr>
        <w:t>　　三、计量检验标准：需方现场验货，供方计量装车。</w:t>
      </w:r>
      <w:r>
        <w:rPr>
          <w:lang w:eastAsia="zh-CN"/>
        </w:rPr>
        <w:br/>
      </w:r>
      <w:r>
        <w:rPr>
          <w:lang w:eastAsia="zh-CN"/>
        </w:rPr>
        <w:t>　　四、结算方式：合同签订当日需方向供方指定账户打款500万元，合同剩余货款于一周内付清。需方根据实际拉运数量结算，供货完毕后需方付清货款，货款两清。供方根据实际出库重量开具增值税发票。</w:t>
      </w:r>
      <w:r>
        <w:rPr>
          <w:lang w:eastAsia="zh-CN"/>
        </w:rPr>
        <w:br/>
      </w:r>
      <w:r>
        <w:rPr>
          <w:lang w:eastAsia="zh-CN"/>
        </w:rPr>
        <w:t>　　五、违约责任：任何一方违反本合同规定，均应按货款的15%向对方支付违约金。因违约给对方造成损失的，除支付违约金以外还须根据对方损失情况予以赔偿。</w:t>
      </w:r>
      <w:r>
        <w:rPr>
          <w:lang w:eastAsia="zh-CN"/>
        </w:rPr>
        <w:br/>
      </w:r>
      <w:r>
        <w:rPr>
          <w:lang w:eastAsia="zh-CN"/>
        </w:rPr>
        <w:t>　　六、争议解决方式：双方如发生争议应当协商解决，协商不成的，向供方所在地人民法院起诉。</w:t>
      </w:r>
      <w:r>
        <w:rPr>
          <w:lang w:eastAsia="zh-CN"/>
        </w:rPr>
        <w:br/>
      </w:r>
      <w:r>
        <w:rPr>
          <w:lang w:eastAsia="zh-CN"/>
        </w:rPr>
        <w:t>　　七、其他约定事项：</w:t>
      </w:r>
      <w:r>
        <w:rPr>
          <w:lang w:eastAsia="zh-CN"/>
        </w:rPr>
        <w:br/>
      </w:r>
      <w:r>
        <w:rPr>
          <w:lang w:eastAsia="zh-CN"/>
        </w:rPr>
        <w:t>　　1、本合同未尽事宜，双方友好协商解决，可签订补充协议，与本合同具有同等法律效力。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2、本合同可以以传真方式签订，传真件与合同原件内容一致时生效，具有同等法律效力，货款两清后合同自然终止。</w:t>
      </w:r>
      <w:r>
        <w:rPr>
          <w:lang w:eastAsia="zh-CN"/>
        </w:rPr>
        <w:br/>
      </w:r>
      <w:r>
        <w:rPr>
          <w:lang w:eastAsia="zh-CN"/>
        </w:rPr>
        <w:t>　　甲方：______乙方：______</w:t>
      </w:r>
      <w:r>
        <w:rPr>
          <w:lang w:eastAsia="zh-CN"/>
        </w:rPr>
        <w:br/>
      </w:r>
      <w:r>
        <w:rPr>
          <w:lang w:eastAsia="zh-CN"/>
        </w:rPr>
        <w:t>　　______年______月______日______年______月______日</w:t>
      </w:r>
      <w:r>
        <w:rPr>
          <w:lang w:eastAsia="zh-CN"/>
        </w:rPr>
        <w:br/>
      </w:r>
      <w:r>
        <w:rPr>
          <w:lang w:eastAsia="zh-CN"/>
        </w:rPr>
        <w:t xml:space="preserve">    2024关于砂石购销合同范本 篇8 </w:t>
      </w:r>
      <w:r>
        <w:rPr>
          <w:lang w:eastAsia="zh-CN"/>
        </w:rPr>
        <w:br/>
      </w:r>
      <w:r>
        <w:rPr>
          <w:lang w:eastAsia="zh-CN"/>
        </w:rPr>
        <w:t>　　甲方(购方)：____________________________________</w:t>
      </w:r>
      <w:r>
        <w:rPr>
          <w:lang w:eastAsia="zh-CN"/>
        </w:rPr>
        <w:br/>
      </w:r>
      <w:r>
        <w:rPr>
          <w:lang w:eastAsia="zh-CN"/>
        </w:rPr>
        <w:t>　　地址：____________ 邮码：____________ 电话：____________</w:t>
      </w:r>
      <w:r>
        <w:rPr>
          <w:lang w:eastAsia="zh-CN"/>
        </w:rPr>
        <w:br/>
      </w:r>
      <w:r>
        <w:rPr>
          <w:lang w:eastAsia="zh-CN"/>
        </w:rPr>
        <w:t>　　法定代表人：____________ 职务：____________</w:t>
      </w:r>
      <w:r>
        <w:rPr>
          <w:lang w:eastAsia="zh-CN"/>
        </w:rPr>
        <w:br/>
      </w:r>
      <w:r>
        <w:rPr>
          <w:lang w:eastAsia="zh-CN"/>
        </w:rPr>
        <w:t>　　乙方(销方)：____________________________________</w:t>
      </w:r>
      <w:r>
        <w:rPr>
          <w:lang w:eastAsia="zh-CN"/>
        </w:rPr>
        <w:br/>
      </w:r>
      <w:r>
        <w:rPr>
          <w:lang w:eastAsia="zh-CN"/>
        </w:rPr>
        <w:t>　　地址：____________ 邮码：____________ 电话：____________</w:t>
      </w:r>
      <w:r>
        <w:rPr>
          <w:lang w:eastAsia="zh-CN"/>
        </w:rPr>
        <w:br/>
      </w:r>
      <w:r>
        <w:rPr>
          <w:lang w:eastAsia="zh-CN"/>
        </w:rPr>
        <w:t>　　法定代表人：____________ 职务：____________</w:t>
      </w:r>
      <w:r>
        <w:rPr>
          <w:lang w:eastAsia="zh-CN"/>
        </w:rPr>
        <w:br/>
      </w:r>
      <w:r>
        <w:rPr>
          <w:lang w:eastAsia="zh-CN"/>
        </w:rPr>
        <w:t>　　经双方协定一致，签订砂石料购销合同条款如下：</w:t>
      </w:r>
      <w:r>
        <w:rPr>
          <w:lang w:eastAsia="zh-CN"/>
        </w:rPr>
        <w:br/>
      </w:r>
      <w:r>
        <w:rPr>
          <w:lang w:eastAsia="zh-CN"/>
        </w:rPr>
        <w:t>　　一、数量、计量单位、单价、金额</w:t>
      </w:r>
      <w:r>
        <w:rPr>
          <w:lang w:eastAsia="zh-CN"/>
        </w:rPr>
        <w:br/>
      </w:r>
      <w:r>
        <w:rPr>
          <w:lang w:eastAsia="zh-CN"/>
        </w:rPr>
        <w:t>　　品名 规格 单位 数量 单价(元) 金额(元) 备注</w:t>
      </w:r>
      <w:r>
        <w:rPr>
          <w:lang w:eastAsia="zh-CN"/>
        </w:rPr>
        <w:br/>
      </w:r>
      <w:r>
        <w:rPr>
          <w:lang w:eastAsia="zh-CN"/>
        </w:rPr>
        <w:t>　　1、</w:t>
      </w:r>
      <w:r>
        <w:rPr>
          <w:lang w:eastAsia="zh-CN"/>
        </w:rPr>
        <w:br/>
      </w:r>
      <w:r>
        <w:rPr>
          <w:lang w:eastAsia="zh-CN"/>
        </w:rPr>
        <w:t>　　2、</w:t>
      </w:r>
      <w:r>
        <w:rPr>
          <w:lang w:eastAsia="zh-CN"/>
        </w:rPr>
        <w:br/>
      </w:r>
      <w:r>
        <w:rPr>
          <w:lang w:eastAsia="zh-CN"/>
        </w:rPr>
        <w:t>　　3、</w:t>
      </w:r>
      <w:r>
        <w:rPr>
          <w:lang w:eastAsia="zh-CN"/>
        </w:rPr>
        <w:br/>
      </w:r>
      <w:r>
        <w:rPr>
          <w:lang w:eastAsia="zh-CN"/>
        </w:rPr>
        <w:t>　　4、</w:t>
      </w:r>
      <w:r>
        <w:rPr>
          <w:lang w:eastAsia="zh-CN"/>
        </w:rPr>
        <w:br/>
      </w:r>
      <w:r>
        <w:rPr>
          <w:lang w:eastAsia="zh-CN"/>
        </w:rPr>
        <w:t>　　价金总额(大写) 拾 万 仟 佰 拾 元 角 分 ￥</w:t>
      </w:r>
      <w:r>
        <w:rPr>
          <w:lang w:eastAsia="zh-CN"/>
        </w:rPr>
        <w:br/>
      </w:r>
      <w:r>
        <w:rPr>
          <w:lang w:eastAsia="zh-CN"/>
        </w:rPr>
        <w:t>　　二、质量标准：</w:t>
      </w:r>
      <w:r>
        <w:rPr>
          <w:lang w:eastAsia="zh-CN"/>
        </w:rPr>
        <w:br/>
      </w:r>
      <w:r>
        <w:rPr>
          <w:lang w:eastAsia="zh-CN"/>
        </w:rPr>
        <w:t>　　执行国家规定标准。甲方凭单验质。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三、合格率：</w:t>
      </w:r>
      <w:r>
        <w:rPr>
          <w:lang w:eastAsia="zh-CN"/>
        </w:rPr>
        <w:br/>
      </w:r>
      <w:r>
        <w:rPr>
          <w:lang w:eastAsia="zh-CN"/>
        </w:rPr>
        <w:t>　　达到国家规范。</w:t>
      </w:r>
      <w:r>
        <w:rPr>
          <w:lang w:eastAsia="zh-CN"/>
        </w:rPr>
        <w:br/>
      </w:r>
      <w:r>
        <w:rPr>
          <w:lang w:eastAsia="zh-CN"/>
        </w:rPr>
        <w:t>　　四、交货方式、地点和运杂费负担：</w:t>
      </w:r>
      <w:r>
        <w:rPr>
          <w:lang w:eastAsia="zh-CN"/>
        </w:rPr>
        <w:br/>
      </w:r>
      <w:r>
        <w:rPr>
          <w:lang w:eastAsia="zh-CN"/>
        </w:rPr>
        <w:t>　　甲方组织运输工具到乙方仓库提货，运费、上、下车费等均由甲方自理，乙方凭合同和甲方收货人出据的证明发货。若遇便车，乙方可以代运，其代运费用概由甲方负担。乙方垫付的款项，随同材料价款一并结算。</w:t>
      </w:r>
      <w:r>
        <w:rPr>
          <w:lang w:eastAsia="zh-CN"/>
        </w:rPr>
        <w:br/>
      </w:r>
      <w:r>
        <w:rPr>
          <w:lang w:eastAsia="zh-CN"/>
        </w:rPr>
        <w:t>　　五、甲乙双方必须按如下期限提(供)货，甲方逾期提(收)货的。乙方有权处理该货，并不免除甲方责任。</w:t>
      </w:r>
      <w:r>
        <w:rPr>
          <w:lang w:eastAsia="zh-CN"/>
        </w:rPr>
        <w:br/>
      </w:r>
      <w:r>
        <w:rPr>
          <w:lang w:eastAsia="zh-CN"/>
        </w:rPr>
        <w:t>　　六、付款办法和期限：</w:t>
      </w:r>
      <w:r>
        <w:rPr>
          <w:lang w:eastAsia="zh-CN"/>
        </w:rPr>
        <w:br/>
      </w:r>
      <w:r>
        <w:rPr>
          <w:lang w:eastAsia="zh-CN"/>
        </w:rPr>
        <w:t>　　1、甲方在____年____月____日前付定金________元;</w:t>
      </w:r>
      <w:r>
        <w:rPr>
          <w:lang w:eastAsia="zh-CN"/>
        </w:rPr>
        <w:br/>
      </w:r>
      <w:r>
        <w:rPr>
          <w:lang w:eastAsia="zh-CN"/>
        </w:rPr>
        <w:t>　　2、采取先汇款后结算方式：甲方按购砂(石)料总金额分期先汇款。</w:t>
      </w:r>
      <w:r>
        <w:rPr>
          <w:lang w:eastAsia="zh-CN"/>
        </w:rPr>
        <w:br/>
      </w:r>
      <w:r>
        <w:rPr>
          <w:lang w:eastAsia="zh-CN"/>
        </w:rPr>
        <w:t>　　____年____月____日前电汇________元;____年____月____日前电汇________元;</w:t>
      </w:r>
      <w:r>
        <w:rPr>
          <w:lang w:eastAsia="zh-CN"/>
        </w:rPr>
        <w:br/>
      </w:r>
      <w:r>
        <w:rPr>
          <w:lang w:eastAsia="zh-CN"/>
        </w:rPr>
        <w:t>　　____年____月____日前电汇________元;____年____月____日前电汇________元。</w:t>
      </w:r>
      <w:r>
        <w:rPr>
          <w:lang w:eastAsia="zh-CN"/>
        </w:rPr>
        <w:br/>
      </w:r>
      <w:r>
        <w:rPr>
          <w:lang w:eastAsia="zh-CN"/>
        </w:rPr>
        <w:t>　　3、采取托收承付方式：按《中国人民银行结算办法》第八条第一、二、三、五、六、七、八项规定执行。乙方每月____日～____日凭实发水泥开具销售发票向甲方开户银行办理托收。</w:t>
      </w:r>
      <w:r>
        <w:rPr>
          <w:lang w:eastAsia="zh-CN"/>
        </w:rPr>
        <w:br/>
      </w:r>
      <w:r>
        <w:rPr>
          <w:lang w:eastAsia="zh-CN"/>
        </w:rPr>
        <w:t>　　七、违约责任：</w:t>
      </w:r>
      <w:r>
        <w:rPr>
          <w:lang w:eastAsia="zh-CN"/>
        </w:rPr>
        <w:br/>
      </w:r>
      <w:r>
        <w:rPr>
          <w:lang w:eastAsia="zh-CN"/>
        </w:rPr>
        <w:t>　　甲方责任：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1、中途退货或违约拒收的，偿付退(或拒收)货部分货款总值____%的违约金。逾期提货的，每天偿付逾期提货部分货款总值____%的违约金，并承担乙方实际支付的代管费用。</w:t>
      </w:r>
      <w:r>
        <w:rPr>
          <w:lang w:eastAsia="zh-CN"/>
        </w:rPr>
        <w:br/>
      </w:r>
      <w:r>
        <w:rPr>
          <w:lang w:eastAsia="zh-CN"/>
        </w:rPr>
        <w:t>　　2、逾期付款的。每天偿付逾期付款总额____</w:t>
      </w:r>
      <w:r>
        <w:rPr>
          <w:lang w:eastAsia="zh-CN"/>
        </w:rPr>
        <w:br/>
      </w:r>
      <w:r>
        <w:rPr>
          <w:lang w:eastAsia="zh-CN"/>
        </w:rPr>
        <w:t>　　%的违约金。</w:t>
      </w:r>
      <w:r>
        <w:rPr>
          <w:lang w:eastAsia="zh-CN"/>
        </w:rPr>
        <w:br/>
      </w:r>
      <w:r>
        <w:rPr>
          <w:lang w:eastAsia="zh-CN"/>
        </w:rPr>
        <w:t>　　乙方责任：</w:t>
      </w:r>
      <w:r>
        <w:rPr>
          <w:lang w:eastAsia="zh-CN"/>
        </w:rPr>
        <w:br/>
      </w:r>
      <w:r>
        <w:rPr>
          <w:lang w:eastAsia="zh-CN"/>
        </w:rPr>
        <w:t>　　1、不能交货的，偿付不能交货部分货款总值5%的'违约金;逾期交货的，按逾期交货部分货款总值计算，每天偿付____</w:t>
      </w:r>
      <w:r>
        <w:rPr>
          <w:lang w:eastAsia="zh-CN"/>
        </w:rPr>
        <w:br/>
      </w:r>
      <w:r>
        <w:rPr>
          <w:lang w:eastAsia="zh-CN"/>
        </w:rPr>
        <w:t>　　%的违约金。</w:t>
      </w:r>
      <w:r>
        <w:rPr>
          <w:lang w:eastAsia="zh-CN"/>
        </w:rPr>
        <w:br/>
      </w:r>
      <w:r>
        <w:rPr>
          <w:lang w:eastAsia="zh-CN"/>
        </w:rPr>
        <w:t>　　2、所交水泥质量、规格不符合同规定，除自费负责处理外，还要赔偿实际经济损失。</w:t>
      </w:r>
      <w:r>
        <w:rPr>
          <w:lang w:eastAsia="zh-CN"/>
        </w:rPr>
        <w:br/>
      </w:r>
      <w:r>
        <w:rPr>
          <w:lang w:eastAsia="zh-CN"/>
        </w:rPr>
        <w:t>　　八、本合同一式____份。经法定代表人签字后生效。有效期自____年____月____日起至____年____月____日止。</w:t>
      </w:r>
      <w:r>
        <w:rPr>
          <w:lang w:eastAsia="zh-CN"/>
        </w:rPr>
        <w:br/>
      </w:r>
      <w:r>
        <w:rPr>
          <w:lang w:eastAsia="zh-CN"/>
        </w:rPr>
        <w:t>　　甲方：________________________</w:t>
      </w:r>
      <w:r>
        <w:rPr>
          <w:lang w:eastAsia="zh-CN"/>
        </w:rPr>
        <w:br/>
      </w:r>
      <w:r>
        <w:rPr>
          <w:lang w:eastAsia="zh-CN"/>
        </w:rPr>
        <w:t>　　代 表 人：________</w:t>
      </w:r>
      <w:r>
        <w:rPr>
          <w:lang w:eastAsia="zh-CN"/>
        </w:rPr>
        <w:br/>
      </w:r>
      <w:r>
        <w:rPr>
          <w:lang w:eastAsia="zh-CN"/>
        </w:rPr>
        <w:t>　　开户银行：________</w:t>
      </w:r>
      <w:r>
        <w:rPr>
          <w:lang w:eastAsia="zh-CN"/>
        </w:rPr>
        <w:br/>
      </w:r>
      <w:r>
        <w:rPr>
          <w:lang w:eastAsia="zh-CN"/>
        </w:rPr>
        <w:t>　　帐号：____________ 年 月 日</w:t>
      </w:r>
      <w:r>
        <w:rPr>
          <w:lang w:eastAsia="zh-CN"/>
        </w:rPr>
        <w:br/>
      </w:r>
      <w:r>
        <w:rPr>
          <w:lang w:eastAsia="zh-CN"/>
        </w:rPr>
        <w:t>　　乙方：________________________</w:t>
      </w:r>
      <w:r>
        <w:rPr>
          <w:lang w:eastAsia="zh-CN"/>
        </w:rPr>
        <w:br/>
      </w:r>
      <w:r>
        <w:rPr>
          <w:lang w:eastAsia="zh-CN"/>
        </w:rPr>
        <w:t>　　代 表 人：________</w:t>
      </w:r>
      <w:r>
        <w:rPr>
          <w:lang w:eastAsia="zh-CN"/>
        </w:rPr>
        <w:br/>
      </w:r>
      <w:r>
        <w:rPr>
          <w:lang w:eastAsia="zh-CN"/>
        </w:rPr>
        <w:t>　　开户银行：________</w:t>
      </w:r>
      <w:r>
        <w:rPr>
          <w:lang w:eastAsia="zh-CN"/>
        </w:rPr>
        <w:br/>
      </w:r>
      <w:r>
        <w:rPr>
          <w:lang w:eastAsia="zh-CN"/>
        </w:rPr>
        <w:t>　　帐号：____________ 年 月 日</w:t>
      </w:r>
      <w:r>
        <w:rPr>
          <w:lang w:eastAsia="zh-CN"/>
        </w:rPr>
        <w:br/>
      </w:r>
      <w:r>
        <w:rPr>
          <w:lang w:eastAsia="zh-CN"/>
        </w:rPr>
        <w:t>　　《民法典》第五百九十五条</w:t>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【买卖合同定义】买卖合同是出卖人转移标的物的所有权于买受人，买受人支付价款的合同。</w:t>
      </w:r>
      <w:r>
        <w:rPr>
          <w:lang w:eastAsia="zh-CN"/>
        </w:rPr>
        <w:br/>
      </w:r>
      <w:r>
        <w:rPr>
          <w:lang w:eastAsia="zh-CN"/>
        </w:rPr>
        <w:t xml:space="preserve">    2024关于砂石购销合同范本 篇9 </w:t>
      </w:r>
      <w:r>
        <w:rPr>
          <w:lang w:eastAsia="zh-CN"/>
        </w:rPr>
        <w:br/>
      </w:r>
      <w:r>
        <w:rPr>
          <w:lang w:eastAsia="zh-CN"/>
        </w:rPr>
        <w:t>　　购货方：（以下简称甲方）</w:t>
      </w:r>
      <w:r>
        <w:rPr>
          <w:lang w:eastAsia="zh-CN"/>
        </w:rPr>
        <w:br/>
      </w:r>
      <w:r>
        <w:rPr>
          <w:lang w:eastAsia="zh-CN"/>
        </w:rPr>
        <w:t>　　供货方：（以下简称乙方）</w:t>
      </w:r>
      <w:r>
        <w:rPr>
          <w:lang w:eastAsia="zh-CN"/>
        </w:rPr>
        <w:br/>
      </w:r>
      <w:r>
        <w:rPr>
          <w:lang w:eastAsia="zh-CN"/>
        </w:rPr>
        <w:t>　　甲方将共青城聚贤景__1—7号商住楼施工所需的砂石材料全部由乙方供应，根据《中华人民共和国合同法》及相关法律规定，为了保证甲乙双方的合法权益，甲乙双方在平等自愿、诚实信用、协商一致的基础上签订本合同、并信守以下条款，共同履行：</w:t>
      </w:r>
      <w:r>
        <w:rPr>
          <w:lang w:eastAsia="zh-CN"/>
        </w:rPr>
        <w:br/>
      </w:r>
      <w:r>
        <w:rPr>
          <w:lang w:eastAsia="zh-CN"/>
        </w:rPr>
        <w:t>　　一、供货材料：</w:t>
      </w:r>
      <w:r>
        <w:rPr>
          <w:lang w:eastAsia="zh-CN"/>
        </w:rPr>
        <w:br/>
      </w:r>
      <w:r>
        <w:rPr>
          <w:lang w:eastAsia="zh-CN"/>
        </w:rPr>
        <w:t>　　二、价格：_______元立方米；承包总价（约）：大写人民币：_______元</w:t>
      </w:r>
      <w:r>
        <w:rPr>
          <w:lang w:eastAsia="zh-CN"/>
        </w:rPr>
        <w:br/>
      </w:r>
      <w:r>
        <w:rPr>
          <w:lang w:eastAsia="zh-CN"/>
        </w:rPr>
        <w:t>　　三、供货时间：以甲方通知的到场时间为准</w:t>
      </w:r>
      <w:r>
        <w:rPr>
          <w:lang w:eastAsia="zh-CN"/>
        </w:rPr>
        <w:br/>
      </w:r>
      <w:r>
        <w:rPr>
          <w:lang w:eastAsia="zh-CN"/>
        </w:rPr>
        <w:t>　　四、供货地址：</w:t>
      </w:r>
      <w:r>
        <w:rPr>
          <w:lang w:eastAsia="zh-CN"/>
        </w:rPr>
        <w:br/>
      </w:r>
      <w:r>
        <w:rPr>
          <w:lang w:eastAsia="zh-CN"/>
        </w:rPr>
        <w:t>　　五、运输费用：装卸方式和费用由乙方负责</w:t>
      </w:r>
      <w:r>
        <w:rPr>
          <w:lang w:eastAsia="zh-CN"/>
        </w:rPr>
        <w:br/>
      </w:r>
      <w:r>
        <w:rPr>
          <w:lang w:eastAsia="zh-CN"/>
        </w:rPr>
        <w:t>　　六、质量要求及验收标准：甲方收到货物后应先进行检测、合格后方可使用，如有质量问题应在收到货物之日起日内书面通知乙方，否则该批砂石的质量视为完全合格，经双方确认砂石质量确实不合格的乙方应将不合格的砂石材料运回，并承担运回所发生的运费，但甲方不承担其他责任同时乙方在日内换送合格砂石。</w:t>
      </w:r>
      <w:r>
        <w:rPr>
          <w:lang w:eastAsia="zh-CN"/>
        </w:rPr>
        <w:br/>
      </w:r>
      <w:r>
        <w:rPr>
          <w:lang w:eastAsia="zh-CN"/>
        </w:rPr>
        <w:t>　　七、付款方式：乙方材料款达到_______万元，甲方付乙方工程材料款总价_______%支付。剩余_______%待工程完工后一个月内，一次性付清。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八、计量标准：乙方每批货物到达甲方施工现场后，由甲方材料员现场清点数量，确定数量及签认，双方签认后，由甲方材料员提供料单，交乙方作为结算依据。</w:t>
      </w:r>
      <w:r>
        <w:rPr>
          <w:lang w:eastAsia="zh-CN"/>
        </w:rPr>
        <w:br/>
      </w:r>
      <w:r>
        <w:rPr>
          <w:lang w:eastAsia="zh-CN"/>
        </w:rPr>
        <w:t>　　九、违约责任：</w:t>
      </w:r>
      <w:r>
        <w:rPr>
          <w:lang w:eastAsia="zh-CN"/>
        </w:rPr>
        <w:br/>
      </w:r>
      <w:r>
        <w:rPr>
          <w:lang w:eastAsia="zh-CN"/>
        </w:rPr>
        <w:t>　　1、甲方一次性需求量超过_______立方米以上需提前一周书面通知给乙方、否则乙方不承担任何责任。</w:t>
      </w:r>
      <w:r>
        <w:rPr>
          <w:lang w:eastAsia="zh-CN"/>
        </w:rPr>
        <w:br/>
      </w:r>
      <w:r>
        <w:rPr>
          <w:lang w:eastAsia="zh-CN"/>
        </w:rPr>
        <w:t>　　2、甲方不能按合同约定结算货款，逾期按总货款的_______%向乙方支付违约金。</w:t>
      </w:r>
      <w:r>
        <w:rPr>
          <w:lang w:eastAsia="zh-CN"/>
        </w:rPr>
        <w:br/>
      </w:r>
      <w:r>
        <w:rPr>
          <w:lang w:eastAsia="zh-CN"/>
        </w:rPr>
        <w:t>　　十、合同未尽事宜，甲乙双方协商补充本合同一式三份，甲乙双方各执一份，双方签字盖章生效，具有相关法律效率各自认真履行。</w:t>
      </w:r>
      <w:r>
        <w:rPr>
          <w:lang w:eastAsia="zh-CN"/>
        </w:rPr>
        <w:br/>
      </w:r>
      <w:r>
        <w:rPr>
          <w:lang w:eastAsia="zh-CN"/>
        </w:rPr>
        <w:t>　　甲方：______乙方：______</w:t>
      </w:r>
      <w:r>
        <w:rPr>
          <w:lang w:eastAsia="zh-CN"/>
        </w:rPr>
        <w:br/>
      </w:r>
      <w:r>
        <w:rPr>
          <w:lang w:eastAsia="zh-CN"/>
        </w:rPr>
        <w:t>　　______年______月______日______年______月______日</w:t>
      </w:r>
      <w:r>
        <w:rPr>
          <w:lang w:eastAsia="zh-CN"/>
        </w:rPr>
        <w:br/>
      </w:r>
      <w:r>
        <w:rPr>
          <w:lang w:eastAsia="zh-CN"/>
        </w:rPr>
        <w:t xml:space="preserve">    2024关于砂石购销合同范本 篇10 </w:t>
      </w:r>
      <w:r>
        <w:rPr>
          <w:lang w:eastAsia="zh-CN"/>
        </w:rPr>
        <w:br/>
      </w:r>
      <w:r>
        <w:rPr>
          <w:lang w:eastAsia="zh-CN"/>
        </w:rPr>
        <w:t>　　甲方： _ _ _ _ _ _ _ _ _</w:t>
      </w:r>
      <w:r>
        <w:rPr>
          <w:lang w:eastAsia="zh-CN"/>
        </w:rPr>
        <w:br/>
      </w:r>
      <w:r>
        <w:rPr>
          <w:lang w:eastAsia="zh-CN"/>
        </w:rPr>
        <w:t>　　乙方： _ _ _ _ _ _ _ _ _</w:t>
      </w:r>
      <w:r>
        <w:rPr>
          <w:lang w:eastAsia="zh-CN"/>
        </w:rPr>
        <w:br/>
      </w:r>
      <w:r>
        <w:rPr>
          <w:lang w:eastAsia="zh-CN"/>
        </w:rPr>
        <w:t>　　甲、乙双方依法办事，坚持公平、公正、平等、互利的原则。经友好协商，双方自愿签订本砂石骨料购销合同，并就以下条款达成一致，共同遵守。</w:t>
      </w:r>
      <w:r>
        <w:rPr>
          <w:lang w:eastAsia="zh-CN"/>
        </w:rPr>
        <w:br/>
      </w:r>
      <w:r>
        <w:rPr>
          <w:lang w:eastAsia="zh-CN"/>
        </w:rPr>
        <w:t>　　一、产品的名称、品种、规格和质量</w:t>
      </w:r>
      <w:r>
        <w:rPr>
          <w:lang w:eastAsia="zh-CN"/>
        </w:rPr>
        <w:br/>
      </w:r>
      <w:r>
        <w:rPr>
          <w:lang w:eastAsia="zh-CN"/>
        </w:rPr>
        <w:t>　　1.产品名称、品种和规格:砂:小于5毫米。石材:5 ~ 20mm，20 ~ 40mm。</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2.产品质量要求</w:t>
      </w:r>
      <w:r>
        <w:rPr>
          <w:lang w:eastAsia="zh-CN"/>
        </w:rPr>
        <w:br/>
      </w:r>
      <w:r>
        <w:rPr>
          <w:lang w:eastAsia="zh-CN"/>
        </w:rPr>
        <w:t>　　细骨料不允许含泥，其含水率应小于6%，细度模数应加以控制2.4 ~ 2.9，含泥量应小于2%，含水率波动不应超过0.2%。粗骨料的抗压强度不得小于60兆帕，超径小于5%，次径小于10%(用原孔筛检查)。针状颗粒的含量小于18%。石材表面的含水量波动不得超过&amp; plusmn0.2%。砂石骨料的其他质量指标应符合JTG B01 - 20__《公路混凝土施工规范》。试验取样和检验方法应按照JTGD40-20__及相关标准执行。</w:t>
      </w:r>
      <w:r>
        <w:rPr>
          <w:lang w:eastAsia="zh-CN"/>
        </w:rPr>
        <w:br/>
      </w:r>
      <w:r>
        <w:rPr>
          <w:lang w:eastAsia="zh-CN"/>
        </w:rPr>
        <w:t>　　二、产品数量和计量单位、计量方法</w:t>
      </w:r>
      <w:r>
        <w:rPr>
          <w:lang w:eastAsia="zh-CN"/>
        </w:rPr>
        <w:br/>
      </w:r>
      <w:r>
        <w:rPr>
          <w:lang w:eastAsia="zh-CN"/>
        </w:rPr>
        <w:t>　　1.产品数量:满足甲方在施工高峰期连续5天以上各级级配混凝土浇筑所需的各种规格骨料的需求。</w:t>
      </w:r>
      <w:r>
        <w:rPr>
          <w:lang w:eastAsia="zh-CN"/>
        </w:rPr>
        <w:br/>
      </w:r>
      <w:r>
        <w:rPr>
          <w:lang w:eastAsia="zh-CN"/>
        </w:rPr>
        <w:t>　　2.计量方法:根据计量方法，乙方将砂石骨料运输至甲方砂石骨料堆场，甲方质检人员验收合格后接收。计量方法根据甲方人员实测的自然工程量，分为砂、小石、中石三种。收款人现场签字，结算凭证经甲方现场负责人审核签字后方可生效，乙方相关人员必须签字认可。甲乙双方签署的凭证作为砂石骨料的结算依据。砂石骨料的交货地点为甲方的砂石骨料堆场。乙方运输砂石骨料的运输单须经甲方现场人员签字认可后方可生效。</w:t>
      </w:r>
      <w:r>
        <w:rPr>
          <w:lang w:eastAsia="zh-CN"/>
        </w:rPr>
        <w:br/>
      </w:r>
      <w:r>
        <w:rPr>
          <w:lang w:eastAsia="zh-CN"/>
        </w:rPr>
        <w:t>　　3.乙方的砂石骨料运输应由甲方现场负责人通知，砂石骨料应在接到通知后12小时内运输至甲方砂石骨料堆场。</w:t>
      </w:r>
      <w:r>
        <w:rPr>
          <w:lang w:eastAsia="zh-CN"/>
        </w:rPr>
        <w:br/>
      </w:r>
      <w:r>
        <w:rPr>
          <w:lang w:eastAsia="zh-CN"/>
        </w:rPr>
        <w:t>　　四、砂石总价及支付结算</w:t>
      </w:r>
      <w:r>
        <w:rPr>
          <w:lang w:eastAsia="zh-CN"/>
        </w:rPr>
        <w:br/>
      </w:r>
      <w:r>
        <w:rPr>
          <w:lang w:eastAsia="zh-CN"/>
        </w:rPr>
        <w:t>　　价格是指价格(包括运输费、过路费等。)运至甲方砂石料场。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1.沙子总价:沙子100.00元(一百元)/立方米。各类骨料定价90.00元(九十元)/立方米。</w:t>
      </w:r>
      <w:r>
        <w:rPr>
          <w:lang w:eastAsia="zh-CN"/>
        </w:rPr>
        <w:br/>
      </w:r>
      <w:r>
        <w:rPr>
          <w:lang w:eastAsia="zh-CN"/>
        </w:rPr>
        <w:t>　　2、砂石骨料支付结算</w:t>
      </w:r>
      <w:r>
        <w:rPr>
          <w:lang w:eastAsia="zh-CN"/>
        </w:rPr>
        <w:br/>
      </w:r>
      <w:r>
        <w:rPr>
          <w:lang w:eastAsia="zh-CN"/>
        </w:rPr>
        <w:t>　　乙方应持甲方收货人签署的砂石骨料运输单到甲方核实本月砂石骨料的数量.甲方确认的当月砂石骨料数量作为结算依据。并在这个项目完成后结清所有的钱。</w:t>
      </w:r>
      <w:r>
        <w:rPr>
          <w:lang w:eastAsia="zh-CN"/>
        </w:rPr>
        <w:br/>
      </w:r>
      <w:r>
        <w:rPr>
          <w:lang w:eastAsia="zh-CN"/>
        </w:rPr>
        <w:t>　　五、不符合要求的砂石骨料处理方法</w:t>
      </w:r>
      <w:r>
        <w:rPr>
          <w:lang w:eastAsia="zh-CN"/>
        </w:rPr>
        <w:br/>
      </w:r>
      <w:r>
        <w:rPr>
          <w:lang w:eastAsia="zh-CN"/>
        </w:rPr>
        <w:t>　　1.若甲方在验收过程中发现砂石骨料的品种、规格、质量不符合要求，甲方现场验收或接收方有权拒收不合格的砂石骨料，由此产生的责任由乙方承担，其相关人员予以配合。</w:t>
      </w:r>
      <w:r>
        <w:rPr>
          <w:lang w:eastAsia="zh-CN"/>
        </w:rPr>
        <w:br/>
      </w:r>
      <w:r>
        <w:rPr>
          <w:lang w:eastAsia="zh-CN"/>
        </w:rPr>
        <w:t>　　2.由于乙方提供的砂石骨料不符合规定，砂石骨料的费用、运输等一切责任由乙方承担。</w:t>
      </w:r>
      <w:r>
        <w:rPr>
          <w:lang w:eastAsia="zh-CN"/>
        </w:rPr>
        <w:br/>
      </w:r>
      <w:r>
        <w:rPr>
          <w:lang w:eastAsia="zh-CN"/>
        </w:rPr>
        <w:t>　　不及物动词双方违约责任</w:t>
      </w:r>
      <w:r>
        <w:rPr>
          <w:lang w:eastAsia="zh-CN"/>
        </w:rPr>
        <w:br/>
      </w:r>
      <w:r>
        <w:rPr>
          <w:lang w:eastAsia="zh-CN"/>
        </w:rPr>
        <w:t>　　1.乙方应严格按照甲方对各种砂石骨料数量的要求供应砂石骨料，不得以任何借口拒绝供应。</w:t>
      </w:r>
      <w:r>
        <w:rPr>
          <w:lang w:eastAsia="zh-CN"/>
        </w:rPr>
        <w:br/>
      </w:r>
      <w:r>
        <w:rPr>
          <w:lang w:eastAsia="zh-CN"/>
        </w:rPr>
        <w:t>　　2.如果乙方未能按时提供砂石骨料，根据数量和质量要求，甲方将对乙方处以当月砂石骨料总价30%的经济处罚，并将乙方因此给甲方造成的一切损失加在一起。</w:t>
      </w:r>
      <w:r>
        <w:rPr>
          <w:lang w:eastAsia="zh-CN"/>
        </w:rPr>
        <w:br/>
      </w:r>
      <w:r>
        <w:rPr>
          <w:lang w:eastAsia="zh-CN"/>
        </w:rPr>
        <w:t>　　3.因乙方违约，甲方可以单方面解除合同。由此造成的一切损失由乙方承担，甲方保留追究其法律责任的权利。</w:t>
      </w:r>
      <w:r>
        <w:rPr>
          <w:lang w:eastAsia="zh-CN"/>
        </w:rPr>
        <w:br/>
      </w:r>
      <w:r>
        <w:rPr>
          <w:lang w:eastAsia="zh-CN"/>
        </w:rPr>
        <w:t>　　4.甲方应提供砂石骨料堆放场地，并保证堆放场地道路畅通。</w:t>
      </w:r>
      <w:r>
        <w:rPr>
          <w:lang w:eastAsia="zh-CN"/>
        </w:rPr>
        <w:br/>
      </w:r>
      <w:r>
        <w:rPr>
          <w:lang w:eastAsia="zh-CN"/>
        </w:rPr>
        <w:t>　　七.其他人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1.本合同未尽事宜另行协商。</w:t>
      </w:r>
      <w:r>
        <w:rPr>
          <w:lang w:eastAsia="zh-CN"/>
        </w:rPr>
        <w:br/>
      </w:r>
      <w:r>
        <w:rPr>
          <w:lang w:eastAsia="zh-CN"/>
        </w:rPr>
        <w:t>　　2.会议一式两份，双方各执一份。本协议自双方签字之日起生效，本合同具有同等法律效力。</w:t>
      </w:r>
      <w:r>
        <w:rPr>
          <w:lang w:eastAsia="zh-CN"/>
        </w:rPr>
        <w:br/>
      </w:r>
      <w:r>
        <w:rPr>
          <w:lang w:eastAsia="zh-CN"/>
        </w:rPr>
        <w:t>　　甲方(公章):_ _ _ _ _ _ _</w:t>
      </w:r>
      <w:r>
        <w:rPr>
          <w:lang w:eastAsia="zh-CN"/>
        </w:rPr>
        <w:br/>
      </w:r>
      <w:r>
        <w:rPr>
          <w:lang w:eastAsia="zh-CN"/>
        </w:rPr>
        <w:t>　　乙方(公章):_ _ _ _ _ _ _ _</w:t>
      </w:r>
      <w:r>
        <w:rPr>
          <w:lang w:eastAsia="zh-CN"/>
        </w:rPr>
        <w:br/>
      </w:r>
      <w:r>
        <w:rPr>
          <w:lang w:eastAsia="zh-CN"/>
        </w:rPr>
        <w:t>　　日期：_ _ _ _ _ _ _ _ _</w:t>
      </w:r>
      <w:r>
        <w:rPr>
          <w:lang w:eastAsia="zh-CN"/>
        </w:rPr>
        <w:br/>
      </w:r>
      <w:r>
        <w:rPr>
          <w:lang w:eastAsia="zh-CN"/>
        </w:rPr>
        <w:t xml:space="preserve">    2024关于砂石购销合同范本 篇11 </w:t>
      </w:r>
      <w:r>
        <w:rPr>
          <w:lang w:eastAsia="zh-CN"/>
        </w:rPr>
        <w:br/>
      </w:r>
      <w:r>
        <w:rPr>
          <w:lang w:eastAsia="zh-CN"/>
        </w:rPr>
        <w:t>　　购货方：____________________（以下简称甲方）</w:t>
      </w:r>
      <w:r>
        <w:rPr>
          <w:lang w:eastAsia="zh-CN"/>
        </w:rPr>
        <w:br/>
      </w:r>
      <w:r>
        <w:rPr>
          <w:lang w:eastAsia="zh-CN"/>
        </w:rPr>
        <w:t>　　供货方：____________________（以下简称乙方）</w:t>
      </w:r>
      <w:r>
        <w:rPr>
          <w:lang w:eastAsia="zh-CN"/>
        </w:rPr>
        <w:br/>
      </w:r>
      <w:r>
        <w:rPr>
          <w:lang w:eastAsia="zh-CN"/>
        </w:rPr>
        <w:t>　　为优质快速地建好______________________________，就甲方____________________项目部用砂、石材料一事，根据《中华人民共和国合同法》及相关法律规定，为了保证双方的合法权益，甲乙双方在平等自愿、诚实信用、协商一致的基础上签订本合同，并信守以下条款，共同严格履行。</w:t>
      </w:r>
      <w:r>
        <w:rPr>
          <w:lang w:eastAsia="zh-CN"/>
        </w:rPr>
        <w:br/>
      </w:r>
      <w:r>
        <w:rPr>
          <w:lang w:eastAsia="zh-CN"/>
        </w:rPr>
        <w:t>　　一、 购销范围</w:t>
      </w:r>
      <w:r>
        <w:rPr>
          <w:lang w:eastAsia="zh-CN"/>
        </w:rPr>
        <w:br/>
      </w:r>
      <w:r>
        <w:rPr>
          <w:lang w:eastAsia="zh-CN"/>
        </w:rPr>
        <w:t>　　甲方修建____________________元/吨。</w:t>
      </w:r>
      <w:r>
        <w:rPr>
          <w:lang w:eastAsia="zh-CN"/>
        </w:rPr>
        <w:br/>
      </w:r>
      <w:r>
        <w:rPr>
          <w:lang w:eastAsia="zh-CN"/>
        </w:rPr>
        <w:t>　　二、交货时间</w:t>
      </w:r>
      <w:r>
        <w:rPr>
          <w:lang w:eastAsia="zh-CN"/>
        </w:rPr>
        <w:br/>
      </w:r>
      <w:r>
        <w:rPr>
          <w:lang w:eastAsia="zh-CN"/>
        </w:rPr>
        <w:t>　　以甲方通知的到场时间为准。</w:t>
      </w:r>
      <w:r>
        <w:rPr>
          <w:lang w:eastAsia="zh-CN"/>
        </w:rPr>
        <w:br/>
      </w:r>
      <w:r>
        <w:rPr>
          <w:lang w:eastAsia="zh-CN"/>
        </w:rPr>
        <w:t>　　三、交货地点</w:t>
      </w:r>
      <w:r>
        <w:rPr>
          <w:lang w:eastAsia="zh-CN"/>
        </w:rPr>
        <w:br/>
      </w:r>
      <w:r>
        <w:rPr>
          <w:lang w:eastAsia="zh-CN"/>
        </w:rPr>
        <w:t>　　乙方送货至甲方指定地点。</w:t>
      </w:r>
      <w:r>
        <w:rPr>
          <w:lang w:eastAsia="zh-CN"/>
        </w:rPr>
        <w:br/>
      </w:r>
      <w:r>
        <w:rPr>
          <w:lang w:eastAsia="zh-CN"/>
        </w:rPr>
        <w:t>　　四、运输、装卸方式及费用负担</w:t>
      </w:r>
      <w:r>
        <w:rPr>
          <w:lang w:eastAsia="zh-CN"/>
        </w:rPr>
        <w:br/>
      </w:r>
      <w:r>
        <w:rPr>
          <w:lang w:eastAsia="zh-CN"/>
        </w:rPr>
        <w:t>　　由乙方负担。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五、付款方式</w:t>
      </w:r>
      <w:r>
        <w:rPr>
          <w:lang w:eastAsia="zh-CN"/>
        </w:rPr>
        <w:br/>
      </w:r>
      <w:r>
        <w:rPr>
          <w:lang w:eastAsia="zh-CN"/>
        </w:rPr>
        <w:t>　　甲、乙双方签订合同后，从签订合同之日起，送足壹拾伍万元砂、卵石作为合同履约金，之后三天一清，工程竣工验收后，一次性付清。付款前应由甲方材料员根据收货量开出证明，经审核后再付款。</w:t>
      </w:r>
      <w:r>
        <w:rPr>
          <w:lang w:eastAsia="zh-CN"/>
        </w:rPr>
        <w:br/>
      </w:r>
      <w:r>
        <w:rPr>
          <w:lang w:eastAsia="zh-CN"/>
        </w:rPr>
        <w:t>　　六、质量要求</w:t>
      </w:r>
      <w:r>
        <w:rPr>
          <w:lang w:eastAsia="zh-CN"/>
        </w:rPr>
        <w:br/>
      </w:r>
      <w:r>
        <w:rPr>
          <w:lang w:eastAsia="zh-CN"/>
        </w:rPr>
        <w:t>　　1、砂为粗砂，粒径为__________mm，含泥量不大于_____%，无杂质；</w:t>
      </w:r>
      <w:r>
        <w:rPr>
          <w:lang w:eastAsia="zh-CN"/>
        </w:rPr>
        <w:br/>
      </w:r>
      <w:r>
        <w:rPr>
          <w:lang w:eastAsia="zh-CN"/>
        </w:rPr>
        <w:t>　　2、卵石为粒径__________mm颗粒级配均匀良好的卵石，含泥量不大于_____%，无杂质。</w:t>
      </w:r>
      <w:r>
        <w:rPr>
          <w:lang w:eastAsia="zh-CN"/>
        </w:rPr>
        <w:br/>
      </w:r>
      <w:r>
        <w:rPr>
          <w:lang w:eastAsia="zh-CN"/>
        </w:rPr>
        <w:t>　　3、量的要求：乙方应保证供货数量，按车定量；甲方对乙方提供的材料，采取不定期抽取车辆过磅，重量与数量依据抽样按实计算；</w:t>
      </w:r>
      <w:r>
        <w:rPr>
          <w:lang w:eastAsia="zh-CN"/>
        </w:rPr>
        <w:br/>
      </w:r>
      <w:r>
        <w:rPr>
          <w:lang w:eastAsia="zh-CN"/>
        </w:rPr>
        <w:t>　　七、供货要求</w:t>
      </w:r>
      <w:r>
        <w:rPr>
          <w:lang w:eastAsia="zh-CN"/>
        </w:rPr>
        <w:br/>
      </w:r>
      <w:r>
        <w:rPr>
          <w:lang w:eastAsia="zh-CN"/>
        </w:rPr>
        <w:t>　　乙方按照工程进度需要保质保量供应砂、石材料给甲方。质量不合格的材料，甲方有权拒绝使用。如遇特殊情况，乙方必须保证砂、石材料的供应，铲车搅拌四合料的场地，以及水泥等材料的堆放场地。</w:t>
      </w:r>
      <w:r>
        <w:rPr>
          <w:lang w:eastAsia="zh-CN"/>
        </w:rPr>
        <w:br/>
      </w:r>
      <w:r>
        <w:rPr>
          <w:lang w:eastAsia="zh-CN"/>
        </w:rPr>
        <w:t>　　八、计量标准</w:t>
      </w:r>
      <w:r>
        <w:rPr>
          <w:lang w:eastAsia="zh-CN"/>
        </w:rPr>
        <w:br/>
      </w:r>
      <w:r>
        <w:rPr>
          <w:lang w:eastAsia="zh-CN"/>
        </w:rPr>
        <w:t>　　数量验收方法：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供方每批货物到达需方施工现场后，由需方材料员现场清点数量，确定数量并签认，双方签认后，由需方材料员提供（工地收料单）一式三份，交供方一份，作为结算依据。</w:t>
      </w:r>
      <w:r>
        <w:rPr>
          <w:lang w:eastAsia="zh-CN"/>
        </w:rPr>
        <w:br/>
      </w:r>
      <w:r>
        <w:rPr>
          <w:lang w:eastAsia="zh-CN"/>
        </w:rPr>
        <w:t>　　九、安全措施</w:t>
      </w:r>
      <w:r>
        <w:rPr>
          <w:lang w:eastAsia="zh-CN"/>
        </w:rPr>
        <w:br/>
      </w:r>
      <w:r>
        <w:rPr>
          <w:lang w:eastAsia="zh-CN"/>
        </w:rPr>
        <w:t>　　乙方在砂、石材料开采、运输过程中，一切作业施工运输过程所发生的安全责任事故，概由乙方全权负责，甲方不承担任何责任。</w:t>
      </w:r>
      <w:r>
        <w:rPr>
          <w:lang w:eastAsia="zh-CN"/>
        </w:rPr>
        <w:br/>
      </w:r>
      <w:r>
        <w:rPr>
          <w:lang w:eastAsia="zh-CN"/>
        </w:rPr>
        <w:t>　　十、违约责任</w:t>
      </w:r>
      <w:r>
        <w:rPr>
          <w:lang w:eastAsia="zh-CN"/>
        </w:rPr>
        <w:br/>
      </w:r>
      <w:r>
        <w:rPr>
          <w:lang w:eastAsia="zh-CN"/>
        </w:rPr>
        <w:t>　　1、乙方若未按质按时提供甲方工程施工足够的砂料、石料，造成人工停工或耽误甲方工期所产生的费用，由乙方承担。〈包括乙方未能及时提供砂、石材料，后八轮及铲车施工场地〉</w:t>
      </w:r>
      <w:r>
        <w:rPr>
          <w:lang w:eastAsia="zh-CN"/>
        </w:rPr>
        <w:br/>
      </w:r>
      <w:r>
        <w:rPr>
          <w:lang w:eastAsia="zh-CN"/>
        </w:rPr>
        <w:t>　　2、甲方保证此合同项下的材料自用，乙方有权对甲方倒卖的材料收取双倍货款，并有权终止合同且保留追索的权利。</w:t>
      </w:r>
      <w:r>
        <w:rPr>
          <w:lang w:eastAsia="zh-CN"/>
        </w:rPr>
        <w:br/>
      </w:r>
      <w:r>
        <w:rPr>
          <w:lang w:eastAsia="zh-CN"/>
        </w:rPr>
        <w:t>　　3、合同双方应严守有关商业秘密（如合同单价、数量等），如因泄密给其他方造成损失，由责任方承担因此给受害方造成的一切损失，且受害方有权终止合同。</w:t>
      </w:r>
      <w:r>
        <w:rPr>
          <w:lang w:eastAsia="zh-CN"/>
        </w:rPr>
        <w:br/>
      </w:r>
      <w:r>
        <w:rPr>
          <w:lang w:eastAsia="zh-CN"/>
        </w:rPr>
        <w:t>　　4、如甲方不能按合同约定及时付款，自应当付款之日起如果欠款超过_____天，从第_____天起，按未付款金额的千分之三向乙方支付违约金。</w:t>
      </w:r>
      <w:r>
        <w:rPr>
          <w:lang w:eastAsia="zh-CN"/>
        </w:rPr>
        <w:br/>
      </w:r>
      <w:r>
        <w:rPr>
          <w:lang w:eastAsia="zh-CN"/>
        </w:rPr>
        <w:t>　　十一、本合同如有未尽事宜，双方友好协商补充，补充条款作为本合同组成部分，与本合同具有同等法律效力。本合同一式三份，甲乙双方各执一份，存档一份，签字生效。不得违约，否则追究违约方责任。</w:t>
      </w:r>
      <w:r>
        <w:rPr>
          <w:lang w:eastAsia="zh-CN"/>
        </w:rPr>
        <w:br/>
      </w:r>
      <w:r>
        <w:rPr>
          <w:lang w:eastAsia="zh-CN"/>
        </w:rPr>
        <w:t>　　甲方签字：___________________乙方签字：___________________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__________年________月______日__________年________月______日</w:t>
      </w:r>
      <w:r>
        <w:rPr>
          <w:lang w:eastAsia="zh-CN"/>
        </w:rPr>
        <w:br/>
      </w:r>
      <w:r>
        <w:rPr>
          <w:lang w:eastAsia="zh-CN"/>
        </w:rPr>
        <w:t xml:space="preserve">    2024关于砂石购销合同范本 篇12 </w:t>
      </w:r>
      <w:r>
        <w:rPr>
          <w:lang w:eastAsia="zh-CN"/>
        </w:rPr>
        <w:br/>
      </w:r>
      <w:r>
        <w:rPr>
          <w:lang w:eastAsia="zh-CN"/>
        </w:rPr>
        <w:t>　　甲方：（供方）________________</w:t>
      </w:r>
      <w:r>
        <w:rPr>
          <w:lang w:eastAsia="zh-CN"/>
        </w:rPr>
        <w:br/>
      </w:r>
      <w:r>
        <w:rPr>
          <w:lang w:eastAsia="zh-CN"/>
        </w:rPr>
        <w:t>　　乙方：（需方）________________</w:t>
      </w:r>
      <w:r>
        <w:rPr>
          <w:lang w:eastAsia="zh-CN"/>
        </w:rPr>
        <w:br/>
      </w:r>
      <w:r>
        <w:rPr>
          <w:lang w:eastAsia="zh-CN"/>
        </w:rPr>
        <w:t>　　甲方因承建衢州市公安局衢江侦查技术大楼工程项目中需用砂石料与乙方共同协商，本着互惠、互利的原则，达成以下购销合同以便双方共同依约履行。</w:t>
      </w:r>
      <w:r>
        <w:rPr>
          <w:lang w:eastAsia="zh-CN"/>
        </w:rPr>
        <w:br/>
      </w:r>
      <w:r>
        <w:rPr>
          <w:lang w:eastAsia="zh-CN"/>
        </w:rPr>
        <w:t>　　1、甲方承建该工程项目中所需的砂石料均由乙方处采购。</w:t>
      </w:r>
      <w:r>
        <w:rPr>
          <w:lang w:eastAsia="zh-CN"/>
        </w:rPr>
        <w:br/>
      </w:r>
      <w:r>
        <w:rPr>
          <w:lang w:eastAsia="zh-CN"/>
        </w:rPr>
        <w:t>　　2、质量：乙方必须保证改项目砂石料达到甲方工程质量要求。</w:t>
      </w:r>
      <w:r>
        <w:rPr>
          <w:lang w:eastAsia="zh-CN"/>
        </w:rPr>
        <w:br/>
      </w:r>
      <w:r>
        <w:rPr>
          <w:lang w:eastAsia="zh-CN"/>
        </w:rPr>
        <w:t>　　3、进度：乙方根据甲方工地场地确保连续施工要求，但甲方必须提前两天通知乙方所需用量。</w:t>
      </w:r>
      <w:r>
        <w:rPr>
          <w:lang w:eastAsia="zh-CN"/>
        </w:rPr>
        <w:br/>
      </w:r>
      <w:r>
        <w:rPr>
          <w:lang w:eastAsia="zh-CN"/>
        </w:rPr>
        <w:t>　　4、价格：粗砂每方单价1—4每方单价方单价55元，人工混合料每方单价28元，混合料每方单价24元，废料每方单价18元。</w:t>
      </w:r>
      <w:r>
        <w:rPr>
          <w:lang w:eastAsia="zh-CN"/>
        </w:rPr>
        <w:br/>
      </w:r>
      <w:r>
        <w:rPr>
          <w:lang w:eastAsia="zh-CN"/>
        </w:rPr>
        <w:t>　　5、结算方式：乙方每月向甲方结算一次，结算后每月付清，不得拖欠，如甲方未按合同及时付款，乙方有权向甲方停止供料。</w:t>
      </w:r>
      <w:r>
        <w:rPr>
          <w:lang w:eastAsia="zh-CN"/>
        </w:rPr>
        <w:br/>
      </w:r>
      <w:r>
        <w:rPr>
          <w:lang w:eastAsia="zh-CN"/>
        </w:rPr>
        <w:t>　　6、其他各项：随着衢州市建设规模不断的扩大，建筑材料价格变化莫测，施工中，如出现以上材料上涨幅度较大时，乙方如难以承受的情况下，需经甲乙双方协商，补充协议，按协商后的价格进行结算。</w:t>
      </w:r>
      <w:r>
        <w:rPr>
          <w:lang w:eastAsia="zh-CN"/>
        </w:rPr>
        <w:br/>
      </w:r>
      <w:r>
        <w:rPr>
          <w:lang w:eastAsia="zh-CN"/>
        </w:rPr>
        <w:t>　　购方：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7、违约责任：上述各款双方在履行合同中如有违约，违约方应赔偿另一方违约金壹万元整，并承担法律责任。认为不可抗拒的自然灾害和场地问题，另行协商。</w:t>
      </w:r>
      <w:r>
        <w:rPr>
          <w:lang w:eastAsia="zh-CN"/>
        </w:rPr>
        <w:br/>
      </w:r>
      <w:r>
        <w:rPr>
          <w:lang w:eastAsia="zh-CN"/>
        </w:rPr>
        <w:t>　　8、本合同一式贰份，自双方签字后生效。</w:t>
      </w:r>
      <w:r>
        <w:rPr>
          <w:lang w:eastAsia="zh-CN"/>
        </w:rPr>
        <w:br/>
      </w:r>
      <w:r>
        <w:rPr>
          <w:lang w:eastAsia="zh-CN"/>
        </w:rPr>
        <w:t>　　甲方：______乙方：______</w:t>
      </w:r>
      <w:r>
        <w:rPr>
          <w:lang w:eastAsia="zh-CN"/>
        </w:rPr>
        <w:br/>
      </w:r>
      <w:r>
        <w:rPr>
          <w:lang w:eastAsia="zh-CN"/>
        </w:rPr>
        <w:t>　　______年______月______日______年______月______日</w:t>
      </w:r>
      <w:r>
        <w:rPr>
          <w:lang w:eastAsia="zh-CN"/>
        </w:rPr>
        <w:br/>
      </w:r>
      <w:r>
        <w:rPr>
          <w:lang w:eastAsia="zh-CN"/>
        </w:rPr>
        <w:t xml:space="preserve">    2024关于砂石购销合同范本 篇13 </w:t>
      </w:r>
      <w:r>
        <w:rPr>
          <w:lang w:eastAsia="zh-CN"/>
        </w:rPr>
        <w:br/>
      </w:r>
      <w:r>
        <w:rPr>
          <w:lang w:eastAsia="zh-CN"/>
        </w:rPr>
        <w:t>　　购买方：____</w:t>
      </w:r>
      <w:r>
        <w:rPr>
          <w:lang w:eastAsia="zh-CN"/>
        </w:rPr>
        <w:br/>
      </w:r>
      <w:r>
        <w:rPr>
          <w:lang w:eastAsia="zh-CN"/>
        </w:rPr>
        <w:t>　　供货方：____</w:t>
      </w:r>
      <w:r>
        <w:rPr>
          <w:lang w:eastAsia="zh-CN"/>
        </w:rPr>
        <w:br/>
      </w:r>
      <w:r>
        <w:rPr>
          <w:lang w:eastAsia="zh-CN"/>
        </w:rPr>
        <w:t>　　根据《合同法》的有关条款，经双方友好协商，由唐____为____市冉义富强建材经营部提供以下材料：</w:t>
      </w:r>
      <w:r>
        <w:rPr>
          <w:lang w:eastAsia="zh-CN"/>
        </w:rPr>
        <w:br/>
      </w:r>
      <w:r>
        <w:rPr>
          <w:lang w:eastAsia="zh-CN"/>
        </w:rPr>
        <w:t>　　一、品种：</w:t>
      </w:r>
      <w:r>
        <w:rPr>
          <w:lang w:eastAsia="zh-CN"/>
        </w:rPr>
        <w:br/>
      </w:r>
      <w:r>
        <w:rPr>
          <w:lang w:eastAsia="zh-CN"/>
        </w:rPr>
        <w:t>　　1、碎石：规格0.5-3（1-3）。</w:t>
      </w:r>
      <w:r>
        <w:rPr>
          <w:lang w:eastAsia="zh-CN"/>
        </w:rPr>
        <w:br/>
      </w:r>
      <w:r>
        <w:rPr>
          <w:lang w:eastAsia="zh-CN"/>
        </w:rPr>
        <w:t>　　2、机制砂。</w:t>
      </w:r>
      <w:r>
        <w:rPr>
          <w:lang w:eastAsia="zh-CN"/>
        </w:rPr>
        <w:br/>
      </w:r>
      <w:r>
        <w:rPr>
          <w:lang w:eastAsia="zh-CN"/>
        </w:rPr>
        <w:t>　　二、供应量：</w:t>
      </w:r>
      <w:r>
        <w:rPr>
          <w:lang w:eastAsia="zh-CN"/>
        </w:rPr>
        <w:br/>
      </w:r>
      <w:r>
        <w:rPr>
          <w:lang w:eastAsia="zh-CN"/>
        </w:rPr>
        <w:t>　　月供应机制砂不少于2万方，碎石不少于方。年供应金额不少于100万元。</w:t>
      </w:r>
      <w:r>
        <w:rPr>
          <w:lang w:eastAsia="zh-CN"/>
        </w:rPr>
        <w:br/>
      </w:r>
      <w:r>
        <w:rPr>
          <w:lang w:eastAsia="zh-CN"/>
        </w:rPr>
        <w:t>　　三、供应地点：</w:t>
      </w:r>
      <w:r>
        <w:rPr>
          <w:lang w:eastAsia="zh-CN"/>
        </w:rPr>
        <w:br/>
      </w:r>
      <w:r>
        <w:rPr>
          <w:lang w:eastAsia="zh-CN"/>
        </w:rPr>
        <w:t>　　质量验收标准：国家现行标准及合同约定的标准。</w:t>
      </w:r>
      <w:r>
        <w:rPr>
          <w:lang w:eastAsia="zh-CN"/>
        </w:rPr>
        <w:br/>
      </w:r>
      <w:r>
        <w:rPr>
          <w:lang w:eastAsia="zh-CN"/>
        </w:rPr>
        <w:t>　　四、价格标准：</w:t>
      </w:r>
      <w:r>
        <w:rPr>
          <w:lang w:eastAsia="zh-CN"/>
        </w:rPr>
        <w:br/>
      </w:r>
      <w:r>
        <w:rPr>
          <w:lang w:eastAsia="zh-CN"/>
        </w:rPr>
        <w:t>　　双方协商，以市场价格为标准上下浮动。</w:t>
      </w:r>
      <w:r>
        <w:rPr>
          <w:lang w:eastAsia="zh-CN"/>
        </w:rPr>
        <w:br/>
      </w:r>
      <w:r>
        <w:rPr>
          <w:lang w:eastAsia="zh-CN"/>
        </w:rPr>
        <w:t>　　五、结算方式：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购买方先预付总金额100万元的30%，即先付30万元。预付款在今后货款中扣除。合同执行后，按购货方实际收到方料，每月____日结账，支付上月垫资款。若有变化双方协商解决。</w:t>
      </w:r>
      <w:r>
        <w:rPr>
          <w:lang w:eastAsia="zh-CN"/>
        </w:rPr>
        <w:br/>
      </w:r>
      <w:r>
        <w:rPr>
          <w:lang w:eastAsia="zh-CN"/>
        </w:rPr>
        <w:t>　　本合同一式二份，双方各执一份，如有未尽事宜，双方协商。</w:t>
      </w:r>
      <w:r>
        <w:rPr>
          <w:lang w:eastAsia="zh-CN"/>
        </w:rPr>
        <w:br/>
      </w:r>
      <w:r>
        <w:rPr>
          <w:lang w:eastAsia="zh-CN"/>
        </w:rPr>
        <w:t>　　购货方：____</w:t>
      </w:r>
      <w:r>
        <w:rPr>
          <w:lang w:eastAsia="zh-CN"/>
        </w:rPr>
        <w:br/>
      </w:r>
      <w:r>
        <w:rPr>
          <w:lang w:eastAsia="zh-CN"/>
        </w:rPr>
        <w:t>　　供货方：____</w:t>
      </w:r>
      <w:r>
        <w:rPr>
          <w:lang w:eastAsia="zh-CN"/>
        </w:rPr>
        <w:br/>
      </w:r>
      <w:r>
        <w:rPr>
          <w:lang w:eastAsia="zh-CN"/>
        </w:rPr>
        <w:t>　　日期：____年____月____日</w:t>
      </w:r>
      <w:r>
        <w:rPr>
          <w:lang w:eastAsia="zh-CN"/>
        </w:rPr>
        <w:br/>
      </w:r>
      <w:r>
        <w:rPr>
          <w:lang w:eastAsia="zh-CN"/>
        </w:rPr>
        <w:t xml:space="preserve">    2024关于砂石购销合同范本 篇14 </w:t>
      </w:r>
      <w:r>
        <w:rPr>
          <w:lang w:eastAsia="zh-CN"/>
        </w:rPr>
        <w:br/>
      </w:r>
      <w:r>
        <w:rPr>
          <w:lang w:eastAsia="zh-CN"/>
        </w:rPr>
        <w:t>　　需方(以下简称甲方):</w:t>
      </w:r>
      <w:r>
        <w:rPr>
          <w:lang w:eastAsia="zh-CN"/>
        </w:rPr>
        <w:br/>
      </w:r>
      <w:r>
        <w:rPr>
          <w:lang w:eastAsia="zh-CN"/>
        </w:rPr>
        <w:t>　　供应商(以下简称乙方):</w:t>
      </w:r>
      <w:r>
        <w:rPr>
          <w:lang w:eastAsia="zh-CN"/>
        </w:rPr>
        <w:br/>
      </w:r>
      <w:r>
        <w:rPr>
          <w:lang w:eastAsia="zh-CN"/>
        </w:rPr>
        <w:t>　　根据国家有关法律、行政法规，遵循平等、自愿、诚实信用的原则，经甲乙双方充分协商一致，甲方根据工程建设需要向乙方购买砂石。为了明确双方的权利和义务，经双方平等协商，签订本合同。</w:t>
      </w:r>
      <w:r>
        <w:rPr>
          <w:lang w:eastAsia="zh-CN"/>
        </w:rPr>
        <w:br/>
      </w:r>
      <w:r>
        <w:rPr>
          <w:lang w:eastAsia="zh-CN"/>
        </w:rPr>
        <w:t>　　一、供货内容、地点和期限:</w:t>
      </w:r>
      <w:r>
        <w:rPr>
          <w:lang w:eastAsia="zh-CN"/>
        </w:rPr>
        <w:br/>
      </w:r>
      <w:r>
        <w:rPr>
          <w:lang w:eastAsia="zh-CN"/>
        </w:rPr>
        <w:t>　　1.交货地点:甲方施工现场</w:t>
      </w:r>
      <w:r>
        <w:rPr>
          <w:lang w:eastAsia="zh-CN"/>
        </w:rPr>
        <w:br/>
      </w:r>
      <w:r>
        <w:rPr>
          <w:lang w:eastAsia="zh-CN"/>
        </w:rPr>
        <w:t>　　2.供应的开始和结束时间:从(日期)(年)(月)(年)(日)(年)</w:t>
      </w:r>
      <w:r>
        <w:rPr>
          <w:lang w:eastAsia="zh-CN"/>
        </w:rPr>
        <w:br/>
      </w:r>
      <w:r>
        <w:rPr>
          <w:lang w:eastAsia="zh-CN"/>
        </w:rPr>
        <w:t>　　二、供应单价:</w:t>
      </w:r>
      <w:r>
        <w:rPr>
          <w:lang w:eastAsia="zh-CN"/>
        </w:rPr>
        <w:br/>
      </w:r>
      <w:r>
        <w:rPr>
          <w:lang w:eastAsia="zh-CN"/>
        </w:rPr>
        <w:t>　　羞耻方80元</w:t>
      </w:r>
      <w:r>
        <w:rPr>
          <w:lang w:eastAsia="zh-CN"/>
        </w:rPr>
        <w:br/>
      </w:r>
      <w:r>
        <w:rPr>
          <w:lang w:eastAsia="zh-CN"/>
        </w:rPr>
        <w:t>　　石料每立方60元</w:t>
      </w:r>
      <w:r>
        <w:rPr>
          <w:lang w:eastAsia="zh-CN"/>
        </w:rPr>
        <w:br/>
      </w:r>
      <w:r>
        <w:rPr>
          <w:lang w:eastAsia="zh-CN"/>
        </w:rPr>
        <w:t>　　石粉每立方60元</w:t>
      </w:r>
      <w:r>
        <w:rPr>
          <w:lang w:eastAsia="zh-CN"/>
        </w:rPr>
        <w:br/>
      </w:r>
      <w:r>
        <w:rPr>
          <w:lang w:eastAsia="zh-CN"/>
        </w:rPr>
        <w:t>　　每辆车沙砖单个交货地点不超过10立方米的，每立方米增加2个。如果砂石材料价格波动，双方另行协商。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三、质量要求和验收标准:</w:t>
      </w:r>
      <w:r>
        <w:rPr>
          <w:lang w:eastAsia="zh-CN"/>
        </w:rPr>
        <w:br/>
      </w:r>
      <w:r>
        <w:rPr>
          <w:lang w:eastAsia="zh-CN"/>
        </w:rPr>
        <w:t>　　1.乙方运送到施工现场的砂子应符合甲方的要求..如有质量问题，经双方确认不合格后，乙方应将不合格的砂石运回，并承担运输费用。同时，乙方应在2天内更换合格的砂石。</w:t>
      </w:r>
      <w:r>
        <w:rPr>
          <w:lang w:eastAsia="zh-CN"/>
        </w:rPr>
        <w:br/>
      </w:r>
      <w:r>
        <w:rPr>
          <w:lang w:eastAsia="zh-CN"/>
        </w:rPr>
        <w:t>　　2.验收合格后，乙方应将送货单提交甲方验收人员签字，作为乙方日后结算的依据。</w:t>
      </w:r>
      <w:r>
        <w:rPr>
          <w:lang w:eastAsia="zh-CN"/>
        </w:rPr>
        <w:br/>
      </w:r>
      <w:r>
        <w:rPr>
          <w:lang w:eastAsia="zh-CN"/>
        </w:rPr>
        <w:t>　　四、运输成本和成本负担。</w:t>
      </w:r>
      <w:r>
        <w:rPr>
          <w:lang w:eastAsia="zh-CN"/>
        </w:rPr>
        <w:br/>
      </w:r>
      <w:r>
        <w:rPr>
          <w:lang w:eastAsia="zh-CN"/>
        </w:rPr>
        <w:t>　　运输和卸货等所有费用，包括施工现场的通行费，均由乙方承担..</w:t>
      </w:r>
      <w:r>
        <w:rPr>
          <w:lang w:eastAsia="zh-CN"/>
        </w:rPr>
        <w:br/>
      </w:r>
      <w:r>
        <w:rPr>
          <w:lang w:eastAsia="zh-CN"/>
        </w:rPr>
        <w:t>　　项目资金的支付和结算:</w:t>
      </w:r>
      <w:r>
        <w:rPr>
          <w:lang w:eastAsia="zh-CN"/>
        </w:rPr>
        <w:br/>
      </w:r>
      <w:r>
        <w:rPr>
          <w:lang w:eastAsia="zh-CN"/>
        </w:rPr>
        <w:t>　　喷嘴向乙方支付的材料结算以一个月为限。乙方应提供有效材料协助甲方开具发票，甲方以现金或银行转账方式结算结算资金。</w:t>
      </w:r>
      <w:r>
        <w:rPr>
          <w:lang w:eastAsia="zh-CN"/>
        </w:rPr>
        <w:br/>
      </w:r>
      <w:r>
        <w:rPr>
          <w:lang w:eastAsia="zh-CN"/>
        </w:rPr>
        <w:t>　　其他条款:</w:t>
      </w:r>
      <w:r>
        <w:rPr>
          <w:lang w:eastAsia="zh-CN"/>
        </w:rPr>
        <w:br/>
      </w:r>
      <w:r>
        <w:rPr>
          <w:lang w:eastAsia="zh-CN"/>
        </w:rPr>
        <w:t>　　1.如果乙方未能按时按质向甲方交货，甲方有权委托其他供应商共同供货，并有权要求乙方赔偿由此造成的一切经济损失。</w:t>
      </w:r>
      <w:r>
        <w:rPr>
          <w:lang w:eastAsia="zh-CN"/>
        </w:rPr>
        <w:br/>
      </w:r>
      <w:r>
        <w:rPr>
          <w:lang w:eastAsia="zh-CN"/>
        </w:rPr>
        <w:t>　　2.乙方无故不发货或甲方无故退货(非质量因素)视为违约。违约方应向另一方支付付款中不履行部分的10%作为违约金。</w:t>
      </w:r>
      <w:r>
        <w:rPr>
          <w:lang w:eastAsia="zh-CN"/>
        </w:rPr>
        <w:br/>
      </w:r>
      <w:r>
        <w:rPr>
          <w:lang w:eastAsia="zh-CN"/>
        </w:rPr>
        <w:t>　　3.如因执行本合同发生争议，双方应协商解决。双方均可向仲裁机构申请仲裁或向人民法院提起诉讼。</w:t>
      </w:r>
      <w:r>
        <w:rPr>
          <w:lang w:eastAsia="zh-CN"/>
        </w:rPr>
        <w:br/>
      </w:r>
      <w:r>
        <w:rPr>
          <w:lang w:eastAsia="zh-CN"/>
        </w:rPr>
        <w:t>　　4.甲乙双方均不得擅自变更或修改本合同中签署的所有条款。</w:t>
      </w:r>
      <w:r>
        <w:rPr>
          <w:lang w:eastAsia="zh-CN"/>
        </w:rPr>
        <w:br/>
      </w:r>
      <w:r>
        <w:rPr>
          <w:lang w:eastAsia="zh-CN"/>
        </w:rPr>
        <w:t>　　5.本合同执行过程中，如有未尽事宜，双方应协商解决。本合同附有附加章程，所有章程与本合同具有同等法律效力。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6.本合同一式两份，双方各执一份。</w:t>
      </w:r>
      <w:r>
        <w:rPr>
          <w:lang w:eastAsia="zh-CN"/>
        </w:rPr>
        <w:br/>
      </w:r>
      <w:r>
        <w:rPr>
          <w:lang w:eastAsia="zh-CN"/>
        </w:rPr>
        <w:t>　　甲方:(签名)乙方:(签名)</w:t>
      </w:r>
      <w:r>
        <w:rPr>
          <w:lang w:eastAsia="zh-CN"/>
        </w:rPr>
        <w:br/>
      </w:r>
      <w:r>
        <w:rPr>
          <w:lang w:eastAsia="zh-CN"/>
        </w:rPr>
        <w:t>　　电话: 电话:</w:t>
      </w:r>
      <w:r>
        <w:rPr>
          <w:lang w:eastAsia="zh-CN"/>
        </w:rPr>
        <w:br/>
      </w:r>
      <w:r>
        <w:rPr>
          <w:lang w:eastAsia="zh-CN"/>
        </w:rPr>
        <w:t>　　签署日期： 年 月 日</w:t>
      </w:r>
      <w:r>
        <w:rPr>
          <w:lang w:eastAsia="zh-CN"/>
        </w:rPr>
        <w:br/>
      </w:r>
      <w:r>
        <w:rPr>
          <w:lang w:eastAsia="zh-CN"/>
        </w:rPr>
        <w:t xml:space="preserve">    2024关于砂石购销合同范本 篇15 </w:t>
      </w:r>
      <w:r>
        <w:rPr>
          <w:lang w:eastAsia="zh-CN"/>
        </w:rPr>
        <w:br/>
      </w:r>
      <w:r>
        <w:rPr>
          <w:lang w:eastAsia="zh-CN"/>
        </w:rPr>
        <w:t>　　需方单位： (简称甲方)</w:t>
      </w:r>
      <w:r>
        <w:rPr>
          <w:lang w:eastAsia="zh-CN"/>
        </w:rPr>
        <w:br/>
      </w:r>
      <w:r>
        <w:rPr>
          <w:lang w:eastAsia="zh-CN"/>
        </w:rPr>
        <w:t>　　供应单位： 陈军 (简称乙方)</w:t>
      </w:r>
      <w:r>
        <w:rPr>
          <w:lang w:eastAsia="zh-CN"/>
        </w:rPr>
        <w:br/>
      </w:r>
      <w:r>
        <w:rPr>
          <w:lang w:eastAsia="zh-CN"/>
        </w:rPr>
        <w:t>　　为了规范产品交易行为，保护供需双方合法权益，根据《中华人民共和国合同法》及有关法律、法规、明确双方权利义务关系，保证正常交易程序，经甲、乙双方协商，一致同意签订本合同，以资共同遵守。</w:t>
      </w:r>
      <w:r>
        <w:rPr>
          <w:lang w:eastAsia="zh-CN"/>
        </w:rPr>
        <w:br/>
      </w:r>
      <w:r>
        <w:rPr>
          <w:lang w:eastAsia="zh-CN"/>
        </w:rPr>
        <w:t>　　一、产品供应要求：</w:t>
      </w:r>
      <w:r>
        <w:rPr>
          <w:lang w:eastAsia="zh-CN"/>
        </w:rPr>
        <w:br/>
      </w:r>
      <w:r>
        <w:rPr>
          <w:lang w:eastAsia="zh-CN"/>
        </w:rPr>
        <w:t>　　(说明：本表中单价是指指砂石料运到交货地点的价格)</w:t>
      </w:r>
      <w:r>
        <w:rPr>
          <w:lang w:eastAsia="zh-CN"/>
        </w:rPr>
        <w:br/>
      </w:r>
      <w:r>
        <w:rPr>
          <w:lang w:eastAsia="zh-CN"/>
        </w:rPr>
        <w:t>　　二、交(提)货时间、地点及方式：</w:t>
      </w:r>
      <w:r>
        <w:rPr>
          <w:lang w:eastAsia="zh-CN"/>
        </w:rPr>
        <w:br/>
      </w:r>
      <w:r>
        <w:rPr>
          <w:lang w:eastAsia="zh-CN"/>
        </w:rPr>
        <w:t>　　1、产品用途：</w:t>
      </w:r>
      <w:r>
        <w:rPr>
          <w:lang w:eastAsia="zh-CN"/>
        </w:rPr>
        <w:br/>
      </w:r>
      <w:r>
        <w:rPr>
          <w:lang w:eastAsia="zh-CN"/>
        </w:rPr>
        <w:t>　　2、交(提)货地点： 3、交(提)货方式： 供方负责汽车运输到需方指定料场，运费、材料费及卸车费均包含在单价内</w:t>
      </w:r>
      <w:r>
        <w:rPr>
          <w:lang w:eastAsia="zh-CN"/>
        </w:rPr>
        <w:br/>
      </w:r>
      <w:r>
        <w:rPr>
          <w:lang w:eastAsia="zh-CN"/>
        </w:rPr>
        <w:t>　　4、交(提)货时间、数量： 5、乙方在产品运抵交货处后，甲方应提供堆放场地，并做好验收工作。</w:t>
      </w:r>
      <w:r>
        <w:rPr>
          <w:lang w:eastAsia="zh-CN"/>
        </w:rPr>
        <w:br/>
      </w:r>
      <w:r>
        <w:rPr>
          <w:lang w:eastAsia="zh-CN"/>
        </w:rPr>
        <w:t>　　6、其他约定：</w:t>
      </w:r>
      <w:r>
        <w:rPr>
          <w:lang w:eastAsia="zh-CN"/>
        </w:rPr>
        <w:br/>
      </w:r>
      <w:r>
        <w:rPr>
          <w:lang w:eastAsia="zh-CN"/>
        </w:rPr>
        <w:t>　　三、结算和付款方式：</w:t>
      </w:r>
      <w:r>
        <w:rPr>
          <w:lang w:eastAsia="zh-CN"/>
        </w:rPr>
        <w:br/>
      </w:r>
      <w:r>
        <w:rPr>
          <w:lang w:eastAsia="zh-CN"/>
        </w:rPr>
        <w:t>　　1、结算方式：交易双方可通过银行帐户或现金进行结算。</w:t>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2、付款方式与期限：</w:t>
      </w:r>
      <w:r>
        <w:rPr>
          <w:lang w:eastAsia="zh-CN"/>
        </w:rPr>
        <w:br/>
      </w:r>
      <w:r>
        <w:rPr>
          <w:lang w:eastAsia="zh-CN"/>
        </w:rPr>
        <w:t>　　材料款结清，合同自动失效</w:t>
      </w:r>
      <w:r>
        <w:rPr>
          <w:lang w:eastAsia="zh-CN"/>
        </w:rPr>
        <w:br/>
      </w:r>
      <w:r>
        <w:rPr>
          <w:lang w:eastAsia="zh-CN"/>
        </w:rPr>
        <w:t>　　四、技术要求：</w:t>
      </w:r>
      <w:r>
        <w:rPr>
          <w:lang w:eastAsia="zh-CN"/>
        </w:rPr>
        <w:br/>
      </w:r>
      <w:r>
        <w:rPr>
          <w:lang w:eastAsia="zh-CN"/>
        </w:rPr>
        <w:t>　　1、乙方应严格按照产品标准(生产)供应，超出产品技术标准的特殊要求，由甲、乙双方协会商决定并在3栏中写清。</w:t>
      </w:r>
      <w:r>
        <w:rPr>
          <w:lang w:eastAsia="zh-CN"/>
        </w:rPr>
        <w:br/>
      </w:r>
      <w:r>
        <w:rPr>
          <w:lang w:eastAsia="zh-CN"/>
        </w:rPr>
        <w:t>　　2、乙方应按国家标准规定，随每批产品提供《质量检验报告》。</w:t>
      </w:r>
      <w:r>
        <w:rPr>
          <w:lang w:eastAsia="zh-CN"/>
        </w:rPr>
        <w:br/>
      </w:r>
      <w:r>
        <w:rPr>
          <w:lang w:eastAsia="zh-CN"/>
        </w:rPr>
        <w:t>　　3、其他要求：</w:t>
      </w:r>
      <w:r>
        <w:rPr>
          <w:lang w:eastAsia="zh-CN"/>
        </w:rPr>
        <w:br/>
      </w:r>
      <w:r>
        <w:rPr>
          <w:lang w:eastAsia="zh-CN"/>
        </w:rPr>
        <w:t>　　五、验收标准、方法及提出异议期限：</w:t>
      </w:r>
      <w:r>
        <w:rPr>
          <w:lang w:eastAsia="zh-CN"/>
        </w:rPr>
        <w:br/>
      </w:r>
      <w:r>
        <w:rPr>
          <w:lang w:eastAsia="zh-CN"/>
        </w:rPr>
        <w:t>　　1、乙方应在交货同时向甲方提交该产品的《质量检验报告》。</w:t>
      </w:r>
      <w:r>
        <w:rPr>
          <w:lang w:eastAsia="zh-CN"/>
        </w:rPr>
        <w:br/>
      </w:r>
      <w:r>
        <w:rPr>
          <w:lang w:eastAsia="zh-CN"/>
        </w:rPr>
        <w:t>　　2、验收标准，按该产品的国家标准验收，如尚无国家标准的则按行业标准或已经主管部门备案的企业标准验收。</w:t>
      </w:r>
      <w:r>
        <w:rPr>
          <w:lang w:eastAsia="zh-CN"/>
        </w:rPr>
        <w:br/>
      </w:r>
      <w:r>
        <w:rPr>
          <w:lang w:eastAsia="zh-CN"/>
        </w:rPr>
        <w:t>　　3、外观质量及数量应当场验收。如发现质量问题应在24小时内向天津市建材业质量管理中心或分中心质量管理部门报告。在问题未查清之前该批产品必须封存不能使用。甲方非因自身过错而受到的损失，由乙方按违约责任承担。</w:t>
      </w:r>
      <w:r>
        <w:rPr>
          <w:lang w:eastAsia="zh-CN"/>
        </w:rPr>
        <w:br/>
      </w:r>
      <w:r>
        <w:rPr>
          <w:lang w:eastAsia="zh-CN"/>
        </w:rPr>
        <w:t>　　六、有下列情形之一，可以解除合同：</w:t>
      </w:r>
      <w:r>
        <w:rPr>
          <w:lang w:eastAsia="zh-CN"/>
        </w:rPr>
        <w:br/>
      </w:r>
      <w:r>
        <w:rPr>
          <w:lang w:eastAsia="zh-CN"/>
        </w:rPr>
        <w:t>　　1、甲、乙双方协商一致;</w:t>
      </w:r>
      <w:r>
        <w:rPr>
          <w:lang w:eastAsia="zh-CN"/>
        </w:rPr>
        <w:br/>
      </w:r>
      <w:r>
        <w:rPr>
          <w:lang w:eastAsia="zh-CN"/>
        </w:rPr>
        <w:t>　　2、因不可抗力指使不能实现合同目的;</w:t>
      </w:r>
      <w:r>
        <w:rPr>
          <w:lang w:eastAsia="zh-CN"/>
        </w:rPr>
        <w:br/>
      </w:r>
      <w:r>
        <w:rPr>
          <w:lang w:eastAsia="zh-CN"/>
        </w:rPr>
        <w:t>　　3、在履行期限届满之前，一方明确表示或者以自己行为表明不履行主要义务; 4、一方延迟履行主要义务，经催告后天内仍未履行; 5、一方延迟履行义务或者有其他违法约行为致使不能实现合同目的。</w:t>
      </w:r>
      <w:r>
        <w:rPr>
          <w:lang w:eastAsia="zh-CN"/>
        </w:rPr>
        <w:br/>
      </w:r>
      <w:r>
        <w:rPr>
          <w:lang w:eastAsia="zh-CN"/>
        </w:rPr>
        <w:t>　　以上3、4、5项权利由守约方行使。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七、违约责任：</w:t>
      </w:r>
      <w:r>
        <w:rPr>
          <w:lang w:eastAsia="zh-CN"/>
        </w:rPr>
        <w:br/>
      </w:r>
      <w:r>
        <w:rPr>
          <w:lang w:eastAsia="zh-CN"/>
        </w:rPr>
        <w:t>　　1、甲、乙双方应严格履行合同规定的各项条款，如一方违约，由违约方承担责任，并参照合同法及双方商定的有关条款赔偿经济损失。</w:t>
      </w:r>
      <w:r>
        <w:rPr>
          <w:lang w:eastAsia="zh-CN"/>
        </w:rPr>
        <w:br/>
      </w:r>
      <w:r>
        <w:rPr>
          <w:lang w:eastAsia="zh-CN"/>
        </w:rPr>
        <w:t>　　2、因质量不符合约定，甲方可要求更换或退货，更换视作逾期交货，退货视作不能交货。</w:t>
      </w:r>
      <w:r>
        <w:rPr>
          <w:lang w:eastAsia="zh-CN"/>
        </w:rPr>
        <w:br/>
      </w:r>
      <w:r>
        <w:rPr>
          <w:lang w:eastAsia="zh-CN"/>
        </w:rPr>
        <w:t>　　八、解决合同争议的方式：</w:t>
      </w:r>
      <w:r>
        <w:rPr>
          <w:lang w:eastAsia="zh-CN"/>
        </w:rPr>
        <w:br/>
      </w:r>
      <w:r>
        <w:rPr>
          <w:lang w:eastAsia="zh-CN"/>
        </w:rPr>
        <w:t>　　本合同产生争议，甲、乙双方应本着友好协商的积极态度进行协商解决;协会商不成的，可提请分中心进行调解;如调解不成的： □ 向天津仲裁委员会申请仲裁 □ 向人民法院提起诉讼(两者选一)。</w:t>
      </w:r>
      <w:r>
        <w:rPr>
          <w:lang w:eastAsia="zh-CN"/>
        </w:rPr>
        <w:br/>
      </w:r>
      <w:r>
        <w:rPr>
          <w:lang w:eastAsia="zh-CN"/>
        </w:rPr>
        <w:t>　　九、不可抗力：</w:t>
      </w:r>
      <w:r>
        <w:rPr>
          <w:lang w:eastAsia="zh-CN"/>
        </w:rPr>
        <w:br/>
      </w:r>
      <w:r>
        <w:rPr>
          <w:lang w:eastAsia="zh-CN"/>
        </w:rPr>
        <w:t>　　1、因不可抗力，致使合同不能履行，免除承担违约责任，但必须及时通知对方，并在合同期限内提供证明。</w:t>
      </w:r>
      <w:r>
        <w:rPr>
          <w:lang w:eastAsia="zh-CN"/>
        </w:rPr>
        <w:br/>
      </w:r>
      <w:r>
        <w:rPr>
          <w:lang w:eastAsia="zh-CN"/>
        </w:rPr>
        <w:t>　　2、其他：</w:t>
      </w:r>
      <w:r>
        <w:rPr>
          <w:lang w:eastAsia="zh-CN"/>
        </w:rPr>
        <w:br/>
      </w:r>
      <w:r>
        <w:rPr>
          <w:lang w:eastAsia="zh-CN"/>
        </w:rPr>
        <w:t>　　十、其他约定事项：</w:t>
      </w:r>
      <w:r>
        <w:rPr>
          <w:lang w:eastAsia="zh-CN"/>
        </w:rPr>
        <w:br/>
      </w:r>
      <w:r>
        <w:rPr>
          <w:lang w:eastAsia="zh-CN"/>
        </w:rPr>
        <w:t>　　十一、本合同未尽事宜甲、乙双方协商解决。</w:t>
      </w:r>
      <w:r>
        <w:rPr>
          <w:lang w:eastAsia="zh-CN"/>
        </w:rPr>
        <w:br/>
      </w:r>
      <w:r>
        <w:rPr>
          <w:lang w:eastAsia="zh-CN"/>
        </w:rPr>
        <w:t>　　十二、合同签定：</w:t>
      </w:r>
      <w:r>
        <w:rPr>
          <w:lang w:eastAsia="zh-CN"/>
        </w:rPr>
        <w:br/>
      </w:r>
      <w:r>
        <w:rPr>
          <w:lang w:eastAsia="zh-CN"/>
        </w:rPr>
        <w:t>　　1、本合同自双方代表签定、加盖双方印章后生效。</w:t>
      </w:r>
      <w:r>
        <w:rPr>
          <w:lang w:eastAsia="zh-CN"/>
        </w:rPr>
        <w:br/>
      </w:r>
      <w:r>
        <w:rPr>
          <w:lang w:eastAsia="zh-CN"/>
        </w:rPr>
        <w:t>　　2、本合同一式份，甲、乙双方各执份。</w:t>
      </w:r>
      <w:r>
        <w:rPr>
          <w:lang w:eastAsia="zh-CN"/>
        </w:rPr>
        <w:br/>
      </w:r>
      <w:r>
        <w:rPr>
          <w:lang w:eastAsia="zh-CN"/>
        </w:rPr>
        <w:t>　　供 方 ：需 方 ：</w:t>
      </w:r>
      <w:r>
        <w:rPr>
          <w:lang w:eastAsia="zh-CN"/>
        </w:rPr>
        <w:br/>
      </w:r>
      <w:r>
        <w:rPr>
          <w:lang w:eastAsia="zh-CN"/>
        </w:rPr>
        <w:t xml:space="preserve">    2024关于砂石购销合同范本 篇16 </w:t>
      </w:r>
      <w:r>
        <w:rPr>
          <w:lang w:eastAsia="zh-CN"/>
        </w:rPr>
        <w:br/>
      </w:r>
      <w:r>
        <w:rPr>
          <w:lang w:eastAsia="zh-CN"/>
        </w:rPr>
        <w:t>　　甲方：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乙方：</w:t>
      </w:r>
      <w:r>
        <w:rPr>
          <w:lang w:eastAsia="zh-CN"/>
        </w:rPr>
        <w:br/>
      </w:r>
      <w:r>
        <w:rPr>
          <w:lang w:eastAsia="zh-CN"/>
        </w:rPr>
        <w:t>　　经甲乙双方共同协商，按照《中华人民共和国合同法》及相关法律法规，遵循平等、自愿、公开和诚实信用的原则，双方就 祥华加州洋房二期工程工程建筑采购事项签订如下协议：</w:t>
      </w:r>
      <w:r>
        <w:rPr>
          <w:lang w:eastAsia="zh-CN"/>
        </w:rPr>
        <w:br/>
      </w:r>
      <w:r>
        <w:rPr>
          <w:lang w:eastAsia="zh-CN"/>
        </w:rPr>
        <w:t>　　一、产品供应要求：</w:t>
      </w:r>
      <w:r>
        <w:rPr>
          <w:lang w:eastAsia="zh-CN"/>
        </w:rPr>
        <w:br/>
      </w:r>
      <w:r>
        <w:rPr>
          <w:lang w:eastAsia="zh-CN"/>
        </w:rPr>
        <w:t>　　二、质量要求：砂严格按照GB/T14684-20__，石料严格按照GB/T14685-20__标准组织供货。</w:t>
      </w:r>
      <w:r>
        <w:rPr>
          <w:lang w:eastAsia="zh-CN"/>
        </w:rPr>
        <w:br/>
      </w:r>
      <w:r>
        <w:rPr>
          <w:lang w:eastAsia="zh-CN"/>
        </w:rPr>
        <w:t>　　三、合同履行地点：柯城区曙光路祥华.加州洋房二期工程施工现场</w:t>
      </w:r>
      <w:r>
        <w:rPr>
          <w:lang w:eastAsia="zh-CN"/>
        </w:rPr>
        <w:br/>
      </w:r>
      <w:r>
        <w:rPr>
          <w:lang w:eastAsia="zh-CN"/>
        </w:rPr>
        <w:t>　　四、运输方式及到达站港和费用负担：乙方负责汽车运输到需方指定工地，运费及卸车费均包含在单价内。</w:t>
      </w:r>
      <w:r>
        <w:rPr>
          <w:lang w:eastAsia="zh-CN"/>
        </w:rPr>
        <w:br/>
      </w:r>
      <w:r>
        <w:rPr>
          <w:lang w:eastAsia="zh-CN"/>
        </w:rPr>
        <w:t>　　五、合理损耗及计量方法：按现场实际量方(过磅)交货，数量以现场材料员签单为准。</w:t>
      </w:r>
      <w:r>
        <w:rPr>
          <w:lang w:eastAsia="zh-CN"/>
        </w:rPr>
        <w:br/>
      </w:r>
      <w:r>
        <w:rPr>
          <w:lang w:eastAsia="zh-CN"/>
        </w:rPr>
        <w:t>　　六、包装标准、包装物的回收：包装物不回收。</w:t>
      </w:r>
      <w:r>
        <w:rPr>
          <w:lang w:eastAsia="zh-CN"/>
        </w:rPr>
        <w:br/>
      </w:r>
      <w:r>
        <w:rPr>
          <w:lang w:eastAsia="zh-CN"/>
        </w:rPr>
        <w:t>　　七、验收标准、方法及提出异议的期限：按第二条约定的国标验收，数量异议在货到叁日内并保持原包装的情况下由甲方书面提出，质量异议在货到伍日内由需方书面提出。因质量不符合约定，乙方应无条件的退货或按甲方要求换货。</w:t>
      </w:r>
      <w:r>
        <w:rPr>
          <w:lang w:eastAsia="zh-CN"/>
        </w:rPr>
        <w:br/>
      </w:r>
      <w:r>
        <w:rPr>
          <w:lang w:eastAsia="zh-CN"/>
        </w:rPr>
        <w:t>　　八、付款方式及期限：按每月供货实际数量支付80%货款，余款以工程竣工结算审核数量为准并工程款到位后一月内付清。</w:t>
      </w:r>
      <w:r>
        <w:rPr>
          <w:lang w:eastAsia="zh-CN"/>
        </w:rPr>
        <w:br/>
      </w:r>
      <w:r>
        <w:rPr>
          <w:lang w:eastAsia="zh-CN"/>
        </w:rPr>
        <w:t>　　九、违约责任：甲乙双方自本合同签订之日起，自觉履行本合同，违约方将负责承担影响工程进度的一切费用和责任。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十、解决合同纠纷的方式：协商解决;协商不成，可提请有关职能部门进行调解，如调解不成向签约地人民法院提起诉讼。</w:t>
      </w:r>
      <w:r>
        <w:rPr>
          <w:lang w:eastAsia="zh-CN"/>
        </w:rPr>
        <w:br/>
      </w:r>
      <w:r>
        <w:rPr>
          <w:lang w:eastAsia="zh-CN"/>
        </w:rPr>
        <w:t>　　十一、其他约定事项：</w:t>
      </w:r>
      <w:r>
        <w:rPr>
          <w:lang w:eastAsia="zh-CN"/>
        </w:rPr>
        <w:br/>
      </w:r>
      <w:r>
        <w:rPr>
          <w:lang w:eastAsia="zh-CN"/>
        </w:rPr>
        <w:t>　　1、乙方在运输过程中必须严密遮盖防止泼洒对环境造成污染，乙方运送车辆驾乘人员进入施工现场应佩戴安全帽，车辆到达现场要避免扬尘落灰，如运输过程中造成环境污染乙方需付全部责任。</w:t>
      </w:r>
      <w:r>
        <w:rPr>
          <w:lang w:eastAsia="zh-CN"/>
        </w:rPr>
        <w:br/>
      </w:r>
      <w:r>
        <w:rPr>
          <w:lang w:eastAsia="zh-CN"/>
        </w:rPr>
        <w:t>　　2、未尽事宜，另行协商。</w:t>
      </w:r>
      <w:r>
        <w:rPr>
          <w:lang w:eastAsia="zh-CN"/>
        </w:rPr>
        <w:br/>
      </w:r>
      <w:r>
        <w:rPr>
          <w:lang w:eastAsia="zh-CN"/>
        </w:rPr>
        <w:t>　　3、本合同经双方签字盖章后生效。本合同一式肆份，甲方贰份，乙方贰份。</w:t>
      </w:r>
      <w:r>
        <w:rPr>
          <w:lang w:eastAsia="zh-CN"/>
        </w:rPr>
        <w:br/>
      </w:r>
      <w:r>
        <w:rPr>
          <w:lang w:eastAsia="zh-CN"/>
        </w:rPr>
        <w:t>　　甲方（盖章）：_______________乙方（盖章）：___________________</w:t>
      </w:r>
      <w:r>
        <w:rPr>
          <w:lang w:eastAsia="zh-CN"/>
        </w:rPr>
        <w:br/>
      </w:r>
      <w:r>
        <w:rPr>
          <w:lang w:eastAsia="zh-CN"/>
        </w:rPr>
        <w:t>　　甲方代表签名：_______________乙方代表签名：___________________</w:t>
      </w:r>
      <w:r>
        <w:rPr>
          <w:lang w:eastAsia="zh-CN"/>
        </w:rPr>
        <w:br/>
      </w:r>
      <w:r>
        <w:rPr>
          <w:lang w:eastAsia="zh-CN"/>
        </w:rPr>
        <w:t>　　地址：_______________________地址：___________________________</w:t>
      </w:r>
      <w:r>
        <w:rPr>
          <w:lang w:eastAsia="zh-CN"/>
        </w:rPr>
        <w:br/>
      </w:r>
      <w:r>
        <w:rPr>
          <w:lang w:eastAsia="zh-CN"/>
        </w:rPr>
        <w:t>　　电话：_______________________电话：___________________________</w:t>
      </w:r>
      <w:r>
        <w:rPr>
          <w:lang w:eastAsia="zh-CN"/>
        </w:rPr>
        <w:br/>
      </w:r>
      <w:r>
        <w:rPr>
          <w:lang w:eastAsia="zh-CN"/>
        </w:rPr>
        <w:t>　　传真：_______________________传真：___________________________</w:t>
      </w:r>
      <w:r>
        <w:rPr>
          <w:lang w:eastAsia="zh-CN"/>
        </w:rPr>
        <w:br/>
      </w:r>
      <w:r>
        <w:rPr>
          <w:lang w:eastAsia="zh-CN"/>
        </w:rPr>
        <w:t>　　日期：______年______月_____日日期：_______年_______月_______日</w:t>
      </w:r>
      <w:r>
        <w:rPr>
          <w:lang w:eastAsia="zh-CN"/>
        </w:rPr>
        <w:br/>
      </w:r>
      <w:r>
        <w:rPr>
          <w:lang w:eastAsia="zh-CN"/>
        </w:rPr>
        <w:t xml:space="preserve">    2024关于砂石购销合同范本 篇17 </w:t>
      </w:r>
      <w:r>
        <w:rPr>
          <w:lang w:eastAsia="zh-CN"/>
        </w:rPr>
        <w:br/>
      </w:r>
    </w:p>
    <w:p w:rsidR="001B1F19" w14:textId="27C3F48A">
      <w:pPr>
        <w:rPr>
          <w:rFonts w:hint="eastAsia"/>
          <w:lang w:eastAsia="zh-CN"/>
        </w:rPr>
      </w:pPr>
      <w:r>
        <w:rPr>
          <w:lang w:eastAsia="zh-CN"/>
        </w:rPr>
        <w:t>　　购货单位：(以下简称甲方)</w:t>
      </w:r>
      <w:r>
        <w:rPr>
          <w:lang w:eastAsia="zh-CN"/>
        </w:rPr>
        <w:br/>
      </w:r>
      <w:r>
        <w:rPr>
          <w:lang w:eastAsia="zh-CN"/>
        </w:rPr>
        <w:t>　　供货单位：(以下简称乙方)</w:t>
      </w:r>
      <w:r>
        <w:rPr>
          <w:lang w:eastAsia="zh-CN"/>
        </w:rPr>
        <w:br/>
      </w:r>
      <w:r>
        <w:rPr>
          <w:lang w:eastAsia="zh-CN"/>
        </w:rPr>
        <w:t>　　为了明确甲乙双方各自应当承担的责任，确保双方实现各自的经济目的，经甲乙双方充分协商，特订立本合同，以便共同遵守。</w:t>
      </w:r>
      <w:r>
        <w:rPr>
          <w:lang w:eastAsia="zh-CN"/>
        </w:rPr>
        <w:br/>
      </w:r>
      <w:r>
        <w:rPr>
          <w:lang w:eastAsia="zh-CN"/>
        </w:rPr>
        <w:t>　　一、材料的名称、品种、规格和质量</w:t>
      </w:r>
      <w:r>
        <w:rPr>
          <w:lang w:eastAsia="zh-CN"/>
        </w:rPr>
        <w:br/>
      </w:r>
      <w:r>
        <w:rPr>
          <w:lang w:eastAsia="zh-CN"/>
        </w:rPr>
        <w:t>　　1、材料的名称：砂、碎石、元石、连砂石(其中元石径应达到0.5-4cm)范围内。</w:t>
      </w:r>
      <w:r>
        <w:rPr>
          <w:lang w:eastAsia="zh-CN"/>
        </w:rPr>
        <w:br/>
      </w:r>
      <w:r>
        <w:rPr>
          <w:lang w:eastAsia="zh-CN"/>
        </w:rPr>
        <w:t>　　砂：采用中粗细砂，砂子必须含泥量不得大于2%。 粒料：应当符合设计和施工规范要求，并先用质坚干净的粒料。</w:t>
      </w:r>
      <w:r>
        <w:rPr>
          <w:lang w:eastAsia="zh-CN"/>
        </w:rPr>
        <w:br/>
      </w:r>
      <w:r>
        <w:rPr>
          <w:lang w:eastAsia="zh-CN"/>
        </w:rPr>
        <w:t>　　二、材料的数量和计算单位、计算方法</w:t>
      </w:r>
      <w:r>
        <w:rPr>
          <w:lang w:eastAsia="zh-CN"/>
        </w:rPr>
        <w:br/>
      </w:r>
      <w:r>
        <w:rPr>
          <w:lang w:eastAsia="zh-CN"/>
        </w:rPr>
        <w:t>　　三、材料的交货单位、交货方法、运输方式、到货地点</w:t>
      </w:r>
      <w:r>
        <w:rPr>
          <w:lang w:eastAsia="zh-CN"/>
        </w:rPr>
        <w:br/>
      </w:r>
      <w:r>
        <w:rPr>
          <w:lang w:eastAsia="zh-CN"/>
        </w:rPr>
        <w:t>　　1、材料的交货单位：____________________________</w:t>
      </w:r>
      <w:r>
        <w:rPr>
          <w:lang w:eastAsia="zh-CN"/>
        </w:rPr>
        <w:br/>
      </w:r>
      <w:r>
        <w:rPr>
          <w:lang w:eastAsia="zh-CN"/>
        </w:rPr>
        <w:t>　　四、材料的价格和货款的结算</w:t>
      </w:r>
      <w:r>
        <w:rPr>
          <w:lang w:eastAsia="zh-CN"/>
        </w:rPr>
        <w:br/>
      </w:r>
      <w:r>
        <w:rPr>
          <w:lang w:eastAsia="zh-CN"/>
        </w:rPr>
        <w:t>　　产品的价格(单价以合同约定价格为准)</w:t>
      </w:r>
      <w:r>
        <w:rPr>
          <w:lang w:eastAsia="zh-CN"/>
        </w:rPr>
        <w:br/>
      </w:r>
      <w:r>
        <w:rPr>
          <w:lang w:eastAsia="zh-CN"/>
        </w:rPr>
        <w:t>　　13</w:t>
      </w:r>
      <w:r>
        <w:rPr>
          <w:lang w:eastAsia="zh-CN"/>
        </w:rPr>
        <w:br/>
      </w:r>
      <w:r>
        <w:rPr>
          <w:lang w:eastAsia="zh-CN"/>
        </w:rPr>
        <w:t>　　23，送达甲方拌和场指定施工地点价格;其中运输费用：包运。</w:t>
      </w:r>
      <w:r>
        <w:rPr>
          <w:lang w:eastAsia="zh-CN"/>
        </w:rPr>
        <w:br/>
      </w:r>
      <w:r>
        <w:rPr>
          <w:lang w:eastAsia="zh-CN"/>
        </w:rPr>
        <w:t>　　33，送达甲方拌和场指定施工地点价格;其中运输费用：包运。</w:t>
      </w:r>
      <w:r>
        <w:rPr>
          <w:lang w:eastAsia="zh-CN"/>
        </w:rPr>
        <w:br/>
      </w:r>
      <w:r>
        <w:rPr>
          <w:lang w:eastAsia="zh-CN"/>
        </w:rPr>
        <w:t>　　4、连砂石：3，送达甲方拌和场指定施工地点价格;其中运输费用：包运。</w:t>
      </w:r>
      <w:r>
        <w:rPr>
          <w:lang w:eastAsia="zh-CN"/>
        </w:rPr>
        <w:br/>
      </w:r>
      <w:r>
        <w:rPr>
          <w:lang w:eastAsia="zh-CN"/>
        </w:rPr>
        <w:t>　　5、此价格为现行价，如遇中途油料浮动超过10%，双方再重议价。</w:t>
      </w:r>
      <w:r>
        <w:rPr>
          <w:lang w:eastAsia="zh-CN"/>
        </w:rPr>
        <w:br/>
      </w:r>
      <w:r>
        <w:rPr>
          <w:lang w:eastAsia="zh-CN"/>
        </w:rPr>
        <w:t>　　五、验收方式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https://d.book118.com/026001121020010052</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6001121020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