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关于教师节庆祝活动总结（31篇）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关于教师节庆祝活动总结（通用31篇）</w:t>
      </w:r>
      <w:r>
        <w:rPr>
          <w:lang w:eastAsia="zh-CN"/>
        </w:rPr>
        <w:br/>
      </w:r>
      <w:r>
        <w:rPr>
          <w:lang w:eastAsia="zh-CN"/>
        </w:rPr>
        <w:t xml:space="preserve">    关于教师节庆祝活动总结 篇1 </w:t>
      </w:r>
      <w:r>
        <w:rPr>
          <w:lang w:eastAsia="zh-CN"/>
        </w:rPr>
        <w:br/>
      </w:r>
      <w:r>
        <w:rPr>
          <w:lang w:eastAsia="zh-CN"/>
        </w:rPr>
        <w:t>　　九月是个收获的季节，第_个教师节伴随着温馨的`祝福洋溢在每个_人的心中。双楼幼儿园全体老师齐聚一堂，开展了丰富多彩的庆祝活动。</w:t>
      </w:r>
      <w:r>
        <w:rPr>
          <w:lang w:eastAsia="zh-CN"/>
        </w:rPr>
        <w:br/>
      </w:r>
      <w:r>
        <w:rPr>
          <w:lang w:eastAsia="zh-CN"/>
        </w:rPr>
        <w:t>　　一、社会宣传显力度</w:t>
      </w:r>
      <w:r>
        <w:rPr>
          <w:lang w:eastAsia="zh-CN"/>
        </w:rPr>
        <w:br/>
      </w:r>
      <w:r>
        <w:rPr>
          <w:lang w:eastAsia="zh-CN"/>
        </w:rPr>
        <w:t>　　教师节前夕邀请政风行风监督员、家长代表来园参观我园校风校貌和宣传手册。园长向他们汇报一年来我们学校的发展情况、所取得的成绩和我们的老师的工作情况、所取得的进步，并听取群众对学校的意见建议。对他们历年来给予学校的支持表示感谢。这次活动时间虽然短，但收到了良好的效果。我们的工作，老师的进步，都得到了社会的肯定的支持。政风行风监督员们对教师节的到来表示祝贺，并提出了一些合理化的建议和意见。</w:t>
      </w:r>
      <w:r>
        <w:rPr>
          <w:lang w:eastAsia="zh-CN"/>
        </w:rPr>
        <w:br/>
      </w:r>
      <w:r>
        <w:rPr>
          <w:lang w:eastAsia="zh-CN"/>
        </w:rPr>
        <w:t>　　二、节日气氛浓满园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教师节期间，校园内进行了氛围布置，挂上了横幅、围墙上插了彩旗，一派节日气氛。_月_日上午，全体教职员工参加镇庆祝大会，享受一顿精神大餐。9月_日周一升旗仪式上，园长向全校教职员工表示节日的问候，祝节日愉快。教师节前，各班更换了家园联系栏，增加了颂扬教师的内容。</w:t>
      </w:r>
      <w:r>
        <w:rPr>
          <w:lang w:eastAsia="zh-CN"/>
        </w:rPr>
        <w:br/>
      </w:r>
      <w:r>
        <w:rPr>
          <w:lang w:eastAsia="zh-CN"/>
        </w:rPr>
        <w:t>　　三、师德承诺显真情</w:t>
      </w:r>
      <w:r>
        <w:rPr>
          <w:lang w:eastAsia="zh-CN"/>
        </w:rPr>
        <w:br/>
      </w:r>
      <w:r>
        <w:rPr>
          <w:lang w:eastAsia="zh-CN"/>
        </w:rPr>
        <w:t>　　“为人师表，廉洁从教，不体罚或变相体罚学生，不违规补课，不从事有偿家教，不以教谋私，不强行向学生推销教辅资料及其他商品。”。_人用整齐、响亮的声音齐声吟诵《_县教育系统政风行风建设公开承诺书》，作出对家长、孩子们的庄严承诺，彰显一份份为师之真情。充满激情、充满力量的话语，更道出了作为一名幼教工作者的骄傲和尊严。</w:t>
      </w:r>
      <w:r>
        <w:rPr>
          <w:lang w:eastAsia="zh-CN"/>
        </w:rPr>
        <w:br/>
      </w:r>
      <w:r>
        <w:rPr>
          <w:lang w:eastAsia="zh-CN"/>
        </w:rPr>
        <w:t>　　四、爱心帮困献爱心</w:t>
      </w:r>
      <w:r>
        <w:rPr>
          <w:lang w:eastAsia="zh-CN"/>
        </w:rPr>
        <w:br/>
      </w:r>
      <w:r>
        <w:rPr>
          <w:lang w:eastAsia="zh-CN"/>
        </w:rPr>
        <w:t>　　开展了“_”爱生“行动，教职工们帮扶一名困难幼儿，让更孩子的脸上展开灿烂的笑容。我们将持之以恒的把这项工作作为义不容辞的责任，让那些孩子享受更多的关爱。</w:t>
      </w:r>
      <w:r>
        <w:rPr>
          <w:lang w:eastAsia="zh-CN"/>
        </w:rPr>
        <w:br/>
      </w:r>
      <w:r>
        <w:rPr>
          <w:lang w:eastAsia="zh-CN"/>
        </w:rPr>
        <w:t>　　五、教师节里有我的一份祝福</w:t>
      </w:r>
      <w:r>
        <w:rPr>
          <w:lang w:eastAsia="zh-CN"/>
        </w:rPr>
        <w:br/>
      </w:r>
      <w:r>
        <w:rPr>
          <w:lang w:eastAsia="zh-CN"/>
        </w:rPr>
        <w:t>　　积极参加镇举办的教师节庆祝活动，暑期我们组织教师、部分家长和幼儿排练镇参演节目。教师们不顾炎热，认真组织，牺牲休息时间，没有怨言。由于组织到位、考虑周全，排练的两个节目均被镇审核通过。庆祝活动时我园的节目得到全镇老师的阵阵掌声，同时也得到镇领导的肯定，这是对我们最好的回报。</w:t>
      </w:r>
      <w:r>
        <w:rPr>
          <w:lang w:eastAsia="zh-CN"/>
        </w:rPr>
        <w:br/>
      </w:r>
      <w:r>
        <w:rPr>
          <w:lang w:eastAsia="zh-CN"/>
        </w:rPr>
        <w:t>　　六、采访_位老师</w:t>
      </w:r>
      <w:r>
        <w:rPr>
          <w:lang w:eastAsia="zh-CN"/>
        </w:rPr>
        <w:br/>
      </w:r>
      <w:r>
        <w:rPr>
          <w:lang w:eastAsia="zh-CN"/>
        </w:rPr>
        <w:t>　　教师节当天，幼儿园工会组长采访了园内最年轻、最年长和退休教师代表，聆听她们的故事与心愿，为他们送去节日的祝福。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我园的教师节庆祝活动丰富多彩、成效显著，使每位教师振奋了精神，鼓足了干劲。_这支爱岗敬业、精心育人、精诚团结的教工队伍，在营造的人文的、和谐的育人环境中，满怀信心与斗志地面对新的学年，_的保教工作一定会再上一个新台阶。</w:t>
      </w:r>
      <w:r>
        <w:rPr>
          <w:lang w:eastAsia="zh-CN"/>
        </w:rPr>
        <w:br/>
      </w:r>
      <w:r>
        <w:rPr>
          <w:lang w:eastAsia="zh-CN"/>
        </w:rPr>
        <w:t xml:space="preserve">    关于教师节庆祝活动总结 篇2 </w:t>
      </w:r>
      <w:r>
        <w:rPr>
          <w:lang w:eastAsia="zh-CN"/>
        </w:rPr>
        <w:br/>
      </w:r>
      <w:r>
        <w:rPr>
          <w:lang w:eastAsia="zh-CN"/>
        </w:rPr>
        <w:t>　　今年的教师节是中国第三十六个教师节。九月金秋，空气中弥漫着感念师恩的情绪。尊师重教是永远的美德。过去的，现在的，将来的，所有的教师都应该享受崇敬与祝福。我校为了让老师们愉快、充实地度过这个教师节，开展了丰富多彩的庆祝活动，现总结如下：</w:t>
      </w:r>
      <w:r>
        <w:rPr>
          <w:lang w:eastAsia="zh-CN"/>
        </w:rPr>
        <w:br/>
      </w:r>
      <w:r>
        <w:rPr>
          <w:lang w:eastAsia="zh-CN"/>
        </w:rPr>
        <w:t>　　一、以班为单位开展庆祝活动成为亮点。</w:t>
      </w:r>
      <w:r>
        <w:rPr>
          <w:lang w:eastAsia="zh-CN"/>
        </w:rPr>
        <w:br/>
      </w:r>
      <w:r>
        <w:rPr>
          <w:lang w:eastAsia="zh-CN"/>
        </w:rPr>
        <w:t>　　德育处要求各中队在九月九日下午最后一节课以班为单位进行庆祝活动。班级庆祝活动形式多样、内容丰富、主题明确，“感谢师恩”“红烛颂”等主题队会更是班级庆祝的亮点。以歌曲、诗歌朗诵为形式，充分表达了学生对老师的感恩之情，营造了轻松、和谐的师生关系和良好的育人氛围。</w:t>
      </w:r>
      <w:r>
        <w:rPr>
          <w:lang w:eastAsia="zh-CN"/>
        </w:rPr>
        <w:br/>
      </w:r>
      <w:r>
        <w:rPr>
          <w:lang w:eastAsia="zh-CN"/>
        </w:rPr>
        <w:t>　　二、利用板报、广播等多种形式</w:t>
      </w:r>
      <w:r>
        <w:rPr>
          <w:lang w:eastAsia="zh-CN"/>
        </w:rPr>
        <w:br/>
      </w:r>
      <w:r>
        <w:rPr>
          <w:lang w:eastAsia="zh-CN"/>
        </w:rPr>
        <w:t>　　宣传优秀教师风采，倡导尊师重教新风，营造浓厚节日气氛。升旗仪式上，六年级（2）班作了“感谢师恩”国旗下讲话。</w:t>
      </w:r>
      <w:r>
        <w:rPr>
          <w:lang w:eastAsia="zh-CN"/>
        </w:rPr>
        <w:br/>
      </w:r>
      <w:r>
        <w:rPr>
          <w:lang w:eastAsia="zh-CN"/>
        </w:rPr>
        <w:t>　　三、各班都以多种形式庆祝教师节。</w:t>
      </w:r>
      <w:r>
        <w:rPr>
          <w:lang w:eastAsia="zh-CN"/>
        </w:rPr>
        <w:br/>
      </w:r>
      <w:r>
        <w:rPr>
          <w:lang w:eastAsia="zh-CN"/>
        </w:rPr>
        <w:t>　　1、声音表恩情：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（1）送上几首歌曲——9月6日开始，阳光课间将播送《每当走过老师窗前》、《长大后我就成了你》、《红烛颂》等歌颂教师的歌曲。</w:t>
      </w:r>
      <w:r>
        <w:rPr>
          <w:lang w:eastAsia="zh-CN"/>
        </w:rPr>
        <w:br/>
      </w:r>
      <w:r>
        <w:rPr>
          <w:lang w:eastAsia="zh-CN"/>
        </w:rPr>
        <w:t>　　（2）送上一句祝福——教师节这天，同学们见到老师时，主动为辛勤工作的老师们送上一句深深的祝福：“老师，您辛苦了！”、“老师，祝您节日快乐！”、“老师，我们感谢您！”</w:t>
      </w:r>
      <w:r>
        <w:rPr>
          <w:lang w:eastAsia="zh-CN"/>
        </w:rPr>
        <w:br/>
      </w:r>
      <w:r>
        <w:rPr>
          <w:lang w:eastAsia="zh-CN"/>
        </w:rPr>
        <w:t>　　2、卡片表心意：在三、四年级中举行“童心七彩绘师爱”心意卡设计展。要求每位同学都积极参与，发挥自己丰富的想象力和动手，将自己对教师的真情实感透过自己的设计流露在心意卡上，充分表达对老师的理解、关心和尊重。</w:t>
      </w:r>
      <w:r>
        <w:rPr>
          <w:lang w:eastAsia="zh-CN"/>
        </w:rPr>
        <w:br/>
      </w:r>
      <w:r>
        <w:rPr>
          <w:lang w:eastAsia="zh-CN"/>
        </w:rPr>
        <w:t>　　总之，今年我校的教师节庆祝活动开展的丰富多彩、成效显著，使每位老师振奋了精神，鼓足干劲，准备在今后的工作中大显身手。其次，铸造了团结、奋进的教师队伍，营造了人文、和谐的育人环境，为我校今后的发展奠定了坚实的基础。</w:t>
      </w:r>
      <w:r>
        <w:rPr>
          <w:lang w:eastAsia="zh-CN"/>
        </w:rPr>
        <w:br/>
      </w:r>
      <w:r>
        <w:rPr>
          <w:lang w:eastAsia="zh-CN"/>
        </w:rPr>
        <w:t xml:space="preserve">    关于教师节庆祝活动总结 篇3 </w:t>
      </w:r>
      <w:r>
        <w:rPr>
          <w:lang w:eastAsia="zh-CN"/>
        </w:rPr>
        <w:br/>
      </w:r>
      <w:r>
        <w:rPr>
          <w:lang w:eastAsia="zh-CN"/>
        </w:rPr>
        <w:t>　　这天我们期待了好久，毕竟这是进入初中给老师过得第一个教师节。早上来学校的时候，刚好看见别的班的几个女生提着一个大蛋糕进入了教学楼。其实我们也买了礼物要送给老师，而且也准备了节目。大家都很看重这个教师节。</w:t>
      </w:r>
      <w:r>
        <w:rPr>
          <w:lang w:eastAsia="zh-CN"/>
        </w:rPr>
        <w:br/>
      </w:r>
      <w:r>
        <w:rPr>
          <w:lang w:eastAsia="zh-CN"/>
        </w:rPr>
        <w:t>　　中午的时候挺激动的，电脑上放着歌。一遍又一遍的循环着，生怕一会儿表演的时候不小心唱错。有些人打扫着教室的卫生，有些人画着黑板上的板报，也有人在组织纪律。而我们组的人都安安静静的坐在座位上，手里拿着一张小纸条一遍遍的读。因为一会儿的班会上，有我们的节目。</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我们的节目是最后一个，并不是有多好而是我们的节目是教师节的前一天才订下来的，之前我也没和他们说。因为时间不多，所以我们只能在一上午的时间内把节目练好。</w:t>
      </w:r>
      <w:r>
        <w:rPr>
          <w:lang w:eastAsia="zh-CN"/>
        </w:rPr>
        <w:br/>
      </w:r>
      <w:r>
        <w:rPr>
          <w:lang w:eastAsia="zh-CN"/>
        </w:rPr>
        <w:t>　　上课铃响起，课代表把老师们请来，班会准备开始。</w:t>
      </w:r>
      <w:r>
        <w:rPr>
          <w:lang w:eastAsia="zh-CN"/>
        </w:rPr>
        <w:br/>
      </w:r>
      <w:r>
        <w:rPr>
          <w:lang w:eastAsia="zh-CN"/>
        </w:rPr>
        <w:t>　　其他组的节目有朗诵，有歌曲。只有我们组的节目是古诗。感觉挺另类的，看他们表演的时候声音很洪亮，也不紧张，心想一会我们组一会也要这样!有时候，人们总会说时间过得很慢，而那天我却感觉时间过得很快。应该是心态不同的原因。说说笑笑就到了我们组。我很佩服两位班长，在短短一周内就把班会的台词啊，问答啊，节目什么的通通弄好。完完整整的撑起了真个班会。不像我，拖拖拉拉地。</w:t>
      </w:r>
      <w:r>
        <w:rPr>
          <w:lang w:eastAsia="zh-CN"/>
        </w:rPr>
        <w:br/>
      </w:r>
      <w:r>
        <w:rPr>
          <w:lang w:eastAsia="zh-CN"/>
        </w:rPr>
        <w:t>　　四个人拿着比掌心还要小的纸条走到讲台前，所有人的视线都在看我们，那时候真是紧张的要死。</w:t>
      </w:r>
      <w:r>
        <w:rPr>
          <w:lang w:eastAsia="zh-CN"/>
        </w:rPr>
        <w:br/>
      </w:r>
      <w:r>
        <w:rPr>
          <w:lang w:eastAsia="zh-CN"/>
        </w:rPr>
        <w:t>　　《远师》东宫白庶子，南寺远禅师。何处遥相见，心无一事时。”我们组的冯天宇读出了这首诗。让他打头阵，是因为这是他自己说的.。勇气可嘉。</w:t>
      </w:r>
      <w:r>
        <w:rPr>
          <w:lang w:eastAsia="zh-CN"/>
        </w:rPr>
        <w:br/>
      </w:r>
      <w:r>
        <w:rPr>
          <w:lang w:eastAsia="zh-CN"/>
        </w:rPr>
        <w:t>　　下一首诗，是高月读的。《春夜喜雨》好雨知时节，当春乃发生。随风潜入夜，润物细无声。野径云俱黑，江船火独明。晓看红湿处，花重锦官城。这首诗看似和教师节一点关系也没有，但其实里面是有一句赞美老师的话。小学老师讲过，她让我们永远记住这些知识，所以我就选了这首诗。随风潜入夜，润物细无声。说得不只是老师么?默默无闻的奉献出了自己的一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《奉和令公绿野堂种花绿》，我非常喜欢这首诗，我并不熟悉它，也是这两天见到的，只是因为那句“令公桃李满天下，何用堂前更种花。”老师啊，您的一辈子培养了很多的人才，却不知辛苦，也该歇歇了。</w:t>
      </w:r>
      <w:r>
        <w:rPr>
          <w:lang w:eastAsia="zh-CN"/>
        </w:rPr>
        <w:br/>
      </w:r>
      <w:r>
        <w:rPr>
          <w:lang w:eastAsia="zh-CN"/>
        </w:rPr>
        <w:t>　　最后一首，《新竹》，新竹高于旧竹枝，全凭老干为扶持。下年再有新生者，十丈龙孙绕凤池。一个人能一个人能够超过老师和前辈，是因为老师和前辈的养育和培养。</w:t>
      </w:r>
      <w:r>
        <w:rPr>
          <w:lang w:eastAsia="zh-CN"/>
        </w:rPr>
        <w:br/>
      </w:r>
      <w:r>
        <w:rPr>
          <w:lang w:eastAsia="zh-CN"/>
        </w:rPr>
        <w:t>　　四首诗很短，不一会就读完了。期间，我抬起头，用眼睛偷偷的瞄同学们和老师们的反应，当我看到语文老师那赞许的目光的时候，心里别提有多开心。一起鞠了个躬，我们便回到座位上。说好的那句“祝老师节日快乐”也没有说出来。</w:t>
      </w:r>
      <w:r>
        <w:rPr>
          <w:lang w:eastAsia="zh-CN"/>
        </w:rPr>
        <w:br/>
      </w:r>
      <w:r>
        <w:rPr>
          <w:lang w:eastAsia="zh-CN"/>
        </w:rPr>
        <w:t>　　班会很圆满。老师很满意，我们也自认为不错。只不过，唯一不足的事，这四首诗是读出来的，而且感情并不是那么强烈。明年的节目，我们会背下来，让老师们看到更好的我们!</w:t>
      </w:r>
      <w:r>
        <w:rPr>
          <w:lang w:eastAsia="zh-CN"/>
        </w:rPr>
        <w:br/>
      </w:r>
      <w:r>
        <w:rPr>
          <w:lang w:eastAsia="zh-CN"/>
        </w:rPr>
        <w:t xml:space="preserve">    关于教师节庆祝活动总结 篇4 </w:t>
      </w:r>
      <w:r>
        <w:rPr>
          <w:lang w:eastAsia="zh-CN"/>
        </w:rPr>
        <w:br/>
      </w:r>
      <w:r>
        <w:rPr>
          <w:lang w:eastAsia="zh-CN"/>
        </w:rPr>
        <w:t>　　20_年教师节是中国的_个教师节。九月的金秋，空气中弥漫着感激老师恩情的情绪。尊师重教是永恒的美德。过去、现在和未来的所有老师都应该受到尊重和祝福。为了让老师们快乐、充实地度过这个教师节，我们学校开展了丰富多彩的庆祝活动，总结如下：</w:t>
      </w:r>
      <w:r>
        <w:rPr>
          <w:lang w:eastAsia="zh-CN"/>
        </w:rPr>
        <w:br/>
      </w:r>
      <w:r>
        <w:rPr>
          <w:lang w:eastAsia="zh-CN"/>
        </w:rPr>
        <w:t>　　首先，在课堂上开展庆祝活动是一个亮点</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班主任会议由政治教育系组织，要求在_月10日下午庆祝最后一节课。班级庆祝形式多样，内容丰富，主题明确。“感恩祖国”、“红烛颂”等主题小组会议是班级庆祝活动的亮点。以歌曲和诗歌朗诵的形式，充分表达学生对老师的感激之情，营造轻松和谐的师生关系和良好的育人氛围。</w:t>
      </w:r>
      <w:r>
        <w:rPr>
          <w:lang w:eastAsia="zh-CN"/>
        </w:rPr>
        <w:br/>
      </w:r>
      <w:r>
        <w:rPr>
          <w:lang w:eastAsia="zh-CN"/>
        </w:rPr>
        <w:t>　　二、利用窗口、报纸、广播等形式，宣传优秀教师，倡导尊师重教的新作风，营造浓厚的节日气氛</w:t>
      </w:r>
      <w:r>
        <w:rPr>
          <w:lang w:eastAsia="zh-CN"/>
        </w:rPr>
        <w:br/>
      </w:r>
      <w:r>
        <w:rPr>
          <w:lang w:eastAsia="zh-CN"/>
        </w:rPr>
        <w:t>　　升旗仪式上，_老师在国旗下发表了“感受教师修养之恩，筑就成功之路”的演讲。年轻教师通过回馈社会来庆祝这个教师节。他们给学生剪指甲，包书皮，深受学生喜爱，也受到家长的好评。</w:t>
      </w:r>
      <w:r>
        <w:rPr>
          <w:lang w:eastAsia="zh-CN"/>
        </w:rPr>
        <w:br/>
      </w:r>
      <w:r>
        <w:rPr>
          <w:lang w:eastAsia="zh-CN"/>
        </w:rPr>
        <w:t>　　三、“老师，谢谢你的爱”主题班会</w:t>
      </w:r>
      <w:r>
        <w:rPr>
          <w:lang w:eastAsia="zh-CN"/>
        </w:rPr>
        <w:br/>
      </w:r>
      <w:r>
        <w:rPr>
          <w:lang w:eastAsia="zh-CN"/>
        </w:rPr>
        <w:t>　　利用班级活动召开了以“老师，谢谢您的爱”为主题的小组会议，每个班级都以各种形式庆祝教师节。</w:t>
      </w:r>
      <w:r>
        <w:rPr>
          <w:lang w:eastAsia="zh-CN"/>
        </w:rPr>
        <w:br/>
      </w:r>
      <w:r>
        <w:rPr>
          <w:lang w:eastAsia="zh-CN"/>
        </w:rPr>
        <w:t>　　1、低年级开展活动给老师满意的答案。教师节那天，小一点的学生一大早就把整齐的作业放在老师面前，老师看到学生完美的作业，脸上露出了幸福的笑容。</w:t>
      </w:r>
      <w:r>
        <w:rPr>
          <w:lang w:eastAsia="zh-CN"/>
        </w:rPr>
        <w:br/>
      </w:r>
      <w:r>
        <w:rPr>
          <w:lang w:eastAsia="zh-CN"/>
        </w:rPr>
        <w:t>　　2、教师节那天，中学生为他们的老师制作贺卡。当学生给老师发漂亮的贺卡时，老师看到贺卡上写着“教师节快乐”、“你辛苦了”等字样。老师们非常惊讶，觉得学生们都很大，也很懂事。</w:t>
      </w:r>
      <w:r>
        <w:rPr>
          <w:lang w:eastAsia="zh-CN"/>
        </w:rPr>
        <w:br/>
      </w:r>
      <w:r>
        <w:rPr>
          <w:lang w:eastAsia="zh-CN"/>
        </w:rPr>
        <w:t>　　3、高年级开展感恩活动，学生愉快地开展活动，为老师做一些有意义的事情。有些学生一大早就来学校给老师打扫办公室，有些学生给老师带热水。这些活动感动了老师，拉近了师生之间的距离。</w:t>
      </w:r>
      <w:r>
        <w:rPr>
          <w:lang w:eastAsia="zh-CN"/>
        </w:rPr>
        <w:br/>
      </w:r>
      <w:r>
        <w:rPr>
          <w:lang w:eastAsia="zh-CN"/>
        </w:rPr>
        <w:t>　　四、社区主要到学校进行谈心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_月10日下午4点，各级领导和全体教师齐聚学校会议厅，庆祝自己的节日;5点，社区和学校领导，党员和教师，青年教师等。聚在一起举行茶会和座谈会。大家畅所欲言，各抒己见，谈心。讨论中，很多老师为学校提出了很多有价值的意见和建议，领导表示衷心感谢，并表示会及时整改。</w:t>
      </w:r>
      <w:r>
        <w:rPr>
          <w:lang w:eastAsia="zh-CN"/>
        </w:rPr>
        <w:br/>
      </w:r>
      <w:r>
        <w:rPr>
          <w:lang w:eastAsia="zh-CN"/>
        </w:rPr>
        <w:t>　　5、全面关爱老师，祝未来更美好</w:t>
      </w:r>
      <w:r>
        <w:rPr>
          <w:lang w:eastAsia="zh-CN"/>
        </w:rPr>
        <w:br/>
      </w:r>
      <w:r>
        <w:rPr>
          <w:lang w:eastAsia="zh-CN"/>
        </w:rPr>
        <w:t>　　学校领导不仅关心教师的工作，也非常关心教师的生命健康。学校为所有在职员工组织了一次庆祝会议。会上，学校领导充分肯定了全体教职工一年来的辛勤工作，并送上了节日祝福。他们希望全体教职工齐心协力，努力开创我校教育教学工作的新局面。校长指出，我们目前的工作取得了一定的成效，赢得了社会和家长的认可。但是，在欣慰的同时，也要时刻注意自己的不足，用相关的法律政策来检查和纠正自己存在的问题，争取大家在明年的教师节庆祝活动中找到大的进步。</w:t>
      </w:r>
      <w:r>
        <w:rPr>
          <w:lang w:eastAsia="zh-CN"/>
        </w:rPr>
        <w:br/>
      </w:r>
      <w:r>
        <w:rPr>
          <w:lang w:eastAsia="zh-CN"/>
        </w:rPr>
        <w:t>　　总之，今年我们学校的教师节庆祝活动丰富多彩，取得了显著的成绩，激励了每一位老师手。其次，铸造了团结、奋进的教师队伍，营造了人文、和谐的育人环境，为我校今后的发展奠定了坚实的基础。</w:t>
      </w:r>
      <w:r>
        <w:rPr>
          <w:lang w:eastAsia="zh-CN"/>
        </w:rPr>
        <w:br/>
      </w:r>
      <w:r>
        <w:rPr>
          <w:lang w:eastAsia="zh-CN"/>
        </w:rPr>
        <w:t xml:space="preserve">    关于教师节庆祝活动总结 篇5 </w:t>
      </w:r>
      <w:r>
        <w:rPr>
          <w:lang w:eastAsia="zh-CN"/>
        </w:rPr>
        <w:br/>
      </w:r>
      <w:r>
        <w:rPr>
          <w:lang w:eastAsia="zh-CN"/>
        </w:rPr>
        <w:t>　　在第三十六个教师节到来之际，德育部以此作为重要的教育契机，组织队员开展了“感恩老师，让心灵飘香”主题班会、 主题教育等活动，让队员了解教师工作的辛劳，明白了尊敬师长的道理，现将活动总结如下：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1、“感恩老师，让心灵飘香 ”主题班会</w:t>
      </w:r>
      <w:r>
        <w:rPr>
          <w:lang w:eastAsia="zh-CN"/>
        </w:rPr>
        <w:br/>
      </w:r>
      <w:r>
        <w:rPr>
          <w:lang w:eastAsia="zh-CN"/>
        </w:rPr>
        <w:t>　　9月4日全校各班召开“感恩老师，让心灵飘香”主题班会。各班级以多种形式对学生开展了感恩教育，有的班级以讲述汶川地震中一个个教师的感人事迹来开展教育；有的班级以美丽的诗句、动听的歌曲等文艺节目形式来庆祝教师节。主题班会活动让学生们与老师的心更近了。</w:t>
      </w:r>
      <w:r>
        <w:rPr>
          <w:lang w:eastAsia="zh-CN"/>
        </w:rPr>
        <w:br/>
      </w:r>
      <w:r>
        <w:rPr>
          <w:lang w:eastAsia="zh-CN"/>
        </w:rPr>
        <w:t>　　2、“感师恩、明责任”主题升旗仪式</w:t>
      </w:r>
      <w:r>
        <w:rPr>
          <w:lang w:eastAsia="zh-CN"/>
        </w:rPr>
        <w:br/>
      </w:r>
      <w:r>
        <w:rPr>
          <w:lang w:eastAsia="zh-CN"/>
        </w:rPr>
        <w:t>　　9月8日全校举行了一次“感师恩、明责任”主题升旗仪式。升旗仪式上少先队员代表用情真意切的话语表达了对辛勤劳作的老师们的感谢之情，同时全体少先队员用少先队组织最崇高的礼仪——队礼向老师们表达了节日的问候，让教师都感受到了节日的温馨。</w:t>
      </w:r>
      <w:r>
        <w:rPr>
          <w:lang w:eastAsia="zh-CN"/>
        </w:rPr>
        <w:br/>
      </w:r>
      <w:r>
        <w:rPr>
          <w:lang w:eastAsia="zh-CN"/>
        </w:rPr>
        <w:t>　　3、“敬师卡”制作活动</w:t>
      </w:r>
      <w:r>
        <w:rPr>
          <w:lang w:eastAsia="zh-CN"/>
        </w:rPr>
        <w:br/>
      </w:r>
      <w:r>
        <w:rPr>
          <w:lang w:eastAsia="zh-CN"/>
        </w:rPr>
        <w:t>　　我校4~5年级学生在教师节当天，为教师亲自制作贺卡。学生们有的将贺卡制作成憨态可掬的卡通狗、有的制作成笑容灿烂的娃娃脸、有的制作成火箭，而当问及为什么设计火箭样，学生说我要让自己对老师的祝福长长远远。各班主任将学生们制作的敬师卡在班级展板上进行了展示。张张小卡片都叙说着学生对老师的感恩之情。</w:t>
      </w:r>
      <w:r>
        <w:rPr>
          <w:lang w:eastAsia="zh-CN"/>
        </w:rPr>
        <w:br/>
      </w:r>
      <w:r>
        <w:rPr>
          <w:lang w:eastAsia="zh-CN"/>
        </w:rPr>
        <w:t>　　4、 庆祝教师节歌曲联唱</w:t>
      </w:r>
      <w:r>
        <w:rPr>
          <w:lang w:eastAsia="zh-CN"/>
        </w:rPr>
        <w:br/>
      </w:r>
      <w:r>
        <w:rPr>
          <w:lang w:eastAsia="zh-CN"/>
        </w:rPr>
        <w:t>　　学生用一首首抒情的歌曲来表达自己的心声，歌声飘扬在校园上空，也回荡在老师心间。学生们在歌曲声中书声更琅琅，老师们在歌曲声中红笔更飞扬。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庆祝教师节系列活动的开展让每位老师都感受到了节日的温馨，让每位学生都通过深刻领会了“爱与责任”的内涵――感受真爱，学会感恩；承担责任，懂得回报。</w:t>
      </w:r>
      <w:r>
        <w:rPr>
          <w:lang w:eastAsia="zh-CN"/>
        </w:rPr>
        <w:br/>
      </w:r>
      <w:r>
        <w:rPr>
          <w:lang w:eastAsia="zh-CN"/>
        </w:rPr>
        <w:t xml:space="preserve">    关于教师节庆祝活动总结 篇6 </w:t>
      </w:r>
      <w:r>
        <w:rPr>
          <w:lang w:eastAsia="zh-CN"/>
        </w:rPr>
        <w:br/>
      </w:r>
      <w:r>
        <w:rPr>
          <w:lang w:eastAsia="zh-CN"/>
        </w:rPr>
        <w:t>　　今年9月10日是我国第34个教师节。连日来，滕州市各级各部门强化组织领导，精心部署安排，广泛动员，多方参与，积极开展丰富多彩的庆祝活动，营造尊师重教的浓厚社会氛围，团结凝聚各方力量，办好人民满意的教育，为加快建设现代产业强市、生态文化名城作出新的更大贡献。</w:t>
      </w:r>
      <w:r>
        <w:rPr>
          <w:lang w:eastAsia="zh-CN"/>
        </w:rPr>
        <w:br/>
      </w:r>
      <w:r>
        <w:rPr>
          <w:lang w:eastAsia="zh-CN"/>
        </w:rPr>
        <w:t>　　一是尊师敬师，积极开展扎实有效的庆祝活动。</w:t>
      </w:r>
      <w:r>
        <w:rPr>
          <w:lang w:eastAsia="zh-CN"/>
        </w:rPr>
        <w:br/>
      </w:r>
      <w:r>
        <w:rPr>
          <w:lang w:eastAsia="zh-CN"/>
        </w:rPr>
        <w:t>　　教师节期间，我市召开庆祝教师节大会，隆重表彰奖励教育教学工作突出贡献单位、素质教育先进单位和“十佳优秀校长”“十佳师德标兵”“二十佳优秀班主任”“三十佳教学名师”等。各镇街、各学校也围绕今年教师节主题，结合各自实际，争取各方支持，广泛开展形式多样、内涵丰富、影响广泛的宣传庆祝活动，大力表彰优秀教师、优秀教育工作者和尊师重教先进单位、先进个人等，大力弘扬尊师重教传统，引领师生、家长和社会各界将尊师敬师内化于心、外化于行。</w:t>
      </w:r>
      <w:r>
        <w:rPr>
          <w:lang w:eastAsia="zh-CN"/>
        </w:rPr>
        <w:br/>
      </w:r>
      <w:r>
        <w:rPr>
          <w:lang w:eastAsia="zh-CN"/>
        </w:rPr>
        <w:t>　　二是注重引领，大力宣传感召至深的教师典型。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深入贯彻落实各级关于加强师德师风建设的部署，突出师德第一标准，通过电视、广播、报纸、网站等各类媒体，以及表彰会、报告会、专题研讨、主题讲座、宣誓承诺等多样形式，大力宣传市委、市政府为解决教师实际问题而出台的政策举措，宣传教育改革发展和教师队伍建设取得的显著成就，宣传和表彰优秀师德典型，弘扬崇高师德。组织广大师生认真收看收听全国“寻找最美教师”活动、“20__齐鲁最美教师”颁奖典礼等，并结合各自实际，开展相应工作，同频共振唱响师德好声音。教师节当晚，我市还将在市民广场开展“为教师亮灯”公益活动，在全社会营造尊师重教和关心、理解、支持教育的浓厚氛围。</w:t>
      </w:r>
      <w:r>
        <w:rPr>
          <w:lang w:eastAsia="zh-CN"/>
        </w:rPr>
        <w:br/>
      </w:r>
      <w:r>
        <w:rPr>
          <w:lang w:eastAsia="zh-CN"/>
        </w:rPr>
        <w:t>　　三是强化保障，依法落实爱师惠师的政策措施。</w:t>
      </w:r>
      <w:r>
        <w:rPr>
          <w:lang w:eastAsia="zh-CN"/>
        </w:rPr>
        <w:br/>
      </w:r>
      <w:r>
        <w:rPr>
          <w:lang w:eastAsia="zh-CN"/>
        </w:rPr>
        <w:t>　　市委、市政府高度重视教师队伍建设，从今年9月份开始，制约教师队伍建设的瓶颈得到破解，全面实现“三个统筹”，镇街教师工资全部由市财政统筹发放，教师编制由教育部门统筹调配，教师专业技术岗位由教育部门统筹设置。结合全省正在开展的教师政策落实情况“回头看”自查整改活动，组织各镇街、各部门全面自查关于教师地位待遇的惠师举措落实情况，对政策落实不到位的，要求采取有力措施及时整改，推动各项政策落地见效。同时，采取务实举措，把对教师的关爱与尊重落实到实实在在的行动上，通过各种方式走访慰问乡村教师、支教教师、离退休教师、家庭生活困难教师等，解决教育教学和教师的实际困难，送去党和政府的关怀与温暖。</w:t>
      </w:r>
      <w:r>
        <w:rPr>
          <w:lang w:eastAsia="zh-CN"/>
        </w:rPr>
        <w:br/>
      </w:r>
      <w:r>
        <w:rPr>
          <w:lang w:eastAsia="zh-CN"/>
        </w:rPr>
        <w:t>　　四是增强使命，抓紧抓实师德建设的各项举措。</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组织全市中小学继续开展师德承诺宣誓活动，把教师宣誓作为加强师德建设的重要载体，切实增强教师教书育人的责任感、使命感和荣誉感。深入开展“师德建设教育月”活动，抓住教师节这一重要时间节点，提升广大教师的思想政治素质和师德学养水平。进一步健全落实师德建设长效机制，通过座谈会、报告会、征文演讲等多种形式，组织广大教师深入学习职业道德规范以及相关政策文件，自觉将师德规范转化为内在信念和行为品质，提高师德践行能力，着力营造风清气正的教育生态。</w:t>
      </w:r>
      <w:r>
        <w:rPr>
          <w:lang w:eastAsia="zh-CN"/>
        </w:rPr>
        <w:br/>
      </w:r>
      <w:r>
        <w:rPr>
          <w:lang w:eastAsia="zh-CN"/>
        </w:rPr>
        <w:t xml:space="preserve">    关于教师节庆祝活动总结 篇7 </w:t>
      </w:r>
      <w:r>
        <w:rPr>
          <w:lang w:eastAsia="zh-CN"/>
        </w:rPr>
        <w:br/>
      </w:r>
      <w:r>
        <w:rPr>
          <w:lang w:eastAsia="zh-CN"/>
        </w:rPr>
        <w:t>　　金秋九月，收获的季节，我们迎来了又一个教师节，为营造学校和谐的文化氛围，培养学生尊师重道的风气，活跃节日气氛，结合我校实际情况，现制定教师节活动计划：</w:t>
      </w:r>
      <w:r>
        <w:rPr>
          <w:lang w:eastAsia="zh-CN"/>
        </w:rPr>
        <w:br/>
      </w:r>
      <w:r>
        <w:rPr>
          <w:lang w:eastAsia="zh-CN"/>
        </w:rPr>
        <w:t>　　一、活动主题：尊师重教，奠基未来</w:t>
      </w:r>
      <w:r>
        <w:rPr>
          <w:lang w:eastAsia="zh-CN"/>
        </w:rPr>
        <w:br/>
      </w:r>
      <w:r>
        <w:rPr>
          <w:lang w:eastAsia="zh-CN"/>
        </w:rPr>
        <w:t>　　二、活动目的：通过一系列亲力亲为的体验活动，让每个学生从自己的角度了解教师工作的辛苦，感受到教师默默耕耘、无私奉献的精神，由衷地向老师表示敬意，感谢老师的辛勤工作，并通过实际行动表达对老师的敬意劳动。</w:t>
      </w:r>
      <w:r>
        <w:rPr>
          <w:lang w:eastAsia="zh-CN"/>
        </w:rPr>
        <w:br/>
      </w:r>
      <w:r>
        <w:rPr>
          <w:lang w:eastAsia="zh-CN"/>
        </w:rPr>
        <w:t>　　三、活动对象：一至九年级全体学生。</w:t>
      </w:r>
      <w:r>
        <w:rPr>
          <w:lang w:eastAsia="zh-CN"/>
        </w:rPr>
        <w:br/>
      </w:r>
      <w:r>
        <w:rPr>
          <w:lang w:eastAsia="zh-CN"/>
        </w:rPr>
        <w:t>　　四、活动内容：</w:t>
      </w:r>
      <w:r>
        <w:rPr>
          <w:lang w:eastAsia="zh-CN"/>
        </w:rPr>
        <w:br/>
      </w:r>
      <w:r>
        <w:rPr>
          <w:lang w:eastAsia="zh-CN"/>
        </w:rPr>
        <w:t>　　1、说一说。“我最想对老师说的一句话”：说出你内心最想对老师说的话也可写在贺卡上，并亲手送给老师，让彼此的心灵不再遥远。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2、编一编。请各班编一期有关教师节的黑板报，用同学们独特的创意，丰富的想象，炫丽的色彩，生动的内容，展现各班的庆祝特色，渲染节日气氛。</w:t>
      </w:r>
      <w:r>
        <w:rPr>
          <w:lang w:eastAsia="zh-CN"/>
        </w:rPr>
        <w:br/>
      </w:r>
      <w:r>
        <w:rPr>
          <w:lang w:eastAsia="zh-CN"/>
        </w:rPr>
        <w:t>　　3、做一做。自己动手，制作贺卡，送上对老师的祝福。</w:t>
      </w:r>
      <w:r>
        <w:rPr>
          <w:lang w:eastAsia="zh-CN"/>
        </w:rPr>
        <w:br/>
      </w:r>
      <w:r>
        <w:rPr>
          <w:lang w:eastAsia="zh-CN"/>
        </w:rPr>
        <w:t>　　4、写一写。在这一年一度的教师节即将来临之际，希望有兴趣的小记者拿出你手中的笔，记录下你们和老师的故事，让大家和你一起分享你们同老师之间的欢乐和小秘密。</w:t>
      </w:r>
      <w:r>
        <w:rPr>
          <w:lang w:eastAsia="zh-CN"/>
        </w:rPr>
        <w:br/>
      </w:r>
      <w:r>
        <w:rPr>
          <w:lang w:eastAsia="zh-CN"/>
        </w:rPr>
        <w:t>　　5、演一演。开展“浓浓尊师意款款爱生情”为主题的主题班会，以班集体的名义，通过诗歌朗诵，讲故事，唱歌的形式，大家共同回忆自己与老师之间的难忘的故事，表达对老师的感谢与感激之情!</w:t>
      </w:r>
      <w:r>
        <w:rPr>
          <w:lang w:eastAsia="zh-CN"/>
        </w:rPr>
        <w:br/>
      </w:r>
      <w:r>
        <w:rPr>
          <w:lang w:eastAsia="zh-CN"/>
        </w:rPr>
        <w:t xml:space="preserve">    关于教师节庆祝活动总结 篇8 </w:t>
      </w:r>
      <w:r>
        <w:rPr>
          <w:lang w:eastAsia="zh-CN"/>
        </w:rPr>
        <w:br/>
      </w:r>
      <w:r>
        <w:rPr>
          <w:lang w:eastAsia="zh-CN"/>
        </w:rPr>
        <w:t>　　教师节是中国第__个教师节。 九月金秋，空气中弥漫着感念师恩的情绪。尊师重教是永远的美德。过去的，现在的，将来的，所有的教师都应该享受崇敬与祝福。我校为了让老师们愉快、充实地度过这个教师节，开展了丰富多彩的庆祝活动，现总结如下：</w:t>
      </w:r>
      <w:r>
        <w:rPr>
          <w:lang w:eastAsia="zh-CN"/>
        </w:rPr>
        <w:br/>
      </w:r>
      <w:r>
        <w:rPr>
          <w:lang w:eastAsia="zh-CN"/>
        </w:rPr>
        <w:t>　　一、营造了浓厚的节日氛围</w:t>
      </w:r>
      <w:r>
        <w:rPr>
          <w:lang w:eastAsia="zh-CN"/>
        </w:rPr>
        <w:br/>
      </w:r>
      <w:r>
        <w:rPr>
          <w:lang w:eastAsia="zh-CN"/>
        </w:rPr>
        <w:t>　　教师节前夕，全校师生从院区到教室，从食堂到卫生间，里里外外，进行了彻底清扫。在教学楼前悬挂了“欢度教师节”的横幅。干净整洁的校园，醒目的横幅、条幅，迎风招展的国旗、彩旗，使全体师生备感节日的喜庆气息。</w:t>
      </w:r>
      <w:r>
        <w:rPr>
          <w:lang w:eastAsia="zh-CN"/>
        </w:rPr>
        <w:br/>
      </w:r>
      <w:r>
        <w:rPr>
          <w:lang w:eastAsia="zh-CN"/>
        </w:rPr>
        <w:t>　　二、守则、规范教育，为节日增添了色彩。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开学后，我们组织全体师生，开展了“学守则规范，做文明学生”教育活动。9月9日，学校组织了全校性的守则规范背诵比赛活动，每班推荐5名小选手上台诵读，参赛选手个个精神抖擞，准确流利的诵读，不时引起阵阵掌声。</w:t>
      </w:r>
      <w:r>
        <w:rPr>
          <w:lang w:eastAsia="zh-CN"/>
        </w:rPr>
        <w:br/>
      </w:r>
      <w:r>
        <w:rPr>
          <w:lang w:eastAsia="zh-CN"/>
        </w:rPr>
        <w:t>　　三、自制作贺卡见真情。</w:t>
      </w:r>
      <w:r>
        <w:rPr>
          <w:lang w:eastAsia="zh-CN"/>
        </w:rPr>
        <w:br/>
      </w:r>
      <w:r>
        <w:rPr>
          <w:lang w:eastAsia="zh-CN"/>
        </w:rPr>
        <w:t>　　学生在教师节前，为教师亲自制作贺卡，当学生把精美的贺卡送到老师的面前，老师看到贺卡上写着“教师节快乐”、“老师您辛苦了”等话语，老师非常的惊喜，觉得学生们都张大了，懂事了。</w:t>
      </w:r>
      <w:r>
        <w:rPr>
          <w:lang w:eastAsia="zh-CN"/>
        </w:rPr>
        <w:br/>
      </w:r>
      <w:r>
        <w:rPr>
          <w:lang w:eastAsia="zh-CN"/>
        </w:rPr>
        <w:t>　　四、召开座谈会，赢得社会各界的支持</w:t>
      </w:r>
      <w:r>
        <w:rPr>
          <w:lang w:eastAsia="zh-CN"/>
        </w:rPr>
        <w:br/>
      </w:r>
      <w:r>
        <w:rPr>
          <w:lang w:eastAsia="zh-CN"/>
        </w:rPr>
        <w:t>　　村委，矿企等主要领导亲临学校开展交心谈心活动。9月9下午4点，各级领导、全体教师聚集在学校会议室，欢度自己的节日；召开茶话会、座谈会，大家畅所欲言，各抒己见，开展交心谈心活动。座谈会上，张校长总结过去，展望未来，作了重要讲话。江雪峰老师作为教师代表作了精彩发言，不少教师为学校提出了许多宝贵的意见和建议，领导们表示衷心感谢，并表示一定及时加以整改。</w:t>
      </w:r>
      <w:r>
        <w:rPr>
          <w:lang w:eastAsia="zh-CN"/>
        </w:rPr>
        <w:br/>
      </w:r>
      <w:r>
        <w:rPr>
          <w:lang w:eastAsia="zh-CN"/>
        </w:rPr>
        <w:t>　　五、全面关心教师，共祝美好未来。</w:t>
      </w:r>
      <w:r>
        <w:rPr>
          <w:lang w:eastAsia="zh-CN"/>
        </w:rPr>
        <w:br/>
      </w:r>
      <w:r>
        <w:rPr>
          <w:lang w:eastAsia="zh-CN"/>
        </w:rPr>
        <w:t>　　学校领导不仅关心教师的工作，同时也十分关心教师的生活和健康。学校组织召开了全体在岗教职工庆祝会。会上，学校领导充分肯定了全体教职工一年来的辛勤工作，送去节日的祝福，希望全体教职工团结协作，努力工作，共同开创我校教育教学工作新局面。校长指出，我们目前工作取得了一定的成效，也得到了社会和家长的认同，但我们在感到欣慰的同时，应该时刻注意到自身的不足，应该时常以相关法规、政策来对照自己，检查并改正存在的问题，争取在明年的教师节庆祝大会上每个人都能发现自己较大的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总之，今年我校的教师节庆祝活动开展的丰富多彩、成效显著，使每位老师振奋了精神，鼓足干劲，准备在今后的工作中大显身手。其次，铸造了团结、奋进的教师队伍，营造了人文、和谐的育人环境，为我校今后的发展奠定了坚实的基础。</w:t>
      </w:r>
      <w:r>
        <w:rPr>
          <w:lang w:eastAsia="zh-CN"/>
        </w:rPr>
        <w:br/>
      </w:r>
      <w:r>
        <w:rPr>
          <w:lang w:eastAsia="zh-CN"/>
        </w:rPr>
        <w:t xml:space="preserve">    关于教师节庆祝活动总结 篇9 </w:t>
      </w:r>
      <w:r>
        <w:rPr>
          <w:lang w:eastAsia="zh-CN"/>
        </w:rPr>
        <w:br/>
      </w:r>
      <w:r>
        <w:rPr>
          <w:lang w:eastAsia="zh-CN"/>
        </w:rPr>
        <w:t>　　环县南关小学各中队于下午第四节课开展“感恩教师，向教师节献礼”感恩主题队会活动，运用活动引领、细节渗透、文化熏陶等有效策略，让孩子找回感恩的心，领悟生命的真谛。</w:t>
      </w:r>
      <w:r>
        <w:rPr>
          <w:lang w:eastAsia="zh-CN"/>
        </w:rPr>
        <w:br/>
      </w:r>
      <w:r>
        <w:rPr>
          <w:lang w:eastAsia="zh-CN"/>
        </w:rPr>
        <w:t>　　在本次活动中，各班都能按照学校的要求组织主题队会。一推开门，一声“老师，教师节快乐”扫除了老师一天的疲劳。</w:t>
      </w:r>
      <w:r>
        <w:rPr>
          <w:lang w:eastAsia="zh-CN"/>
        </w:rPr>
        <w:br/>
      </w:r>
      <w:r>
        <w:rPr>
          <w:lang w:eastAsia="zh-CN"/>
        </w:rPr>
        <w:t>　　学生们通过黑板报、手抄小报、制作贺卡、写日记、舞蹈等形式喜迎教师节，讴歌教师的伟大，表达对教师的无比尊敬之情。有的班级学生利用课间时间到办公室给老师倒水，给老师道一声教师节快乐;有的班级朗诵诗歌，为老师献上一首歌，还为老师献上一束鲜花;有的班学生给老师送上了节日祝福语;有的班学生给老师献上了庄严的队礼。三(7)班号召学生们观察教师一天的工作，上课、批改作业、组织活动、辅导学生等等，了解教师的辛苦和主要工作内容，感受老师为他们所付出的心血，体会教师工作的伟大。四(7)班让孩子们收集有关教师节的来历、我国教师节的演变等资料，既让孩子们学到了知识，又受到了中华尊师重教的传统美德熏陶，在主题队会活动现场，学生们的一举一动，深深的打动了在场的每一位师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在全体中队辅导员的密切配合下，这次活动收到了应有的效果。尽管只是一个小小的活动，可带给老师的是无限的欣慰。通过此次活动，少先队员们走近了老师，了解了老师，理解了老师，体验了教师工作的辛劳，缩短了师生之间的距离，融洽了师生关系。既增进了师生感情，又融洽了师生关系。</w:t>
      </w:r>
      <w:r>
        <w:rPr>
          <w:lang w:eastAsia="zh-CN"/>
        </w:rPr>
        <w:br/>
      </w:r>
      <w:r>
        <w:rPr>
          <w:lang w:eastAsia="zh-CN"/>
        </w:rPr>
        <w:t>　　相信“尊师”已经在学生心中生根、发芽，它将伴随学生走过以后的每一个教师节、生活中的每一天。</w:t>
      </w:r>
      <w:r>
        <w:rPr>
          <w:lang w:eastAsia="zh-CN"/>
        </w:rPr>
        <w:br/>
      </w:r>
      <w:r>
        <w:rPr>
          <w:lang w:eastAsia="zh-CN"/>
        </w:rPr>
        <w:t xml:space="preserve">    关于教师节庆祝活动总结 篇10 </w:t>
      </w:r>
      <w:r>
        <w:rPr>
          <w:lang w:eastAsia="zh-CN"/>
        </w:rPr>
        <w:br/>
      </w:r>
      <w:r>
        <w:rPr>
          <w:lang w:eastAsia="zh-CN"/>
        </w:rPr>
        <w:t>　　在20__年教师节到来之际，我校以教师节作为向学生进行尊师教育的重要契机，组织学生开展了一系列的庆祝教育活动。让学生获得为人师表的感受，体验教师工作的辛劳，明白尊敬师长的道理，学会自主学习的自我管理。</w:t>
      </w:r>
      <w:r>
        <w:rPr>
          <w:lang w:eastAsia="zh-CN"/>
        </w:rPr>
        <w:br/>
      </w:r>
      <w:r>
        <w:rPr>
          <w:lang w:eastAsia="zh-CN"/>
        </w:rPr>
        <w:t>　　一、开展为老师写一封慰问信、为老师做“感恩卡“和画一幅画等形式的庆祝活动。</w:t>
      </w:r>
      <w:r>
        <w:rPr>
          <w:lang w:eastAsia="zh-CN"/>
        </w:rPr>
        <w:br/>
      </w:r>
      <w:r>
        <w:rPr>
          <w:lang w:eastAsia="zh-CN"/>
        </w:rPr>
        <w:t>　　二、召开“为教师喝彩”教师会议。</w:t>
      </w:r>
      <w:r>
        <w:rPr>
          <w:lang w:eastAsia="zh-CN"/>
        </w:rPr>
        <w:br/>
      </w:r>
      <w:r>
        <w:rPr>
          <w:lang w:eastAsia="zh-CN"/>
        </w:rPr>
        <w:t>　　在20__年教师节到来之际，我校杨校长以“为教师喝彩”为主题做了教师会讲话。会上，陈校长向辛勤工作在教育战线上的教师，表示热烈的祝贺和节日的问候!对我校获得的成绩和荣誉及全体教师的努力工作做出了充分的肯定，并向教师提出了新的要求，要为人师表，做一名多能型教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三、号召学生们观察教师一天的工作：上课、批改作业、组织活动、辅导学生等等，了解教师职业的特点和主要工作内容。学生说：过去总认为老师既轻松又威风，往讲台上一站，说说写写就行了，而我们太累了。经过这几天的观察才知道，老师真不容易。别看短短的40分钟，老师们光为此做的准备就远远超过40分钟，还有课下的批改作业、辅导学生再长的时间也代表不了老师为我们所付出的心血，况且老师的工作并不仅仅是单纯的上课。我想真诚的对老师们说一句：老师，您辛苦了!</w:t>
      </w:r>
      <w:r>
        <w:rPr>
          <w:lang w:eastAsia="zh-CN"/>
        </w:rPr>
        <w:br/>
      </w:r>
      <w:r>
        <w:rPr>
          <w:lang w:eastAsia="zh-CN"/>
        </w:rPr>
        <w:t>　　四、“谢师卡”动手制作谢师卡活动</w:t>
      </w:r>
      <w:r>
        <w:rPr>
          <w:lang w:eastAsia="zh-CN"/>
        </w:rPr>
        <w:br/>
      </w:r>
      <w:r>
        <w:rPr>
          <w:lang w:eastAsia="zh-CN"/>
        </w:rPr>
        <w:t>　　为杜绝以往为老师购买教师节日礼物的旧习，我校号召学生能够自己动手、自己动脑，为老师做一份小礼物，卡片上写上自己最想和老师说的话，以此表达对老师的敬爱之情，活动培养了学生动手能力，同时也杜绝了购买教师节日礼物的旧习。</w:t>
      </w:r>
      <w:r>
        <w:rPr>
          <w:lang w:eastAsia="zh-CN"/>
        </w:rPr>
        <w:br/>
      </w:r>
      <w:r>
        <w:rPr>
          <w:lang w:eastAsia="zh-CN"/>
        </w:rPr>
        <w:t>　　五、“老师，谢谢您的爱”主题班队会</w:t>
      </w:r>
      <w:r>
        <w:rPr>
          <w:lang w:eastAsia="zh-CN"/>
        </w:rPr>
        <w:br/>
      </w:r>
      <w:r>
        <w:rPr>
          <w:lang w:eastAsia="zh-CN"/>
        </w:rPr>
        <w:t>　　9月9日下午，我校召开了“老师，谢谢您的爱”主题班会，班会上，同学们朗诵诗歌，为老师献上一首歌，还为老师献上一束鲜花，美丽的诗句，动听的歌曲都表达了学生对老师的爱。通过班队会活动让学生们与老师的心更近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教师节庆祝这天，每位从教室里走出来的教师脸上都洋溢着幸福的微笑：有的班学生给老师送上了节日祝福语，有的班学生给老师献上了庄严的队礼，有的班学生为老师制作了精美的图片尽管只是一个小小的行动，可带给老师的是欣慰无限。通过此次活动，少先队员们走近了老师，了解了老师，理解了老师，体验教师工作的辛劳，缩短了师生之间的距离，融洽了师生关系。不仅如此，相信"尊师"已经在学生心中生根、发芽，它将伴随学生走过以后的每一个教师节、生活中的每一天。</w:t>
      </w:r>
      <w:r>
        <w:rPr>
          <w:lang w:eastAsia="zh-CN"/>
        </w:rPr>
        <w:br/>
      </w:r>
      <w:r>
        <w:rPr>
          <w:lang w:eastAsia="zh-CN"/>
        </w:rPr>
        <w:t xml:space="preserve">    关于教师节庆祝活动总结 篇11 </w:t>
      </w:r>
      <w:r>
        <w:rPr>
          <w:lang w:eastAsia="zh-CN"/>
        </w:rPr>
        <w:br/>
      </w:r>
      <w:r>
        <w:rPr>
          <w:lang w:eastAsia="zh-CN"/>
        </w:rPr>
        <w:t>　　金秋九月是收获的季节，农场里农民在收获金灿灿的粮食，果园里果农在收获香喷喷的水果，身为园丁的教师也在收获，收获着桃李满天下的喜悦，收获着来自学生发自肺腑的一声谢谢，收获着来自社会各界最真挚的赞美和认可!在教师节前夕，我校以“贯彻纲要精神，宏扬高尚师德”为主题，坚持隆重、热烈、务实、简单的原则，在上级领导的关怀下，在全体师生的共同努力下，展开了庆祝教师节四个一活动，我校全体师生度过了一个简单、热烈而又充实的教师节，今年教师节的活动主题是:张张贺卡传真情，句句祝愿暖师心，强体健身为学生。</w:t>
      </w:r>
      <w:r>
        <w:rPr>
          <w:lang w:eastAsia="zh-CN"/>
        </w:rPr>
        <w:br/>
      </w:r>
      <w:r>
        <w:rPr>
          <w:lang w:eastAsia="zh-CN"/>
        </w:rPr>
        <w:t>　　一、进行一次国旗下讲话</w:t>
      </w:r>
      <w:r>
        <w:rPr>
          <w:lang w:eastAsia="zh-CN"/>
        </w:rPr>
        <w:br/>
      </w:r>
      <w:r>
        <w:rPr>
          <w:lang w:eastAsia="zh-CN"/>
        </w:rPr>
        <w:t>　　利用周一国旗下讲话时间，郭校长发表了热情弥漫的教师节贺辞，向全体教师致以节日的祝贺。</w:t>
      </w:r>
      <w:r>
        <w:rPr>
          <w:lang w:eastAsia="zh-CN"/>
        </w:rPr>
        <w:br/>
      </w:r>
      <w:r>
        <w:rPr>
          <w:lang w:eastAsia="zh-CN"/>
        </w:rPr>
        <w:t>　　二、举行一期歌颂教师的黑板报</w:t>
      </w:r>
      <w:r>
        <w:rPr>
          <w:lang w:eastAsia="zh-CN"/>
        </w:rPr>
        <w:br/>
      </w:r>
      <w:r>
        <w:rPr>
          <w:lang w:eastAsia="zh-CN"/>
        </w:rPr>
        <w:t>　　教师节前夕，学校政教处布置各班以歌颂教师为主题，举行一期黑板报，通过灵活多样的情势，丰富多彩的内容，赞美老师的无私奉献精神。</w:t>
      </w:r>
      <w:r>
        <w:rPr>
          <w:lang w:eastAsia="zh-CN"/>
        </w:rPr>
        <w:br/>
      </w:r>
      <w:r>
        <w:rPr>
          <w:lang w:eastAsia="zh-CN"/>
        </w:rPr>
        <w:t>　　三、展开一次主题班队会</w:t>
      </w:r>
      <w:r>
        <w:rPr>
          <w:lang w:eastAsia="zh-CN"/>
        </w:rPr>
        <w:br/>
      </w:r>
      <w:r>
        <w:rPr>
          <w:lang w:eastAsia="zh-CN"/>
        </w:rPr>
        <w:t>　　在教师节行将到来之际，我校展开了以我用真情颂师恩的主题班队会，同学们利用诗朗诵、快板书、书法、绘画、演讲等情势，表达了对辛劳教育自己的老师的感谢，并致以节日的祝贺。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四、在博客中发一次节日感言</w:t>
      </w:r>
      <w:r>
        <w:rPr>
          <w:lang w:eastAsia="zh-CN"/>
        </w:rPr>
        <w:br/>
      </w:r>
      <w:r>
        <w:rPr>
          <w:lang w:eastAsia="zh-CN"/>
        </w:rPr>
        <w:t>　　每位教师都在博客中写了节日感言，对自己的职业有了更新、更高的熟悉。</w:t>
      </w:r>
      <w:r>
        <w:rPr>
          <w:lang w:eastAsia="zh-CN"/>
        </w:rPr>
        <w:br/>
      </w:r>
      <w:r>
        <w:rPr>
          <w:lang w:eastAsia="zh-CN"/>
        </w:rPr>
        <w:t>　　今年的教师节庆祝活动展开的丰富多彩，成效明显。通过本次活动，老师们都振奋了精神，鼓足了干劲，预备在今后的工作中大显身手。我们全体师生将本次活动的成果向家长和社会传播，并及时利用广播、电视、网络搜集先进教师和尊师重教的事迹，及时学习和交换，教师要在实际工作中，争取实现自己的人生价值。</w:t>
      </w:r>
      <w:r>
        <w:rPr>
          <w:lang w:eastAsia="zh-CN"/>
        </w:rPr>
        <w:br/>
      </w:r>
      <w:r>
        <w:rPr>
          <w:lang w:eastAsia="zh-CN"/>
        </w:rPr>
        <w:t xml:space="preserve">    关于教师节庆祝活动总结 篇12 </w:t>
      </w:r>
      <w:r>
        <w:rPr>
          <w:lang w:eastAsia="zh-CN"/>
        </w:rPr>
        <w:br/>
      </w:r>
      <w:r>
        <w:rPr>
          <w:lang w:eastAsia="zh-CN"/>
        </w:rPr>
        <w:t>　　20__年9月10日是我国第__个教师节，今年教师节的主题是：____。为营造尊师重教的良好氛围，我市将通过四项举措隆重庆祝第__个教师节。</w:t>
      </w:r>
      <w:r>
        <w:rPr>
          <w:lang w:eastAsia="zh-CN"/>
        </w:rPr>
        <w:br/>
      </w:r>
      <w:r>
        <w:rPr>
          <w:lang w:eastAsia="zh-CN"/>
        </w:rPr>
        <w:t>　　一是突出主题，积极开展庆祝活动。要求各旗县区各学校加强领导、周密部署、制定方案，围绕教师节主题，强化组织领导，精心部署安排，争取各方大力支持，开展形式多样、特色生动、内涵丰富、覆盖本地教育系统和本校师生的宣传庆祝活动。</w:t>
      </w:r>
      <w:r>
        <w:rPr>
          <w:lang w:eastAsia="zh-CN"/>
        </w:rPr>
        <w:br/>
      </w:r>
      <w:r>
        <w:rPr>
          <w:lang w:eastAsia="zh-CN"/>
        </w:rPr>
        <w:t>　　二是加强师德师风建设宣传。各旗县区各学校要深入贯彻落实国家和自治区关于加强师德师风建设的部署，教师节期间，开展优秀教师、师德先进个人表彰奖励活动，或组织先进事迹宣讲报告会、专题研讨、主题讲座等活动，通过媒体、网络等平台宣传优秀教师的先进事迹和师德师风建设成果，大力弘扬尊师重教的优良传统，营造尊师重教的社会氛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三是落实惠师政策，提高教师职业认同感。要求各旗县区各学校要落实好国家关于教师待遇等各项惠师举措，在政治上充分信任、思想上主动引导、工作上创造条件、生活上关心照顾教师。要落实定期对教师进行身体健康检查、因地制宜安排教师进行休养的法律规定，保证教师身心健康。</w:t>
      </w:r>
      <w:r>
        <w:rPr>
          <w:lang w:eastAsia="zh-CN"/>
        </w:rPr>
        <w:br/>
      </w:r>
      <w:r>
        <w:rPr>
          <w:lang w:eastAsia="zh-CN"/>
        </w:rPr>
        <w:t>　　四是提倡务实简朴精神。市教育局将会同相关媒体开展优秀教师宣传活动，并对部分新入职教师、名教师、关爱留守儿童教师以及多年坚守在教学一线的老教师等几位代表进行采访宣传。同时，市教育局将继续开展对乡村教师、离退休教师、贫困教师及因公殉职教职工家属慰问等活动，在节庆前夕送去党和政府的关怀和温暖。要求各旗县区各学校要勤俭节约，隆重、简朴开展教师节各项活动，力戒形式主义，反对铺张浪费，主动将活动安排向地方党委和政府汇报，积极与有关部门沟通，精心组织开展好庆祝活动。</w:t>
      </w:r>
      <w:r>
        <w:rPr>
          <w:lang w:eastAsia="zh-CN"/>
        </w:rPr>
        <w:br/>
      </w:r>
      <w:r>
        <w:rPr>
          <w:lang w:eastAsia="zh-CN"/>
        </w:rPr>
        <w:t xml:space="preserve">    关于教师节庆祝活动总结 篇13 </w:t>
      </w:r>
      <w:r>
        <w:rPr>
          <w:lang w:eastAsia="zh-CN"/>
        </w:rPr>
        <w:br/>
      </w:r>
      <w:r>
        <w:rPr>
          <w:lang w:eastAsia="zh-CN"/>
        </w:rPr>
        <w:t>　　“饮其流者思其源，学其成时念其师”，教师是一个神圣的职业，是学子们心目中的英雄，“笔尖耕耘桃李地，墨水浇开智慧花”，教师是一个奉献的职业，兴教育人，甘做人梯。九月十日，这是一个特殊的日子，在这一天，我们都怀着对老师的深深感激之情。在这一天里，我院青协全体成员向我院辛勤、无私奉献的教师们表达我们的感激之情以及对老师深深地祝福。为此，我院青协举办了教师节活动，现就此活动总结如下：</w:t>
      </w:r>
      <w:r>
        <w:rPr>
          <w:lang w:eastAsia="zh-CN"/>
        </w:rPr>
        <w:br/>
      </w:r>
      <w:r>
        <w:rPr>
          <w:lang w:eastAsia="zh-CN"/>
        </w:rPr>
        <w:t>　　一、本次活动的基本内容及活动意义</w:t>
      </w:r>
      <w:r>
        <w:rPr>
          <w:lang w:eastAsia="zh-CN"/>
        </w:rPr>
        <w:br/>
      </w:r>
    </w:p>
    <w:p w:rsidR="001B1F19" w14:textId="27C3F48A">
      <w:pPr>
        <w:rPr>
          <w:rFonts w:hint="eastAsia"/>
          <w:lang w:eastAsia="zh-CN"/>
        </w:rPr>
      </w:pPr>
      <w:r>
        <w:rPr>
          <w:lang w:eastAsia="zh-CN"/>
        </w:rPr>
        <w:t>　　教师的祝福之情，我院青协提前做好“教师节”活动宣传板，向学院学生宣传教师节活动意义，提醒同学为教师节的到来提前做好准备。在教师节当天，我院青协全体成员清晨便在行政楼集合，向大清早赶来上班的教师表达节日的祝福之情。</w:t>
      </w:r>
      <w:r>
        <w:rPr>
          <w:lang w:eastAsia="zh-CN"/>
        </w:rPr>
        <w:br/>
      </w:r>
      <w:r>
        <w:rPr>
          <w:lang w:eastAsia="zh-CN"/>
        </w:rPr>
        <w:t>　　本次教师节活动的成功举办有利于向全院学生宣传教师节的意义，形成尊师重道、尊重知识、尊重人才的社会风尚，有利于形成良好的学习氛围，有利于鼓励教师，安慰教师。</w:t>
      </w:r>
      <w:r>
        <w:rPr>
          <w:lang w:eastAsia="zh-CN"/>
        </w:rPr>
        <w:br/>
      </w:r>
      <w:r>
        <w:rPr>
          <w:lang w:eastAsia="zh-CN"/>
        </w:rPr>
        <w:t>　　在此活动中我院青协各个成员都积极热情，大清早便齐齐的到行政楼集合，在活动过程中，各成员声音洪亮。当我们看见教师们嘴角的微笑时，我们都感受到了活动的意义。</w:t>
      </w:r>
      <w:r>
        <w:rPr>
          <w:lang w:eastAsia="zh-CN"/>
        </w:rPr>
        <w:br/>
      </w:r>
      <w:r>
        <w:rPr>
          <w:lang w:eastAsia="zh-CN"/>
        </w:rPr>
        <w:t>　　二、本次活动的感悟</w:t>
      </w:r>
      <w:r>
        <w:rPr>
          <w:lang w:eastAsia="zh-CN"/>
        </w:rPr>
        <w:br/>
      </w:r>
      <w:r>
        <w:rPr>
          <w:lang w:eastAsia="zh-CN"/>
        </w:rPr>
        <w:t>　　虽然教师节活动的开展时间很短，但前期的工作让我们每个人都学会了很一项工作的合理安排，更是一种思维，了解一个活动的过程以及可能面临的困难。</w:t>
      </w:r>
      <w:r>
        <w:rPr>
          <w:lang w:eastAsia="zh-CN"/>
        </w:rPr>
        <w:br/>
      </w:r>
      <w:r>
        <w:rPr>
          <w:lang w:eastAsia="zh-CN"/>
        </w:rPr>
        <w:t>　　1、活动前的准备工作让我们充分的感受到了在组织活动过程中参与人员一定要有很好的组织纪律性，只有这样才能使得活动的布置在高效率的运作下进行，进而完美的完成任务。</w:t>
      </w:r>
      <w:r>
        <w:rPr>
          <w:lang w:eastAsia="zh-CN"/>
        </w:rPr>
        <w:br/>
      </w:r>
      <w:r>
        <w:rPr>
          <w:lang w:eastAsia="zh-CN"/>
        </w:rPr>
        <w:t>　　2、团队配合在每个活动过程中都是必不可少的，不能无目的自己一个人单干，只有和大家一起好好的干，才是真理。</w:t>
      </w:r>
      <w:r>
        <w:rPr>
          <w:lang w:eastAsia="zh-CN"/>
        </w:rPr>
        <w:br/>
      </w:r>
      <w:r>
        <w:rPr>
          <w:lang w:eastAsia="zh-CN"/>
        </w:rPr>
        <w:t>　　此次活动在大家的一起努力下而让活动完美的完成，我们的内心感到十分的开心，也觉得使自己的生活多了些美好的回忆，活动让我们感受到一个部门凝聚力的重要性，团队的力量。</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https://d.book118.com/026025204113010055</w:t>
        </w:r>
      </w:hyperlink>
    </w:p>
    <w:p w:rsidR="001B1F19">
      <w:pPr>
        <w:rPr>
          <w:rFonts w:hint="eastAsia"/>
          <w:lang w:eastAsia="zh-CN"/>
        </w:rPr>
      </w:pPr>
    </w:p>
    <w:sectPr>
      <w:type w:val="nextPage"/>
      <w:pgSz w:w="11906" w:h="16838"/>
      <w:pgMar w:top="1440" w:right="1800" w:bottom="1440" w:left="1800" w:header="851" w:footer="992" w:gutter="0"/>
      <w:pgNumType w:start="2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2602520411301005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