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it新员工试用期工作总结报告（34篇）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it新员工试用期工作总结报告（通用34篇）</w:t>
      </w:r>
      <w:r>
        <w:rPr>
          <w:lang w:eastAsia="zh-CN"/>
        </w:rPr>
        <w:br/>
      </w:r>
      <w:r>
        <w:rPr>
          <w:lang w:eastAsia="zh-CN"/>
        </w:rPr>
        <w:t xml:space="preserve">    it新员工试用期工作总结报告 篇1 </w:t>
      </w:r>
      <w:r>
        <w:rPr>
          <w:lang w:eastAsia="zh-CN"/>
        </w:rPr>
        <w:br/>
      </w:r>
      <w:r>
        <w:rPr>
          <w:lang w:eastAsia="zh-CN"/>
        </w:rPr>
        <w:t>　　从20年8月21日来公司报到上班，转眼间，三个月就过去了，在这段期间内，承蒙公司领导以及其他同事的帮助、关心以及工作的支持，我的工作开展得十分顺利，在此表示感谢!　</w:t>
      </w:r>
      <w:r>
        <w:rPr>
          <w:lang w:eastAsia="zh-CN"/>
        </w:rPr>
        <w:br/>
      </w:r>
      <w:r>
        <w:rPr>
          <w:lang w:eastAsia="zh-CN"/>
        </w:rPr>
        <w:t>　　货代方面的业务知识是我以前从未接触过的，和我的专业知识相差也较大，初来公司，曾经很担心不知能否做好工作，但是领导和同事的耐心指导，使我在较短的时间内适应了公司的工作环境，也熟悉了公司的整个操作流程：从接单到订舱，与货主及船公司的提单确认，货物通关，装船，及收款等方面，已经能够熟练操作，同时坚持打电话，积极开拓积累客户……在此，我要特别感谢公司领导和同事们对我的入职指引和帮助，感谢他们对我工作中出现的失误的提醒和指正。　</w:t>
      </w:r>
      <w:r>
        <w:rPr>
          <w:lang w:eastAsia="zh-CN"/>
        </w:rPr>
        <w:br/>
      </w:r>
      <w:r>
        <w:rPr>
          <w:lang w:eastAsia="zh-CN"/>
        </w:rPr>
        <w:t>　　工作中，我自觉遵守公司的规章制度，对待工作认真负责、高标准严要求，不懂的问题及时虚心向同事学习请教，不断提高充实自己，希望能尽早独当一面。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看到公司蒸蒸日上的发展，我深深地感到骄傲和自豪，公司给我们提供了这样良好的发展平台，自己迫切的希望以一名正式员工的身份在这里工作，实现自己的奋斗目标，体现自己的人生价值，和公司一起成长。　　在此我提出转正申请，恳请领导给我继续锻炼自己、实现理想的机会。我将一如继往地保持高度的工作责任心，用谦虚的态度和饱满的热情做好我的本职工作，为公司创造价值，同公司一起展望美好的未来。</w:t>
      </w:r>
      <w:r>
        <w:rPr>
          <w:lang w:eastAsia="zh-CN"/>
        </w:rPr>
        <w:br/>
      </w:r>
      <w:r>
        <w:rPr>
          <w:lang w:eastAsia="zh-CN"/>
        </w:rPr>
        <w:t xml:space="preserve">    it新员工试用期工作总结报告 篇2 </w:t>
      </w:r>
      <w:r>
        <w:rPr>
          <w:lang w:eastAsia="zh-CN"/>
        </w:rPr>
        <w:br/>
      </w:r>
      <w:r>
        <w:rPr>
          <w:lang w:eastAsia="zh-CN"/>
        </w:rPr>
        <w:t>　　20__年_月_日，我有幸来到公司经营管理部从事报批报建工作，在公司领导的关心和指导下，在同事们的热情帮助下，较快熟悉了公司环境，适应了新的工作岗位，现将我试用期的工作情况简要总结如下：</w:t>
      </w:r>
      <w:r>
        <w:rPr>
          <w:lang w:eastAsia="zh-CN"/>
        </w:rPr>
        <w:br/>
      </w:r>
      <w:r>
        <w:rPr>
          <w:lang w:eastAsia="zh-CN"/>
        </w:rPr>
        <w:t>　　一、严格遵守公司各项规章制度。</w:t>
      </w:r>
      <w:r>
        <w:rPr>
          <w:lang w:eastAsia="zh-CN"/>
        </w:rPr>
        <w:br/>
      </w:r>
      <w:r>
        <w:rPr>
          <w:lang w:eastAsia="zh-CN"/>
        </w:rPr>
        <w:t>　　上班伊始，我认真学习了公司《员工手册》及各项管理制度，并严格遵守，做到了无迟到、早退、违规现象。</w:t>
      </w:r>
      <w:r>
        <w:rPr>
          <w:lang w:eastAsia="zh-CN"/>
        </w:rPr>
        <w:br/>
      </w:r>
      <w:r>
        <w:rPr>
          <w:lang w:eastAsia="zh-CN"/>
        </w:rPr>
        <w:t>　　二、主动学习、尽快适应，迅速熟悉环境，了解报批报建工作内容。</w:t>
      </w:r>
      <w:r>
        <w:rPr>
          <w:lang w:eastAsia="zh-CN"/>
        </w:rPr>
        <w:br/>
      </w:r>
      <w:r>
        <w:rPr>
          <w:lang w:eastAsia="zh-CN"/>
        </w:rPr>
        <w:t>　　主动、虚心向领导、同事请教、学习，基本掌握了相关的工作内容，工作流程、工作方法。</w:t>
      </w:r>
      <w:r>
        <w:rPr>
          <w:lang w:eastAsia="zh-CN"/>
        </w:rPr>
        <w:br/>
      </w:r>
      <w:r>
        <w:rPr>
          <w:lang w:eastAsia="zh-CN"/>
        </w:rPr>
        <w:t>　　三、工作积极、认真、负责，通过不断学习、请教，总结积累，较好地完成了领导安排的各项工作任务。</w:t>
      </w:r>
      <w:r>
        <w:rPr>
          <w:lang w:eastAsia="zh-CN"/>
        </w:rPr>
        <w:br/>
      </w:r>
      <w:r>
        <w:rPr>
          <w:lang w:eastAsia="zh-CN"/>
        </w:rPr>
        <w:t>　　1、在领导的安排下，与上海设计部积极沟通和联系，就梅墟项目与政府各相关部门积极沟通和征询，为方案的顺利进行提供了有效帮助。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2、凭工作经验和进度，结合公司实际，努力把工作计划与工作进度密切结合，使计划和进度有效、有序进行。</w:t>
      </w:r>
      <w:r>
        <w:rPr>
          <w:lang w:eastAsia="zh-CN"/>
        </w:rPr>
        <w:br/>
      </w:r>
      <w:r>
        <w:rPr>
          <w:lang w:eastAsia="zh-CN"/>
        </w:rPr>
        <w:t>　　3、根据项目情况，结合公司一级计划，有预见性地开展工作，努力在条件成熟的情况下把所有与项目有关的事务提前进行并完成。</w:t>
      </w:r>
      <w:r>
        <w:rPr>
          <w:lang w:eastAsia="zh-CN"/>
        </w:rPr>
        <w:br/>
      </w:r>
      <w:r>
        <w:rPr>
          <w:lang w:eastAsia="zh-CN"/>
        </w:rPr>
        <w:t>　　4、尽所能和所掌握的关系，配合并帮助其他部门完成相关工作，提供我所能提供的帮助。</w:t>
      </w:r>
      <w:r>
        <w:rPr>
          <w:lang w:eastAsia="zh-CN"/>
        </w:rPr>
        <w:br/>
      </w:r>
      <w:r>
        <w:rPr>
          <w:lang w:eastAsia="zh-CN"/>
        </w:rPr>
        <w:t>　　5、在计划要求时间内，提前完成立项备案，为项目正常进行提供了条件。</w:t>
      </w:r>
      <w:r>
        <w:rPr>
          <w:lang w:eastAsia="zh-CN"/>
        </w:rPr>
        <w:br/>
      </w:r>
      <w:r>
        <w:rPr>
          <w:lang w:eastAsia="zh-CN"/>
        </w:rPr>
        <w:t>　　6、提前把交通分析、日照分析和环境分析完成前期文本和制作，为下一步工作做好最充分的准备。</w:t>
      </w:r>
      <w:r>
        <w:rPr>
          <w:lang w:eastAsia="zh-CN"/>
        </w:rPr>
        <w:br/>
      </w:r>
      <w:r>
        <w:rPr>
          <w:lang w:eastAsia="zh-CN"/>
        </w:rPr>
        <w:t>　　7、与土地部门积极沟通，加强联系，有效完成了地块高压线路迁移的说服，并在有效时间内敦促政府部门制定了高压线路搬迁方案，为项目进行提供了有利保障。</w:t>
      </w:r>
      <w:r>
        <w:rPr>
          <w:lang w:eastAsia="zh-CN"/>
        </w:rPr>
        <w:br/>
      </w:r>
      <w:r>
        <w:rPr>
          <w:lang w:eastAsia="zh-CN"/>
        </w:rPr>
        <w:t>　　8、配合公司领导对土地交接工作进行积极的跟踪和有效监督，为领导做好参谋，为土地顺利和正常交接提供本人职责范围内所能进行的工作。</w:t>
      </w:r>
      <w:r>
        <w:rPr>
          <w:lang w:eastAsia="zh-CN"/>
        </w:rPr>
        <w:br/>
      </w:r>
      <w:r>
        <w:rPr>
          <w:lang w:eastAsia="zh-CN"/>
        </w:rPr>
        <w:t>　　9、利用个人关系，积极为其他部门提供力所能及的帮助和支持，热情无怨言。与同事之间相处、加强沟通、团结协作，以尽快更好的融入团队。</w:t>
      </w:r>
      <w:r>
        <w:rPr>
          <w:lang w:eastAsia="zh-CN"/>
        </w:rPr>
        <w:br/>
      </w:r>
      <w:r>
        <w:rPr>
          <w:lang w:eastAsia="zh-CN"/>
        </w:rPr>
        <w:t>　　四、存在问题及解决办法：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1、由于在原单位主要从事行政、经营和项目管理工作，对于房产公司的工作内容及流程还需要进一步的了解与熟悉。在试用期内还没有完全与公司的习惯和规章相融入，这需要领导和同志们的传帮带。</w:t>
      </w:r>
      <w:r>
        <w:rPr>
          <w:lang w:eastAsia="zh-CN"/>
        </w:rPr>
        <w:br/>
      </w:r>
      <w:r>
        <w:rPr>
          <w:lang w:eastAsia="zh-CN"/>
        </w:rPr>
        <w:t>　　2、工作中有时过于自信，对有些复杂工作估量过于简单，造成了工作上的被动，有急于求成之状，求功心切。</w:t>
      </w:r>
      <w:r>
        <w:rPr>
          <w:lang w:eastAsia="zh-CN"/>
        </w:rPr>
        <w:br/>
      </w:r>
      <w:r>
        <w:rPr>
          <w:lang w:eastAsia="zh-CN"/>
        </w:rPr>
        <w:t>　　总之，在短短的三个月时间里，我个人以为取得了一点成绩，但离领导的要求和自我要求尚有很大差距。如果公司认为我试用期内尚算合格并予以转正，我将进一步严格要求自己，克服不足，加强学习，努力提高业务水平，充分发挥所长，积极、热情、认真地完成好每一项工作。</w:t>
      </w:r>
      <w:r>
        <w:rPr>
          <w:lang w:eastAsia="zh-CN"/>
        </w:rPr>
        <w:br/>
      </w:r>
      <w:r>
        <w:rPr>
          <w:lang w:eastAsia="zh-CN"/>
        </w:rPr>
        <w:t>　　公司新员工个人试用期工作总结格式篇三：</w:t>
      </w:r>
      <w:r>
        <w:rPr>
          <w:lang w:eastAsia="zh-CN"/>
        </w:rPr>
        <w:br/>
      </w:r>
      <w:r>
        <w:rPr>
          <w:lang w:eastAsia="zh-CN"/>
        </w:rPr>
        <w:t>　　从12月初到现在，我已经在公司工作近1个月了。这段时间我收获了很多，对于我从学生到一个职业人的转变具有重要意义。</w:t>
      </w:r>
      <w:r>
        <w:rPr>
          <w:lang w:eastAsia="zh-CN"/>
        </w:rPr>
        <w:br/>
      </w:r>
      <w:r>
        <w:rPr>
          <w:lang w:eastAsia="zh-CN"/>
        </w:rPr>
        <w:t>　　作为一个应届毕业生初来公司，刚开始很担心不知如何与同事共处，如何做好工作。因为公司的这些业务是我以前从未接触过的，而且和我的专业知识相差也比较大。但是这一个月以来，在公司宽松融洽的工作氛围下，经过项目经理和同事的悉心关怀和耐心指导，我很快的完成了从学生到职员的转变，在较短的时间内适应了公司的工作环境，也基本熟悉了项目的整个工作流程，最重要的是接触和学习了不少的相关业务知识，很好地完成了项目交予的任务，做好了自己的本职工作，使我的工作能力和为人处世方面都取得了不小的进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在这里对一个月的工作和生活做一下总结，可从中发现自己的缺点和不足，在以后的工作中加以改进，以提高自己的工作水平。在这一个月的工作和生活中，我一直严格要求自己，遵守公司的各项规章制度。尽心尽力，履行自己的工作职责，认真及时做好领导布置的每一项任务。当然我在工作中还存在一定的问题和不足，比如：对业务不太熟悉，处理问题不能得心应手，工作经验方面有待提高;对相关知识情况了解的还不够详细和充实，掌握的技术手段还不够多;需要继续学习以提高自己的知识水平和业务能力，加强分析和解决实际问题的能力;同时团队协作能力也需要进一步增强等。</w:t>
      </w:r>
      <w:r>
        <w:rPr>
          <w:lang w:eastAsia="zh-CN"/>
        </w:rPr>
        <w:br/>
      </w:r>
      <w:r>
        <w:rPr>
          <w:lang w:eastAsia="zh-CN"/>
        </w:rPr>
        <w:t>　　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也希望请领导和同事对我多提要求，多提建议，使我更快更好的完善自己，更好的适应工作需要。这里我要特别感谢部门经理对我的入职指引和帮助，感谢他对我工作中出现的失误进行提醒和指正。作为应届毕业生初入职场，在工作中难免出现一些差错需要同事的批评和监督。</w:t>
      </w:r>
      <w:r>
        <w:rPr>
          <w:lang w:eastAsia="zh-CN"/>
        </w:rPr>
        <w:br/>
      </w:r>
      <w:r>
        <w:rPr>
          <w:lang w:eastAsia="zh-CN"/>
        </w:rPr>
        <w:t>　　但这些经历也让我不断成熟，在以后处理各种问题时考虑得更加全面。现在的我同老员工相比，在工作经验和能力上都有很大差距，工作和生活上不懂的问题应虚心向同事请教学习，以不断充实自己。同时感谢对我们的业务指导以及每一次技术培训。由于我们是个IT公司，我清楚地了解良好的业务素质和技术水平是做好本质工作的前提和必要条件。</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在公司的这段时间里，我学到了很多，感悟了很多。看到公司良好的发展势头，我深深地感到骄傲和自豪，因此我更加迫切的实现自己的奋斗目标，体现自己的价值，和公司共同成长。我一定会用谦虚的态度和饱满的热情做好我的本职工作，为公司创造价值，同公司一起展望美好的未来!</w:t>
      </w:r>
      <w:r>
        <w:rPr>
          <w:lang w:eastAsia="zh-CN"/>
        </w:rPr>
        <w:br/>
      </w:r>
      <w:r>
        <w:rPr>
          <w:lang w:eastAsia="zh-CN"/>
        </w:rPr>
        <w:t xml:space="preserve">    it新员工试用期工作总结报告 篇3 </w:t>
      </w:r>
      <w:r>
        <w:rPr>
          <w:lang w:eastAsia="zh-CN"/>
        </w:rPr>
        <w:br/>
      </w:r>
      <w:r>
        <w:rPr>
          <w:lang w:eastAsia="zh-CN"/>
        </w:rPr>
        <w:t>　　进入贵公司工作已经快两个月了，在公司领导和广大同事的支持和帮助及部门经理对我的正确指挥下，我坚持不断的学习行业理论知识、提炼以往工作经验、加强自身思想修养、严格遵守各种规章制度、提高综合业务素质。对自己的工作总结如下：</w:t>
      </w:r>
      <w:r>
        <w:rPr>
          <w:lang w:eastAsia="zh-CN"/>
        </w:rPr>
        <w:br/>
      </w:r>
      <w:r>
        <w:rPr>
          <w:lang w:eastAsia="zh-CN"/>
        </w:rPr>
        <w:t>　　加强业务学习，提高业务素质</w:t>
      </w:r>
      <w:r>
        <w:rPr>
          <w:lang w:eastAsia="zh-CN"/>
        </w:rPr>
        <w:br/>
      </w:r>
      <w:r>
        <w:rPr>
          <w:lang w:eastAsia="zh-CN"/>
        </w:rPr>
        <w:t>　　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__公司管理咨询建设项目建议书》、《__公司管理咨询建设项目调研方案及调研提纲》、《__公司企业文化建设项目调研报告提纲》等相关文件。</w:t>
      </w:r>
      <w:r>
        <w:rPr>
          <w:lang w:eastAsia="zh-CN"/>
        </w:rPr>
        <w:br/>
      </w:r>
      <w:r>
        <w:rPr>
          <w:lang w:eastAsia="zh-CN"/>
        </w:rPr>
        <w:t>　　改变思想，转换角色，严于律己</w:t>
      </w:r>
      <w:r>
        <w:rPr>
          <w:lang w:eastAsia="zh-CN"/>
        </w:rPr>
        <w:br/>
      </w:r>
      <w:r>
        <w:rPr>
          <w:lang w:eastAsia="zh-CN"/>
        </w:rPr>
        <w:t>　　一位优秀的管理咨询顾问，不仅要掌握各行各业丰富的理论知识和实战经验，还必须能从中提炼出其精华之所在，同时结合客户的实际状况，提供整体解决方案。从自身角度考虑，</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一要改变思想，采取“空杯理论”的工作态度，不断提高;</w:t>
      </w:r>
      <w:r>
        <w:rPr>
          <w:lang w:eastAsia="zh-CN"/>
        </w:rPr>
        <w:br/>
      </w:r>
      <w:r>
        <w:rPr>
          <w:lang w:eastAsia="zh-CN"/>
        </w:rPr>
        <w:t>　　二要转换角色，尽快的进入工作状态;</w:t>
      </w:r>
      <w:r>
        <w:rPr>
          <w:lang w:eastAsia="zh-CN"/>
        </w:rPr>
        <w:br/>
      </w:r>
      <w:r>
        <w:rPr>
          <w:lang w:eastAsia="zh-CN"/>
        </w:rPr>
        <w:t>　　三要严于律己，不仅要遵守各种规章制度，也要把公司的企业精神、工作作风融入日常工作，并严格执行。</w:t>
      </w:r>
      <w:r>
        <w:rPr>
          <w:lang w:eastAsia="zh-CN"/>
        </w:rPr>
        <w:br/>
      </w:r>
      <w:r>
        <w:rPr>
          <w:lang w:eastAsia="zh-CN"/>
        </w:rPr>
        <w:t xml:space="preserve">    it新员工试用期工作总结报告 篇4 </w:t>
      </w:r>
      <w:r>
        <w:rPr>
          <w:lang w:eastAsia="zh-CN"/>
        </w:rPr>
        <w:br/>
      </w:r>
      <w:r>
        <w:rPr>
          <w:lang w:eastAsia="zh-CN"/>
        </w:rPr>
        <w:t>　　毕业后的第一份正式工作，__公司为我这个懵懂青年翻开了走进社会的第一扇门。带着期望、忐忑又尽量平和的心进来，却还是因为环境和专业的差异，让我一起先乱了心智和步伐。性格倔强的我是否曾让同事们望见满身的棱角和叛逆，是否也让领导们有过怀疑和无奈。但在我最迷茫无助的时候，是领导的关心和理解给了我新的力气和信念，让我有时机重新调整自己，去更适合自己的岗位上作为。从__公司到__公司的试用期这几个月，我想我已经完成了自身的角色转变，投入工作、融入公司的'气氛里，和同事们友好和谐地相处。现将近段时间以来的试用期工作总结如下：</w:t>
      </w:r>
      <w:r>
        <w:rPr>
          <w:lang w:eastAsia="zh-CN"/>
        </w:rPr>
        <w:br/>
      </w:r>
      <w:r>
        <w:rPr>
          <w:lang w:eastAsia="zh-CN"/>
        </w:rPr>
        <w:t>　　在党政办的岗位上，政治敏锐度不高、思想不够严谨的我，工作</w:t>
      </w:r>
      <w:r>
        <w:rPr>
          <w:lang w:eastAsia="zh-CN"/>
        </w:rPr>
        <w:br/>
      </w:r>
      <w:r>
        <w:rPr>
          <w:lang w:eastAsia="zh-CN"/>
        </w:rPr>
        <w:t>　　中好像还不能尽善尽美，但我坚信自己能英勇地承受组织上的考核，因为我在专心、谨慎的完成自己的职责，并热切地盼望能更大发挥自己的能量为公司做出奉献。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我曾为自己的第一次加班而暗自开心，许多人或许会不解，其实对于我自己来说，意味着真正融入工作的起先。因为可以在新岗位上劳碌起来，因为可以进步和充溢，也因为能为公司做更多有效的事情。</w:t>
      </w:r>
      <w:r>
        <w:rPr>
          <w:lang w:eastAsia="zh-CN"/>
        </w:rPr>
        <w:br/>
      </w:r>
      <w:r>
        <w:rPr>
          <w:lang w:eastAsia="zh-CN"/>
        </w:rPr>
        <w:t>　　感谢公司和组织上对我的造就，让我参与了档案管理培训，虽然处在试用期，但领导的关怀和同事们的亲切让我早早地感觉到了公司给我的归属感。</w:t>
      </w:r>
      <w:r>
        <w:rPr>
          <w:lang w:eastAsia="zh-CN"/>
        </w:rPr>
        <w:br/>
      </w:r>
      <w:r>
        <w:rPr>
          <w:lang w:eastAsia="zh-CN"/>
        </w:rPr>
        <w:t>　　此时此刻在党政办公室的岗位上，我的职责渐渐明确起来，主要负责人事、对外传播还有后勤保障方面的工作，工作状态较为稳定，进入一个按部就班的阶段。平常还帮助、参加团支部、工会的一些事务和活动，而此类活动恰与我的爱好特长颇为贴近，所以表现得较为踊跃。</w:t>
      </w:r>
      <w:r>
        <w:rPr>
          <w:lang w:eastAsia="zh-CN"/>
        </w:rPr>
        <w:br/>
      </w:r>
      <w:r>
        <w:rPr>
          <w:lang w:eastAsia="zh-CN"/>
        </w:rPr>
        <w:t>　　其实，我知道我仍不能掩饰自己的不成熟和缺乏，但我坚信自己真诚而和善，豁达而上进，是一个对生活充溢热忱和期盼的有志青年。我有梦，它会始终鞭策着我踏踏实实的工作，勤勤恳恳的为公司效劳，为着更美妙的明天去奋斗。</w:t>
      </w:r>
      <w:r>
        <w:rPr>
          <w:lang w:eastAsia="zh-CN"/>
        </w:rPr>
        <w:br/>
      </w:r>
      <w:r>
        <w:rPr>
          <w:lang w:eastAsia="zh-CN"/>
        </w:rPr>
        <w:t>　　假如能通过考核，热切期望在将来的工作中，能有领导和同事们的不断提点和指导，通过自身的成熟和进步，更好的为公司效力!</w:t>
      </w:r>
      <w:r>
        <w:rPr>
          <w:lang w:eastAsia="zh-CN"/>
        </w:rPr>
        <w:br/>
      </w:r>
      <w:r>
        <w:rPr>
          <w:lang w:eastAsia="zh-CN"/>
        </w:rPr>
        <w:t xml:space="preserve">    it新员工试用期工作总结报告 篇5 </w:t>
      </w:r>
      <w:r>
        <w:rPr>
          <w:lang w:eastAsia="zh-CN"/>
        </w:rPr>
        <w:br/>
      </w:r>
      <w:r>
        <w:rPr>
          <w:lang w:eastAsia="zh-CN"/>
        </w:rPr>
        <w:t>　　一、培训学习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刚开始进入公司的时候，我完全不懂这份工作应该怎么样去做，如何做好，这些都是不懂的，还好公司对于我们新人都是有一整套的培训，经过将近半个月的培训，我也是能懂得我所在岗位的工作是如何的去进行的，也明白该使用哪些软件，怎么和同事去合作，和哪些同事做一些配合和交接的事宜。这是我熟悉公司的一个阶段，培训的时候不但是让我明白工作岗位该做的事情，对我们的公司，我也了解了很多，对我们的同事，也从刚进公司的时候不认识到现在见面都打招呼，虽然有些同事还是不知道什么名字，但我也知道他是我们公司的了，特别是一些同事和我有相同的一些兴趣爱好，成为了较好的朋友。</w:t>
      </w:r>
      <w:r>
        <w:rPr>
          <w:lang w:eastAsia="zh-CN"/>
        </w:rPr>
        <w:br/>
      </w:r>
      <w:r>
        <w:rPr>
          <w:lang w:eastAsia="zh-CN"/>
        </w:rPr>
        <w:t>　　二、适应工作</w:t>
      </w:r>
      <w:r>
        <w:rPr>
          <w:lang w:eastAsia="zh-CN"/>
        </w:rPr>
        <w:br/>
      </w:r>
      <w:r>
        <w:rPr>
          <w:lang w:eastAsia="zh-CN"/>
        </w:rPr>
        <w:t>　　培训之后，便是熟悉工作的阶段，半个月的时间，我渐渐的上手了，这段时间里也是有很多的困难，虽然是经过了培训，但是学和自己去动手做完全是不一样的，培训当中也有模拟，但真的到了岗位上，那种压力和在培训的时候是不一样的，也更要对自己的工作去负责，不能因为一些疏忽或者一些小的错误而导致了自己没有做好工作。不过这段时间也是得到了领导和同事们的很多帮助，我一些不懂的问题，或者经验不足无法处理的事情，也是同事们给予了我很多的意见和指导，让我能更快的上手，更早的适应工作。</w:t>
      </w:r>
      <w:r>
        <w:rPr>
          <w:lang w:eastAsia="zh-CN"/>
        </w:rPr>
        <w:br/>
      </w:r>
      <w:r>
        <w:rPr>
          <w:lang w:eastAsia="zh-CN"/>
        </w:rPr>
        <w:t>　　三、不足之处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在工作当中，我适应了自己的工作，同时也是慢慢的去更加熟练做好，同时我也是发现了自己有很多的不足需要去改进，新的一些东西我学起来不是那么的快，我也是得不断的去重复，让自己能更好的掌握新东西，在工作当中，遇到问题，不能很高效的解决，总是有些抗拒遇到难题，这也是需要我后续需要再改进的，遇到难的，必须要迎难而上，去认真的处理解决，这样我的工作能力才能得到提高。我的技能水平才有进步。不然的话，反而会退步，毕竟我们的工作如果不持续的去努力，那么很容易就被同事超越，或者被同行超过，那么只会是被淘汰的。</w:t>
      </w:r>
      <w:r>
        <w:rPr>
          <w:lang w:eastAsia="zh-CN"/>
        </w:rPr>
        <w:br/>
      </w:r>
      <w:r>
        <w:rPr>
          <w:lang w:eastAsia="zh-CN"/>
        </w:rPr>
        <w:t>　　试用期已经结束了，对于我来说，我觉得这才只是开始的阶段，后续的工作我要做的更好，学更多，让自己能持续的去进步。</w:t>
      </w:r>
      <w:r>
        <w:rPr>
          <w:lang w:eastAsia="zh-CN"/>
        </w:rPr>
        <w:br/>
      </w:r>
      <w:r>
        <w:rPr>
          <w:lang w:eastAsia="zh-CN"/>
        </w:rPr>
        <w:t xml:space="preserve">    it新员工试用期工作总结报告 篇6 </w:t>
      </w:r>
      <w:r>
        <w:rPr>
          <w:lang w:eastAsia="zh-CN"/>
        </w:rPr>
        <w:br/>
      </w:r>
      <w:r>
        <w:rPr>
          <w:lang w:eastAsia="zh-CN"/>
        </w:rPr>
        <w:t>　　首先，我非常感谢领导们在百忙之中抽出宝贵的时间来阅读我的工作总结，我很荣幸成为贵公司的一员。</w:t>
      </w:r>
      <w:r>
        <w:rPr>
          <w:lang w:eastAsia="zh-CN"/>
        </w:rPr>
        <w:br/>
      </w:r>
      <w:r>
        <w:rPr>
          <w:lang w:eastAsia="zh-CN"/>
        </w:rPr>
        <w:t>　　入职快三个月了。在这几个月里，在领导和同事的帮助下，我了解了很多工作流程。后来经过公司的专业培训，了解了以“用心服务，用心做事，务实高效，开拓进取”为核心的企业文化和各项规章制度。</w:t>
      </w:r>
      <w:r>
        <w:rPr>
          <w:lang w:eastAsia="zh-CN"/>
        </w:rPr>
        <w:br/>
      </w:r>
      <w:r>
        <w:rPr>
          <w:lang w:eastAsia="zh-CN"/>
        </w:rPr>
        <w:t>　　第一，用心服务，用心做事</w:t>
      </w:r>
      <w:r>
        <w:rPr>
          <w:lang w:eastAsia="zh-CN"/>
        </w:rPr>
        <w:br/>
      </w:r>
      <w:r>
        <w:rPr>
          <w:lang w:eastAsia="zh-CN"/>
        </w:rPr>
        <w:t>　　在工作中，我对来访的客人彬彬有礼，保持热情，耐心帮助他们。当我不能回答他们的问题时，我会向主任和老同事征求意见，并给他们答案。我一直认为我在工作中是代表公司的，在处理违法违规行为时，我做到了“礼貌第一”。我不摆架子，耐心的和他们沟通，和他们交谈，避免和他们发生冲突，影响公司形象。</w:t>
      </w:r>
      <w:r>
        <w:rPr>
          <w:lang w:eastAsia="zh-CN"/>
        </w:rPr>
        <w:br/>
      </w:r>
      <w:r>
        <w:rPr>
          <w:lang w:eastAsia="zh-CN"/>
        </w:rPr>
        <w:t>　　二、遵守制度，敢于管好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在施工期间，我按照制度和程序管理工人，每天严格检查进出人员和货物，避免可疑人员进入和公司财产被盗；对于那些不到位的安全措施，如：“进入施工区域不戴安全帽，高空作业不系安全带；动火作业等没有灭火设施。我将按照公司的制度和程序进行整改，落实各项安全措施，确保施工过程中零事故。</w:t>
      </w:r>
      <w:r>
        <w:rPr>
          <w:lang w:eastAsia="zh-CN"/>
        </w:rPr>
        <w:br/>
      </w:r>
      <w:r>
        <w:rPr>
          <w:lang w:eastAsia="zh-CN"/>
        </w:rPr>
        <w:t>　　第三，努力，孜孜不倦</w:t>
      </w:r>
      <w:r>
        <w:rPr>
          <w:lang w:eastAsia="zh-CN"/>
        </w:rPr>
        <w:br/>
      </w:r>
      <w:r>
        <w:rPr>
          <w:lang w:eastAsia="zh-CN"/>
        </w:rPr>
        <w:t>　　领导的安排完全服从，毫不妥协的执行。我以“最后一分钟”的心态工作，一如既往地做好日常工作。生活中也很关心同事，经常和他们聊天交流。当他们不开心的时候，我会开导他们，给他们讲笑话，让他们开心。我总是问他们作为学者的工作经验。</w:t>
      </w:r>
      <w:r>
        <w:rPr>
          <w:lang w:eastAsia="zh-CN"/>
        </w:rPr>
        <w:br/>
      </w:r>
      <w:r>
        <w:rPr>
          <w:lang w:eastAsia="zh-CN"/>
        </w:rPr>
        <w:t>　　我在工作中也有很多不足，但我总是以“合格公司员工”的标准要求自己，以同事为榜样提醒自己，努力做一个合格的人（公司名），在这个大舞台上展现自己，为公司的荣耀做贡献。</w:t>
      </w:r>
      <w:r>
        <w:rPr>
          <w:lang w:eastAsia="zh-CN"/>
        </w:rPr>
        <w:br/>
      </w:r>
      <w:r>
        <w:rPr>
          <w:lang w:eastAsia="zh-CN"/>
        </w:rPr>
        <w:t xml:space="preserve">    it新员工试用期工作总结报告 篇7 </w:t>
      </w:r>
      <w:r>
        <w:rPr>
          <w:lang w:eastAsia="zh-CN"/>
        </w:rPr>
        <w:br/>
      </w:r>
      <w:r>
        <w:rPr>
          <w:lang w:eastAsia="zh-CN"/>
        </w:rPr>
        <w:t>　　从报到的那一天开始，我就被安排到小区支行，给我的感觉，这里的同事都特别的友善，不计较个人得失，对于我这个新来的员工，都是毫无保留，有什么就教给什么。</w:t>
      </w:r>
      <w:r>
        <w:rPr>
          <w:lang w:eastAsia="zh-CN"/>
        </w:rPr>
        <w:br/>
      </w:r>
      <w:r>
        <w:rPr>
          <w:lang w:eastAsia="zh-CN"/>
        </w:rPr>
        <w:t>　　_月号开始，我就加入了工作，先认识了一些硬件设施，学习了怎么填写各种单据，有定期存单、存折开户，开户，转账、汇款单据的填写，跨行转账，挂失单的填写，以及各种特殊业务，比如更换工资存折，消磁换本，消磁换卡，维护个人信息等。这些在一开始对于我来说都是新的，从未接触过，我就拿笔和本做笔记，说过的东西以便事后再慢慢消化。同时，在大厅要学会怎么说标准的服务用语。</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客观原因所致，客户很多，时刻都会出现客户咨询问题的情况，还有柜员机的一些使用方法，经常，问我的问题我都无从回答，我只好再跟同事们问，然后再答复客户，很长一段时间，经常会听到客户说我是新来的，感觉自己很没面子，心想，一定要早点终结对我的这种评价。我要成为一名的老员工。</w:t>
      </w:r>
      <w:r>
        <w:rPr>
          <w:lang w:eastAsia="zh-CN"/>
        </w:rPr>
        <w:br/>
      </w:r>
      <w:r>
        <w:rPr>
          <w:lang w:eastAsia="zh-CN"/>
        </w:rPr>
        <w:t>　　不管面对什么，首先问清办什么业务，然后自己心里明白该用哪个交易码，认真做好每一步，敲对每一下键盘，不能忘了让客户签字，有些是给客户的回执，相当一部分是签完字银行留存的，不能少了单据，错误无大小，一旦出错很麻烦。办业务讲究速度，更重要的是精准。认真、微笑服务好每一位顾客，不急不躁，来去有迎有送，这就是服务的窗口。</w:t>
      </w:r>
      <w:r>
        <w:rPr>
          <w:lang w:eastAsia="zh-CN"/>
        </w:rPr>
        <w:br/>
      </w:r>
      <w:r>
        <w:rPr>
          <w:lang w:eastAsia="zh-CN"/>
        </w:rPr>
        <w:t>　　不再记得度过了多少个日日夜夜，我从外面转入里面了，刚到柜台，不知所措，看着别人操作很简单，我自己却是摸不着头脑，就坐在同事的后面看人家怎么操作，怎么跟客户交流，电脑屏幕上哪些是该捕捉的重点信息，不同的业务的不同做法。开工资的最简单，也是我最先掌握住的。</w:t>
      </w:r>
      <w:r>
        <w:rPr>
          <w:lang w:eastAsia="zh-CN"/>
        </w:rPr>
        <w:br/>
      </w:r>
      <w:r>
        <w:rPr>
          <w:lang w:eastAsia="zh-CN"/>
        </w:rPr>
        <w:t>　　经过数天的学习，自己也或多或少悟出了其中的道理，后来就自己在窗口办业务，从拙劣到一点点熟练，同事们都在热心地告诉我我所不会的，很感激。有时觉得一些业务很繁琐，也有过厌倦，但客户来了，决不能拒绝，银行就是为客户服务的，刚开始，_很不习惯，经常犯错，但后来接触的多了也就会了，熟练了，经历了这个过程感觉很有成就感。挂失业务也是非常令我伤脑筋，活期、定期存折，_尤其是卡丢了的情况，有时会打错单子，就更使得业务繁琐，还好有同事不厌其烦地指正，给自己一次次提醒。</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盖章和签字是必不可少的内容，有的要盖公章，有的要盖讫章，有的要盖结清、提前支取或部分提前支取章，有的不能少了个人名章，存取大数额的要主管授权签字，点好钱，钱是绝对不能差的，手点，机点，都是必须的，跟客户核实好钱数，在此基础上才能保证业务不出差错。假币有时也会不期而至，这就更要擦亮我们的眼睛，看清每一张不同面额的钞票，进来的假币一律不能再递出窗口，这是行规，更是原则，但要和客户解释清楚，只有得到客户的配合，才有我们不断提升的业绩，因此，我们更要服务群众，奉献社会。</w:t>
      </w:r>
      <w:r>
        <w:rPr>
          <w:lang w:eastAsia="zh-CN"/>
        </w:rPr>
        <w:br/>
      </w:r>
      <w:r>
        <w:rPr>
          <w:lang w:eastAsia="zh-CN"/>
        </w:rPr>
        <w:t>　　有些还需要个人身份证件以及复印件、核实件，一切都要心中有数，该怎么做信手拈来。工作中，很重要的一点，我们不能忘记要善于发现目标客户，积极主动营销我们的各项产品，比如信用卡，电子银行，保险，基金等，本着为客户着想、负责的态度向客户推荐，尽可能达到预期目的。</w:t>
      </w:r>
      <w:r>
        <w:rPr>
          <w:lang w:eastAsia="zh-CN"/>
        </w:rPr>
        <w:br/>
      </w:r>
      <w:r>
        <w:rPr>
          <w:lang w:eastAsia="zh-CN"/>
        </w:rPr>
        <w:t>　　一天的工作从押账开始，又从结账结束，早起，晨会完，开始准备，拨好日期，开始一天紧张忙碌的工作，晚上到下班时间，更要点清手里的钱和重要空白凭证。小事不计较，大事有原则，但是，银行工作没小事。</w:t>
      </w:r>
      <w:r>
        <w:rPr>
          <w:lang w:eastAsia="zh-CN"/>
        </w:rPr>
        <w:br/>
      </w:r>
      <w:r>
        <w:rPr>
          <w:lang w:eastAsia="zh-CN"/>
        </w:rPr>
        <w:t>　　再多的文字不能表达我此时的感受，在_在工作是我的荣幸，结识了这些同事是我更大的荣幸，感谢亲朋对我工作的支持，感谢各位领导的关怀和每一位同事的帮助，今后定当加倍认真努力地工作，以优异的业绩作为回报大家的礼物。</w:t>
      </w:r>
      <w:r>
        <w:rPr>
          <w:lang w:eastAsia="zh-CN"/>
        </w:rPr>
        <w:br/>
      </w:r>
      <w:r>
        <w:rPr>
          <w:lang w:eastAsia="zh-CN"/>
        </w:rPr>
        <w:t xml:space="preserve">    it新员工试用期工作总结报告 篇8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三个月的试用期就这样结束了，回首过去的三个月的时间里面，自己的内心不仅感慨万千，这是我人生中非常珍贵的一段经历，也给我留下了精彩和美好的回忆。虽然没有轰轰烈烈的战果，但是也经历了一番不平凡的考验和磨砺，在这段时间的工作学习之中。对于我们公司有了一个比较完整的认知，对于公司的发展历史和管理，以及个人的工作岗位都有了一个比较清晰的认知，在熟悉工作的过程之中，我也慢慢领会到了。</w:t>
      </w:r>
      <w:r>
        <w:rPr>
          <w:lang w:eastAsia="zh-CN"/>
        </w:rPr>
        <w:br/>
      </w:r>
      <w:r>
        <w:rPr>
          <w:lang w:eastAsia="zh-CN"/>
        </w:rPr>
        <w:t>　　公司的承担，探索超越的精神，团结协作，开拓创新，为我们公司的稳步发展增添新的活力。我的工作主要是行政管理工作，物资管理以及办公室的日常工作，在工作中我会努力做好自己的本职工作，提高工作效率和工作质量，因为没有工作经验，所以在一开始的时候，经常会出现问题，在这里非常感谢领导和同事们的热心帮助，让我及时发现了工作中的不足，并且认真更正工作中不断总结经验教训，再后来我也熟悉了每天的工作，及时提交各种报表，做到主动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经过4月中旬去北京的培训之后，我对于自己的本职工作有了更加深刻的认知，特别是工作中的一些细节的问题，还有同事和领导们提出的讨论的问题，都让我有了一个比较清楚的认知，在工作之中需要同事之间的团结合作，这一点是非常重要的，也是加入公司以来，同事们给我带来最深的影响。当然了，我再公布自动还存在着缺点和做不到位的地方，我会继续努力工作，学习在以后一定会尽力做到超越，我相信经过努力之后，我的工作会做得越来越好。在这里面对试用期的工作情况和心得体会作出汇报之后，我想要借这个机会正式的向公司领导提出转正的请求，希望公司领导。能够对我的工作态度，工作能力和表现以及正式员工的要求做一个全面的考量。</w:t>
      </w:r>
      <w:r>
        <w:rPr>
          <w:lang w:eastAsia="zh-CN"/>
        </w:rPr>
        <w:br/>
      </w:r>
      <w:r>
        <w:rPr>
          <w:lang w:eastAsia="zh-CN"/>
        </w:rPr>
        <w:t xml:space="preserve">    it新员工试用期工作总结报告 篇9 </w:t>
      </w:r>
      <w:r>
        <w:rPr>
          <w:lang w:eastAsia="zh-CN"/>
        </w:rPr>
        <w:br/>
      </w:r>
      <w:r>
        <w:rPr>
          <w:lang w:eastAsia="zh-CN"/>
        </w:rPr>
        <w:t>　　经过三个月的学习与工作，我对自己的工作认真思考并记录下来，以作为自己工作的一个阶段性总结，同时向公司领导汇报我的工作，请领导审查并给予同意我的转正申请。</w:t>
      </w:r>
      <w:r>
        <w:rPr>
          <w:lang w:eastAsia="zh-CN"/>
        </w:rPr>
        <w:br/>
      </w:r>
      <w:r>
        <w:rPr>
          <w:lang w:eastAsia="zh-CN"/>
        </w:rPr>
        <w:t>　　首先感谢公司人力资源部认可、招聘我进入公司，并对我全方面的培训，给予我在公司发展的机会。感谢领导和同事给予我无时不在的培训、教导与帮助，使我在短短的三个月时间里能学到最多的知识和信息，并得以提高。下面是我这三个月来的总结</w:t>
      </w:r>
      <w:r>
        <w:rPr>
          <w:lang w:eastAsia="zh-CN"/>
        </w:rPr>
        <w:br/>
      </w:r>
      <w:r>
        <w:rPr>
          <w:lang w:eastAsia="zh-CN"/>
        </w:rPr>
        <w:t>　　一、日常工作</w:t>
      </w:r>
      <w:r>
        <w:rPr>
          <w:lang w:eastAsia="zh-CN"/>
        </w:rPr>
        <w:br/>
      </w:r>
      <w:r>
        <w:rPr>
          <w:lang w:eastAsia="zh-CN"/>
        </w:rPr>
        <w:t>　　1、认真学习公司人力资源部组织的对公司历史、制度等的培训，对我公司有了更深刻和完整的认识。相信随着公司的发展，自己也一定会有大的进步。</w:t>
      </w:r>
      <w:r>
        <w:rPr>
          <w:lang w:eastAsia="zh-CN"/>
        </w:rPr>
        <w:br/>
      </w:r>
      <w:r>
        <w:rPr>
          <w:lang w:eastAsia="zh-CN"/>
        </w:rPr>
        <w:t>　　2、在公司对新员工的培训期间，我努力学习公司整体情况及产品系统知识，熟练掌握了产品系统各部分的作用、工作原理、结构、特点、材料等等情况，为今后业务工作的开展而奠定坚实的基础。</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3、在短时间内掌握更多的行业知识，并且在后期的工作中随时学习补充行业知识的学习。不仅在学习期间努力学习行业知识，为自己尽快进入工作角色而准备，并且要想将业务工作做的更加出色突出，融入到这个行业中来，在工作过程中努力广交朋友，学习行业知识，在业务工作中，互通信息，互相学习，为在这个行业中长期发展而努力。</w:t>
      </w:r>
      <w:r>
        <w:rPr>
          <w:lang w:eastAsia="zh-CN"/>
        </w:rPr>
        <w:br/>
      </w:r>
      <w:r>
        <w:rPr>
          <w:lang w:eastAsia="zh-CN"/>
        </w:rPr>
        <w:t>　　4、仔细学习了商务知识。对商务知识的培训也丝毫没有松懈，使得我们认识清楚业务员成功必备的素质，也使得我们在业务工作与人沟通中细节上的胜出增加一筹。使我们增强了成功的信心。</w:t>
      </w:r>
      <w:r>
        <w:rPr>
          <w:lang w:eastAsia="zh-CN"/>
        </w:rPr>
        <w:br/>
      </w:r>
      <w:r>
        <w:rPr>
          <w:lang w:eastAsia="zh-CN"/>
        </w:rPr>
        <w:t>　　二、工作感悟</w:t>
      </w:r>
      <w:r>
        <w:rPr>
          <w:lang w:eastAsia="zh-CN"/>
        </w:rPr>
        <w:br/>
      </w:r>
      <w:r>
        <w:rPr>
          <w:lang w:eastAsia="zh-CN"/>
        </w:rPr>
        <w:t>　　1、感谢公司对我们业务工作的支持。公司为方便我们业务员的工作开展，为我们配备了笔记本电脑、公司企业形象介绍PPT，产品系统工艺流程演示，使得我们在工作过程中查找项目和介绍产品信息提供了方便快捷。同时也提升了公司的形象，增加业务成功的筹码。</w:t>
      </w:r>
      <w:r>
        <w:rPr>
          <w:lang w:eastAsia="zh-CN"/>
        </w:rPr>
        <w:br/>
      </w:r>
      <w:r>
        <w:rPr>
          <w:lang w:eastAsia="zh-CN"/>
        </w:rPr>
        <w:t>　　2、勤奋是业务工作的首要前提。在学习和准备期间，勤奋学习产品知识，认真学习公司组织的各类培训，并做好学习笔记、工作日记，反复组织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3、善于学习和总结。“学而不思则罔，思而不学则殆”，在工作过程中要善于对工作过程的事物进行总结思考，对项目信息总结思考，对工作方法总结思考，对业态总结思考，都是工作并能取得提高的条件，如果一个人只是机械地工作而不去总结和思考，那他是不会进步的。而总结思考之后不去实践自己的想法，那也是无济于事，于事无补的，等于空想，也不会取得进步。</w:t>
      </w:r>
      <w:r>
        <w:rPr>
          <w:lang w:eastAsia="zh-CN"/>
        </w:rPr>
        <w:br/>
      </w:r>
      <w:r>
        <w:rPr>
          <w:lang w:eastAsia="zh-CN"/>
        </w:rPr>
        <w:t>　　4、工作进步是要讲求方法的。方法是在工作一段时间后，回顾前期的工作之后，总结出来，并予以践行的。工作方法的改进，是一个循序渐进的工作，是一个长期的过程，而且更是一个不断总结不断改进的过程。</w:t>
      </w:r>
      <w:r>
        <w:rPr>
          <w:lang w:eastAsia="zh-CN"/>
        </w:rPr>
        <w:br/>
      </w:r>
      <w:r>
        <w:rPr>
          <w:lang w:eastAsia="zh-CN"/>
        </w:rPr>
        <w:t>　　5、业务工作全力以赴。全力以赴自己的工作，竭尽全力去获得各个方面的信息，思考成功的关键所在，并且全力以赴使用各种方法获得关键人物对我公司技术的认可，以在招标时获得最终的成功。</w:t>
      </w:r>
      <w:r>
        <w:rPr>
          <w:lang w:eastAsia="zh-CN"/>
        </w:rPr>
        <w:br/>
      </w:r>
      <w:r>
        <w:rPr>
          <w:lang w:eastAsia="zh-CN"/>
        </w:rPr>
        <w:t>　　新员工试用期工作总结</w:t>
      </w:r>
      <w:r>
        <w:rPr>
          <w:lang w:eastAsia="zh-CN"/>
        </w:rPr>
        <w:br/>
      </w:r>
      <w:r>
        <w:rPr>
          <w:lang w:eastAsia="zh-CN"/>
        </w:rPr>
        <w:t>　　在公司工作已经有几个月了，从进公司时的一无所知到现在，我学到了也领悟到了很多东西，在销售过程中我经常会遇到很多问题，每一次问题出现，都看作是提升自己的一次考验，在这样的过程中也在不断的提升自己的技能。以下是我在这几个月中所学到的：</w:t>
      </w:r>
      <w:r>
        <w:rPr>
          <w:lang w:eastAsia="zh-CN"/>
        </w:rPr>
        <w:br/>
      </w:r>
      <w:r>
        <w:rPr>
          <w:lang w:eastAsia="zh-CN"/>
        </w:rPr>
        <w:t>　　一、心态方面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做任何工作，都要全身心的投入才能做好，作为一名销售人员，我始终认为，勤奋和一个稳定积极的心态是成功的关键。不放走任何一个从你柜台经过的顾客，把握住每一次机会，热情的接待每一位顾客，尽可能的促进成交。没有淡的市场，只有淡的心。卖得好的时候，把之后的每个客户当今天的最后一个客户来对待;卖的不好的时候，把每个客户都当第一个客户来对待。决不让上一个单子影响到自己的心情。时刻感恩，每个顾客都能帮助自己成长;时刻自省，每个细节都能让自己提升。自律很重要，保持良好的饮食和作息，让自己保持健康才有更充沛的精力去做好工作。坚持不懈，持之以恒。对自己的工作和顾客保持好刚开始的热情。加强团队合作意识，和同事互帮互助。</w:t>
      </w:r>
      <w:r>
        <w:rPr>
          <w:lang w:eastAsia="zh-CN"/>
        </w:rPr>
        <w:br/>
      </w:r>
      <w:r>
        <w:rPr>
          <w:lang w:eastAsia="zh-CN"/>
        </w:rPr>
        <w:t>　　二、销售技巧方面</w:t>
      </w:r>
      <w:r>
        <w:rPr>
          <w:lang w:eastAsia="zh-CN"/>
        </w:rPr>
        <w:br/>
      </w:r>
      <w:r>
        <w:rPr>
          <w:lang w:eastAsia="zh-CN"/>
        </w:rPr>
        <w:t>　　接待客人的时候，首先要让顾客接受你这个人，他才会有兴趣听你的介绍;搞清楚客人最重要的是用什么功能我们再重点介绍他需要的功能，在给客人演示的时候一定要熟练的操作，而且在介绍产品时切忌夸大其词，说话真诚、实在，顾客才会相信你，觉得你不仅专业，而且诚信，为他着想。在得到客人信任的同时就要趁热打铁，促成交易。从接到顾客到推荐机型的过程中，要迅速了解顾客今天是否买、顾客的需求、顾客的预算。基于这些整理自己的思路，推荐自己想卖的顾客觉得物有所值的机型。</w:t>
      </w:r>
      <w:r>
        <w:rPr>
          <w:lang w:eastAsia="zh-CN"/>
        </w:rPr>
        <w:br/>
      </w:r>
      <w:r>
        <w:rPr>
          <w:lang w:eastAsia="zh-CN"/>
        </w:rPr>
        <w:t>　　谈单过程中要认真倾听顾客的每一句话以及他们的神态，来判断顾客的性格以及购买意向，以及分析顾客的购买点和抗拒点。</w:t>
      </w:r>
      <w:r>
        <w:rPr>
          <w:lang w:eastAsia="zh-CN"/>
        </w:rPr>
        <w:br/>
      </w:r>
      <w:r>
        <w:rPr>
          <w:lang w:eastAsia="zh-CN"/>
        </w:rPr>
        <w:t>　　任何时候，先稳住客户再说，不管客户说什么观点，都先去认同他，在帮他分析并引出自己的意见，帮顾客分析时将其往自己想卖的机型特点去引导，要转型时一定要提前去做相关各方面优势上的铺垫，让顾客容易接受。</w:t>
      </w:r>
      <w:r>
        <w:rPr>
          <w:lang w:eastAsia="zh-CN"/>
        </w:rPr>
        <w:br/>
      </w:r>
      <w:r>
        <w:rPr>
          <w:lang w:eastAsia="zh-CN"/>
        </w:rPr>
        <w:t>　　熟悉自己产品的卖点，并找出不同品牌和不同机型各方面的差异性。客户信息要及时跟进，做好客户关系。</w:t>
      </w:r>
      <w:r>
        <w:rPr>
          <w:lang w:eastAsia="zh-CN"/>
        </w:rPr>
        <w:br/>
      </w:r>
      <w:r>
        <w:rPr>
          <w:lang w:eastAsia="zh-CN"/>
        </w:rPr>
        <w:t>　　三、转正后计划</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努力完成公司下达的销售任务，认认真真做好自己的本职工作，不断的学习和提升自己的销售技巧，从各方面来提升自己的能力，争取达到五星销售顾问的标准。每月争取帮助店面达成任务，遵循公司的规章制度。绝不放弃和公司共同成长的机会。</w:t>
      </w:r>
      <w:r>
        <w:rPr>
          <w:lang w:eastAsia="zh-CN"/>
        </w:rPr>
        <w:br/>
      </w:r>
      <w:r>
        <w:rPr>
          <w:lang w:eastAsia="zh-CN"/>
        </w:rPr>
        <w:t xml:space="preserve">    it新员工试用期工作总结报告 篇10 </w:t>
      </w:r>
      <w:r>
        <w:rPr>
          <w:lang w:eastAsia="zh-CN"/>
        </w:rPr>
        <w:br/>
      </w:r>
      <w:r>
        <w:rPr>
          <w:lang w:eastAsia="zh-CN"/>
        </w:rPr>
        <w:t>　　春暖乍寒的_月，经过笔试、面试和满心的期待，我成为__公司的一名员工，这份工作来之不易。因为今年的大经济环境不好，各企业也受到一定的冲击，找工作变得异常艰难。在此我感谢__公司给我一个就业的机会。</w:t>
      </w:r>
      <w:r>
        <w:rPr>
          <w:lang w:eastAsia="zh-CN"/>
        </w:rPr>
        <w:br/>
      </w:r>
      <w:r>
        <w:rPr>
          <w:lang w:eastAsia="zh-CN"/>
        </w:rPr>
        <w:t>　　入职的第一天，我看到了员工脸上洋溢的自信，它源于领导无微不至的关怀，源于公司全体同事团结、平等、互助、共同向上的精神。公司的领导对工作的精益求精，对员工的无微不至的关怀，让我感动，我为之自豪。这种自豪感将会使我更有激情地投入到工作中去。这种自豪感让我把自己的命运和前途和公司绑到了一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对于进入一个全新工作环境的新员工来说，尽管在过去的工作中，我积累了一定工作经验，但我刚进入公司的第一天，不免还是有点压力。然而这种紧张情绪在公司领导和同事的关怀、帮助和感染下很快就烟消云散了。为了能尽早地适应工作环境，我主动去了解公司的创办史、未来发展规划及公司的制度，我还了解到公司以其独特的管理之道为员工创造的发展环境和发展空间，鼓励和帮助每位员工不断改革和创新、奖励挑战并超越自我的表现，激发员工个人与公司事业的共同发展，所有的这些都让我深深地感受到公司人性化的管理，我想，正是因为这种人性化的管理，使每一个员工都能积极的投入到工作中去。</w:t>
      </w:r>
      <w:r>
        <w:rPr>
          <w:lang w:eastAsia="zh-CN"/>
        </w:rPr>
        <w:br/>
      </w:r>
      <w:r>
        <w:rPr>
          <w:lang w:eastAsia="zh-CN"/>
        </w:rPr>
        <w:t>　　让我震撼的是公司有着严格的制度，和富有健康、生机的企业文化，让我领略了集团公司特有的风范。这些严谨的制度是公司从成立到今天智慧的结晶。不容置疑，执行没有任何借口。离开了这个制度，就会使航行偏离航道，走向极端。我要做忠诚的制度拥护者和坚强的执行者。我深知“没有规矩，不成方圆”的道理。又深知离开制度，做人做事没有了准绳。正因为公司有了严谨的制度，才得以发展、壮大，才有了今天的辉煌。</w:t>
      </w:r>
      <w:r>
        <w:rPr>
          <w:lang w:eastAsia="zh-CN"/>
        </w:rPr>
        <w:br/>
      </w:r>
      <w:r>
        <w:rPr>
          <w:lang w:eastAsia="zh-CN"/>
        </w:rPr>
        <w:t>　　在这里，我喜欢现在的对于我来说，这是一个区别于以往的新环境，所接触的人和事物一切都是新的。作为新员工，我会去主动了解、适应环境，同时也要将自己优越的方面展现给公司，在充分信任和合作的基础上会建立良好的人际关系。除此之外，我还要时刻保持着学习激情，不断地补充专业知识，以适应公司发展。在工作中我可能会有迷惑，但是我相信只要能端正心态、有十足的信心勇敢地走下去，就一定会取得成功。</w:t>
      </w:r>
      <w:r>
        <w:rPr>
          <w:lang w:eastAsia="zh-CN"/>
        </w:rPr>
        <w:br/>
      </w:r>
      <w:r>
        <w:rPr>
          <w:lang w:eastAsia="zh-CN"/>
        </w:rPr>
        <w:t xml:space="preserve">    it新员工试用期工作总结报告 篇11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转眼我来到贵公司已经有近两个月的时间了，这是我从人生中最珍贵的经历，也给我留下了精彩而美好的回忆。在这两个月的试用期中，我学到了许多。作为一个应届毕业生初来公司，刚开始很担心不知如何与同事共处、如何做好工作。但是这两个月以来，在公司宽松融洽的工作氛围下，经过项目领导和同事的悉心关怀和耐心指导，我很快的完成了从学生到职员的转变，在较短的时间内适应了公司的工作环境，也基本熟悉了项目的整个工作流程。作为公司的一员，我也会时刻保持在公司里的责任感和使命感，去迎接我未来的工作，人是在不断总结和反省中提炼和进步的，在此我对两个月的试用期作一个总结：</w:t>
      </w:r>
      <w:r>
        <w:rPr>
          <w:lang w:eastAsia="zh-CN"/>
        </w:rPr>
        <w:br/>
      </w:r>
      <w:r>
        <w:rPr>
          <w:lang w:eastAsia="zh-CN"/>
        </w:rPr>
        <w:t>　　1、实际项目的锻炼与学习</w:t>
      </w:r>
      <w:r>
        <w:rPr>
          <w:lang w:eastAsia="zh-CN"/>
        </w:rPr>
        <w:br/>
      </w:r>
      <w:r>
        <w:rPr>
          <w:lang w:eastAsia="zh-CN"/>
        </w:rPr>
        <w:t>　　对于刚刚学校毕业的我来说，从事设计工作是机遇也是挑战。在刚刚开始工作的这段时间，先后直接或间接接触了不少的项目，比如贵州三个服务区、遵义收费站、沪宁高速玉祁收费站改造等等。项目类型不尽相同，在做这些项目的时候，需要翻阅很多的规范，这对我来说，意味着很多的知识要学习。还好，这段时间在周围同事和前辈的帮助下，很多专业上的问题得到了解答。在这个过程中，可以说工作和学习是同时进行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在我来到贵公司之前，我从未接触过实际项目，做实际项目对我来说是个全新的领域，不但是知识方面不够，而且从形式上，做事的方法上也完全区别于我以前的的认识，我突然感觉到全所未有的压力感紧迫感，在不打扰同事工作的前提下，我尽可能的请教他们，当然主要还要靠自己学习，在工作空隙我查阅各种资料，不断学习关于建筑设计方面的知识，以便更好的做好工作。工作不久后我就开始接触和设计项目，我第一个参与的项目是贵州服务区项目，这个项目从各个方面考验我的知识是否适应这项工作，包括与个专业的沟通协调能力，因为项目的设计需要各专业的配合来完成，这就使我在不断学习本专业的知识的情况下，也通过工作和配合来了解和本专业相关的其他专业的知识，以便于更好的完成项目设计。下班后，我也不断的学习设计软件的应用来加强我的画图能力，以便保证设计图纸的效率。</w:t>
      </w:r>
      <w:r>
        <w:rPr>
          <w:lang w:eastAsia="zh-CN"/>
        </w:rPr>
        <w:br/>
      </w:r>
      <w:r>
        <w:rPr>
          <w:lang w:eastAsia="zh-CN"/>
        </w:rPr>
        <w:t>　　2、存在的问题和今后努力的方向</w:t>
      </w:r>
      <w:r>
        <w:rPr>
          <w:lang w:eastAsia="zh-CN"/>
        </w:rPr>
        <w:br/>
      </w:r>
      <w:r>
        <w:rPr>
          <w:lang w:eastAsia="zh-CN"/>
        </w:rPr>
        <w:t>　　由于刚刚步入社会，参加工作的时间不长，自己的理论水平、专业知识、工作经验还是很欠缺的。而且工作中有些时候比较懒散，不够认真积极，工作效率有待提高。这要求我在以后的工作与学习中，更加努力的边学习边实践，熟悉设计规范，认真提高专业知识水平，加强责任心，为设计院的快速发展，为公司经济跨越式发展，贡献自己应该贡献的力量。主要会做以下几个方面的努力：</w:t>
      </w:r>
      <w:r>
        <w:rPr>
          <w:lang w:eastAsia="zh-CN"/>
        </w:rPr>
        <w:br/>
      </w:r>
      <w:r>
        <w:rPr>
          <w:lang w:eastAsia="zh-CN"/>
        </w:rPr>
        <w:t>　　第一，加强学习，拓宽知识面。努力学习专业知识与相关的经验，多向领导及同事等有经验的人请教;</w:t>
      </w:r>
      <w:r>
        <w:rPr>
          <w:lang w:eastAsia="zh-CN"/>
        </w:rPr>
        <w:br/>
      </w:r>
      <w:r>
        <w:rPr>
          <w:lang w:eastAsia="zh-CN"/>
        </w:rPr>
        <w:t>　　第二，本着实事求是的原则，积极做好自己的本职工作，不拖拉;</w:t>
      </w:r>
      <w:r>
        <w:rPr>
          <w:lang w:eastAsia="zh-CN"/>
        </w:rPr>
        <w:br/>
      </w:r>
      <w:r>
        <w:rPr>
          <w:lang w:eastAsia="zh-CN"/>
        </w:rPr>
        <w:t>　　第三，遵守公司内部规章制度，维护公司利益，积极为公司创造更高价值，力争取得更大的工作成绩。</w:t>
      </w:r>
      <w:r>
        <w:rPr>
          <w:lang w:eastAsia="zh-CN"/>
        </w:rPr>
        <w:br/>
      </w:r>
      <w:r>
        <w:rPr>
          <w:lang w:eastAsia="zh-CN"/>
        </w:rPr>
        <w:t>　　第四，尽快的熟练和使用cad和其他新的设计软件，提高自己的业务能力</w:t>
      </w:r>
      <w:r>
        <w:rPr>
          <w:lang w:eastAsia="zh-CN"/>
        </w:rPr>
        <w:br/>
      </w:r>
      <w:r>
        <w:rPr>
          <w:lang w:eastAsia="zh-CN"/>
        </w:rPr>
        <w:t>　　第五，加强其他方面知识的学习，拓宽自己对建筑的知识面，了解更多的于建筑相关的信息等等。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在公司的这段时间里，我学到了很多，感悟了很多。看到公司良好的发展势头，我深深地感到骄傲和自豪，因此我更加迫切的希望能以一名正式员工的身份为公司工作，实现自己的奋斗目标，体现自己的价值，和公司共同成长。我一定会用谦虚的态度和饱满的热情做好我的本职工作，为公司创造价值，同公司一起展望美好的未来!</w:t>
      </w:r>
      <w:r>
        <w:rPr>
          <w:lang w:eastAsia="zh-CN"/>
        </w:rPr>
        <w:br/>
      </w:r>
      <w:r>
        <w:rPr>
          <w:lang w:eastAsia="zh-CN"/>
        </w:rPr>
        <w:t xml:space="preserve">    it新员工试用期工作总结报告 篇12 </w:t>
      </w:r>
      <w:r>
        <w:rPr>
          <w:lang w:eastAsia="zh-CN"/>
        </w:rPr>
        <w:br/>
      </w:r>
      <w:r>
        <w:rPr>
          <w:lang w:eastAsia="zh-CN"/>
        </w:rPr>
        <w:t>　　时间一晃而过，转眼间到公司两个月了。算算来了60天1440个小时86400分5184000秒左右。这是我人生中弥足珍贵的一段经历。在这段时间里各级领导在工作上给予了我极大的帮助，在生活上给予了我极大的关心，让我充分感受到了领导们海纳百川的胸襟，感受到了人不经历风雨，怎能见彩虹的豪气。在对培训学院肃然起敬的同时，也为我有机会成方阵培训学院的一份子而自豪。在这短短的两个月的时间里，在领导和同事们的悉心关怀指导下，通过自身的努力，各方面均取得了一定的进步，现将我的工作情况作如实汇报。</w:t>
      </w:r>
      <w:r>
        <w:rPr>
          <w:lang w:eastAsia="zh-CN"/>
        </w:rPr>
        <w:br/>
      </w:r>
      <w:r>
        <w:rPr>
          <w:lang w:eastAsia="zh-CN"/>
        </w:rPr>
        <w:t>　　一、通过培训学习和日常工作积累使我对方阵教育有了一定的认识。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在8月底9月初的学习交流中认识了一些新同事，我拿到的第一份资料就是介绍方阵教育.员工手册，当时只是觉得企业规模很大，和几位老师交谈后，感觉几位老师很和蔼可亲。对其它方面就不太知道了，特别是对项目策划行业几乎一无所知。通过两个月的亲身体会，对策划行业和公司有了一定了解。公司的理念被熊主任通俗的解释为细节决定成败，思路决定出路，确实是很恰当，我对这一理念非常认同。公司发展不忘回报社会的壮举，令人敬佩。公司以人为本、尊重人才的思想在实际工作中贯彻，这是方阵培训学院能发展壮大的重要原因。在简短的时间实现跨越发展的确很不容易，争做到百年方阵的雄心壮志，也是凝聚人才的核心动力。就像我们的刘老师一样，他常常说到:只要你用心学习，没有什么不可能的。现在的我虽然还处于学习阶段行业，我相信今后还将更加辉煌。</w:t>
      </w:r>
      <w:r>
        <w:rPr>
          <w:lang w:eastAsia="zh-CN"/>
        </w:rPr>
        <w:br/>
      </w:r>
      <w:r>
        <w:rPr>
          <w:lang w:eastAsia="zh-CN"/>
        </w:rPr>
        <w:t>　　二、遵守各项规章制度，认真工作，使自己素养不断得到提高。</w:t>
      </w:r>
      <w:r>
        <w:rPr>
          <w:lang w:eastAsia="zh-CN"/>
        </w:rPr>
        <w:br/>
      </w:r>
      <w:r>
        <w:rPr>
          <w:lang w:eastAsia="zh-CN"/>
        </w:rPr>
        <w:t>　　方阵教育.员工手册中写到爱岗敬业的职业道德素质是每一项工作顺利开展并最终取得成功的保障。在这两个月的时间里，我能遵守公司的各项规章制度，兢兢业业做好本职业工作，两个月里一直保持一个观念早到不迟到。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r>
        <w:rPr>
          <w:lang w:eastAsia="zh-CN"/>
        </w:rPr>
        <w:br/>
      </w:r>
      <w:r>
        <w:rPr>
          <w:lang w:eastAsia="zh-CN"/>
        </w:rPr>
        <w:t>　　三、认真学习岗位职能，工作能力得到了一定的提高。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根据目前工作分工，我的主要工作任务是(1)负责公司考务工作;(2)负责策划中的协助工作;(3)办公室部分打印和临时工作;(4)负责领导布置考核的相关工作及任务。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按部就班的工作，大部分工作都是自己以时间来锻炼自己的能力，以致做事没什么效率感。现在亲手做，无论是以什么身份来学习，我领悟到了，从自己什么都不会的情况下，发现很多看似简单的工作，其实里面还有很多技巧。在些默默的祈祷祝福我的或者说我们的明天会更好。</w:t>
      </w:r>
      <w:r>
        <w:rPr>
          <w:lang w:eastAsia="zh-CN"/>
        </w:rPr>
        <w:br/>
      </w:r>
      <w:r>
        <w:rPr>
          <w:lang w:eastAsia="zh-CN"/>
        </w:rPr>
        <w:t>　　四、不足和需改进方面。</w:t>
      </w:r>
      <w:r>
        <w:rPr>
          <w:lang w:eastAsia="zh-CN"/>
        </w:rPr>
        <w:br/>
      </w:r>
      <w:r>
        <w:rPr>
          <w:lang w:eastAsia="zh-CN"/>
        </w:rPr>
        <w:t>　　虽然来了近两个月，对公司业务还不是太了解，对报考流程基本熟知，对公司人员熟悉程度也不够，对分工的工作还没有形成系统的计划和长远规划。总结个人身上不足和需改进方面:</w:t>
      </w:r>
      <w:r>
        <w:rPr>
          <w:lang w:eastAsia="zh-CN"/>
        </w:rPr>
        <w:br/>
      </w:r>
      <w:r>
        <w:rPr>
          <w:lang w:eastAsia="zh-CN"/>
        </w:rPr>
        <w:t>　　1.</w:t>
      </w:r>
      <w:r>
        <w:rPr>
          <w:lang w:eastAsia="zh-CN"/>
        </w:rPr>
        <w:t xml:space="preserve"> 工作的条理性不够清晰，要分清主次和轻重缓急;2.</w:t>
      </w:r>
      <w:r>
        <w:rPr>
          <w:lang w:eastAsia="zh-CN"/>
        </w:rPr>
        <w:t xml:space="preserve"> 对流程不够熟悉;3.</w:t>
      </w:r>
      <w:r>
        <w:rPr>
          <w:lang w:eastAsia="zh-CN"/>
        </w:rPr>
        <w:t xml:space="preserve"> 工作不够精细化;4.</w:t>
      </w:r>
      <w:r>
        <w:rPr>
          <w:lang w:eastAsia="zh-CN"/>
        </w:rPr>
        <w:t xml:space="preserve"> 工作方式不够灵活5.</w:t>
      </w:r>
      <w:r>
        <w:rPr>
          <w:lang w:eastAsia="zh-CN"/>
        </w:rPr>
        <w:t xml:space="preserve"> 缺乏工作经验，尤其是现场经验;6.</w:t>
      </w:r>
      <w:r>
        <w:rPr>
          <w:lang w:eastAsia="zh-CN"/>
        </w:rPr>
        <w:t xml:space="preserve"> 缺少平时工作的知识总结7.</w:t>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xml:space="preserve"> 做事不够果断，拘泥细节，有拖沓现象。在以后的工作中，我一定时时刻刻注意修正自己不足的地方，一定会养成良好的工作习惯，成为公司一名优秀的职业化员工，随着对公司和工作的进一步熟悉，同时，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尽心尽力发展贡献自己的力量。</w:t>
      </w:r>
      <w:r>
        <w:rPr>
          <w:lang w:eastAsia="zh-CN"/>
        </w:rPr>
        <w:br/>
      </w:r>
      <w:r>
        <w:rPr>
          <w:lang w:eastAsia="zh-CN"/>
        </w:rPr>
        <w:t>　　五、几点学习建议。</w:t>
      </w:r>
      <w:r>
        <w:rPr>
          <w:lang w:eastAsia="zh-CN"/>
        </w:rPr>
        <w:br/>
      </w:r>
      <w:r>
        <w:rPr>
          <w:lang w:eastAsia="zh-CN"/>
        </w:rPr>
        <w:t>　　公司正处于部门申请期，是一个非常关键的时期，这一时期应该从管理上下工夫。领导干部定期参加外培，这样可以开阔视野、学习管理理论。公司要健全管理制度、明确岗位职权、建立激励机制、完善考核方式。好的制度可以改变人的行为，好的制度可以激励员工，好的制度可以强化管理。从现在起，要做好老同志的传帮带工作，把他们的好做法传下来，永远留在。以下几点是我学习的重点应不断提高的地方:</w:t>
      </w:r>
      <w:r>
        <w:rPr>
          <w:lang w:eastAsia="zh-CN"/>
        </w:rPr>
        <w:br/>
      </w:r>
      <w:r>
        <w:rPr>
          <w:lang w:eastAsia="zh-CN"/>
        </w:rPr>
        <w:t>　　1、 要提高工作的主动性，做事干脆果断，不拖泥带水;2、 工作要注重实效、注重结果，一切工作围绕着目标的完成;3、 要提高大局观，是否能让其他人的工作更顺畅作为衡量工作的标尺;4、 把握一切机会提高专业能力，加强平时知识总结工作;5、 精细化工作方式的思考和实践。</w:t>
      </w:r>
      <w:r>
        <w:rPr>
          <w:lang w:eastAsia="zh-CN"/>
        </w:rPr>
        <w:br/>
      </w:r>
      <w:r>
        <w:rPr>
          <w:lang w:eastAsia="zh-CN"/>
        </w:rPr>
        <w:t>　　作为一个新员工，所有的地方都是需要学习的多听、多看、多想、多做、多沟通，向每一个员工学习他们身上的最优秀工作习惯，丰富的专业技能，配合着实际工作不断的进步，不论在什么环境下，我都相信这两点:一是三人行必有我师，二是天道酬勤。</w:t>
      </w:r>
      <w:r>
        <w:rPr>
          <w:lang w:eastAsia="zh-CN"/>
        </w:rPr>
        <w:br/>
      </w:r>
      <w:r>
        <w:rPr>
          <w:lang w:eastAsia="zh-CN"/>
        </w:rPr>
        <w:t xml:space="preserve">    it新员工试用期工作总结报告 篇13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时间过得好快，转眼两个月过去了。这时，我从心底里感到日子过得很匆忙。以前外资企业的生活让我觉得很遥远，但现在工作渐渐变得自然，应该是一种幸福，一种让我怀念的经历。</w:t>
      </w:r>
      <w:r>
        <w:rPr>
          <w:lang w:eastAsia="zh-CN"/>
        </w:rPr>
        <w:br/>
      </w:r>
      <w:r>
        <w:rPr>
          <w:lang w:eastAsia="zh-CN"/>
        </w:rPr>
        <w:t>　　经过近两个月的试用期，我努力了，进步了很多，学到了很多以前没有的东西。我认为这不仅仅是一份工作，更重要的是，它给了我一个学习和锻炼的机会。从这个阶段开始，我发现我渴望的知识在这个大熔炉里不断地、慢慢地向我走来，这就是经验。这两个月来，我在几个不同的岗位或角色上实践和练习，非常感谢公司领导和前辈们对我的照顾。</w:t>
      </w:r>
      <w:r>
        <w:rPr>
          <w:lang w:eastAsia="zh-CN"/>
        </w:rPr>
        <w:br/>
      </w:r>
      <w:r>
        <w:rPr>
          <w:lang w:eastAsia="zh-CN"/>
        </w:rPr>
        <w:t>　　首先说说我在企划部的经历。在策划部工作生活了近两个月，深深感受到的是工作可以在幸福中完成。自从来百益工作以来，各位领导对我都很好，一个异地新人。特别是所有领导下班后都经常和我以朋友的身份聊天。他们不但不装腔作势，还在朋友的关心下指导我们做好规划，让我真的感受到了百依人的温暖。其他大部分老同事也以新人的身份对我投以真诚友好的目光，只要你在工作中需要，他们会随时给予热情的指导；下班了，大家笑啊笑啊，不分彼此。我记得在短短的一个星期里，公司的新老同事融为一体，给我一种上下团结的感觉。正因为如此，在企划部工作让我体会到了愉快完成工作的喜悦。</w:t>
      </w:r>
      <w:r>
        <w:rPr>
          <w:lang w:eastAsia="zh-CN"/>
        </w:rPr>
        <w:br/>
      </w:r>
      <w:r>
        <w:rPr>
          <w:lang w:eastAsia="zh-CN"/>
        </w:rPr>
        <w:t>　　我的工作收获主要包括：</w:t>
      </w:r>
      <w:r>
        <w:rPr>
          <w:lang w:eastAsia="zh-CN"/>
        </w:rPr>
        <w:br/>
      </w:r>
      <w:r>
        <w:rPr>
          <w:lang w:eastAsia="zh-CN"/>
        </w:rPr>
        <w:t>　　1、基本学会或单独处理24个销售订单或计划订单；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2、参与并协助工程部谢国忠先生、黄健翔先生等。在厂区的测绘、规划和数据生产方面：第一阶段已经完成；《设备技术一览表》和其他数据正在进一步优化和更新；</w:t>
      </w:r>
      <w:r>
        <w:rPr>
          <w:lang w:eastAsia="zh-CN"/>
        </w:rPr>
        <w:br/>
      </w:r>
      <w:r>
        <w:rPr>
          <w:lang w:eastAsia="zh-CN"/>
        </w:rPr>
        <w:t>　　3、第一步是原油产能分析和产能评价：老化架统计表和老化产能分析（第一版）已完成；</w:t>
      </w:r>
      <w:r>
        <w:rPr>
          <w:lang w:eastAsia="zh-CN"/>
        </w:rPr>
        <w:br/>
      </w:r>
      <w:r>
        <w:rPr>
          <w:lang w:eastAsia="zh-CN"/>
        </w:rPr>
        <w:t>　　4、协助谢国忠先生制作其他日常事务：《LED产品系列参数性能一览表》等资料；</w:t>
      </w:r>
      <w:r>
        <w:rPr>
          <w:lang w:eastAsia="zh-CN"/>
        </w:rPr>
        <w:br/>
      </w:r>
      <w:r>
        <w:rPr>
          <w:lang w:eastAsia="zh-CN"/>
        </w:rPr>
        <w:t>　　5、材料跟踪、部门协调，平均每个工作日3件以上；详见月报《计划跟踪》；</w:t>
      </w:r>
      <w:r>
        <w:rPr>
          <w:lang w:eastAsia="zh-CN"/>
        </w:rPr>
        <w:br/>
      </w:r>
      <w:r>
        <w:rPr>
          <w:lang w:eastAsia="zh-CN"/>
        </w:rPr>
        <w:t>　　6、接管公司档案的图书管理：详见：网上邻居/caiguou02/信息中心/图书档案；</w:t>
      </w:r>
      <w:r>
        <w:rPr>
          <w:lang w:eastAsia="zh-CN"/>
        </w:rPr>
        <w:br/>
      </w:r>
      <w:r>
        <w:rPr>
          <w:lang w:eastAsia="zh-CN"/>
        </w:rPr>
        <w:t>　　7、设备档案收集整理第一阶段基本完成。详见：网上邻居/caiguou02/信息中心/设备档案；</w:t>
      </w:r>
      <w:r>
        <w:rPr>
          <w:lang w:eastAsia="zh-CN"/>
        </w:rPr>
        <w:br/>
      </w:r>
      <w:r>
        <w:rPr>
          <w:lang w:eastAsia="zh-CN"/>
        </w:rPr>
        <w:t>　　8、“三表象”（现场、实物、现实）每天工作时间学习4小时以上，对公司目前生产的产品有初步了解；业余时间学习了《LED及其工程应用》，《绿色照明工程实施手册》，《新一代绿色光源LED及其应用技术》等书籍，一些读书笔记可以在BY—PMC的QQ日志里找到。</w:t>
      </w:r>
      <w:r>
        <w:rPr>
          <w:lang w:eastAsia="zh-CN"/>
        </w:rPr>
        <w:br/>
      </w:r>
      <w:r>
        <w:rPr>
          <w:lang w:eastAsia="zh-CN"/>
        </w:rPr>
        <w:t>　　9、其他事项（略）；</w:t>
      </w:r>
      <w:r>
        <w:rPr>
          <w:lang w:eastAsia="zh-CN"/>
        </w:rPr>
        <w:br/>
      </w:r>
      <w:r>
        <w:rPr>
          <w:lang w:eastAsia="zh-CN"/>
        </w:rPr>
        <w:t>　　在此期间，工作中的不足主要包括：</w:t>
      </w:r>
      <w:r>
        <w:rPr>
          <w:lang w:eastAsia="zh-CN"/>
        </w:rPr>
        <w:br/>
      </w:r>
      <w:r>
        <w:rPr>
          <w:lang w:eastAsia="zh-CN"/>
        </w:rPr>
        <w:t>　　1、缺乏LED灯具基础知识。在开展具体工作时，往往显得生涩，有时会感到力不从心；</w:t>
      </w:r>
      <w:r>
        <w:rPr>
          <w:lang w:eastAsia="zh-CN"/>
        </w:rPr>
        <w:br/>
      </w:r>
      <w:r>
        <w:rPr>
          <w:lang w:eastAsia="zh-CN"/>
        </w:rPr>
        <w:t>　　2、工作细心度不够，经常在小问题上出现错漏；</w:t>
      </w:r>
      <w:r>
        <w:rPr>
          <w:lang w:eastAsia="zh-CN"/>
        </w:rPr>
        <w:br/>
      </w:r>
      <w:r>
        <w:rPr>
          <w:lang w:eastAsia="zh-CN"/>
        </w:rPr>
        <w:t>　　3、办事效率不够快，对领导的意图领会不够到位等。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xml:space="preserve">    it新员工试用期工作总结报告 篇14 </w:t>
      </w:r>
      <w:r>
        <w:rPr>
          <w:lang w:eastAsia="zh-CN"/>
        </w:rPr>
        <w:br/>
      </w:r>
      <w:r>
        <w:rPr>
          <w:lang w:eastAsia="zh-CN"/>
        </w:rPr>
        <w:t>　　不知不觉居然已经来了这么久了，我也渐渐的开始熟悉了现在的工作，这也是多亏了这段试用期的实践和学习。在边做边学中，我的能力得到了很好的锻炼。每天的工作也让生活变的非常的充实，不知不觉间，试用期的时间也差不多结束了。</w:t>
      </w:r>
      <w:r>
        <w:rPr>
          <w:lang w:eastAsia="zh-CN"/>
        </w:rPr>
        <w:br/>
      </w:r>
      <w:r>
        <w:rPr>
          <w:lang w:eastAsia="zh-CN"/>
        </w:rPr>
        <w:t>　　在这段时间中，我也遇上了很多的问题和麻烦，但是因为有身边那些热心同事和朋友们的帮助，我才能这样顺利的完成试用期的工作，才能有这么大的提升。我对试用期的工作总结如下：</w:t>
      </w:r>
      <w:r>
        <w:rPr>
          <w:lang w:eastAsia="zh-CN"/>
        </w:rPr>
        <w:br/>
      </w:r>
      <w:r>
        <w:rPr>
          <w:lang w:eastAsia="zh-CN"/>
        </w:rPr>
        <w:t>　　一、培训期间</w:t>
      </w:r>
      <w:r>
        <w:rPr>
          <w:lang w:eastAsia="zh-CN"/>
        </w:rPr>
        <w:br/>
      </w:r>
      <w:r>
        <w:rPr>
          <w:lang w:eastAsia="zh-CN"/>
        </w:rPr>
        <w:t>　　试用期的最开始我们有一段时间的培训期，在培训期间，带领我们的是一位老员工。在培训期间虽然讲的很快，但是他也都讲的很详细，让我们能学到工作中的每个细节，也给我们传授了很多经验，总之，在他的帮助下，我少走了很多的'弯路。</w:t>
      </w:r>
      <w:r>
        <w:rPr>
          <w:lang w:eastAsia="zh-CN"/>
        </w:rPr>
        <w:br/>
      </w:r>
      <w:r>
        <w:rPr>
          <w:lang w:eastAsia="zh-CN"/>
        </w:rPr>
        <w:t>　　二、工作开始</w:t>
      </w:r>
      <w:r>
        <w:rPr>
          <w:lang w:eastAsia="zh-CN"/>
        </w:rPr>
        <w:br/>
      </w:r>
      <w:r>
        <w:rPr>
          <w:lang w:eastAsia="zh-CN"/>
        </w:rPr>
        <w:t>　　在培训结束后，我们正式的开始工作。虽然经过了培训，但是我也在工作中认识到，光有知识却没有经验的缺陷。虽然知道该怎么去做，但是在工作过后，依然会出现许多的问题，这让我很是头疼。但是在仔细的像同事们请教后，我开始集中注意力的进行工作，慢慢的，我也累计了一些经验，开始逐步的提升自己工作的速度和质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但在工作中每次提升依然会遇上许多的麻烦，但是我并不是一个然在工作，我还有许多的前辈，和同事，我们从不为工作中的麻烦困扰，因为公司是一个集体，在这里，有太多的人在分享自己的经验，虽然是新手，但是从不用为自己的工作问题担心。</w:t>
      </w:r>
      <w:r>
        <w:rPr>
          <w:lang w:eastAsia="zh-CN"/>
        </w:rPr>
        <w:br/>
      </w:r>
      <w:r>
        <w:rPr>
          <w:lang w:eastAsia="zh-CN"/>
        </w:rPr>
        <w:t>　　三、人际关系的发展</w:t>
      </w:r>
      <w:r>
        <w:rPr>
          <w:lang w:eastAsia="zh-CN"/>
        </w:rPr>
        <w:br/>
      </w:r>
      <w:r>
        <w:rPr>
          <w:lang w:eastAsia="zh-CN"/>
        </w:rPr>
        <w:t>　　在来到公司后，我也感受到了公司同事们的热情，不仅是在工作中的帮助，在生活中，我也受了他们很多的指导。作为刚踏上社会不久的人，我非常感谢大家对我的帮助。</w:t>
      </w:r>
      <w:r>
        <w:rPr>
          <w:lang w:eastAsia="zh-CN"/>
        </w:rPr>
        <w:br/>
      </w:r>
      <w:r>
        <w:rPr>
          <w:lang w:eastAsia="zh-CN"/>
        </w:rPr>
        <w:t>　　在今后的工作中，我也要加强和同事们的沟通交流，向同事们优秀的地方多多学习，提升自我的工作能力。</w:t>
      </w:r>
      <w:r>
        <w:rPr>
          <w:lang w:eastAsia="zh-CN"/>
        </w:rPr>
        <w:br/>
      </w:r>
      <w:r>
        <w:rPr>
          <w:lang w:eastAsia="zh-CN"/>
        </w:rPr>
        <w:t>　　四、总结</w:t>
      </w:r>
      <w:r>
        <w:rPr>
          <w:lang w:eastAsia="zh-CN"/>
        </w:rPr>
        <w:br/>
      </w:r>
      <w:r>
        <w:rPr>
          <w:lang w:eastAsia="zh-CN"/>
        </w:rPr>
        <w:t>　　总的来说，试用期的工作也已经顺利的完成了，在试用期中学到的许多经验在今后都会是我宝贵的财富，会在工作中成为我的力量。但是仅仅如此还远远不够，现在学习的，终究只是基本的皮毛，我会继续的努力，做好工作，学好技能，让自己更加出色！</w:t>
      </w:r>
      <w:r>
        <w:rPr>
          <w:lang w:eastAsia="zh-CN"/>
        </w:rPr>
        <w:br/>
      </w:r>
      <w:r>
        <w:rPr>
          <w:lang w:eastAsia="zh-CN"/>
        </w:rPr>
        <w:t xml:space="preserve">    it新员工试用期工作总结报告 篇15 </w:t>
      </w:r>
      <w:r>
        <w:rPr>
          <w:lang w:eastAsia="zh-CN"/>
        </w:rPr>
        <w:br/>
      </w:r>
      <w:r>
        <w:rPr>
          <w:lang w:eastAsia="zh-CN"/>
        </w:rPr>
        <w:t>　　我来到医院工作已有__月了，在科室的密切配合和支持下，在护士长及科主任的正确领导下，踏踏实实做好医疗护理工作，认真地完成了工作任务，积极主动认真地学习护士专业知识。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在这几个月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地努力工作，希望见到更多的家庭欢声笑语。</w:t>
      </w:r>
      <w:r>
        <w:rPr>
          <w:lang w:eastAsia="zh-CN"/>
        </w:rPr>
        <w:br/>
      </w:r>
      <w:r>
        <w:rPr>
          <w:lang w:eastAsia="zh-CN"/>
        </w:rPr>
        <w:t>　　护理部为了提高每位护士的理论和操作水平，每月进行理论及操作考试，我感觉通过每月对护理知识的理论和实践地巩固，受益良多。在专业知识和工作能力方面，我本着把工作做地更好这样一个目标，积极完成以下本职工作：协助护士长做好病房的管理工作及医疗文书的整理工作，认真做好医疗文书的书写工作，认真书写护理记录，遵守规章制度，牢记三基（基础理论、基本知识和基本技能）三严（严肃的态度、严格的要求、严密的方法）。</w:t>
      </w:r>
      <w:r>
        <w:rPr>
          <w:lang w:eastAsia="zh-CN"/>
        </w:rPr>
        <w:br/>
      </w:r>
      <w:r>
        <w:rPr>
          <w:lang w:eastAsia="zh-CN"/>
        </w:rPr>
        <w:t>　　当然在工作中仍有不足之处，如工作中不细心，技术有待提高，面部微笑不够，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r>
        <w:rPr>
          <w:lang w:eastAsia="zh-CN"/>
        </w:rPr>
        <w:br/>
      </w:r>
      <w:r>
        <w:rPr>
          <w:lang w:eastAsia="zh-CN"/>
        </w:rPr>
        <w:t>　　我觉得护理事业是一项崇高而神圣的事业，我为自己是护士队伍中的一员而自豪，在今后工作中，我将加倍努力，为人类的护理事业做出自己应有的贡献。</w:t>
      </w:r>
      <w:r>
        <w:rPr>
          <w:lang w:eastAsia="zh-CN"/>
        </w:rPr>
        <w:br/>
      </w:r>
      <w:r>
        <w:rPr>
          <w:lang w:eastAsia="zh-CN"/>
        </w:rPr>
        <w:t xml:space="preserve">    it新员工试用期工作总结报告 篇16 </w:t>
      </w:r>
      <w:r>
        <w:rPr>
          <w:lang w:eastAsia="zh-CN"/>
        </w:rPr>
        <w:br/>
      </w:r>
      <w:r>
        <w:rPr>
          <w:lang w:eastAsia="zh-CN"/>
        </w:rPr>
        <w:t>　　有幸加入</w:t>
      </w:r>
    </w:p>
    <w:p w:rsidR="001B1F19" w14:textId="27C3F48A">
      <w:pPr>
        <w:rPr>
          <w:rFonts w:hint="eastAsia"/>
          <w:lang w:eastAsia="zh-CN"/>
        </w:rPr>
      </w:pPr>
      <w:r>
        <w:rPr>
          <w:lang w:eastAsia="zh-CN"/>
        </w:rPr>
        <w:t xml:space="preserve"> 公司已经快2个月的时间，在这段时间里，我深深感觉到这个大家庭严谨务实的工作作风和朝气蓬勃的奋斗精神，也为自己能加入这个团队感到骄傲和自豪。在此衷心的感谢公司对我的关怀与帮助。现将我试用期的工作情况做以下总结：</w:t>
      </w:r>
      <w:r>
        <w:rPr>
          <w:lang w:eastAsia="zh-CN"/>
        </w:rPr>
        <w:br/>
      </w:r>
      <w:r>
        <w:rPr>
          <w:lang w:eastAsia="zh-CN"/>
        </w:rPr>
        <w:t>　　一、工作汇报</w:t>
      </w:r>
      <w:r>
        <w:rPr>
          <w:lang w:eastAsia="zh-CN"/>
        </w:rPr>
        <w:br/>
      </w:r>
      <w:r>
        <w:rPr>
          <w:lang w:eastAsia="zh-CN"/>
        </w:rPr>
        <w:t>　　(一)初期工作(工作调研阶段)</w:t>
      </w:r>
      <w:r>
        <w:rPr>
          <w:lang w:eastAsia="zh-CN"/>
        </w:rPr>
        <w:br/>
      </w:r>
      <w:r>
        <w:rPr>
          <w:lang w:eastAsia="zh-CN"/>
        </w:rPr>
        <w:t>　　在进入公司初期，我认真了解公司的规章制度和企业文化，熟悉公司的工作流程及日常管理。之后，在公司领导的支持下，用两周的时间对部分公司所服务的项目进行现场考察调研。以开展项目增值服务为导向，对考察项目的整体环境、业务组成、人员结构、项目特点等做细致调查，通过与各个考察项目的负责人及员工进行深入探讨确定增值服务的内容，最终形成方案并作为以后工作开展的依据。</w:t>
      </w:r>
      <w:r>
        <w:rPr>
          <w:lang w:eastAsia="zh-CN"/>
        </w:rPr>
        <w:br/>
      </w:r>
      <w:r>
        <w:rPr>
          <w:lang w:eastAsia="zh-CN"/>
        </w:rPr>
        <w:t>　　(二)房屋租赁工作(工作介入阶段)</w:t>
      </w:r>
      <w:r>
        <w:rPr>
          <w:lang w:eastAsia="zh-CN"/>
        </w:rPr>
        <w:br/>
      </w:r>
      <w:r>
        <w:rPr>
          <w:lang w:eastAsia="zh-CN"/>
        </w:rPr>
        <w:t>　　房屋租赁工作是今年3月底开始交与我负责的，对我来说，这是一份初次接触的工作。由于缺乏管理经验，在此项工作开展初期走了不少弯路，造成该项工作进展缓慢。通过与领导及同事的沟通，不断完善工作方法，在房屋信息发布、客户收集、客户沟通技巧等方面进行调整与改进;截止到今天，出租房屋1间，正在洽谈中的房屋2间。</w:t>
      </w:r>
      <w:r>
        <w:rPr>
          <w:lang w:eastAsia="zh-CN"/>
        </w:rPr>
        <w:br/>
      </w:r>
      <w:r>
        <w:rPr>
          <w:lang w:eastAsia="zh-CN"/>
        </w:rPr>
        <w:t>　　(三)企业合作洽谈(工作介入阶段)</w:t>
      </w:r>
      <w:r>
        <w:rPr>
          <w:lang w:eastAsia="zh-CN"/>
        </w:rPr>
        <w:br/>
      </w:r>
      <w:r>
        <w:rPr>
          <w:lang w:eastAsia="zh-CN"/>
        </w:rPr>
        <w:t>　　截止到今天，正在洽谈合作的企业共有3家，分别是： 各公司洽谈内容及进展情况如下：</w:t>
      </w:r>
      <w:r>
        <w:rPr>
          <w:lang w:eastAsia="zh-CN"/>
        </w:rPr>
        <w:br/>
      </w:r>
      <w:r>
        <w:rPr>
          <w:lang w:eastAsia="zh-CN"/>
        </w:rPr>
        <w:t>　　1.洽谈内容：产品推广销售工作。</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https://d.book118.com/027124064133006036</w:t>
        </w:r>
      </w:hyperlink>
    </w:p>
    <w:p w:rsidR="001B1F19">
      <w:pPr>
        <w:rPr>
          <w:rFonts w:hint="eastAsia"/>
          <w:lang w:eastAsia="zh-CN"/>
        </w:rPr>
      </w:pPr>
    </w:p>
    <w:sectPr>
      <w:type w:val="nextPage"/>
      <w:pgSz w:w="11906" w:h="16838"/>
      <w:pgMar w:top="1440" w:right="1800" w:bottom="1440" w:left="1800" w:header="851" w:footer="992" w:gutter="0"/>
      <w:pgNumType w:start="3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027124064133006036"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47</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