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有关校长在月考总结表彰会上的讲话稿15篇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w:t>
      </w:r>
      <w:r>
        <w:rPr>
          <w:lang w:eastAsia="zh-CN"/>
        </w:rPr>
        <w:br/>
      </w:r>
      <w:r>
        <w:rPr>
          <w:lang w:eastAsia="zh-CN"/>
        </w:rPr>
        <w:t>校长在月考总结表彰会上的讲话稿（精选篇1）</w:t>
      </w:r>
      <w:r>
        <w:rPr>
          <w:lang w:eastAsia="zh-CN"/>
        </w:rPr>
        <w:br/>
      </w:r>
      <w:r>
        <w:rPr>
          <w:lang w:eastAsia="zh-CN"/>
        </w:rPr>
        <w:t xml:space="preserve">    尊敬的各位老师、亲爱的同学们： </w:t>
      </w:r>
      <w:r>
        <w:rPr>
          <w:lang w:eastAsia="zh-CN"/>
        </w:rPr>
        <w:br/>
      </w:r>
      <w:r>
        <w:rPr>
          <w:lang w:eastAsia="zh-CN"/>
        </w:rPr>
        <w:t xml:space="preserve">    大家好! </w:t>
      </w:r>
      <w:r>
        <w:rPr>
          <w:lang w:eastAsia="zh-CN"/>
        </w:rPr>
        <w:br/>
      </w:r>
      <w:r>
        <w:rPr>
          <w:lang w:eastAsia="zh-CN"/>
        </w:rPr>
        <w:t xml:space="preserve">    时光飞逝，转眼间，我们又进入了紧张的期末复习阶段。在过去的时间里，我们每个同学都曾经努力过，付出过，收获过快乐与成功。面对即将到来的期末考试，我们又该如何迎接这次挑战呢? </w:t>
      </w:r>
      <w:r>
        <w:rPr>
          <w:lang w:eastAsia="zh-CN"/>
        </w:rPr>
        <w:br/>
      </w:r>
      <w:r>
        <w:rPr>
          <w:lang w:eastAsia="zh-CN"/>
        </w:rPr>
        <w:t xml:space="preserve">    记得有一位哲人这样说过：假如你拥有大地，你就成为一个农民;假如你拥有羊群，你就成为一个牧人;假如你拥有厂房，你就成为一个企业家;假如你拥有的不是金钱和财富，而是选择一个个挑战自我的机会，那你就是一个真正的富翁。从这个意义上说，你们才是真正的富翁，因为你们有朝气、有活力，并且拥有许许多多迎接人生挑战的机会。 </w:t>
      </w:r>
      <w:r>
        <w:rPr>
          <w:lang w:eastAsia="zh-CN"/>
        </w:rPr>
        <w:br/>
      </w:r>
      <w:r>
        <w:rPr>
          <w:lang w:eastAsia="zh-CN"/>
        </w:rPr>
        <w:t xml:space="preserve">  </w:t>
      </w:r>
      <w:r>
        <w:rPr>
          <w:lang w:eastAsia="zh-CN"/>
        </w:rPr>
        <w:t xml:space="preserve"> </w:t>
      </w:r>
    </w:p>
    <w:p w:rsidR="001B1F19" w:rsidRPr="00937657" w14:textId="0AE8485B">
      <w:pPr>
        <w:pStyle w:val="Heading1"/>
        <w:jc w:val="center"/>
        <w:rPr>
          <w:color w:val="000000" w:themeColor="text1"/>
          <w:lang w:eastAsia="zh-CN"/>
        </w:rPr>
      </w:pPr>
      <w:r>
        <w:rPr>
          <w:color w:val="000000" w:themeColor="text1"/>
          <w:sz w:val="44"/>
          <w:lang w:eastAsia="zh-CN"/>
        </w:rPr>
        <w:t>有关校长在月考总结表彰会上的讲话稿15篇</w:t>
      </w:r>
    </w:p>
    <w:p w:rsidR="001B1F19"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w:t>
      </w:r>
      <w:r>
        <w:rPr>
          <w:lang w:eastAsia="zh-CN"/>
        </w:rPr>
        <w:br/>
      </w:r>
      <w:r>
        <w:rPr>
          <w:lang w:eastAsia="zh-CN"/>
        </w:rPr>
        <w:t>校长在月考总结表彰会上的讲话稿（精选篇1）</w:t>
      </w:r>
      <w:r>
        <w:rPr>
          <w:lang w:eastAsia="zh-CN"/>
        </w:rPr>
        <w:br/>
      </w:r>
      <w:r>
        <w:rPr>
          <w:lang w:eastAsia="zh-CN"/>
        </w:rPr>
        <w:t xml:space="preserve">    尊敬的各位老师、亲爱的同学们： </w:t>
      </w:r>
      <w:r>
        <w:rPr>
          <w:lang w:eastAsia="zh-CN"/>
        </w:rPr>
        <w:br/>
      </w:r>
      <w:r>
        <w:rPr>
          <w:lang w:eastAsia="zh-CN"/>
        </w:rPr>
        <w:t xml:space="preserve">    大家好! </w:t>
      </w:r>
      <w:r>
        <w:rPr>
          <w:lang w:eastAsia="zh-CN"/>
        </w:rPr>
        <w:br/>
      </w:r>
      <w:r>
        <w:rPr>
          <w:lang w:eastAsia="zh-CN"/>
        </w:rPr>
        <w:t xml:space="preserve">    时光飞逝，转眼间，我们又进入了紧张的期末复习阶段。在过去的时间里，我们每个同学都曾经努力过，付出过，收获过快乐与成功。面对即将到来的期末考试，我们又该如何迎接这次挑战呢? </w:t>
      </w:r>
      <w:r>
        <w:rPr>
          <w:lang w:eastAsia="zh-CN"/>
        </w:rPr>
        <w:br/>
      </w:r>
      <w:r>
        <w:rPr>
          <w:lang w:eastAsia="zh-CN"/>
        </w:rPr>
        <w:t xml:space="preserve">    记得有一位哲人这样说过：假如你拥有大地，你就成为一个农民;假如你拥有羊群，你就成为一个牧人;假如你拥有厂房，你就成为一个企业家;假如你拥有的不是金钱和财富，而是选择一个个挑战自我的机会，那你就是一个真正的富翁。从这个意义上说，你们才是真正的富翁，因为你们有朝气、有活力，并且拥有许许多多迎接人生挑战的机会。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如果说人生好比四季，那么，少年时代就如同风和日丽的春天。而少年时代，也正是学习知识打基础的阶段。基础就好比是建筑的垫基石，基石打牢了，上面的高楼大厦才能稳固。否则，即使盖起了高楼大厦也会塌下来。因此，我们的学习基础一定要扎实。在这里，我想对全体同学提几点希望：</w:t>
      </w:r>
      <w:r>
        <w:rPr>
          <w:lang w:eastAsia="zh-CN"/>
        </w:rPr>
        <w:t xml:space="preserve"> </w:t>
      </w:r>
      <w:r>
        <w:rPr>
          <w:lang w:eastAsia="zh-CN"/>
        </w:rPr>
        <w:br/>
      </w:r>
      <w:r>
        <w:rPr>
          <w:lang w:eastAsia="zh-CN"/>
        </w:rPr>
        <w:t xml:space="preserve">    1、定好目标，再接再厉。 </w:t>
      </w:r>
      <w:r>
        <w:rPr>
          <w:lang w:eastAsia="zh-CN"/>
        </w:rPr>
        <w:br/>
      </w:r>
      <w:r>
        <w:rPr>
          <w:lang w:eastAsia="zh-CN"/>
        </w:rPr>
        <w:t xml:space="preserve">    成功的道路是目标标示出来的，古人云：取法乎上，仅得其中；取法乎中，只得其下。要想让自己期末考试成绩满意，就不妨把目标定高一点。目标高远了，我们才能有压力，有动力，才能在后几天的复习中珍惜时间，端正态度，提高效率。当然，目标也要量身定制，切不可盲目乐观，好高骛远，也不可妄自菲薄，甘居人后。比如，你的实力在班级只能排在下等，你合适的高目标应该是中等，并在复习过程中，保证时间，重视基础，平时练习的重点是基础题和中档题，考试时确保基础题不失分，中档题多得分。如果你是基础扎实，学习成绩优良的学生，这次考试，就要志存高远，力争第一，并在复习的最后关头，尽快构建各科知识的网络，把握规律，灵活运用，向学科的广度和深度开拓。 </w:t>
      </w:r>
      <w:r>
        <w:rPr>
          <w:lang w:eastAsia="zh-CN"/>
        </w:rPr>
        <w:br/>
      </w:r>
      <w:r>
        <w:rPr>
          <w:lang w:eastAsia="zh-CN"/>
        </w:rPr>
        <w:t xml:space="preserve">    同学们，我们辛苦了一学期，耕耘了半年，很快就到了该我们收获的时候了。只要我们定好目标，珍惜时间，抓好后几天的复习，一定能考出自己真实的水平，以满意的成绩回报父母和老师。这一阶段每天的早自习、晚自习前大家都能提前进教室自觉学习，我希望你们一如既往，再接再厉，抓好后一阶段的复习备考。 </w:t>
      </w:r>
      <w:r>
        <w:rPr>
          <w:lang w:eastAsia="zh-CN"/>
        </w:rPr>
        <w:br/>
      </w:r>
      <w:r>
        <w:rPr>
          <w:lang w:eastAsia="zh-CN"/>
        </w:rPr>
        <w:t xml:space="preserve">    2、端正态度，重视方法。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学习是快乐的，更是艰苦的。现在，正是炎炎酷暑，可那金黄的麦穗、饱满的籽粒正是在这炎炎烈日下凝练的，我们的父辈也是在这炎炎烈日下挥汗如雨、虎口夺食收获一年的辛劳。我们要想有满意的成绩，就必须抱着吃苦的精神，必须以正确的学习态度去复习，去考试。为此，我提议同学们坚持如下态度:</w:t>
      </w:r>
      <w:r>
        <w:rPr>
          <w:lang w:eastAsia="zh-CN"/>
        </w:rPr>
        <w:t xml:space="preserve"> </w:t>
      </w:r>
      <w:r>
        <w:rPr>
          <w:lang w:eastAsia="zh-CN"/>
        </w:rPr>
        <w:br/>
      </w:r>
      <w:r>
        <w:rPr>
          <w:lang w:eastAsia="zh-CN"/>
        </w:rPr>
        <w:t xml:space="preserve">    一是勤奋的态度，勤能补拙是良训，一份辛苦一份才； </w:t>
      </w:r>
      <w:r>
        <w:rPr>
          <w:lang w:eastAsia="zh-CN"/>
        </w:rPr>
        <w:br/>
      </w:r>
      <w:r>
        <w:rPr>
          <w:lang w:eastAsia="zh-CN"/>
        </w:rPr>
        <w:t xml:space="preserve">    二是刻苦的态度，追求是苦的，学习是苦的`，最终的成功才可能是甜的。 </w:t>
      </w:r>
      <w:r>
        <w:rPr>
          <w:lang w:eastAsia="zh-CN"/>
        </w:rPr>
        <w:br/>
      </w:r>
      <w:r>
        <w:rPr>
          <w:lang w:eastAsia="zh-CN"/>
        </w:rPr>
        <w:t xml:space="preserve">    三是进取的态度，学习如逆水行舟，不进则退。一下成为天才不可能，但每天进步一点点总有可能； </w:t>
      </w:r>
      <w:r>
        <w:rPr>
          <w:lang w:eastAsia="zh-CN"/>
        </w:rPr>
        <w:br/>
      </w:r>
      <w:r>
        <w:rPr>
          <w:lang w:eastAsia="zh-CN"/>
        </w:rPr>
        <w:t xml:space="preserve">    四是务实的态度，求真务实是我们提升复习质量的法宝，为此我们必须:上好每一节课，做好每一次作业，抓紧每一分钟，练准每一道题。 </w:t>
      </w:r>
      <w:r>
        <w:rPr>
          <w:lang w:eastAsia="zh-CN"/>
        </w:rPr>
        <w:br/>
      </w:r>
      <w:r>
        <w:rPr>
          <w:lang w:eastAsia="zh-CN"/>
        </w:rPr>
        <w:t xml:space="preserve">    有了好的态度，还要有好的方法。科学有效的方法，可以让我们的复习事半功倍。我认为，复习过程中，行之有效的复习方法有四点: </w:t>
      </w:r>
      <w:r>
        <w:rPr>
          <w:lang w:eastAsia="zh-CN"/>
        </w:rPr>
        <w:br/>
      </w:r>
      <w:r>
        <w:rPr>
          <w:lang w:eastAsia="zh-CN"/>
        </w:rPr>
        <w:t xml:space="preserve">    一是重视基础，不犯概念性错误。教材中基础的知识最具生命力，只有打实基础，我们才能用有限的定义、概念、定理、公式去应对无限变化的练习题和试题； </w:t>
      </w:r>
      <w:r>
        <w:rPr>
          <w:lang w:eastAsia="zh-CN"/>
        </w:rPr>
        <w:br/>
      </w:r>
      <w:r>
        <w:rPr>
          <w:lang w:eastAsia="zh-CN"/>
        </w:rPr>
        <w:t xml:space="preserve">    二是重视纠错，不犯重复性错误。复习的关键就是要纠错，我们要抓住错误，分析错误的原因，确保不犯同类错误；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三是规范答题，不犯低级的错误。在考试过程中，好的方法更重要，考试时，除了平时知识积累与能力的过硬，应考心理素质稳定等因素之外，学会并掌握一些基本的答题策略也是考试成功的一个重要方面，我认为应从七个方面入手应对考试：</w:t>
      </w:r>
      <w:r>
        <w:rPr>
          <w:lang w:eastAsia="zh-CN"/>
        </w:rPr>
        <w:t xml:space="preserve"> </w:t>
      </w:r>
      <w:r>
        <w:rPr>
          <w:lang w:eastAsia="zh-CN"/>
        </w:rPr>
        <w:br/>
      </w:r>
      <w:r>
        <w:rPr>
          <w:lang w:eastAsia="zh-CN"/>
        </w:rPr>
        <w:t xml:space="preserve">    1、浏览全卷，磨刀不误砍柴工； </w:t>
      </w:r>
      <w:r>
        <w:rPr>
          <w:lang w:eastAsia="zh-CN"/>
        </w:rPr>
        <w:br/>
      </w:r>
      <w:r>
        <w:rPr>
          <w:lang w:eastAsia="zh-CN"/>
        </w:rPr>
        <w:t xml:space="preserve">    2、卷面整洁，取得阅卷老师的心理印象分； </w:t>
      </w:r>
      <w:r>
        <w:rPr>
          <w:lang w:eastAsia="zh-CN"/>
        </w:rPr>
        <w:br/>
      </w:r>
      <w:r>
        <w:rPr>
          <w:lang w:eastAsia="zh-CN"/>
        </w:rPr>
        <w:t xml:space="preserve">    3、基础题,仔细审题拿足分； </w:t>
      </w:r>
      <w:r>
        <w:rPr>
          <w:lang w:eastAsia="zh-CN"/>
        </w:rPr>
        <w:br/>
      </w:r>
      <w:r>
        <w:rPr>
          <w:lang w:eastAsia="zh-CN"/>
        </w:rPr>
        <w:t xml:space="preserve">    4、中档题,一丝不苟少失分； </w:t>
      </w:r>
      <w:r>
        <w:rPr>
          <w:lang w:eastAsia="zh-CN"/>
        </w:rPr>
        <w:br/>
      </w:r>
      <w:r>
        <w:rPr>
          <w:lang w:eastAsia="zh-CN"/>
        </w:rPr>
        <w:t xml:space="preserve">    5、难题,坚定信心多得分； </w:t>
      </w:r>
      <w:r>
        <w:rPr>
          <w:lang w:eastAsia="zh-CN"/>
        </w:rPr>
        <w:br/>
      </w:r>
      <w:r>
        <w:rPr>
          <w:lang w:eastAsia="zh-CN"/>
        </w:rPr>
        <w:t xml:space="preserve">    6、谨慎使用“丢分策略”； </w:t>
      </w:r>
      <w:r>
        <w:rPr>
          <w:lang w:eastAsia="zh-CN"/>
        </w:rPr>
        <w:br/>
      </w:r>
      <w:r>
        <w:rPr>
          <w:lang w:eastAsia="zh-CN"/>
        </w:rPr>
        <w:t xml:space="preserve">    7、仔细检查，认真复查。 </w:t>
      </w:r>
      <w:r>
        <w:rPr>
          <w:lang w:eastAsia="zh-CN"/>
        </w:rPr>
        <w:br/>
      </w:r>
      <w:r>
        <w:rPr>
          <w:lang w:eastAsia="zh-CN"/>
        </w:rPr>
        <w:t xml:space="preserve">    一次又一次考试，考查的不仅仅是你对知识掌握了多少，更是检验你应考的能力提高了多少。我相信，考前指导，你们的班主任会精心安排，悉心指导。 </w:t>
      </w:r>
      <w:r>
        <w:rPr>
          <w:lang w:eastAsia="zh-CN"/>
        </w:rPr>
        <w:br/>
      </w:r>
      <w:r>
        <w:rPr>
          <w:lang w:eastAsia="zh-CN"/>
        </w:rPr>
        <w:t xml:space="preserve">    3、遵守考纪，诚信考试。 </w:t>
      </w:r>
      <w:r>
        <w:rPr>
          <w:lang w:eastAsia="zh-CN"/>
        </w:rPr>
        <w:br/>
      </w:r>
      <w:r>
        <w:rPr>
          <w:lang w:eastAsia="zh-CN"/>
        </w:rPr>
        <w:t xml:space="preserve">    本次考试，学校对监考、阅卷、总分等工作都作了周密的安排，提出了严格的要求，目的就是确保这次考试的可信度。因此，我向全体同学提出最后一个，也是最重要的一个要求，那就是，严守考试纪律，不在考场弄虚作假。这是一条高压线，我希望所用的同学本着求真务实、严肃认真的态度参加这次考试，不去触碰这条高压线。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著名教育家陶行知说过:“学生学习，学习人生。”我们来这里，不仅仅要获得知识，更重要的是学会做人，因为，将来我们做人比做学问更重要。做一名优秀的学生，应该具备很多优秀的品质，可生活学习中的诚信对于我们来说显得尤为重要。课堂上不懂装懂，是自欺欺人；考试时，靠抄袭糊弄老师和家长，是虚荣自私；与老师和同学相处，谎话连篇，是害人害己，这些都是要不得的。</w:t>
      </w:r>
      <w:r>
        <w:rPr>
          <w:lang w:eastAsia="zh-CN"/>
        </w:rPr>
        <w:t xml:space="preserve"> </w:t>
      </w:r>
      <w:r>
        <w:rPr>
          <w:lang w:eastAsia="zh-CN"/>
        </w:rPr>
        <w:br/>
      </w:r>
      <w:r>
        <w:rPr>
          <w:lang w:eastAsia="zh-CN"/>
        </w:rPr>
        <w:t xml:space="preserve">    在__公学，我经常感受到你们的诚实，也深为你们身上这种美好的人性本真而感动。在刚刚毕业的九年级学生中有这样两件事让我感叹不已:第一次全市模考结束，一个学生拿着刚刚发下去的试卷找到我说:“老师，我卷子上的总分加错了，多了4分。”还有一次，我批阅学生的练习册，一个学生拿着我已签上“优秀”两字的练习册到办公室，说:“老师，我这次的练习册不是我独立完成的，我是抄我同桌的。老师，我错了。我下去自己重做一遍。” </w:t>
      </w:r>
      <w:r>
        <w:rPr>
          <w:lang w:eastAsia="zh-CN"/>
        </w:rPr>
        <w:br/>
      </w:r>
      <w:r>
        <w:rPr>
          <w:lang w:eastAsia="zh-CN"/>
        </w:rPr>
        <w:t xml:space="preserve">    同学们，这两位同学，给我留下了深刻的印象，也让我在教学中有了更多的反思，他们那朴实的言语中显现出来的那种纯真的做人本心的确让人感动不已。其实，伟大不是遥不可及和高不可攀的，它就蕴藏在平凡之中。我想，如果这次期末考试，人人都像这两位同学一样，严格要求自己，诚实对待自己，考出真实成绩，并把考场舞弊行为当作一种耻辱，那么，我们都可以自豪的说:“我是伟大的，因为，我不想欺骗自己、老师和家长。” </w:t>
      </w:r>
      <w:r>
        <w:rPr>
          <w:lang w:eastAsia="zh-CN"/>
        </w:rPr>
        <w:br/>
      </w:r>
      <w:r>
        <w:rPr>
          <w:lang w:eastAsia="zh-CN"/>
        </w:rPr>
        <w:t xml:space="preserve">    同学们！在这次的期末考试中，我相信你们会用勤奋诠释一名合格中学生的人生追求，会用诚实证明一个优秀少年的良好品德，会用拼搏精神和务实态度去书写你在__公学学习生活的新篇章。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人生不拼不精彩，缺乏竞争和考试的人生不完整！希望同学们端正心态，把考试看作是一个舞台，一个展示自己才华的舞台。行动起来吧，请带上最锐利的头脑，握紧最有力的拳头，拿出你们的智慧，拿出你们的勇气，挑战期末考试，去谱写属于你们</w:t>
      </w:r>
      <w:r>
        <w:rPr>
          <w:lang w:eastAsia="zh-CN"/>
        </w:rPr>
        <w:t xml:space="preserve"> </w:t>
      </w:r>
      <w:r>
        <w:rPr>
          <w:lang w:eastAsia="zh-CN"/>
        </w:rPr>
        <w:br/>
      </w:r>
      <w:r>
        <w:rPr>
          <w:lang w:eastAsia="zh-CN"/>
        </w:rPr>
        <w:t xml:space="preserve">    自己的辉煌吧！我深信，你们一定会为自己、为父母、为学校所有关注你们的老师和亲人交上一份满意的答卷。 </w:t>
      </w:r>
      <w:r>
        <w:rPr>
          <w:lang w:eastAsia="zh-CN"/>
        </w:rPr>
        <w:br/>
      </w:r>
      <w:r>
        <w:rPr>
          <w:lang w:eastAsia="zh-CN"/>
        </w:rPr>
        <w:t xml:space="preserve">    最后，预祝同学们在本次期末考试中取得满意的成绩。 </w:t>
      </w:r>
      <w:r>
        <w:rPr>
          <w:lang w:eastAsia="zh-CN"/>
        </w:rPr>
        <w:br/>
      </w:r>
      <w:r>
        <w:rPr>
          <w:lang w:eastAsia="zh-CN"/>
        </w:rPr>
        <w:t xml:space="preserve">    谢谢大家！ </w:t>
      </w:r>
      <w:r>
        <w:rPr>
          <w:lang w:eastAsia="zh-CN"/>
        </w:rPr>
        <w:br/>
      </w:r>
      <w:r>
        <w:rPr>
          <w:lang w:eastAsia="zh-CN"/>
        </w:rPr>
        <w:t>校长在月考总结表彰会上的讲话稿（精选篇2）</w:t>
      </w:r>
      <w:r>
        <w:rPr>
          <w:lang w:eastAsia="zh-CN"/>
        </w:rPr>
        <w:br/>
      </w:r>
      <w:r>
        <w:rPr>
          <w:lang w:eastAsia="zh-CN"/>
        </w:rPr>
        <w:t xml:space="preserve">    亲爱的老师们、同学们： </w:t>
      </w:r>
      <w:r>
        <w:rPr>
          <w:lang w:eastAsia="zh-CN"/>
        </w:rPr>
        <w:br/>
      </w:r>
      <w:r>
        <w:rPr>
          <w:lang w:eastAsia="zh-CN"/>
        </w:rPr>
        <w:t xml:space="preserve">    早上好!时光如梭，岁月如歌，弹指一挥间，的学期接近尾声，是6月8日，再过十天的就即将本学期的期末考试。期末考试是一学期学习的展示，是收获的季节，是所有同学摘取果实的时候，更是升级的评价依据。此时此刻，我想和同学们谈几点看法： </w:t>
      </w:r>
      <w:r>
        <w:rPr>
          <w:lang w:eastAsia="zh-CN"/>
        </w:rPr>
        <w:br/>
      </w:r>
      <w:r>
        <w:rPr>
          <w:lang w:eastAsia="zh-CN"/>
        </w:rPr>
        <w:t xml:space="preserve">    (1)要有的个人。美国耶鲁大学了一项调查，人员问调查的学生问题：“你们有吗?”10%的学生确认有。人员又问了个问题：“你们有，那么，你们是可不可以把它写下来呢?”结果4%的学生清楚地把的写下来。20年后，耶鲁大学的人员在世界各地追访当年调查的学生，当年白纸黑字写下人生的那些学生，是事业发展生活，都远远超过了那些写下的同龄人。这4%的人拥财富居然超过那96%的人总和。可见，人生的，对人的一生来说是多么啊!同学们，你们有的吗?还我希望同学们要马上确立的期末考试，并把写下来，时时提醒，时时鞭策。心里要想着，只要努力学习、努力复习，能让的成绩上台阶，毕竟一分耕耘一分收获。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(2)从现在就开始行动。口头说说的动人话语，它需要用行动去证明，需要用行动去。从现在就开始行动，不把的事情留给明天，明天是失败者找借口的日子。从现在就开始行动。迟疑，就会投入别人的怀抱，永远弃而去。从现在就开始行动。立即行动!</w:t>
      </w:r>
      <w:r>
        <w:rPr>
          <w:lang w:eastAsia="zh-CN"/>
        </w:rPr>
        <w:t xml:space="preserve"> </w:t>
      </w:r>
      <w:r>
        <w:rPr>
          <w:lang w:eastAsia="zh-CN"/>
        </w:rPr>
        <w:br/>
      </w:r>
      <w:r>
        <w:rPr>
          <w:lang w:eastAsia="zh-CN"/>
        </w:rPr>
        <w:t xml:space="preserve">    (3)端正的作业。做作业时，上要，要有复习的紧迫感，拖拉、松懈;上要，思维上要独立，有依赖心理，抄袭或偷看别的同学的作业。订正作业中的错题，分析错误的原因，的问题弥补措施。把经常做错的题目收集，并且用本子“错题集”，记录错题，经常复习，防止同样的错误。 </w:t>
      </w:r>
      <w:r>
        <w:rPr>
          <w:lang w:eastAsia="zh-CN"/>
        </w:rPr>
        <w:br/>
      </w:r>
      <w:r>
        <w:rPr>
          <w:lang w:eastAsia="zh-CN"/>
        </w:rPr>
        <w:t xml:space="preserve">    (4)分配的。安排上要有张有弛。不都安排在学习上，下课的时候就要出去玩，周末的时候不要整天在复习，要劳逸，书看久了也可以到户外走走。 </w:t>
      </w:r>
      <w:r>
        <w:rPr>
          <w:lang w:eastAsia="zh-CN"/>
        </w:rPr>
        <w:br/>
      </w:r>
      <w:r>
        <w:rPr>
          <w:lang w:eastAsia="zh-CN"/>
        </w:rPr>
        <w:t xml:space="preserve">    (5)要有战胜一切的勇气。期末考试复习期间，同学们在、生活上、学习上不可地会遇到那样的。似弹簧，你弱它就强。心中的，要鼓足勇气，迎难而上，做的强者，做生活上的强者，做学习上的强者。同学们，这世界上就怕二字，只要了，较真了，所有都可以解决，的复习计划就能，的奋斗。 </w:t>
      </w:r>
      <w:r>
        <w:rPr>
          <w:lang w:eastAsia="zh-CN"/>
        </w:rPr>
        <w:br/>
      </w:r>
      <w:r>
        <w:rPr>
          <w:lang w:eastAsia="zh-CN"/>
        </w:rPr>
        <w:t xml:space="preserve">    (6)科学的方法。科学的方法，可以让的复习、应考事半功倍。一要基储不犯概念性错误。基础题要出错，在平时做题的时候在检查的时候都要、细致，才能为考出优异的成绩夯下坚实的基矗二要纠错、不犯重复性错误。复习、检查的关键要纠错，要抓住错误、理清错误，不犯同类错误。老师在复习中强调的易错点要强化记忆。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而这次考试六年级的学生来说，你们小学生涯结束前的最后一次考试，你们紧张而又充实的六年小学生活转瞬即逝。推开记忆之窗，六年级的同学们，曾记否，六年前，你们还一无所知，带着纯真的笑脸，带着求知的激情，带着成长的渴望，投入到双桥小学的怀抱。多少个日日夜夜，多少个阴晴圆缺，多少个寒暑易节，学校老师与你们相伴的时光远远超过了你的父母、家人和朋友。敬爱的老师学生的学习和健康地成长，付出了许多心血。在你不写作业的时候，老师帮助你想办法;当你学习和生活中遇到的时候，老师帮你们解决;当你们排练节目的时候，老师们帮你出主意……儿，我再一次代表六年级和1-5年级的所有同学感谢老师、感谢母培养。近两年来在学校全体师生的努力下了许多的荣誉，这说明，学老师和学生好样的，同学们，让挺起胸膛，解决考试之前的一切和</w:t>
      </w:r>
      <w:r>
        <w:rPr>
          <w:lang w:eastAsia="zh-CN"/>
        </w:rPr>
        <w:t xml:space="preserve"> </w:t>
      </w:r>
      <w:r>
        <w:rPr>
          <w:lang w:eastAsia="zh-CN"/>
        </w:rPr>
        <w:br/>
      </w:r>
      <w:r>
        <w:rPr>
          <w:lang w:eastAsia="zh-CN"/>
        </w:rPr>
        <w:t>校长在月考总结表彰会上的讲话稿（精选篇3）</w:t>
      </w:r>
      <w:r>
        <w:rPr>
          <w:lang w:eastAsia="zh-CN"/>
        </w:rPr>
        <w:br/>
      </w:r>
      <w:r>
        <w:rPr>
          <w:lang w:eastAsia="zh-CN"/>
        </w:rPr>
        <w:t xml:space="preserve">    各位老师，同学们：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大家早上好！今天我国旗下讲话的题目是：诚信做人，诚信应考。本周我们就要期末考试了，同学们一定都准备好了。最后一周，应当是总体复习基本结束，进入查漏补缺环节的阶段，也是同学们开始疲劳的阶段。所以，我们应当调整自己的心理状态，用更加认真的态度并付出更多的努力复习，用自信，轻松的心境面对考试！在期末考试来临之际，我要告诉大家：诚信做人，诚信应考。诚信的话题本来就很古老，在今天我们再一次将它从时间的沙岸上拾起，就是为了证明它的不可或缺，就是为了证明我们能够用智慧战胜自己的弱点。我们不把“诚信”只挂在嘴边，我们也不把“诚信”顶在头上，我们更不把“诚信”踩在脚底，我们要把“诚信”藏在心中，然后在实际行动中真实地证明自我，真实地展示自我，在考场上端正自己的考试态度，抵制不良考风，以诚信应考为荣，以考试舞弊为耻，交出一份真实满意的答卷。</w:t>
      </w:r>
      <w:r>
        <w:rPr>
          <w:lang w:eastAsia="zh-CN"/>
        </w:rPr>
        <w:t xml:space="preserve"> </w:t>
      </w:r>
      <w:r>
        <w:rPr>
          <w:lang w:eastAsia="zh-CN"/>
        </w:rPr>
        <w:br/>
      </w:r>
      <w:r>
        <w:rPr>
          <w:lang w:eastAsia="zh-CN"/>
        </w:rPr>
        <w:t xml:space="preserve">    诚实守信是新世纪人才最基本的做人准则，所以公平竞争也是我们必须遵守的一个原则。孟子云：“车无辕而不行，人无信则不立。”在这个物质文明和精神文明高速发展的时代，社会对个人的诚信越来越看重，诚信对于每一个人来说都是非常重要的，树道德之新风，立诚信之根本，是我们每一个人义不容辞的责任。只有真诚地面对自己，诚实做人、诚实做事才能获得更多的信任与尊重。因此我们切勿因小失大，为力求考试通过，而违背考试的真意，任由自己一时不负责任的行为而遗憾终身。考试成绩的不如意是暂时的，即使自己的成绩不理想，也不要在考试中采取不正当的竞争手段，我们应当做一个光明磊落的人。赢要赢得别人心服口服，输也要输的坦坦荡荡。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老师、同学们，诚实守信是中华民族的传统美德，诚是“壁立千仞，无欲则刚”的博大；信是“君子一言，驷马难追”的承诺。只有“诚信”方可“立身”，做到“诚信”方可“成人”。诚信是一种自尊、自重、自爱，是真实的自我、坦荡的自我。诚信的自我是一种光荣。“岂能如人意，但求无愧吾心”。让竞争在平等、公平、和谐中展开，让一切的付出和回报都真实，纯净！我想，只有我们坦然运用诚信的尺度来衡量自身，才无愧于自己的良心，才能度过一个美好的一生！</w:t>
      </w:r>
      <w:r>
        <w:rPr>
          <w:lang w:eastAsia="zh-CN"/>
        </w:rPr>
        <w:t xml:space="preserve"> </w:t>
      </w:r>
      <w:r>
        <w:rPr>
          <w:lang w:eastAsia="zh-CN"/>
        </w:rPr>
        <w:br/>
      </w:r>
      <w:r>
        <w:rPr>
          <w:lang w:eastAsia="zh-CN"/>
        </w:rPr>
        <w:t xml:space="preserve">    最后，衷心预祝同学们在期末考试中都能取得一个优异的成绩。 </w:t>
      </w:r>
      <w:r>
        <w:rPr>
          <w:lang w:eastAsia="zh-CN"/>
        </w:rPr>
        <w:br/>
      </w:r>
      <w:r>
        <w:rPr>
          <w:lang w:eastAsia="zh-CN"/>
        </w:rPr>
        <w:t xml:space="preserve">    我的演讲完毕，谢谢大家！ </w:t>
      </w:r>
      <w:r>
        <w:rPr>
          <w:lang w:eastAsia="zh-CN"/>
        </w:rPr>
        <w:br/>
      </w:r>
      <w:r>
        <w:rPr>
          <w:lang w:eastAsia="zh-CN"/>
        </w:rPr>
        <w:t>校长在月考总结表彰会上的讲话稿（精选篇4）</w:t>
      </w:r>
      <w:r>
        <w:rPr>
          <w:lang w:eastAsia="zh-CN"/>
        </w:rPr>
        <w:br/>
      </w:r>
      <w:r>
        <w:rPr>
          <w:lang w:eastAsia="zh-CN"/>
        </w:rPr>
        <w:t xml:space="preserve">    尊敬的领导，老师，家长，亲爱的同学们： </w:t>
      </w:r>
      <w:r>
        <w:rPr>
          <w:lang w:eastAsia="zh-CN"/>
        </w:rPr>
        <w:br/>
      </w:r>
      <w:r>
        <w:rPr>
          <w:lang w:eastAsia="zh-CN"/>
        </w:rPr>
        <w:t xml:space="preserve">    大家好!春风吹，战鼓擂，今年中考谁怕谁?三年磨砺，立志凌绝顶，百日竞渡，破浪展雄风。去年，师哥师姐们的百日誓师场景还历历在目，今天，就到了我们百日誓师的点将台。一百天，我们要做些什么呢?一百天里，我们将迎来中考体育考试，中考理化生实验考试，中考文化课考试。同学们，准备好了么?(同学们齐喊)时刻准备着!语文、数学、英语、政治、历史、物理、化学，我们必须全盘拿下。一百天，我们要抓紧每分每秒，和时间赛跑。一百天，我们要做到，不留疑问，有疑必问，今日事今日毕，不留疑问到明天。请牢记：老师家长是我们坚强有力的后盾，同学是我们并肩作战的战友，我们要互相打气，加油!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百日短暂，弹指一挥间，一百天，此诚危急存亡之秋也!工欲善其事，必先利其器，一百天，不短!我们要调整好自己的状态：课堂上，孜孜不倦;自习课，不左顾右盼磨磨蹭蹭;作业，我们保质保量，达到查漏补缺的目的。一百天，我们要有计划，有节奏，把每一次考试都当成是中考的演习。一百天,任何困难，都阻挠不了我们心中永不屈服的信念。汪国真说“没有比脚更长的路，没有比人更高的山。”中考，是一场与自己的较量。行百里者半九十。有志者，事竞成，在这个节骨眼上，我们更要坚定意志。破釜沉舟，搏他个日出日落;背水一战，拼他个无怨无悔。同学们：黄金百战穿金甲，不破楼兰终不还。在六月的考场上，再创“20__，属于我们的中考辉煌!”</w:t>
      </w:r>
      <w:r>
        <w:rPr>
          <w:lang w:eastAsia="zh-CN"/>
        </w:rPr>
        <w:t xml:space="preserve"> </w:t>
      </w:r>
      <w:r>
        <w:rPr>
          <w:lang w:eastAsia="zh-CN"/>
        </w:rPr>
        <w:br/>
      </w:r>
      <w:r>
        <w:rPr>
          <w:lang w:eastAsia="zh-CN"/>
        </w:rPr>
        <w:t xml:space="preserve">    领誓人带领读誓词 </w:t>
      </w:r>
      <w:r>
        <w:rPr>
          <w:lang w:eastAsia="zh-CN"/>
        </w:rPr>
        <w:br/>
      </w:r>
      <w:r>
        <w:rPr>
          <w:lang w:eastAsia="zh-CN"/>
        </w:rPr>
        <w:t xml:space="preserve">    领誓人： </w:t>
      </w:r>
      <w:r>
        <w:rPr>
          <w:lang w:eastAsia="zh-CN"/>
        </w:rPr>
        <w:br/>
      </w:r>
      <w:r>
        <w:rPr>
          <w:lang w:eastAsia="zh-CN"/>
        </w:rPr>
        <w:t xml:space="preserve">    看，中考冲刺的战旗在猎猎飘扬; </w:t>
      </w:r>
      <w:r>
        <w:rPr>
          <w:lang w:eastAsia="zh-CN"/>
        </w:rPr>
        <w:br/>
      </w:r>
      <w:r>
        <w:rPr>
          <w:lang w:eastAsia="zh-CN"/>
        </w:rPr>
        <w:t xml:space="preserve">    听，决战中考的战鼓在咚咚擂响; </w:t>
      </w:r>
      <w:r>
        <w:rPr>
          <w:lang w:eastAsia="zh-CN"/>
        </w:rPr>
        <w:br/>
      </w:r>
      <w:r>
        <w:rPr>
          <w:lang w:eastAsia="zh-CN"/>
        </w:rPr>
        <w:t xml:space="preserve">    九年寒窗，发奋图强， </w:t>
      </w:r>
      <w:r>
        <w:rPr>
          <w:lang w:eastAsia="zh-CN"/>
        </w:rPr>
        <w:br/>
      </w:r>
      <w:r>
        <w:rPr>
          <w:lang w:eastAsia="zh-CN"/>
        </w:rPr>
        <w:t xml:space="preserve">    终成一剑，今试锋芒; </w:t>
      </w:r>
      <w:r>
        <w:rPr>
          <w:lang w:eastAsia="zh-CN"/>
        </w:rPr>
        <w:br/>
      </w:r>
      <w:r>
        <w:rPr>
          <w:lang w:eastAsia="zh-CN"/>
        </w:rPr>
        <w:t xml:space="preserve">    问一句，少年，敢不敢，浴血沙场? </w:t>
      </w:r>
      <w:r>
        <w:rPr>
          <w:lang w:eastAsia="zh-CN"/>
        </w:rPr>
        <w:br/>
      </w:r>
      <w:r>
        <w:rPr>
          <w:lang w:eastAsia="zh-CN"/>
        </w:rPr>
        <w:t xml:space="preserve">    请同学们举起右手，和我一起宣誓： </w:t>
      </w:r>
      <w:r>
        <w:rPr>
          <w:lang w:eastAsia="zh-CN"/>
        </w:rPr>
        <w:br/>
      </w:r>
      <w:r>
        <w:rPr>
          <w:lang w:eastAsia="zh-CN"/>
        </w:rPr>
        <w:t xml:space="preserve">    中考在即，百日为期; </w:t>
      </w:r>
      <w:r>
        <w:rPr>
          <w:lang w:eastAsia="zh-CN"/>
        </w:rPr>
        <w:br/>
      </w:r>
      <w:r>
        <w:rPr>
          <w:lang w:eastAsia="zh-CN"/>
        </w:rPr>
        <w:t xml:space="preserve">    勤学苦练，再试高低; </w:t>
      </w:r>
      <w:r>
        <w:rPr>
          <w:lang w:eastAsia="zh-CN"/>
        </w:rPr>
        <w:br/>
      </w:r>
      <w:r>
        <w:rPr>
          <w:lang w:eastAsia="zh-CN"/>
        </w:rPr>
        <w:t xml:space="preserve">    知者不惑，勇者不惧; </w:t>
      </w:r>
      <w:r>
        <w:rPr>
          <w:lang w:eastAsia="zh-CN"/>
        </w:rPr>
        <w:br/>
      </w:r>
      <w:r>
        <w:rPr>
          <w:lang w:eastAsia="zh-CN"/>
        </w:rPr>
        <w:t xml:space="preserve">    问鼎六月，所向披靡! </w:t>
      </w:r>
      <w:r>
        <w:rPr>
          <w:lang w:eastAsia="zh-CN"/>
        </w:rPr>
        <w:br/>
      </w:r>
      <w:r>
        <w:rPr>
          <w:lang w:eastAsia="zh-CN"/>
        </w:rPr>
        <w:t xml:space="preserve">    所向披靡!所向披靡! </w:t>
      </w:r>
      <w:r>
        <w:rPr>
          <w:lang w:eastAsia="zh-CN"/>
        </w:rPr>
        <w:br/>
      </w:r>
      <w:r>
        <w:rPr>
          <w:lang w:eastAsia="zh-CN"/>
        </w:rPr>
        <w:t xml:space="preserve">    领誓人：今天我以西山为荣，明天西山必将以我为傲。同学们，冲刺吧! </w:t>
      </w:r>
      <w:r>
        <w:rPr>
          <w:lang w:eastAsia="zh-CN"/>
        </w:rPr>
        <w:br/>
      </w:r>
      <w:r>
        <w:rPr>
          <w:lang w:eastAsia="zh-CN"/>
        </w:rPr>
        <w:t xml:space="preserve">    观摩的家长听后，录像发到了我们群里，家长们也激情澎湃，激励学生们：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六班的学子们，你们是老师倾尽心血培育的一片竹笋，马上就要破土成林!</w:t>
      </w:r>
      <w:r>
        <w:rPr>
          <w:lang w:eastAsia="zh-CN"/>
        </w:rPr>
        <w:t xml:space="preserve"> </w:t>
      </w:r>
      <w:r>
        <w:rPr>
          <w:lang w:eastAsia="zh-CN"/>
        </w:rPr>
        <w:br/>
      </w:r>
      <w:r>
        <w:rPr>
          <w:lang w:eastAsia="zh-CN"/>
        </w:rPr>
        <w:t xml:space="preserve">    记住你们班长的誓言：问鼎六月，所向披靡! </w:t>
      </w:r>
      <w:r>
        <w:rPr>
          <w:lang w:eastAsia="zh-CN"/>
        </w:rPr>
        <w:br/>
      </w:r>
      <w:r>
        <w:rPr>
          <w:lang w:eastAsia="zh-CN"/>
        </w:rPr>
        <w:t xml:space="preserve">    知道你们很辛苦，可以比不上班长的名次，但一定要有班长的士气! </w:t>
      </w:r>
      <w:r>
        <w:rPr>
          <w:lang w:eastAsia="zh-CN"/>
        </w:rPr>
        <w:br/>
      </w:r>
      <w:r>
        <w:rPr>
          <w:lang w:eastAsia="zh-CN"/>
        </w:rPr>
        <w:t xml:space="preserve">    只有以积极的态度去拼一把，才算是不负师恩，对得起自己! </w:t>
      </w:r>
      <w:r>
        <w:rPr>
          <w:lang w:eastAsia="zh-CN"/>
        </w:rPr>
        <w:br/>
      </w:r>
      <w:r>
        <w:rPr>
          <w:lang w:eastAsia="zh-CN"/>
        </w:rPr>
        <w:t xml:space="preserve">    朝气蓬勃的少年们，破茧成蝶，飞向希望，冲刺吧! </w:t>
      </w:r>
      <w:r>
        <w:rPr>
          <w:lang w:eastAsia="zh-CN"/>
        </w:rPr>
        <w:br/>
      </w:r>
      <w:r>
        <w:rPr>
          <w:lang w:eastAsia="zh-CN"/>
        </w:rPr>
        <w:t xml:space="preserve">    成功，不仅仅蕴藏在口号里，成功更表现在行动中。中考，必胜!孩子们，加油! </w:t>
      </w:r>
      <w:r>
        <w:rPr>
          <w:lang w:eastAsia="zh-CN"/>
        </w:rPr>
        <w:br/>
      </w:r>
      <w:r>
        <w:rPr>
          <w:lang w:eastAsia="zh-CN"/>
        </w:rPr>
        <w:t>校长在月考总结表彰会上的讲话稿（精选篇5）</w:t>
      </w:r>
      <w:r>
        <w:rPr>
          <w:lang w:eastAsia="zh-CN"/>
        </w:rPr>
        <w:br/>
      </w:r>
      <w:r>
        <w:rPr>
          <w:lang w:eastAsia="zh-CN"/>
        </w:rPr>
        <w:t xml:space="preserve">    敬爱的老师，亲爱的同学们： </w:t>
      </w:r>
      <w:r>
        <w:rPr>
          <w:lang w:eastAsia="zh-CN"/>
        </w:rPr>
        <w:br/>
      </w:r>
      <w:r>
        <w:rPr>
          <w:lang w:eastAsia="zh-CN"/>
        </w:rPr>
        <w:t xml:space="preserve">    大家早上好，时间飞逝，不知不觉半学期已经过去，在本周我们也将迎来期中考试。 </w:t>
      </w:r>
      <w:r>
        <w:rPr>
          <w:lang w:eastAsia="zh-CN"/>
        </w:rPr>
        <w:br/>
      </w:r>
      <w:r>
        <w:rPr>
          <w:lang w:eastAsia="zh-CN"/>
        </w:rPr>
        <w:t xml:space="preserve">    “诚信为本”一直以来就是中华民族世代传承的优秀品质。而当诚信考生，做文明公民，既是时代需要，也是做人的基本准则。诚信考试更是对自身品德修养真切的实际检验，所以作为一名中学生，我们应以诚信的态度对待每一场考试，诚实地回答每一道题，为心灵交一份诚实的答卷。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孔子曾说：内不欺己，外不欺人。我们应该成为一个能够经受考验的人。而每一次的阶段测试都是对我们掌握知识情况的审核，更是对我们信用与人格的检验。我们要明确考试的根本目的，要认识到考试并为是为了成绩单上漂亮的排名，而是为了让我们每个人在错误中看清自己的缺点，从而有针对性的练习和纠正，让自己更加强大，同时也是为了从失败中寻找问题的根源，以便为自己量身定做高效的学习方法。只有这样，考试才能起到它应有的作用，成为我们前进的动力而非压力。</w:t>
      </w:r>
      <w:r>
        <w:rPr>
          <w:lang w:eastAsia="zh-CN"/>
        </w:rPr>
        <w:t xml:space="preserve"> </w:t>
      </w:r>
      <w:r>
        <w:rPr>
          <w:lang w:eastAsia="zh-CN"/>
        </w:rPr>
        <w:br/>
      </w:r>
      <w:r>
        <w:rPr>
          <w:lang w:eastAsia="zh-CN"/>
        </w:rPr>
        <w:t xml:space="preserve">    所以，树立正确的应考理念是我们应该重视的一个问题。有的同学正是因为功利心太强，缺乏自信或者迫于家庭的压力，忽视了对自己能力的考察，铤而走险，使自己原本纯洁美好的信誉沾染污点，本应平和的心境也蒙受阴影。诚信是一个人的立世之本，只有清清白白做人，堂堂正正做事，灵魂才能够坦然无愧。我们在学校苦读，在书山题海中挣扎，都是为了锻炼心志，何必又为了一次普通的测试而忘记自己最初的梦想，舍本逐末，去追求虚无的名次？ </w:t>
      </w:r>
      <w:r>
        <w:rPr>
          <w:lang w:eastAsia="zh-CN"/>
        </w:rPr>
        <w:br/>
      </w:r>
      <w:r>
        <w:rPr>
          <w:lang w:eastAsia="zh-CN"/>
        </w:rPr>
        <w:t xml:space="preserve">    在此，我向全体考生发出如下倡议： </w:t>
      </w:r>
      <w:r>
        <w:rPr>
          <w:lang w:eastAsia="zh-CN"/>
        </w:rPr>
        <w:br/>
      </w:r>
      <w:r>
        <w:rPr>
          <w:lang w:eastAsia="zh-CN"/>
        </w:rPr>
        <w:t xml:space="preserve">    一、 端正态度，明确目标，勤思好问，积极备考。 </w:t>
      </w:r>
      <w:r>
        <w:rPr>
          <w:lang w:eastAsia="zh-CN"/>
        </w:rPr>
        <w:br/>
      </w:r>
      <w:r>
        <w:rPr>
          <w:lang w:eastAsia="zh-CN"/>
        </w:rPr>
        <w:t xml:space="preserve">    二、 诚信做人，诚实做事，考出自己的真实水平，不抄袭，不偷窥，坦诚面对自己的学习状况，自尊自信。 </w:t>
      </w:r>
      <w:r>
        <w:rPr>
          <w:lang w:eastAsia="zh-CN"/>
        </w:rPr>
        <w:br/>
      </w:r>
      <w:r>
        <w:rPr>
          <w:lang w:eastAsia="zh-CN"/>
        </w:rPr>
        <w:t xml:space="preserve">    三、 遵守考场纪律，尊重监考老师。 </w:t>
      </w:r>
      <w:r>
        <w:rPr>
          <w:lang w:eastAsia="zh-CN"/>
        </w:rPr>
        <w:br/>
      </w:r>
      <w:r>
        <w:rPr>
          <w:lang w:eastAsia="zh-CN"/>
        </w:rPr>
        <w:t xml:space="preserve">    四、 学会总结和反思，从考试中发现问题，积极寻找解决办法。 </w:t>
      </w:r>
      <w:r>
        <w:rPr>
          <w:lang w:eastAsia="zh-CN"/>
        </w:rPr>
        <w:br/>
      </w:r>
      <w:r>
        <w:rPr>
          <w:lang w:eastAsia="zh-CN"/>
        </w:rPr>
        <w:t xml:space="preserve">    最后，预祝大家在考试中达成目标，凭实力取得佳绩。也希望大家从考试中收获经验总结教训，为求学之路铺砖垫瓦。 </w:t>
      </w:r>
      <w:r>
        <w:rPr>
          <w:lang w:eastAsia="zh-CN"/>
        </w:rPr>
        <w:br/>
      </w:r>
      <w:r>
        <w:rPr>
          <w:lang w:eastAsia="zh-CN"/>
        </w:rPr>
        <w:t>校长在月考总结表彰会上的讲话稿（精选篇6）</w:t>
      </w:r>
      <w:r>
        <w:rPr>
          <w:lang w:eastAsia="zh-CN"/>
        </w:rPr>
        <w:br/>
      </w:r>
      <w:r>
        <w:rPr>
          <w:lang w:eastAsia="zh-CN"/>
        </w:rPr>
        <w:t xml:space="preserve">    尊敬的各位老师、亲爱的同学们、各位家长：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大家下午好!在春风和煦、万物复苏的美好日子里，我们迎来了20__年中考百日冲刺誓师大会。今天我们终于可以踮起脚尖，依稀可以看到初中生活的终点了!而一百天后的中考，已经安排好我们的位置!春去秋来，花开花谢。三年春秋，着实太过短暂，太过匆忙。一百天，说短，则如白驹过隙，转瞬即逝;一百天，说长，那便还有864万秒。只要努力，每一秒都是新的起点，一切皆有可能。十年寒窗，的确很辛苦。在以后100天的日子里，更需要我们顽强拼搏，厚积薄发，越努力，越能接近成功!“不经一番寒彻骨，哪得梅花扑鼻香?”没有付出，怎能收获梦想的甘甜?只要努力，任何时候都不晚!面对中考挑战，不能太佛系，要硬核!我们坚信：只有硬核，才能成功!确认过眼神，要做紧跟潮流的人!只有坚持下去，才能在中考中成为大咖，走向C位!</w:t>
      </w:r>
      <w:r>
        <w:rPr>
          <w:lang w:eastAsia="zh-CN"/>
        </w:rPr>
        <w:t xml:space="preserve"> </w:t>
      </w:r>
      <w:r>
        <w:rPr>
          <w:lang w:eastAsia="zh-CN"/>
        </w:rPr>
        <w:br/>
      </w:r>
      <w:r>
        <w:rPr>
          <w:lang w:eastAsia="zh-CN"/>
        </w:rPr>
        <w:t xml:space="preserve">    同学们，我们不能靠幻想成为中考的锦鲤、本鲤!我们盼望着“今年花胜去年红”，也期待着今年六月的“风光不与四时同”。100天的时间，每一天都有机遇和挑战。奇迹总是由强者创造的，一份耕耘，总有一份收获。跋山涉水，我们一步步走向成功;披星戴月，我们一天天奏响成功的乐章。同学们，我们在时代的舞台上走过，我们留下了什么?我们留下的是更好的自己，那个为了梦想持之以恒的你!同学们，今天不努力，中考两行泪!别让梦想流浪，请用奋斗远航!道路千万条，奋斗第一条!以梦为马，驰骋趁年华。“恰同学少年，风华正茂，书生意气，挥斥方遒”，同学们，用奋斗去书写韶华，用拼搏去点亮生命之火。同学们，我们在，永不败!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同学们，中考将翻开你生命中崭新的一页，它会让你的梦想绚丽如画，让青春永远灿烂!秣马厉兵三个月，敢叫日月换新天;砥砺磨剑一百天，誓酬蹈海成英雄。一百天，愿你们奋发图强，持之以恒!举胸中豪情，倾满腔热血，与雷霆碰杯，同日月争辉。“三年砺剑今日策马闯雄关，一朝试锋六月扬眉凯歌还!”谢谢大家!</w:t>
      </w:r>
      <w:r>
        <w:rPr>
          <w:lang w:eastAsia="zh-CN"/>
        </w:rPr>
        <w:t xml:space="preserve"> </w:t>
      </w:r>
      <w:r>
        <w:rPr>
          <w:lang w:eastAsia="zh-CN"/>
        </w:rPr>
        <w:br/>
      </w:r>
      <w:r>
        <w:rPr>
          <w:lang w:eastAsia="zh-CN"/>
        </w:rPr>
        <w:t>校长在月考总结表彰会上的讲话稿（精选篇7）</w:t>
      </w:r>
      <w:r>
        <w:rPr>
          <w:lang w:eastAsia="zh-CN"/>
        </w:rPr>
        <w:br/>
      </w:r>
      <w:r>
        <w:rPr>
          <w:lang w:eastAsia="zh-CN"/>
        </w:rPr>
        <w:t xml:space="preserve">    亲爱的老师们、同学们： </w:t>
      </w:r>
      <w:r>
        <w:rPr>
          <w:lang w:eastAsia="zh-CN"/>
        </w:rPr>
        <w:br/>
      </w:r>
      <w:r>
        <w:rPr>
          <w:lang w:eastAsia="zh-CN"/>
        </w:rPr>
        <w:t xml:space="preserve">    大家好! </w:t>
      </w:r>
      <w:r>
        <w:rPr>
          <w:lang w:eastAsia="zh-CN"/>
        </w:rPr>
        <w:br/>
      </w:r>
      <w:r>
        <w:rPr>
          <w:lang w:eastAsia="zh-CN"/>
        </w:rPr>
        <w:t xml:space="preserve">    时光荏苒，光阴易逝。从上半年的分班考试到此次月考，我们的高三已过近半，离明年的高考仅剩7个来月。今天我们特意抽出时间举行高三第三次月考总结及表彰大会，对前段学习情况进行阶段性总结，对学习勤奋、成绩优异的同学进行表彰。首先，我代表学校向一直奋战在高三讲台、任劳任怨的老师们表示感谢，向一直勤奋学习、追求上进的同学们表示问候，向在本次月考中成绩优异、获得表彰的同学表示热烈地祝贺。 </w:t>
      </w:r>
      <w:r>
        <w:rPr>
          <w:lang w:eastAsia="zh-CN"/>
        </w:rPr>
        <w:br/>
      </w:r>
      <w:r>
        <w:rPr>
          <w:lang w:eastAsia="zh-CN"/>
        </w:rPr>
        <w:t xml:space="preserve">    时间滚滚向前，复习紧张有序。进入高三以来，全年级的各位老师针对高考目标，认真研究高考走向和考试说明，精心制定复习计划，切实强化教学研究，着力优化复习策略，追求高效率、高质量的复习指导。高三的各位同学在老师们的指导下，以昂扬的斗志、饱满的精神状态投入到学习中，取得了长足的进步。一份耕耘，一份收获。在这次月考中，就涌现出了一批成绩优秀的同学。这些同学，用自己的汗水换来了成绩的优异，用自己的勤奋赢得了成功的喜悦。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总结过去，是为了发现问题，寻找对策;表彰优秀，是为了树立榜样，再创辉煌。对于此次考试中发现的问题，全体师生都要认真总结，冷静反思，对症下药，打好下一阶段复习迎考的攻坚战。希望全体受到表彰的同学再接再厉，再攀高峰;希望其他同学，以他们为榜样，顽强拼搏，奋起直追。</w:t>
      </w:r>
      <w:r>
        <w:rPr>
          <w:lang w:eastAsia="zh-CN"/>
        </w:rPr>
        <w:t xml:space="preserve"> </w:t>
      </w:r>
      <w:r>
        <w:rPr>
          <w:lang w:eastAsia="zh-CN"/>
        </w:rPr>
        <w:br/>
      </w:r>
      <w:r>
        <w:rPr>
          <w:lang w:eastAsia="zh-CN"/>
        </w:rPr>
        <w:t xml:space="preserve">    这次月考只是高三战役中的一次，成绩也只能代表这一阶段的成败。我们要从暂时的喜悦或沮丧中走出来，胜不骄，败不馁，及时调整自己。在高三以后的日子里，我们必将面对更加严峻的挑战，需要做好更加充分的准备。在此，我向全体高三同学提出几点期望和要求： </w:t>
      </w:r>
      <w:r>
        <w:rPr>
          <w:lang w:eastAsia="zh-CN"/>
        </w:rPr>
        <w:br/>
      </w:r>
      <w:r>
        <w:rPr>
          <w:lang w:eastAsia="zh-CN"/>
        </w:rPr>
        <w:t xml:space="preserve">    一、要坚定目标，满怀信心。 </w:t>
      </w:r>
      <w:r>
        <w:rPr>
          <w:lang w:eastAsia="zh-CN"/>
        </w:rPr>
        <w:br/>
      </w:r>
      <w:r>
        <w:rPr>
          <w:lang w:eastAsia="zh-CN"/>
        </w:rPr>
        <w:t xml:space="preserve">    坚定目标是我们奋斗的方向与前进的动力;充满信心，则是决战高考的前提。每一个高三教室后面贴出的目标，不是摆设，更不是空想。我们每一位同学要坚定目标，满怀信心，将目标化解为每一天的积极向上，每一天的埋头苦干，每一天的勤学好问，每一天的点滴收获。 </w:t>
      </w:r>
      <w:r>
        <w:rPr>
          <w:lang w:eastAsia="zh-CN"/>
        </w:rPr>
        <w:br/>
      </w:r>
      <w:r>
        <w:rPr>
          <w:lang w:eastAsia="zh-CN"/>
        </w:rPr>
        <w:t xml:space="preserve">    二、要端正态度，主动学习。 </w:t>
      </w:r>
      <w:r>
        <w:rPr>
          <w:lang w:eastAsia="zh-CN"/>
        </w:rPr>
        <w:br/>
      </w:r>
      <w:r>
        <w:rPr>
          <w:lang w:eastAsia="zh-CN"/>
        </w:rPr>
        <w:t xml:space="preserve">    态度决定一切。端正态度，是决战高考的保障;主动学习，则是复习高效的关键。我真诚地希望全体高三同学，为高考着想，从自身着手，端正态度，主动学习。坚持做到每天学习任务天天清，每周疑难问题周周清，与高考无关的念头不要有，与高考无关的事情不要做，全力以赴，备战高考。 </w:t>
      </w:r>
      <w:r>
        <w:rPr>
          <w:lang w:eastAsia="zh-CN"/>
        </w:rPr>
        <w:br/>
      </w:r>
      <w:r>
        <w:rPr>
          <w:lang w:eastAsia="zh-CN"/>
        </w:rPr>
        <w:t xml:space="preserve">    三、要磨炼毅力，讲究方法。 </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顽强的毅力，是决战高考的保证;科学的方法，则是高考获胜的法宝。高考不仅仅是知识的检验，更是综合实力的较量。学习是一件非常辛苦的事，没有顽强的毅力，我们走不到最后，也笑不到最后。同时学习还要讲究方法。我认为全体高三同学要坚持“三管齐下”的策略：一要“管”好自己的口，不懂就问，问老师问同学，不解决问题不罢休;二要“管”好自己的手，要多做多练多整理，俗话说：万恶之首懒为先。决战高考，不容懒惰;三要“管”好自己的脑，要独立思考，杜绝抄袭，对各科知识的复习要突出分析归纳整理，将知识内化为解决问题的能力。 </w:t>
      </w:r>
      <w:r>
        <w:rPr>
          <w:lang w:eastAsia="zh-CN"/>
        </w:rPr>
        <w:br/>
      </w:r>
      <w:r>
        <w:rPr>
          <w:lang w:eastAsia="zh-CN"/>
        </w:rPr>
        <w:t xml:space="preserve">    同时，我们还要注意坚持体育锻炼和适当休息。健康的体魄、旺盛的精力是复习备考的必备条件。 </w:t>
      </w:r>
      <w:r>
        <w:rPr>
          <w:lang w:eastAsia="zh-CN"/>
        </w:rPr>
        <w:br/>
      </w:r>
      <w:r>
        <w:rPr>
          <w:lang w:eastAsia="zh-CN"/>
        </w:rPr>
        <w:t xml:space="preserve">    老师们，同学们，面对高考，我们任重而道远，但抓好高考又是我们义不容辞的责任。要成功就要奋斗，要奋斗就会有艰辛。只有付出更多的心血和汗水，才会换来成功的喜悦。高三是人生漫漫求学之路上最辛苦、最充实也是最有收获的阶段。希望全体高三同学不要辜负学校的培养、老师的教诲、家长的期盼，抓住高三的每一天、每一秒，高效备考，坚韧不拔，力争在20__年的高考中取得辉煌的成绩。 </w:t>
      </w:r>
      <w:r>
        <w:rPr>
          <w:lang w:eastAsia="zh-CN"/>
        </w:rPr>
        <w:br/>
      </w:r>
      <w:r>
        <w:rPr>
          <w:lang w:eastAsia="zh-CN"/>
        </w:rPr>
        <w:t xml:space="preserve">    最后祝老师们身体健康，工作顺利!祝同学们开心快乐，金榜题名! </w:t>
      </w:r>
      <w:r>
        <w:rPr>
          <w:lang w:eastAsia="zh-CN"/>
        </w:rPr>
        <w:br/>
      </w:r>
      <w:r>
        <w:rPr>
          <w:lang w:eastAsia="zh-CN"/>
        </w:rPr>
        <w:t xml:space="preserve">    谢谢大家! </w:t>
      </w:r>
      <w:r>
        <w:rPr>
          <w:lang w:eastAsia="zh-CN"/>
        </w:rPr>
        <w:br/>
      </w:r>
      <w:r>
        <w:rPr>
          <w:lang w:eastAsia="zh-CN"/>
        </w:rPr>
        <w:t>校长在月考总结表彰会上的讲话稿（精选篇8）</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各位老师，各位同学： </w:t>
      </w:r>
      <w:r>
        <w:rPr>
          <w:lang w:eastAsia="zh-CN"/>
        </w:rPr>
        <w:br/>
      </w:r>
      <w:r>
        <w:rPr>
          <w:lang w:eastAsia="zh-CN"/>
        </w:rPr>
        <w:t xml:space="preserve">    大家早上好！ </w:t>
      </w:r>
      <w:r>
        <w:rPr>
          <w:lang w:eastAsia="zh-CN"/>
        </w:rPr>
        <w:br/>
      </w:r>
      <w:r>
        <w:rPr>
          <w:lang w:eastAsia="zh-CN"/>
        </w:rPr>
        <w:t xml:space="preserve">    金灿灿的秋天快过去了，辛勤的农民收获了他们的劳动成果。我相信同学们在这个季节里同样付出了辛勤的学习，洒下了很多的汗水，也有着不同的收获和喜悦。现在有这样一个机会，它能检验我们在学习这片土地上的果实是否沉甸甸，那就是我们将要迎来的期中考试。 </w:t>
      </w:r>
      <w:r>
        <w:rPr>
          <w:lang w:eastAsia="zh-CN"/>
        </w:rPr>
        <w:br/>
      </w:r>
      <w:r>
        <w:rPr>
          <w:lang w:eastAsia="zh-CN"/>
        </w:rPr>
        <w:t xml:space="preserve">    同学们，你们觉得考试是什么？它是我们的敌人吗？它是一只让我们害怕的猛兽吗？当然不是，考试，只是一种交流方式，一次普通的测试，只是一种回报，给自己的回报，给父母的回报，给老师的回报。关于这次期中考试，今天我的讲话主要从“以考促学”和“不断进步”两个方面进行。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第一，“以考促学”是提高学习的必要手段。有的同学害怕考试，怕考不好了会受到老师的批评，会受到家长的责备，更怕来自同学们的嘲笑，其实这是一种错误的想法。我们应该欢迎考试，考试就像一面镜子。同学们每天都会照镜子吗？你们为什么照镜子呢？对嘛，就是从中看到自己的长处，就是为了让自己有更好的形象。照镜子是一种观察，是一种修正，同样的，考试也是一种观察一种修正。它能使我们对前一阶段的学习情况有一个清晰而系统的了解。阶段性的考试，不仅能肯定大家过去所学取得的成绩，能起到鼓励同学们的作用，而且有助于同学们发现过去学习中存在的问题，看看哪些知识在过去的学习中被疏忽遗漏了，哪些概念没有被深入理解，哪些题型缺少解决的方法等等。同学们要理性地对待考试，千万不要让考试这个纸老虎阻碍我们的学习进步，要把它当做反省自己的机会，甚至还可以在日常学习中，养成自考自测的良好习惯，相信这一良好习惯一定会让你受益终身！</w:t>
      </w:r>
      <w:r>
        <w:rPr>
          <w:lang w:eastAsia="zh-CN"/>
        </w:rPr>
        <w:t xml:space="preserve"> </w:t>
      </w:r>
      <w:r>
        <w:rPr>
          <w:lang w:eastAsia="zh-CN"/>
        </w:rPr>
        <w:br/>
      </w:r>
      <w:r>
        <w:rPr>
          <w:lang w:eastAsia="zh-CN"/>
        </w:rPr>
        <w:t xml:space="preserve">    第二，“不断进步”是考试的最终目的。人不是生来就拥有一切，而是靠我们从学习中得到的一切来造就自己。只有不断提升学习能力，才能实现全面发展。通过考试，同学们会更加明确学习的目的，更加端正学习的态度，能发现自己在知识、能力、方法等方面的长处和不足，为下一阶段的有针对性地改进学习提供重要的依据。更重要的是，每一次的考试，都能不断增强同学们的自信心、自觉性、意志力和诚信度。此外，我们的进步少不了竞争，考试正是一种竞争方式，它能不断地鞭策我们，催促我们努力学习，不断提升自我，超越自我，这有助于我们成为学习中的领跑者，更有助于以后成为时代的强者！ </w:t>
      </w:r>
      <w:r>
        <w:rPr>
          <w:lang w:eastAsia="zh-CN"/>
        </w:rPr>
        <w:br/>
      </w:r>
      <w:r>
        <w:rPr>
          <w:lang w:eastAsia="zh-CN"/>
        </w:rPr>
        <w:t>校长在月考总结表彰会上的讲话稿（精选篇9）</w:t>
      </w:r>
      <w:r>
        <w:rPr>
          <w:lang w:eastAsia="zh-CN"/>
        </w:rPr>
        <w:br/>
      </w:r>
      <w:r>
        <w:rPr>
          <w:lang w:eastAsia="zh-CN"/>
        </w:rPr>
        <w:t xml:space="preserve">    各位同学： </w:t>
      </w:r>
      <w:r>
        <w:rPr>
          <w:lang w:eastAsia="zh-CN"/>
        </w:rPr>
        <w:br/>
      </w:r>
      <w:r>
        <w:rPr>
          <w:lang w:eastAsia="zh-CN"/>
        </w:rPr>
        <w:t xml:space="preserve">    上午好！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今天是本学期的最后一个国旗下讲话，今天讲话的主题是“制定好期末考试的奋斗目标”。从今天算起，尽管距离全市期末统考只有一周时间，绝大多数班级已经在一两周前就开始了期末复习。各位老师都认真制定了复习计划，并精心组织了复习课的教学；大家也都在老师的指导下，正在进行着梳理知识、夯实基础、提高能力的总结式复习。学校也正在安排下周一到周三的期末考试工作，确保考试顺利进行。重要的是，我们每一个同学都想通过这次期末考试来证明自己的学业水平，还有你们的父母，也都想通过这样的考试了解自己孩子成绩现状。</w:t>
      </w:r>
      <w:r>
        <w:rPr>
          <w:lang w:eastAsia="zh-CN"/>
        </w:rPr>
        <w:t xml:space="preserve"> </w:t>
      </w:r>
      <w:r>
        <w:rPr>
          <w:lang w:eastAsia="zh-CN"/>
        </w:rPr>
        <w:br/>
      </w:r>
      <w:r>
        <w:rPr>
          <w:lang w:eastAsia="zh-CN"/>
        </w:rPr>
        <w:t xml:space="preserve">    要想让自己期末考试成绩满意，就不妨把目标适当的定高一点。目标高远了，我们才能有压力，才有有动力，才能在期末复习中珍惜时间，端正态度，提高效率。当然，目标也要量身定制，切不可盲目乐观，好高骛远；也不可妄自菲薄，甘居人后。我认为，目标是比上一次月考进步几名为好。 </w:t>
      </w:r>
      <w:r>
        <w:rPr>
          <w:lang w:eastAsia="zh-CN"/>
        </w:rPr>
        <w:br/>
      </w:r>
      <w:r>
        <w:rPr>
          <w:lang w:eastAsia="zh-CN"/>
        </w:rPr>
        <w:t xml:space="preserve">    同学们，我们辛苦了一学期，耕耘了半年，很快就到了该我们收获的时候了。只要我们定好目标，珍惜时间，抓好后几天的复习，就一定能考出自己真实的水平，以满意的成绩回报父母和老师。这一阶段尽管天气寒冷，但我们老师与同学们每天的早自习、午自习都能按时到教室组织学习。我希望同学们一如既往，再接再厉，抓好最后阶段复习备考，期末考试就要如期而至，最后预祝大家在全市组织的期末统考中，实际自己的奋斗目标，以愉快的心情来欢度春节。 </w:t>
      </w:r>
      <w:r>
        <w:rPr>
          <w:lang w:eastAsia="zh-CN"/>
        </w:rPr>
        <w:br/>
      </w:r>
      <w:r>
        <w:rPr>
          <w:lang w:eastAsia="zh-CN"/>
        </w:rPr>
        <w:t xml:space="preserve">    谢谢大家！ </w:t>
      </w:r>
      <w:r>
        <w:rPr>
          <w:lang w:eastAsia="zh-CN"/>
        </w:rPr>
        <w:br/>
      </w:r>
      <w:r>
        <w:rPr>
          <w:lang w:eastAsia="zh-CN"/>
        </w:rPr>
        <w:t>校长在月考总结表彰会上的讲话稿（精选篇10）</w:t>
      </w:r>
      <w:r>
        <w:rPr>
          <w:lang w:eastAsia="zh-CN"/>
        </w:rPr>
        <w:br/>
      </w:r>
      <w:r>
        <w:rPr>
          <w:lang w:eastAsia="zh-CN"/>
        </w:rPr>
        <w:t xml:space="preserve">    亲爱的老师，同学们： </w:t>
      </w:r>
      <w:r>
        <w:rPr>
          <w:lang w:eastAsia="zh-CN"/>
        </w:rPr>
        <w:br/>
      </w:r>
      <w:r>
        <w:rPr>
          <w:lang w:eastAsia="zh-CN"/>
        </w:rPr>
        <w:t xml:space="preserve">    大家好！ </w:t>
      </w:r>
      <w:r>
        <w:rPr>
          <w:lang w:eastAsia="zh-CN"/>
        </w:rPr>
        <w:br/>
      </w:r>
      <w:r>
        <w:rPr>
          <w:lang w:eastAsia="zh-CN"/>
        </w:rPr>
        <w:t xml:space="preserve">    过去的一周，我们又顺利平安地度过了。 </w:t>
      </w:r>
      <w:r>
        <w:rPr>
          <w:lang w:eastAsia="zh-CN"/>
        </w:rPr>
        <w:br/>
      </w:r>
    </w:p>
    <w:p w:rsidR="001B1F19" w14:textId="27C3F48A">
      <w:pPr>
        <w:rPr>
          <w:lang w:eastAsia="zh-CN"/>
        </w:rPr>
      </w:pPr>
      <w:r>
        <w:rPr>
          <w:lang w:eastAsia="zh-CN"/>
        </w:rPr>
        <w:t xml:space="preserve">    自521以来，盐田经历了全民抗疫的一个月，直到上周，盐田港码头、很多场所、小区才恢复正常的工作生活秩序。 </w:t>
      </w:r>
      <w:r>
        <w:rPr>
          <w:lang w:eastAsia="zh-CN"/>
        </w:rPr>
        <w:br/>
      </w:r>
      <w:r>
        <w:rPr>
          <w:lang w:eastAsia="zh-CN"/>
        </w:rPr>
        <w:t xml:space="preserve">    我们海涛小学的全体师能高度配合医务工作者，进行了六轮的核酸检测，过去的一周，我们再次顺利组织了第六轮的核算检测，特别在炎热的天气下，医务工作者穿着防护服给我们检测，很辛苦，每一位老师、同学都能听从学校调度，用最短的时间、最好的秩序高效完成检测。 </w:t>
      </w:r>
      <w:r>
        <w:rPr>
          <w:lang w:eastAsia="zh-CN"/>
        </w:rPr>
        <w:br/>
      </w:r>
      <w:r>
        <w:rPr>
          <w:lang w:eastAsia="zh-CN"/>
        </w:rPr>
        <w:t xml:space="preserve">    过去的一周，第二波的龙舟水不断，不到4天，气象台就发布预警16次，上周二还因为红色暴雨，我们停课一天，停课当天，早到校的同学能听从学校老师的组织，有序地等雨小了由家长接回家。停课不停学，很多同学在家里自学，做好期末的迎考复习。 </w:t>
      </w:r>
      <w:r>
        <w:rPr>
          <w:lang w:eastAsia="zh-CN"/>
        </w:rPr>
        <w:br/>
      </w:r>
      <w:r>
        <w:rPr>
          <w:lang w:eastAsia="zh-CN"/>
        </w:rPr>
        <w:t xml:space="preserve">    同学们，期末考试周来临了，再过三天，我们将迎来这个学期的期末考试，我们怎样才能有效复习，积极备考呢？首先，我们心中要有志气和目标，这就成功了一半，还有一半需要我们用行动去实现，下面，我向同学们提出三个准备，两个保证。三个准备： </w:t>
      </w:r>
      <w:r>
        <w:rPr>
          <w:lang w:eastAsia="zh-CN"/>
        </w:rPr>
        <w:br/>
      </w:r>
      <w:r>
        <w:rPr>
          <w:lang w:eastAsia="zh-CN"/>
        </w:rPr>
        <w:t xml:space="preserve">    第一，准备好复习的资料，复习不是简单的读读背背，更不是简单的机械重复，而是需要我们对知识，对知识进行一个有条理的梳理和归类，要进一步的理解和运用； </w:t>
      </w:r>
      <w:r>
        <w:rPr>
          <w:lang w:eastAsia="zh-CN"/>
        </w:rPr>
        <w:br/>
      </w:r>
      <w:r>
        <w:rPr>
          <w:lang w:eastAsia="zh-CN"/>
        </w:rPr>
        <w:t xml:space="preserve">  </w:t>
      </w:r>
      <w:r>
        <w:rPr>
          <w:lang w:eastAsia="zh-CN"/>
        </w:rPr>
        <w:t xml:space="preserve"> </w:t>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https://d.book118.com/028017015130006041</w:t>
        </w:r>
      </w:hyperlink>
    </w:p>
    <w:p w:rsidR="001B1F19">
      <w:pPr>
        <w:rPr>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28017015130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