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11.9全国消防宣传日活动总结（30篇）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11.9全国消防宣传日活动总结（通用30篇）</w:t>
      </w:r>
      <w:r>
        <w:rPr>
          <w:lang w:eastAsia="zh-CN"/>
        </w:rPr>
        <w:br/>
      </w:r>
      <w:r>
        <w:rPr>
          <w:lang w:eastAsia="zh-CN"/>
        </w:rPr>
        <w:t xml:space="preserve">    11.9全国消防宣传日活动总结 篇1 </w:t>
      </w:r>
      <w:r>
        <w:rPr>
          <w:lang w:eastAsia="zh-CN"/>
        </w:rPr>
        <w:br/>
      </w:r>
      <w:r>
        <w:rPr>
          <w:lang w:eastAsia="zh-CN"/>
        </w:rPr>
        <w:t>　　为切实提高广大群众的消防安全意识和法纪观念，增强防火自救和逃生技能，确保广大群众的生命财产安全，维护稳定和谐的交通秩序，我局认真组织开展了“119”消防宣传周活动，现作如下总结。</w:t>
      </w:r>
      <w:r>
        <w:rPr>
          <w:lang w:eastAsia="zh-CN"/>
        </w:rPr>
        <w:br/>
      </w:r>
      <w:r>
        <w:rPr>
          <w:lang w:eastAsia="zh-CN"/>
        </w:rPr>
        <w:t>　　根据上级要求，我局确定的宣传人员。制定了详细“119”消防宣传周活动方案。开展消防培训，极大的提高了干部职工对消防安全的重要性的认识，丰富了消防知识，懂得了一定的逃生自救技能。</w:t>
      </w:r>
      <w:r>
        <w:rPr>
          <w:lang w:eastAsia="zh-CN"/>
        </w:rPr>
        <w:br/>
      </w:r>
      <w:r>
        <w:rPr>
          <w:lang w:eastAsia="zh-CN"/>
        </w:rPr>
        <w:t>　　我局充分利用多种形式宣传消防安全知识。一是发放宣传资料，向广大群众宣传消防法律法规，共计发放各类宣传资料300余份。二是在出租车内放置宣传手册，向广大群众宣传防火自救和逃生知识，同时要求驾驶员向乘客宣传相关消防知识。</w:t>
      </w:r>
      <w:r>
        <w:rPr>
          <w:lang w:eastAsia="zh-CN"/>
        </w:rPr>
        <w:br/>
      </w:r>
      <w:r>
        <w:rPr>
          <w:lang w:eastAsia="zh-CN"/>
        </w:rPr>
        <w:t>　　督促企业各运输企业开展消防教育，要求运输企业在消防宣传周期间开展一次消防教育培训。同时要求运输企业开展出租车消防隐患排查，对排查出的隐患要及时整改。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“119”消防安全宣传周期间，我局安排专人，对各运输企业安全生产情况进行了检查，检查中对发现的消防安全隐患，要求其立即整改。</w:t>
      </w:r>
      <w:r>
        <w:rPr>
          <w:lang w:eastAsia="zh-CN"/>
        </w:rPr>
        <w:br/>
      </w:r>
      <w:r>
        <w:rPr>
          <w:lang w:eastAsia="zh-CN"/>
        </w:rPr>
        <w:t>　　根据矿业有限公司《关于开展20__年“消防宣传月”活动的通知》(伊广矿函字【20__】097号)文件要求，我公司积极组织开展消防安全专题培训活动、消防知识宣传、机修间火灾事故应急演练、火灾隐患自查等一系列活动，这些活动提高了广大员工的消防安全意识，使“全民参与，防治火灾”的理念深入人心。现总结如下：</w:t>
      </w:r>
      <w:r>
        <w:rPr>
          <w:lang w:eastAsia="zh-CN"/>
        </w:rPr>
        <w:br/>
      </w:r>
      <w:r>
        <w:rPr>
          <w:lang w:eastAsia="zh-CN"/>
        </w:rPr>
        <w:t>　　开展“消防宣传月”宣传活动</w:t>
      </w:r>
      <w:r>
        <w:rPr>
          <w:lang w:eastAsia="zh-CN"/>
        </w:rPr>
        <w:br/>
      </w:r>
      <w:r>
        <w:rPr>
          <w:lang w:eastAsia="zh-CN"/>
        </w:rPr>
        <w:t>　　1、在公司员工食堂等公共场所悬挂“消防宣传月”条幅，营造“时时注意安全，处处预防火灾”氛围。</w:t>
      </w:r>
      <w:r>
        <w:rPr>
          <w:lang w:eastAsia="zh-CN"/>
        </w:rPr>
        <w:br/>
      </w:r>
      <w:r>
        <w:rPr>
          <w:lang w:eastAsia="zh-CN"/>
        </w:rPr>
        <w:t>　　2、参加业主方举办的消防安全手绘板报展活动。</w:t>
      </w:r>
      <w:r>
        <w:rPr>
          <w:lang w:eastAsia="zh-CN"/>
        </w:rPr>
        <w:br/>
      </w:r>
      <w:r>
        <w:rPr>
          <w:lang w:eastAsia="zh-CN"/>
        </w:rPr>
        <w:t>　　3、借助公司微信公众平台，使员工树立全民消防的理念。</w:t>
      </w:r>
      <w:r>
        <w:rPr>
          <w:lang w:eastAsia="zh-CN"/>
        </w:rPr>
        <w:br/>
      </w:r>
      <w:r>
        <w:rPr>
          <w:lang w:eastAsia="zh-CN"/>
        </w:rPr>
        <w:t>　　上传“119消防宣传月”活动各项工作安排。转载“全面消防”宣传视频，安全常识、安全类文章，宣扬“全民参与，防止火灾”的思想。</w:t>
      </w:r>
      <w:r>
        <w:rPr>
          <w:lang w:eastAsia="zh-CN"/>
        </w:rPr>
        <w:br/>
      </w:r>
      <w:r>
        <w:rPr>
          <w:lang w:eastAsia="zh-CN"/>
        </w:rPr>
        <w:t>　　4、公司组织开展安全隐患自查。</w:t>
      </w:r>
      <w:r>
        <w:rPr>
          <w:lang w:eastAsia="zh-CN"/>
        </w:rPr>
        <w:br/>
      </w:r>
      <w:r>
        <w:rPr>
          <w:lang w:eastAsia="zh-CN"/>
        </w:rPr>
        <w:t>　　为进一步强化公司安全管理工作，充分落实“消防宣传月”实施方案相关工作要求，消除各类火灾隐患，20__年11月10日至11月12日期间，项目部安全管理人员针对生活区宿舍、现场作业机械设备、机修间进行消防设施自检活动。</w:t>
      </w:r>
      <w:r>
        <w:rPr>
          <w:lang w:eastAsia="zh-CN"/>
        </w:rPr>
        <w:br/>
      </w:r>
      <w:r>
        <w:rPr>
          <w:lang w:eastAsia="zh-CN"/>
        </w:rPr>
        <w:t>　　共查处6项安全隐患，其中包括：机械设备消防器材隐患4项、机修间火灾隐患1项、生活区员工宿舍用电安全1项。针对这些安全隐患公司已全部整改完毕。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组织开展消防知识培训</w:t>
      </w:r>
      <w:r>
        <w:rPr>
          <w:lang w:eastAsia="zh-CN"/>
        </w:rPr>
        <w:br/>
      </w:r>
      <w:r>
        <w:rPr>
          <w:lang w:eastAsia="zh-CN"/>
        </w:rPr>
        <w:t>　　安全部组织员工开展火灾预防知识培训。通过实际案例为大家讲解消防安全知识，具体内容包括灭火器材使用、机械设备火灾特点及预防;彩钢房火灾特点和火灾发生原因分析;初起火灾扑救常识等内容。</w:t>
      </w:r>
      <w:r>
        <w:rPr>
          <w:lang w:eastAsia="zh-CN"/>
        </w:rPr>
        <w:br/>
      </w:r>
      <w:r>
        <w:rPr>
          <w:lang w:eastAsia="zh-CN"/>
        </w:rPr>
        <w:t>　　组织火灾事故应急演练</w:t>
      </w:r>
      <w:r>
        <w:rPr>
          <w:lang w:eastAsia="zh-CN"/>
        </w:rPr>
        <w:br/>
      </w:r>
      <w:r>
        <w:rPr>
          <w:lang w:eastAsia="zh-CN"/>
        </w:rPr>
        <w:t>　　20__年11月11日13:30—14:30，项目部组织召开机修间火灾应急演练工作会，对演练流程进行讲解。安全部对火灾演练方案内容进行了细致讲解，包括火灾起因、影响因素、应急救援小组职能分工、救援常识、事故处理流程等内容。</w:t>
      </w:r>
      <w:r>
        <w:rPr>
          <w:lang w:eastAsia="zh-CN"/>
        </w:rPr>
        <w:br/>
      </w:r>
      <w:r>
        <w:rPr>
          <w:lang w:eastAsia="zh-CN"/>
        </w:rPr>
        <w:t>　　20__年11月12日14:00—15:10，公司项目部组织开展机修间火灾事故演练。演练结合机修间作业环境、作业人员(驾驶员、维修工、焊工)制定，严格按《机修间火灾演练方案》展开，取得预期效果。</w:t>
      </w:r>
      <w:r>
        <w:rPr>
          <w:lang w:eastAsia="zh-CN"/>
        </w:rPr>
        <w:br/>
      </w:r>
      <w:r>
        <w:rPr>
          <w:lang w:eastAsia="zh-CN"/>
        </w:rPr>
        <w:t xml:space="preserve">    11.9全国消防宣传日活动总结 篇2 </w:t>
      </w:r>
      <w:r>
        <w:rPr>
          <w:lang w:eastAsia="zh-CN"/>
        </w:rPr>
        <w:br/>
      </w:r>
      <w:r>
        <w:rPr>
          <w:lang w:eastAsia="zh-CN"/>
        </w:rPr>
        <w:t>　　消防安全大排查大整治活动是维护消防安全稳定形势的重要举措，对创建平安村（居）具有重要意义。为此，我村（居）高度重视消防安全工作，迅速贯彻落实佛消安委【20__】11号文件精神以及樵防火委【20__】9号文件要求，全面开展消防安全隐患大排查大整治活动，坚决做到隐患排查零遗漏、督查整改有成效、责任明确促长效，营造平安和谐的发展环境，促进我镇经济社会的和谐发展。现将我村（居）开展工作情况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一、消防安全整治工作主要情况</w:t>
      </w:r>
      <w:r>
        <w:rPr>
          <w:lang w:eastAsia="zh-CN"/>
        </w:rPr>
        <w:br/>
      </w:r>
      <w:r>
        <w:rPr>
          <w:lang w:eastAsia="zh-CN"/>
        </w:rPr>
        <w:t>　　我村（居）开展消防安全隐患大排查大整治活动工作，具体可归纳为四个字：“快、广、严、全”。</w:t>
      </w:r>
      <w:r>
        <w:rPr>
          <w:lang w:eastAsia="zh-CN"/>
        </w:rPr>
        <w:br/>
      </w:r>
      <w:r>
        <w:rPr>
          <w:lang w:eastAsia="zh-CN"/>
        </w:rPr>
        <w:t>　　一是认识到位快。7月19日，根据上级统一部署，召开全乡消防安全动员会，传达了镇相关文件精神精神，要求各村、各企事业单位统一思想，迅速开展消防安全隐患自查工作。同时，及时召开班子会议，成立村（居）消防安全大排查大整治领导小组，由村（居）担任组长，担任副组长，任成员，领导小组下设办公室，由安全办主任由担任。并制定消防安全隐患大排查大整治活动实施方案，明确具体措施和责任，确保工作顺利展开。</w:t>
      </w:r>
      <w:r>
        <w:rPr>
          <w:lang w:eastAsia="zh-CN"/>
        </w:rPr>
        <w:br/>
      </w:r>
      <w:r>
        <w:rPr>
          <w:lang w:eastAsia="zh-CN"/>
        </w:rPr>
        <w:t>　　二是宣传发动广。7月22日—7月22日是宣传发动和自查自改阶段，期间，我村（居）充分利用横幅、会议、宣传标语、宣传单等形式，大力宣传消防安全隐患大排查大整治活动的重要性和必要性。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三是责任明确严。按照安全生产无小事的原则，从严要求各村及相关单位，按照“谁主管谁负责，谁监管谁负责，谁审批谁负责，谁用工谁负责，谁出租谁负责”的原则，加强责任倒查和责任追究。严格落实安全工作责任制，实行“谁检查，谁负责”。在隐患排查阶段，检查小组都要对排查情况进行登记造册，填写《西樵镇消防安全日常监督巡查表》，督促社会单位做好《消防安全大排查大整治社会单位火灾隐患自查自改登记表》的自查登记，按时上报到镇防火办，形成台帐。在隐患整治阶段，要求各工作小组加强整改督察，做好隐患整改进展跟踪和结果反馈。</w:t>
      </w:r>
      <w:r>
        <w:rPr>
          <w:lang w:eastAsia="zh-CN"/>
        </w:rPr>
        <w:br/>
      </w:r>
      <w:r>
        <w:rPr>
          <w:lang w:eastAsia="zh-CN"/>
        </w:rPr>
        <w:t>　　四是隐患排查全。在动员会之后，我村（居）迅速展开消防安全大排查大整治工作，一方面落实各村、单位的安全检查，以企业、出租私房、“三合一”场所为主要检查对象，通过查资料、查设备、查制度相结合，着重检查社会单位的消防安全责任制落实情况、有无存在“三合一”现象等八大方面，并对隐患排查情况进行逐一登记，建立专档，努力做到零遗漏。目前，我村居共排查社会单位家，发现隐患__处，进行停水停电处罚家，督促整改隐患__处。</w:t>
      </w:r>
      <w:r>
        <w:rPr>
          <w:lang w:eastAsia="zh-CN"/>
        </w:rPr>
        <w:br/>
      </w:r>
      <w:r>
        <w:rPr>
          <w:lang w:eastAsia="zh-CN"/>
        </w:rPr>
        <w:t>　　二、存在的主要隐患及整治难点</w:t>
      </w:r>
      <w:r>
        <w:rPr>
          <w:lang w:eastAsia="zh-CN"/>
        </w:rPr>
        <w:br/>
      </w:r>
      <w:r>
        <w:rPr>
          <w:lang w:eastAsia="zh-CN"/>
        </w:rPr>
        <w:t>　　经过近两个月的消防安全隐患集中整治行动，我们共梳理汇总了以下三种较突出的安全隐患现象，主要表现为：一是消防管理不到位，从业人员安全自保能力和安全意识较低。</w:t>
      </w:r>
      <w:r>
        <w:rPr>
          <w:lang w:eastAsia="zh-CN"/>
        </w:rPr>
        <w:br/>
      </w:r>
      <w:r>
        <w:rPr>
          <w:lang w:eastAsia="zh-CN"/>
        </w:rPr>
        <w:t>　　二是安全操作不规范，如易燃物阻路，乱拉电线、不套管，消防通道不畅等现象存在。</w:t>
      </w:r>
      <w:r>
        <w:rPr>
          <w:lang w:eastAsia="zh-CN"/>
        </w:rPr>
        <w:br/>
      </w:r>
      <w:r>
        <w:rPr>
          <w:lang w:eastAsia="zh-CN"/>
        </w:rPr>
        <w:t>　　三、下阶段工作打算</w:t>
      </w:r>
      <w:r>
        <w:rPr>
          <w:lang w:eastAsia="zh-CN"/>
        </w:rPr>
        <w:br/>
      </w:r>
      <w:r>
        <w:rPr>
          <w:lang w:eastAsia="zh-CN"/>
        </w:rPr>
        <w:t>　　下阶段，我村（居）将坚持边查边改边纠，重点围绕开展的地毯式摸排情况，按照先急后缓的原则，对检查中存在的安全隐患进行系统梳理，严格按照方案实施整治。同时，着力建立健全消防安全长效监管机制，加强安全日常监察和隐患整治后督察工作，防止消防安全违章行为“死灰复燃”。</w:t>
      </w:r>
      <w:r>
        <w:rPr>
          <w:lang w:eastAsia="zh-CN"/>
        </w:rPr>
        <w:br/>
      </w:r>
      <w:r>
        <w:rPr>
          <w:lang w:eastAsia="zh-CN"/>
        </w:rPr>
        <w:t xml:space="preserve">    11.9全国消防宣传日活动总结 篇3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为认真贯彻《__街道开展119消防宣传活动的通知》的有关指示精神，切实提高广大居民的消防安全意识和法纪观念，增强居民的防火自救和逃生技能，确保广大居民的生命财产安全，维护稳定和谐的社区秩序，居委会认真组织开展了“119”消防宣传周活动，现作如下总结。</w:t>
      </w:r>
      <w:r>
        <w:rPr>
          <w:lang w:eastAsia="zh-CN"/>
        </w:rPr>
        <w:br/>
      </w:r>
      <w:r>
        <w:rPr>
          <w:lang w:eastAsia="zh-CN"/>
        </w:rPr>
        <w:t>　　一、领导重视，全员参与，增加防火逃生知识。根据上级要求，成立了以居委会主任为组长，副主任为副组长及相关人员为成员的消防宣传工作领导小组。居委会制定详细“119”消防宣传周活动方案。此次活动影响面大，参与面广，极大的提高了广大居民对消防安全的重要性的认识，丰富了消防知识，懂得了一定的逃生自救技能。</w:t>
      </w:r>
      <w:r>
        <w:rPr>
          <w:lang w:eastAsia="zh-CN"/>
        </w:rPr>
        <w:br/>
      </w:r>
      <w:r>
        <w:rPr>
          <w:lang w:eastAsia="zh-CN"/>
        </w:rPr>
        <w:t>　　二、通过悬挂标语条幅“火灾隐患猛于虎，消防安全重如山”对我辖区居民进行了安全宣传，并发放宣传材料，从安全用火，安全用电等角度讲述如何预防火灾的发生，消防法规中的“十不准”以及消防小常识，发生事故时的应急常识，火灾逃生的原则和注意事项，火灾如何扑救等常识。语言通俗易懂，图文并茂，实用性强，都是良好的消防安全教育材料。</w:t>
      </w:r>
      <w:r>
        <w:rPr>
          <w:lang w:eastAsia="zh-CN"/>
        </w:rPr>
        <w:br/>
      </w:r>
      <w:r>
        <w:rPr>
          <w:lang w:eastAsia="zh-CN"/>
        </w:rPr>
        <w:t>　　三、消防演练。居民参与的积极性非常高，根据居民的实际，有针对性地组织了一次消防演练，都积极参加消防演练，通过演练，增强了居民的防火灭火自救能力，懂得了灭火器的使用等消防知识。</w:t>
      </w:r>
      <w:r>
        <w:rPr>
          <w:lang w:eastAsia="zh-CN"/>
        </w:rPr>
        <w:br/>
      </w:r>
      <w:r>
        <w:rPr>
          <w:lang w:eastAsia="zh-CN"/>
        </w:rPr>
        <w:t>　　通过119宣传日宣传，让辖区居民对消防安全工作有了更深的理解，对自身消防安全有了更高的重视程度，活动取得了积极的效果。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11.9全国消防宣传日活动总结 篇4 </w:t>
      </w:r>
      <w:r>
        <w:rPr>
          <w:lang w:eastAsia="zh-CN"/>
        </w:rPr>
        <w:br/>
      </w:r>
      <w:r>
        <w:rPr>
          <w:lang w:eastAsia="zh-CN"/>
        </w:rPr>
        <w:t>　　11月9日是我国消防宣传日。为了确保此项活动突出重点，紧扣主题，配合当前正在开展的“火灾隐患大排查、大整改、保安全”活动，结合我矿区实际，就“119”消防宣传日在职工群众中广泛宣传消防安全知识，进一步提高矿区居民的消防安全意识，并按照实施“谁主管、谁负责”的安全管理职责，开展了一系列安全检查和宣传活动。</w:t>
      </w:r>
      <w:r>
        <w:rPr>
          <w:lang w:eastAsia="zh-CN"/>
        </w:rPr>
        <w:br/>
      </w:r>
      <w:r>
        <w:rPr>
          <w:lang w:eastAsia="zh-CN"/>
        </w:rPr>
        <w:t>　　一、根据根据《关于加强今冬明春消防工作的通知》文件精神，结合我公司实际，及时制订《加强今冬明春消防工作的通知》，为确保此次活动落到实处，公司保卫部为保障“11.9”消防日宣传活动成立了领导小组，组长由保卫部经理担任，义务消防队、治保员、各单位支部书记。</w:t>
      </w:r>
      <w:r>
        <w:rPr>
          <w:lang w:eastAsia="zh-CN"/>
        </w:rPr>
        <w:br/>
      </w:r>
      <w:r>
        <w:rPr>
          <w:lang w:eastAsia="zh-CN"/>
        </w:rPr>
        <w:t>　　二、利用宣传阵地向广大职工宣传消防知识，在培训楼前和职工食堂进消防图片展览20张，矿区居民提高防火意识和能力。在矿区内悬挂“消防安全”为内容的宣传横幅五条。公司党工部、工会积极对本次活动进行了宣传报道。从而提高了职工群众的业务水平和消防安全知识。</w:t>
      </w:r>
      <w:r>
        <w:rPr>
          <w:lang w:eastAsia="zh-CN"/>
        </w:rPr>
        <w:br/>
      </w:r>
      <w:r>
        <w:rPr>
          <w:lang w:eastAsia="zh-CN"/>
        </w:rPr>
        <w:t>　　三、保卫部人员和义务消防员分组对本公司重点要害部位的水、电、暖、门窗、消防器材进行了安全消防检查，对居民楼房安全通道堆放的杂务清理，对各单位维修房进行消防安全大清查。并对需要动火的地方进行严格动火制度，告戒在没有批准的情况下不得动火。</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通过“119”消防宣传活动，让大家真正认识到“走进消防，了解消防，人人参与消防”工作的重要性，使职工群众的消防意识增强了，时刻牢记“消防安全、警钟常鸣”，为公司提供一个良好的消防安全环境。</w:t>
      </w:r>
      <w:r>
        <w:rPr>
          <w:lang w:eastAsia="zh-CN"/>
        </w:rPr>
        <w:br/>
      </w:r>
      <w:r>
        <w:rPr>
          <w:lang w:eastAsia="zh-CN"/>
        </w:rPr>
        <w:t xml:space="preserve">    11.9全国消防宣传日活动总结 篇5 </w:t>
      </w:r>
      <w:r>
        <w:rPr>
          <w:lang w:eastAsia="zh-CN"/>
        </w:rPr>
        <w:br/>
      </w:r>
      <w:r>
        <w:rPr>
          <w:lang w:eastAsia="zh-CN"/>
        </w:rPr>
        <w:t>　　“全民消防，生命至上”是“119”消防宣传日的主题。随着消防宣传教育工作的深入开展，“119”集中宣传活动已由每年一度的“119消防日”扩展到“119”消防宣传周、宣传月。活动的规模大，内容和形式也更加丰富。纺织大厦管理部就是利用一个月的时间来开展“119”消防宣传活动的。从10月初开始制定今年“119”消防活动计划，并于11月9日这一天把各项活动推向高潮。在为时一个月的时间里，制做了以消防知识和防火安全为主要内容的宣传专栏，张贴在纺织大厦大厅里。组织大厦志愿消防队员，根据制定的火灾突发事件应急预案开展消防演练。组织大厦消防控制室值班安护员对消防设施报警后如何正确操作，应对火灾进行了考试。活动期间保卫部，针对在纺织大厦外贸服装打样车间里工作的员工，分三个场次开展消防安全知识讲座。通过讲解强化了员工的消防安全知识，起到了警种长鸣的作用。在11月4日这一天对大厦所有消防系统设备进行了全面检测。后经消防专门机构认定，纺织大厦所有消防系统设备均能达到规范要求。能取得这样好的成绩是对我们日常消防管理工作的肯定，使我们增强了信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今年“119”消防宣传月中，根据苏豪控股集团指示精神即：抓演练、查隐患、促整改、保平安的要求。纺织大厦管理部对大厦部分楼层消防通道违规堆放样品杂物的现象进行了清理，确保了消防通道的畅通。并对到期的177只灭火机换装药剂。组织电工维修了大厦各部位应急照明疏散标志灯11盏。随着冬季防火安全工作的不断深入开展，我们还将加强日常消防安全巡查工作。对违规动用明火、使用电热取暖器具、电熨斗的单位和人员进行查处。杜绝各类火险隐患产生，确保纺织大厦冬季消防安全。</w:t>
      </w:r>
      <w:r>
        <w:rPr>
          <w:lang w:eastAsia="zh-CN"/>
        </w:rPr>
        <w:br/>
      </w:r>
      <w:r>
        <w:rPr>
          <w:lang w:eastAsia="zh-CN"/>
        </w:rPr>
        <w:t xml:space="preserve">    11.9全国消防宣传日活动总结 篇6 </w:t>
      </w:r>
      <w:r>
        <w:rPr>
          <w:lang w:eastAsia="zh-CN"/>
        </w:rPr>
        <w:br/>
      </w:r>
      <w:r>
        <w:rPr>
          <w:lang w:eastAsia="zh-CN"/>
        </w:rPr>
        <w:t>　　20__年11月9日是全国“119”消防日，为切实做好“119”期间的消防宣传工作，营造全社会共同关注消防安全工作的良好氛围，进一步提高我全体师生消防安全素质，根据《__市“119”消防日宣传周活动方案〉的通知》要求，我们开展了“119”消防日宣传周活动。</w:t>
      </w:r>
      <w:r>
        <w:rPr>
          <w:lang w:eastAsia="zh-CN"/>
        </w:rPr>
        <w:br/>
      </w:r>
      <w:r>
        <w:rPr>
          <w:lang w:eastAsia="zh-CN"/>
        </w:rPr>
        <w:t>　　我们以“生命至上，平安和谐”为活动主题，通过开展丰富多彩的消防宣传教育活动，切实提高全体师生的消防意识，增强消防素质，提高抗御火灾的整体能力，为构建社会主义和谐社会创造良好的消防安全环境。为确保“119”消防日宣传周活动取得实效，我校成立了立了以李国兴校长为组长的.领导小组。我们采取举行主题队会，消防知识手抄报，消防知识讲座，发放宣传资料，张贴宣传挂图等师生喜闻乐见的形式，广泛开展消防宣传教育活动，积极营造良好的宣传氛围。学校要通过上消防课，举行消防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识竞赛，播放消防知识影片，举办趣味消防知识运动会等活动，利用闭路电视，校园网络，制作消防宣传板报，散发消防宣传资料等形式使学校消防宣传教育更加贴近实际，达到一个孩子带动一个家庭的效果。校园内设置不少于1个2平方米以上的消防宣传固定栏，在校园内醒目位置应悬挂2条以上的消防宣传横幅。组织了一次全校性的消防应急疏散演练，教育学生掌握报警，逃生救护等自防自救基本技能。各班在11月3日-9日期间内安排不少于1个课时的消防安全教育课或一次消防主题班会，讨论消防安全知识及遵守消防法规的心得体会。结合学生实际，印制通俗易懂，携带方便的学生安全知识宣传页，使学生做到“两会两知道”，即会报警，会火场逃生，知道火灾危险性，知道自救逃生常识。举办消防板报，于119当日上午8：30放置在校门口，设置咨询台，发放消防宣传页。</w:t>
      </w:r>
      <w:r>
        <w:rPr>
          <w:lang w:eastAsia="zh-CN"/>
        </w:rPr>
        <w:br/>
      </w:r>
      <w:r>
        <w:rPr>
          <w:lang w:eastAsia="zh-CN"/>
        </w:rPr>
        <w:t>　　在此次活动中我们做到：提高认识，加强领导。开拓思路，创新形式。</w:t>
      </w:r>
      <w:r>
        <w:rPr>
          <w:lang w:eastAsia="zh-CN"/>
        </w:rPr>
        <w:br/>
      </w:r>
      <w:r>
        <w:rPr>
          <w:lang w:eastAsia="zh-CN"/>
        </w:rPr>
        <w:t xml:space="preserve">    11.9全国消防宣传日活动总结 篇7 </w:t>
      </w:r>
      <w:r>
        <w:rPr>
          <w:lang w:eastAsia="zh-CN"/>
        </w:rPr>
        <w:br/>
      </w:r>
      <w:r>
        <w:rPr>
          <w:lang w:eastAsia="zh-CN"/>
        </w:rPr>
        <w:t>　　一、领导重视</w:t>
      </w:r>
      <w:r>
        <w:rPr>
          <w:lang w:eastAsia="zh-CN"/>
        </w:rPr>
        <w:br/>
      </w:r>
      <w:r>
        <w:rPr>
          <w:lang w:eastAsia="zh-CN"/>
        </w:rPr>
        <w:t>　　我校根据上级有关精神结合我校实际情况举行了“全国中小学消防教育日”活动，活动前我校专门成立了“消防教育领导小组”，由校长孙文军亲自担任组长，邹庆友副组长，各班班主任担任组员，组成了一支强有力的安全工作领导小组队伍，召开校园消防安全主题教育会议，研究学校安全教育的相关工作，制定学校“消防安全教育日”活动方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二、营造氛围</w:t>
      </w:r>
      <w:r>
        <w:rPr>
          <w:lang w:eastAsia="zh-CN"/>
        </w:rPr>
        <w:br/>
      </w:r>
      <w:r>
        <w:rPr>
          <w:lang w:eastAsia="zh-CN"/>
        </w:rPr>
        <w:t>　　为了提高师生的安全保护意识，营造安全氛围，学校通过召开专题会议，班级主题班会，悬挂宣传条幅及组织全校学生学习火灾逃生自救知识；强化校园安全防范保障校园活动安全的安全教育、班级黑板报等多种形式广泛宣传安全的重要性，进一步提高了广大教师对安全工作重要性的认识，也增强了全体师生的自护意识。</w:t>
      </w:r>
      <w:r>
        <w:rPr>
          <w:lang w:eastAsia="zh-CN"/>
        </w:rPr>
        <w:br/>
      </w:r>
      <w:r>
        <w:rPr>
          <w:lang w:eastAsia="zh-CN"/>
        </w:rPr>
        <w:t>　　三、活动到位</w:t>
      </w:r>
      <w:r>
        <w:rPr>
          <w:lang w:eastAsia="zh-CN"/>
        </w:rPr>
        <w:br/>
      </w:r>
      <w:r>
        <w:rPr>
          <w:lang w:eastAsia="zh-CN"/>
        </w:rPr>
        <w:t>　　1、学校各班统一在11月9日下午的班会课上，以“人人参与消防，共创平安和谐，火灾安全逃生知多少”为主题开展消防安全教育活动,，在班会上师生共交流容易引起火灾的原因，观看火灾事故案例，学习消防安全知识及救灾逃生知识。</w:t>
      </w:r>
      <w:r>
        <w:rPr>
          <w:lang w:eastAsia="zh-CN"/>
        </w:rPr>
        <w:br/>
      </w:r>
      <w:r>
        <w:rPr>
          <w:lang w:eastAsia="zh-CN"/>
        </w:rPr>
        <w:t>　　2、11月9日上午组织二、三、四年级进行了一次预防火灾紧急疏散演练，一年级进行观摩，此次演练大大提高全体师生自我保护意识；使他们了解、掌握了一些火灾报警及发生火灾时的自我防范的基本常识和要领。</w:t>
      </w:r>
      <w:r>
        <w:rPr>
          <w:lang w:eastAsia="zh-CN"/>
        </w:rPr>
        <w:br/>
      </w:r>
      <w:r>
        <w:rPr>
          <w:lang w:eastAsia="zh-CN"/>
        </w:rPr>
        <w:t>　　3、学校动员全校师生开展了“火灾隐患大家找”活动，认真开展校园消防隐患排查和整改及班内火种排查工作，及时消除火灾安全隐患；学校消防管理人员、消防巡查人员和老师重点对学校内的消防设施、安全疏散通道、消防标志以及用火、用电情况进行检查，完善学校安全工作体系，不断加强学校安全防范意识和各项安全防范措施，确保广大师生的生命安全，努力创建“平安校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4、三、四年级学生制作一期有关消防知识的手抄报，选出部分优秀的进行展览，供大家学习，达到提高自己教育大家的目的。通过此次活动的开展，使全体师生生认识火灾的危害性，了解火灾产生的原因、怎样防火及安全疏散等知识。</w:t>
      </w:r>
      <w:r>
        <w:rPr>
          <w:lang w:eastAsia="zh-CN"/>
        </w:rPr>
        <w:br/>
      </w:r>
      <w:r>
        <w:rPr>
          <w:lang w:eastAsia="zh-CN"/>
        </w:rPr>
        <w:t>　　5、利用班级现有资源办了一期消防安全黑板报。</w:t>
      </w:r>
      <w:r>
        <w:rPr>
          <w:lang w:eastAsia="zh-CN"/>
        </w:rPr>
        <w:br/>
      </w:r>
      <w:r>
        <w:rPr>
          <w:lang w:eastAsia="zh-CN"/>
        </w:rPr>
        <w:t>　　6、在活动期间全校各班上一节消防安全教育课。</w:t>
      </w:r>
      <w:r>
        <w:rPr>
          <w:lang w:eastAsia="zh-CN"/>
        </w:rPr>
        <w:br/>
      </w:r>
      <w:r>
        <w:rPr>
          <w:lang w:eastAsia="zh-CN"/>
        </w:rPr>
        <w:t>　　7、开展“小手拉起大手”活动，即学生向家长宣讲在学校专题活动中获得的消防安全知识，使消防安全教育辐射到每一个学生的家庭。</w:t>
      </w:r>
      <w:r>
        <w:rPr>
          <w:lang w:eastAsia="zh-CN"/>
        </w:rPr>
        <w:br/>
      </w:r>
      <w:r>
        <w:rPr>
          <w:lang w:eastAsia="zh-CN"/>
        </w:rPr>
        <w:t>　　通过“119消防宣传日”宣传教育活动的开展，实践了“消防工作，宣传先行”的思想，不断提高师生的防火、救火意识，增长了消防安全知识，为维护师生的生命安全打下良好基础。我校今后的工作中除了在“119消防日”认真做好消防安全宣传活动外，平时认真落实消防安全工作制度，切实提高全体师生防控火灾的意识和能力，扎扎实实地把消防工作落到实处，最大限度的避免火灾事故的危害，切实保障全校师生的生命财产安全。</w:t>
      </w:r>
      <w:r>
        <w:rPr>
          <w:lang w:eastAsia="zh-CN"/>
        </w:rPr>
        <w:br/>
      </w:r>
      <w:r>
        <w:rPr>
          <w:lang w:eastAsia="zh-CN"/>
        </w:rPr>
        <w:t xml:space="preserve">    11.9全国消防宣传日活动总结 篇8 </w:t>
      </w:r>
      <w:r>
        <w:rPr>
          <w:lang w:eastAsia="zh-CN"/>
        </w:rPr>
        <w:br/>
      </w:r>
      <w:r>
        <w:rPr>
          <w:lang w:eastAsia="zh-CN"/>
        </w:rPr>
        <w:t>　　11月，是消防安全宣传月。这个月的前后，正值风干物燥，火灾多发之际！11月9日，居安消防学校应消防救援站邀请，到北大附属实验学校举办了一场消防安全宣传活动。这次活动目的增强同学们防火安全意识，提高自防自救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为了进一步强化师生消防安全意识，提高师生抗击突发事件的能力，特别是针对室内突发火灾的情况下，师生能熟知消防逃生路线，能有序、迅速地安全疏散能力，居安消防学校特意准备了消防疏散逃生屋。</w:t>
      </w:r>
      <w:r>
        <w:rPr>
          <w:lang w:eastAsia="zh-CN"/>
        </w:rPr>
        <w:br/>
      </w:r>
      <w:r>
        <w:rPr>
          <w:lang w:eastAsia="zh-CN"/>
        </w:rPr>
        <w:t>　　消防疏散逃生屋是利用声效、烟雾等系统模拟火灾发生的实况，使体验者有身临其境的感觉。让体验者能很大程度上体验到了火灾发生后的场景，了解发生火灾后如何快速找到安全出口，如何在狭小黑暗的空间里进行疏散逃生和自救，遇到浓烟如何逃生自救。</w:t>
      </w:r>
      <w:r>
        <w:rPr>
          <w:lang w:eastAsia="zh-CN"/>
        </w:rPr>
        <w:br/>
      </w:r>
      <w:r>
        <w:rPr>
          <w:lang w:eastAsia="zh-CN"/>
        </w:rPr>
        <w:t>　　通过这些消防安全培训，同学们积累了集体疏散、应急逃生的实战经验，进一步提高了全校师生消防安全意识和紧急应变能力。</w:t>
      </w:r>
      <w:r>
        <w:rPr>
          <w:lang w:eastAsia="zh-CN"/>
        </w:rPr>
        <w:br/>
      </w:r>
      <w:r>
        <w:rPr>
          <w:lang w:eastAsia="zh-CN"/>
        </w:rPr>
        <w:t>　　安全无小事，防患于未然。居安消防培训学校将继续宣传安全教育，为牢筑校园消防安全，保障同学们生命安全、健康成长、快乐学习，继续努力前进！</w:t>
      </w:r>
      <w:r>
        <w:rPr>
          <w:lang w:eastAsia="zh-CN"/>
        </w:rPr>
        <w:br/>
      </w:r>
      <w:r>
        <w:rPr>
          <w:lang w:eastAsia="zh-CN"/>
        </w:rPr>
        <w:t xml:space="preserve">    11.9全国消防宣传日活动总结 篇9 </w:t>
      </w:r>
      <w:r>
        <w:rPr>
          <w:lang w:eastAsia="zh-CN"/>
        </w:rPr>
        <w:br/>
      </w:r>
      <w:r>
        <w:rPr>
          <w:lang w:eastAsia="zh-CN"/>
        </w:rPr>
        <w:t>　　根据清教〔20__〕164号《关于在“119消防日”期间认真组织开展“平安·消防”主题宣传教育活动的通知》文件精神，我校于近日开展了形式多样的消防宣传活动，并进行了学校消防安全检查。现将有关情况汇报如下：</w:t>
      </w:r>
      <w:r>
        <w:rPr>
          <w:lang w:eastAsia="zh-CN"/>
        </w:rPr>
        <w:br/>
      </w:r>
      <w:r>
        <w:rPr>
          <w:lang w:eastAsia="zh-CN"/>
        </w:rPr>
        <w:t>　　一、消防宣传教育活动开展情况</w:t>
      </w:r>
      <w:r>
        <w:rPr>
          <w:lang w:eastAsia="zh-CN"/>
        </w:rPr>
        <w:br/>
      </w:r>
      <w:r>
        <w:rPr>
          <w:lang w:eastAsia="zh-CN"/>
        </w:rPr>
        <w:t>　　为进一步提高广大师生的消防安全意识，增强师生防范意识，预防火灾事故的发生。学校成立了“119消防宣传日”活动领导小组。</w:t>
      </w:r>
      <w:r>
        <w:rPr>
          <w:lang w:eastAsia="zh-CN"/>
        </w:rPr>
        <w:br/>
      </w:r>
      <w:r>
        <w:rPr>
          <w:lang w:eastAsia="zh-CN"/>
        </w:rPr>
        <w:t>　　组长：</w:t>
      </w:r>
      <w:r>
        <w:rPr>
          <w:lang w:eastAsia="zh-CN"/>
        </w:rPr>
        <w:br/>
      </w:r>
      <w:r>
        <w:rPr>
          <w:lang w:eastAsia="zh-CN"/>
        </w:rPr>
        <w:t>　　副组长：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成员：</w:t>
      </w:r>
      <w:r>
        <w:rPr>
          <w:lang w:eastAsia="zh-CN"/>
        </w:rPr>
        <w:br/>
      </w:r>
      <w:r>
        <w:rPr>
          <w:lang w:eastAsia="zh-CN"/>
        </w:rPr>
        <w:t>　　并根据我校学生的实际情况，制定了本次活动计划。明确了活动的时间、内容、目标、要求等，并做到了全面布置，积极营造浓厚的消防安全宣传教育氛围。主要活动有：</w:t>
      </w:r>
      <w:r>
        <w:rPr>
          <w:lang w:eastAsia="zh-CN"/>
        </w:rPr>
        <w:br/>
      </w:r>
      <w:r>
        <w:rPr>
          <w:lang w:eastAsia="zh-CN"/>
        </w:rPr>
        <w:t>　　1、各班班主任上一节有关消防安全的主题教育课，向学生普及及教育消防安全知识常识，提高学生的消防安全意识及在火灾的情况下如何逃生。</w:t>
      </w:r>
      <w:r>
        <w:rPr>
          <w:lang w:eastAsia="zh-CN"/>
        </w:rPr>
        <w:br/>
      </w:r>
      <w:r>
        <w:rPr>
          <w:lang w:eastAsia="zh-CN"/>
        </w:rPr>
        <w:t>　　2、在校园悬挂大幅消防安全标语、张贴消防宣传画，普及消防安全知识。</w:t>
      </w:r>
      <w:r>
        <w:rPr>
          <w:lang w:eastAsia="zh-CN"/>
        </w:rPr>
        <w:br/>
      </w:r>
      <w:r>
        <w:rPr>
          <w:lang w:eastAsia="zh-CN"/>
        </w:rPr>
        <w:t>　　3、通过国旗下的讲话以“平安·消防”的主题，向广大教职员工及学生宣传消防安全知识及增强消防安全意识。</w:t>
      </w:r>
      <w:r>
        <w:rPr>
          <w:lang w:eastAsia="zh-CN"/>
        </w:rPr>
        <w:br/>
      </w:r>
      <w:r>
        <w:rPr>
          <w:lang w:eastAsia="zh-CN"/>
        </w:rPr>
        <w:t>　　4、通过校讯通短讯和印发1000余份《家庭消防安全指南》，让学生积极参与对家庭、社会的消防宣传教育，努力形成“教育一个学生、带动一个家庭、辐射整个社会”的良好氛围。</w:t>
      </w:r>
      <w:r>
        <w:rPr>
          <w:lang w:eastAsia="zh-CN"/>
        </w:rPr>
        <w:br/>
      </w:r>
      <w:r>
        <w:rPr>
          <w:lang w:eastAsia="zh-CN"/>
        </w:rPr>
        <w:t>　　5、组织全校师生进行消防演练。通过参加此项活动，让大家真正认识到“走进消防，了解消防，人人参与消防”工作的重要性，增强了全校师生的消防意识，提高了学校抵御火灾能力和师生自防自救能力。</w:t>
      </w:r>
      <w:r>
        <w:rPr>
          <w:lang w:eastAsia="zh-CN"/>
        </w:rPr>
        <w:br/>
      </w:r>
      <w:r>
        <w:rPr>
          <w:lang w:eastAsia="zh-CN"/>
        </w:rPr>
        <w:t>　　二、消防安全制度建立和落实情况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期初，学校与各处室（部门）负责人、班主任、任课教师层层签订了《安全工作责任书》，其中包含消防安全工作。学校还制定了《消防应急疏散预案》，一年来，责任书得到了认真贯彻落实，各学校制定严格安全保卫制度和消防安全制度，并自查消防隐患，及时整改。</w:t>
      </w:r>
      <w:r>
        <w:rPr>
          <w:lang w:eastAsia="zh-CN"/>
        </w:rPr>
        <w:br/>
      </w:r>
      <w:r>
        <w:rPr>
          <w:lang w:eastAsia="zh-CN"/>
        </w:rPr>
        <w:t>　　三、消防安全检查情况</w:t>
      </w:r>
      <w:r>
        <w:rPr>
          <w:lang w:eastAsia="zh-CN"/>
        </w:rPr>
        <w:br/>
      </w:r>
      <w:r>
        <w:rPr>
          <w:lang w:eastAsia="zh-CN"/>
        </w:rPr>
        <w:t>　　检查的主要内容：一是学校安全制度的建立和落实情况，二是使用水、火、电设施完好情况，三是师生交通安全情况，四是宿舍、食堂卫生安全情况，五是校园内日常安全常情况。重点检查了教室、学生宿舍、食堂、实验室、楼道、教师住房、师生交通安全等方面的安全情况。从检查情况看，学校安全措施落实到位，消防安全工作有专人负责，并经常督促有关人员定期对学校所有电路和消防设施进行检修，做到规范用电，加强危险化学品和食堂卫生的管理，消除安全隐患，学校还在学校宿舍、教室、楼道、电脑室等重要部位设置了灭火器，今年10月份，学校还投资3000余元在学生公寓安装了两套“紧急呼叫报警系统”，提高了学校技防水平。</w:t>
      </w:r>
      <w:r>
        <w:rPr>
          <w:lang w:eastAsia="zh-CN"/>
        </w:rPr>
        <w:br/>
      </w:r>
      <w:r>
        <w:rPr>
          <w:lang w:eastAsia="zh-CN"/>
        </w:rPr>
        <w:t>　　这次活动，我们一边检查，一边进行消防安全教育，既着眼消除目前存在的隐患，又着眼于防患于未然，进一步加大了对师生的消防安全教育，全面认真履行期初签订的安全工作责任书，健全应急预案，我们要以此为契机，对师生进行长期不懈的用电、用气、交通、饮食卫生等安全教育，通过宣传教育，进一步增强师生消防安全意识和自救能力。</w:t>
      </w:r>
      <w:r>
        <w:rPr>
          <w:lang w:eastAsia="zh-CN"/>
        </w:rPr>
        <w:br/>
      </w:r>
      <w:r>
        <w:rPr>
          <w:lang w:eastAsia="zh-CN"/>
        </w:rPr>
        <w:t xml:space="preserve">    11.9全国消防宣传日活动总结 篇10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为全面普及消防安全知识，提升广大市民消防安全意识，增强消防自救和救助他人的能力。11月9日，由章贡分局牵头，与消防大队、街道、村居、小区物业等单位，在赣州中心城区各社区、重点单位和学校开展形式多样、内容丰富的11.9消防日安全主题宣传活动。当天，共开展主题活动17场次，派出消防宣传警力60余人次，参与活动市民达1000余人次。</w:t>
      </w:r>
      <w:r>
        <w:rPr>
          <w:lang w:eastAsia="zh-CN"/>
        </w:rPr>
        <w:br/>
      </w:r>
      <w:r>
        <w:rPr>
          <w:lang w:eastAsia="zh-CN"/>
        </w:rPr>
        <w:t>　　活动当天，分局各辖区派出所消防民警与消防大队消防员、街道(村居)干部、学校教师和小区物管人员一道，在各个活动现场集中开展消防宣传和逃生演练。活动中，消防大队消防员向现场群众仔细讲解了119火警电话拨打方法和相关消防安全知识，演示了灭火器、消防栓和消防面具等消防设施、器材的使用，现场群众亲自上场动手操作，消防民警和消防员在旁细心指导。在各个宣传活动现场，还组织群众开展了消防逃生演练。在学校活动现场，火灾警报响起后，学生们迅速放下手中的课本，用衣物捂住口鼻，躬着身子，在民警和老师们的引导下，快速有序通过安全出口撤离到安全地带，取得了良好演练效果。</w:t>
      </w:r>
      <w:r>
        <w:rPr>
          <w:lang w:eastAsia="zh-CN"/>
        </w:rPr>
        <w:br/>
      </w:r>
      <w:r>
        <w:rPr>
          <w:lang w:eastAsia="zh-CN"/>
        </w:rPr>
        <w:t>　　通过11.9消防日主题宣传活动的开展，有效提升了广大市民的消防安全意识和消防能力，切实营造了全社区共同做好消防工作的良好氛围，有效确保了赣州中心城区消防安全形势的整体稳定。</w:t>
      </w:r>
      <w:r>
        <w:rPr>
          <w:lang w:eastAsia="zh-CN"/>
        </w:rPr>
        <w:br/>
      </w:r>
      <w:r>
        <w:rPr>
          <w:lang w:eastAsia="zh-CN"/>
        </w:rPr>
        <w:t xml:space="preserve">    11.9全国消防宣传日活动总结 篇11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11月9日为我国消防日，今年消防日的`主题为“找火灾隐患，保家庭平安”。围绕该主题，11月7日，我项目部举行了消防、逃生、救护演练活动，路桥集团安全部和基建安装公司部分领导前来观摩。项目部员工团结一心捻成一股绳，像一个家庭，在此次消防演练活动中全民参与，达到了宣传消防知识、增强消防安全意识的效果。</w:t>
      </w:r>
      <w:r>
        <w:rPr>
          <w:lang w:eastAsia="zh-CN"/>
        </w:rPr>
        <w:br/>
      </w:r>
      <w:r>
        <w:rPr>
          <w:lang w:eastAsia="zh-CN"/>
        </w:rPr>
        <w:t>　　普及消防知识，学用消防器材</w:t>
      </w:r>
      <w:r>
        <w:rPr>
          <w:lang w:eastAsia="zh-CN"/>
        </w:rPr>
        <w:br/>
      </w:r>
      <w:r>
        <w:rPr>
          <w:lang w:eastAsia="zh-CN"/>
        </w:rPr>
        <w:t>　　路桥集团安全部领导来我项目部观摩消防演练活动，并在演练现场指导消防器材正确使用方法、逃生技巧、发现火灾及时拨打119等消防安全知识。消防演练位于4#工作井，项目部针对固体火源，液体火源分别进行了演练。项目成员整个过程中分工明确，有条不紊，成功迅速将火源熄灭。</w:t>
      </w:r>
      <w:r>
        <w:rPr>
          <w:lang w:eastAsia="zh-CN"/>
        </w:rPr>
        <w:br/>
      </w:r>
      <w:r>
        <w:rPr>
          <w:lang w:eastAsia="zh-CN"/>
        </w:rPr>
        <w:t>　　火灾逃生技巧，学习现场急救</w:t>
      </w:r>
      <w:r>
        <w:rPr>
          <w:lang w:eastAsia="zh-CN"/>
        </w:rPr>
        <w:br/>
      </w:r>
      <w:r>
        <w:rPr>
          <w:lang w:eastAsia="zh-CN"/>
        </w:rPr>
        <w:t>　　逃生、救护演练位于民工宿舍区，以烟雾弹作为火源，工作人员分为搜救队、救援队、灭火队和现场指挥，烟雾中，民工在项目部人员的指导下用湿毛巾掩住口鼻自救逃生，发现伤员及时呼救，救援小组迅速展开施救，发现火源后灭火队强攻灭火，整个救援过程迅速而有效，伤员成功救出后，在现场急救、包扎，并呼叫急救车送往医院。</w:t>
      </w:r>
      <w:r>
        <w:rPr>
          <w:lang w:eastAsia="zh-CN"/>
        </w:rPr>
        <w:br/>
      </w:r>
      <w:r>
        <w:rPr>
          <w:lang w:eastAsia="zh-CN"/>
        </w:rPr>
        <w:t>　　通过此次“119消防日”活动，项目部人员消防安全意识得到显著提升。</w:t>
      </w:r>
      <w:r>
        <w:rPr>
          <w:lang w:eastAsia="zh-CN"/>
        </w:rPr>
        <w:br/>
      </w:r>
      <w:r>
        <w:rPr>
          <w:lang w:eastAsia="zh-CN"/>
        </w:rPr>
        <w:t xml:space="preserve">    11.9全国消防宣传日活动总结 篇12 </w:t>
      </w:r>
      <w:r>
        <w:rPr>
          <w:lang w:eastAsia="zh-CN"/>
        </w:rPr>
        <w:br/>
      </w:r>
      <w:r>
        <w:rPr>
          <w:lang w:eastAsia="zh-CN"/>
        </w:rPr>
        <w:t>　　在“11，9”全国消防安全宣传日来临之际，__三幼开展了系列消防安全知识教育活动。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第一，班级安全教育。由各班开展消防安全主题教育，形式有讲故事，画图画，诵儿歌等，并利用PPT课件、动画、微课等现代信息技术，让孩子在轻松愉快的活动中进行学习。</w:t>
      </w:r>
      <w:r>
        <w:rPr>
          <w:lang w:eastAsia="zh-CN"/>
        </w:rPr>
        <w:br/>
      </w:r>
      <w:r>
        <w:rPr>
          <w:lang w:eastAsia="zh-CN"/>
        </w:rPr>
        <w:t>　　第二，开展一次消防演练。11月9日上午10：00，随着警报铃声响起，演练开始。一楼中大班用时1分钟来到操场集合，到三楼托班幼儿疏散完毕共用时4分钟。随后三幼园长__运用图片、儿歌以及生动的语言告诉幼儿“火灾来了怎么办”，接下来由安全管理员易廷安现场讲解并演示灭火器的使用，教师、保育员、幼儿纷纷参与体验。</w:t>
      </w:r>
      <w:r>
        <w:rPr>
          <w:lang w:eastAsia="zh-CN"/>
        </w:rPr>
        <w:br/>
      </w:r>
      <w:r>
        <w:rPr>
          <w:lang w:eastAsia="zh-CN"/>
        </w:rPr>
        <w:t>　　第三，加强总结反思。演练结束后，各班结合班级消防主题教育和演练情况分别进行总结反思，学校结合各班情况再次总结，力争让演练常态化，规范化，实用化。</w:t>
      </w:r>
      <w:r>
        <w:rPr>
          <w:lang w:eastAsia="zh-CN"/>
        </w:rPr>
        <w:br/>
      </w:r>
      <w:r>
        <w:rPr>
          <w:lang w:eastAsia="zh-CN"/>
        </w:rPr>
        <w:t>　　消防安全宣传日活动总结10</w:t>
      </w:r>
      <w:r>
        <w:rPr>
          <w:lang w:eastAsia="zh-CN"/>
        </w:rPr>
        <w:br/>
      </w:r>
      <w:r>
        <w:rPr>
          <w:lang w:eastAsia="zh-CN"/>
        </w:rPr>
        <w:t>　　根据《20__年“119消防安全宣传月”工作方案》的要求，我局高度重视，成立“119消防宣传月”活动领导小组，切实做好“119消防宣传月”各项工作。现将总结如下：</w:t>
      </w:r>
      <w:r>
        <w:rPr>
          <w:lang w:eastAsia="zh-CN"/>
        </w:rPr>
        <w:br/>
      </w:r>
      <w:r>
        <w:rPr>
          <w:lang w:eastAsia="zh-CN"/>
        </w:rPr>
        <w:t>　　一、宣传发动，统一思想</w:t>
      </w:r>
      <w:r>
        <w:rPr>
          <w:lang w:eastAsia="zh-CN"/>
        </w:rPr>
        <w:br/>
      </w:r>
      <w:r>
        <w:rPr>
          <w:lang w:eastAsia="zh-CN"/>
        </w:rPr>
        <w:t>　　我局高度重视学校消防安全工作，在“119消防宣传月”之前教育局和各中心学校均召开了专题会议，要求各学校利用本次活动开展的契机增强师生消防安全意识，消除安全隐患，积极开展对学生的消防安全宣传教育“三个一”活动，即上一堂“消防课”、开展一次全校“消防疏散演练”和布置一份寒假消防安全作业，充分利用学校的宣传橱窗、黑板报、学校广播等宣传阵地进行大力传，通过学习宣传，大家统一了思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二、提高认识，强化领导</w:t>
      </w:r>
      <w:r>
        <w:rPr>
          <w:lang w:eastAsia="zh-CN"/>
        </w:rPr>
        <w:br/>
      </w:r>
      <w:r>
        <w:rPr>
          <w:lang w:eastAsia="zh-CN"/>
        </w:rPr>
        <w:t>　　开展“119消防宣传月”安全宣传教育活动，是减少校园火灾事故发生、提高校园防灾抗灾能力的重要举措，是提高师生及学生家庭消防安全意识、提升自防自救能力的重要手段。为此，我局成立了领导小组，由局长任组长，主任督学任副组长；各相关股室长、校长、幼儿园园长为成员。</w:t>
      </w:r>
      <w:r>
        <w:rPr>
          <w:lang w:eastAsia="zh-CN"/>
        </w:rPr>
        <w:br/>
      </w:r>
      <w:r>
        <w:rPr>
          <w:lang w:eastAsia="zh-CN"/>
        </w:rPr>
        <w:t>　　各学校、幼儿园、站在构建和谐校园、保障师生安全的高度，加强领导，落实责任，推动活动扎实开展。明确校领导主抓，指定专门人员负责，结合实际制定活动方案，细化任务要求，以强有力的举措确保活动取得实效。</w:t>
      </w:r>
      <w:r>
        <w:rPr>
          <w:lang w:eastAsia="zh-CN"/>
        </w:rPr>
        <w:br/>
      </w:r>
      <w:r>
        <w:rPr>
          <w:lang w:eastAsia="zh-CN"/>
        </w:rPr>
        <w:t>　　三、开展活动，提升技能</w:t>
      </w:r>
      <w:r>
        <w:rPr>
          <w:lang w:eastAsia="zh-CN"/>
        </w:rPr>
        <w:br/>
      </w:r>
      <w:r>
        <w:rPr>
          <w:lang w:eastAsia="zh-CN"/>
        </w:rPr>
        <w:t>　　各学校通过各种形式的活动和学习提高了广大师生的安全意识，做到安全教育不放松。通过开展丰富多彩的活动，广大师生提高了消防实践技能。</w:t>
      </w:r>
      <w:r>
        <w:rPr>
          <w:lang w:eastAsia="zh-CN"/>
        </w:rPr>
        <w:br/>
      </w:r>
      <w:r>
        <w:rPr>
          <w:lang w:eastAsia="zh-CN"/>
        </w:rPr>
        <w:t>　　1各学校“119消防宣传月”中，以班为单位组织了一次以消防安全为题的主题班会活动。要求在班会中对学生进行火场逃生技能培训。</w:t>
      </w:r>
      <w:r>
        <w:rPr>
          <w:lang w:eastAsia="zh-CN"/>
        </w:rPr>
        <w:br/>
      </w:r>
      <w:r>
        <w:rPr>
          <w:lang w:eastAsia="zh-CN"/>
        </w:rPr>
        <w:t>　　2各学校利用大课间时间组织开展了应急消防演练，让学生学会应急避险的常识和技巧，增强其应急避险能力。</w:t>
      </w:r>
      <w:r>
        <w:rPr>
          <w:lang w:eastAsia="zh-CN"/>
        </w:rPr>
        <w:br/>
      </w:r>
      <w:r>
        <w:rPr>
          <w:lang w:eastAsia="zh-CN"/>
        </w:rPr>
        <w:t>　　3在消防安全教育活动中，学校组织广大师生观看“消防安全展览”、组织学生开展了消防知识手抄小报竞赛和展览活动。</w:t>
      </w:r>
      <w:r>
        <w:rPr>
          <w:lang w:eastAsia="zh-CN"/>
        </w:rPr>
        <w:br/>
      </w:r>
      <w:r>
        <w:rPr>
          <w:lang w:eastAsia="zh-CN"/>
        </w:rPr>
        <w:t>　　4各学校（幼儿园）在全体师生中进行了一次消防知识讲座。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xml:space="preserve">    11.9全国消防宣传日活动总结 篇13 </w:t>
      </w:r>
      <w:r>
        <w:rPr>
          <w:lang w:eastAsia="zh-CN"/>
        </w:rPr>
        <w:br/>
      </w:r>
      <w:r>
        <w:rPr>
          <w:lang w:eastAsia="zh-CN"/>
        </w:rPr>
        <w:t>　　今年11月9日是我国第__个“119消防宣传日”，为贯彻落实国务院安委会办公室、应急管理部的相关文件精神，进一步加强中小学消防安全宣传教育工作，增强广大师生消防安全意识和自防自救能力，扎实推进消防安全宣传“进学校”活动，根据市、区相关部门要求，11月9日下午，_小学联合消防大队开展了消防宣传日主题活动。</w:t>
      </w:r>
      <w:r>
        <w:rPr>
          <w:lang w:eastAsia="zh-CN"/>
        </w:rPr>
        <w:br/>
      </w:r>
      <w:r>
        <w:rPr>
          <w:lang w:eastAsia="zh-CN"/>
        </w:rPr>
        <w:t>　　火灾逃生演练</w:t>
      </w:r>
      <w:r>
        <w:rPr>
          <w:lang w:eastAsia="zh-CN"/>
        </w:rPr>
        <w:br/>
      </w:r>
      <w:r>
        <w:rPr>
          <w:lang w:eastAsia="zh-CN"/>
        </w:rPr>
        <w:t>　　警报响起，各班教师带领孩子根据演练方案中的规定路线，弯着腰，捂住口鼻，快速疏散，有序撤离到安全场地。整个过程紧张迅速、安全有序，收到了预期的效果。</w:t>
      </w:r>
      <w:r>
        <w:rPr>
          <w:lang w:eastAsia="zh-CN"/>
        </w:rPr>
        <w:br/>
      </w:r>
      <w:r>
        <w:rPr>
          <w:lang w:eastAsia="zh-CN"/>
        </w:rPr>
        <w:t>　　消防知识讲座</w:t>
      </w:r>
      <w:r>
        <w:rPr>
          <w:lang w:eastAsia="zh-CN"/>
        </w:rPr>
        <w:br/>
      </w:r>
      <w:r>
        <w:rPr>
          <w:lang w:eastAsia="zh-CN"/>
        </w:rPr>
        <w:t>　　消防员叔叔给全体师生讲解了火灾预防的基本知识，一般火情的`扑救及逃生技能。同时纠正了人们对于防火的一些错误认识，以及自救过程中的不正确做法。同时指出面对滚滚浓烟和熊熊烈火，只要保持冷静，机智的运用火场自救逃生知识，就有可能拯救自己、他人的生命和财产。</w:t>
      </w:r>
      <w:r>
        <w:rPr>
          <w:lang w:eastAsia="zh-CN"/>
        </w:rPr>
        <w:br/>
      </w:r>
      <w:r>
        <w:rPr>
          <w:lang w:eastAsia="zh-CN"/>
        </w:rPr>
        <w:t>　　参观消防装备</w:t>
      </w:r>
      <w:r>
        <w:rPr>
          <w:lang w:eastAsia="zh-CN"/>
        </w:rPr>
        <w:br/>
      </w:r>
      <w:r>
        <w:rPr>
          <w:lang w:eastAsia="zh-CN"/>
        </w:rPr>
        <w:t>　　消防员叔叔带领孩子们近距离参观了消防车，详细讲解了车上的各类设施及其作用，消防服、高压水枪、防毒面具、压缩空气瓶、急救箱等吸引着孩子们的目光，也让孩子们零距离感受着消防队员为保护群众生命财产安全奔赴火场，英勇无畏，临危不惧的精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灭火演练</w:t>
      </w:r>
      <w:r>
        <w:rPr>
          <w:lang w:eastAsia="zh-CN"/>
        </w:rPr>
        <w:br/>
      </w:r>
      <w:r>
        <w:rPr>
          <w:lang w:eastAsia="zh-CN"/>
        </w:rPr>
        <w:t>　　消防员叔叔首先给全体师生讲解了灭火器的正确使用方法，并现场进行了演示。在认真听讲观摩后，教师、学生代表亲自体验了灭火的过程，面对熊熊火堆，熟练的按照灭火步骤和方法，将火情成功扑灭。</w:t>
      </w:r>
      <w:r>
        <w:rPr>
          <w:lang w:eastAsia="zh-CN"/>
        </w:rPr>
        <w:br/>
      </w:r>
      <w:r>
        <w:rPr>
          <w:lang w:eastAsia="zh-CN"/>
        </w:rPr>
        <w:t>　　本次主题活动是学校消防宣传月系列活动的一部分，在消防宣传月期间，学校还将开展主题班队会、消防知识竞赛、消防安全隐患大排查等一系列活动，以此推动学校消防安全教育的深入开展，提高广大师生的安全意识和应对突发火情的避险自救能力，为创建平安校园提供强有力的安全保障。</w:t>
      </w:r>
      <w:r>
        <w:rPr>
          <w:lang w:eastAsia="zh-CN"/>
        </w:rPr>
        <w:br/>
      </w:r>
      <w:r>
        <w:rPr>
          <w:lang w:eastAsia="zh-CN"/>
        </w:rPr>
        <w:t xml:space="preserve">    11.9全国消防宣传日活动总结 篇14 </w:t>
      </w:r>
      <w:r>
        <w:rPr>
          <w:lang w:eastAsia="zh-CN"/>
        </w:rPr>
        <w:br/>
      </w:r>
      <w:r>
        <w:rPr>
          <w:lang w:eastAsia="zh-CN"/>
        </w:rPr>
        <w:t>　　今年11月9日是全国“119”消防日，为切实做好“119”期间的消防宣传工作，营造全社会共同关注消防安全工作的良好氛围，进一步提高我全体师生消防安全素质，根据《__市“119”消防日宣传周活动方案〉的通知》要求，我们开展了“119”消防日宣传周活动。</w:t>
      </w:r>
      <w:r>
        <w:rPr>
          <w:lang w:eastAsia="zh-CN"/>
        </w:rPr>
        <w:br/>
      </w:r>
    </w:p>
    <w:p w:rsidR="001B1F19" w14:textId="27C3F48A">
      <w:pPr>
        <w:rPr>
          <w:rFonts w:hint="eastAsia"/>
          <w:lang w:eastAsia="zh-CN"/>
        </w:rPr>
      </w:pPr>
      <w:r>
        <w:rPr>
          <w:lang w:eastAsia="zh-CN"/>
        </w:rPr>
        <w:t>　　我们以“生命至上，平安和谐”为活动主题，通过开展丰富多彩的消防宣传教育活动，切实提高全体师生的消防意识，增强消防素质，提高抗御火灾的整体能力，为构建社会主义和谐社会创造良好的消防安全环境。为确保“119”消防日宣传周活动取得实效，我校成立了立了以李国兴校长为组长的.领导小组。我们采取举行主题队会，消防知识手抄报，消防知识讲座，发放宣传资料，张贴宣传挂图等师生喜闻乐见的形式，广泛开展消防宣传教育活动，积极营造良好的宣传氛围。学校要通过上消防课，举行消防知</w:t>
      </w:r>
      <w:r>
        <w:rPr>
          <w:lang w:eastAsia="zh-CN"/>
        </w:rPr>
        <w:br/>
      </w:r>
      <w:r>
        <w:rPr>
          <w:lang w:eastAsia="zh-CN"/>
        </w:rPr>
        <w:t>　　识竞赛，播放消防知识影片，举办趣味消防知识运动会等活动，利用闭路电视，校园网络，制作消防宣传板报，散发消防宣传资料等形式使学校消防宣传教育更加贴近实际，达到一个孩子带动一个家庭的效果。校园内设置不少于1个2平方米以上的消防宣传固定栏，在校园内醒目位置应悬挂2条以上的消防宣传横幅。组织了一次全校性的消防应急疏散演练，教育学生掌握报警，逃生救护等自防自救基本技能。各班在11月3日-9日期间内安排不少于1个课时的消防安全教育课或一次消防主题班会，讨论消防安全知识及遵守消防法规的心得体会。结合学生实际，印制通俗易懂，携带方便的学生安全知识宣传页，使学生做到“两会两知道”，即会报警，会火场逃生，知道火灾危险性，知道自救逃生常识。举办消防板报，于119当日上午8：30放置在校门口，设置咨询台，发放消防宣传页。</w:t>
      </w:r>
      <w:r>
        <w:rPr>
          <w:lang w:eastAsia="zh-CN"/>
        </w:rPr>
        <w:br/>
      </w:r>
      <w:r>
        <w:rPr>
          <w:lang w:eastAsia="zh-CN"/>
        </w:rPr>
        <w:t>　　在此次活动中我们做到：提高认识，加强领导。开拓思路，创新形式。</w:t>
      </w:r>
      <w:r>
        <w:rPr>
          <w:lang w:eastAsia="zh-CN"/>
        </w:rPr>
        <w:br/>
      </w:r>
      <w:r>
        <w:rPr>
          <w:lang w:eastAsia="zh-CN"/>
        </w:rPr>
        <w:t xml:space="preserve">    11.9全国消防宣传日活动总结 篇15 </w:t>
      </w:r>
      <w:r>
        <w:rPr>
          <w:lang w:eastAsia="zh-CN"/>
        </w:rPr>
        <w:br/>
      </w:r>
      <w:r>
        <w:rPr>
          <w:lang w:eastAsia="zh-CN"/>
        </w:rPr>
        <w:t>　　今年11月9日是全国第2_个“119”消防宣传日，紧紧围绕“找火灾隐患，保家庭平安”主题，广泛、深入开展“消防进万家、平安你我他”消防宣传系列活动，全面普及消防安全常识和火灾自救逃生技能。</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https://d.book118.com/028112066047006044</w:t>
        </w:r>
      </w:hyperlink>
    </w:p>
    <w:p w:rsidR="001B1F19">
      <w:pPr>
        <w:rPr>
          <w:rFonts w:hint="eastAsia"/>
          <w:lang w:eastAsia="zh-CN"/>
        </w:rPr>
      </w:pPr>
    </w:p>
    <w:sectPr>
      <w:type w:val="nextPage"/>
      <w:pgSz w:w="11906" w:h="16838"/>
      <w:pgMar w:top="1440" w:right="1800" w:bottom="1440" w:left="1800" w:header="851" w:footer="992" w:gutter="0"/>
      <w:pgNumType w:start="2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2811206604700604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