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《外星居民》前情提要</w:t>
        <w:br/>
        <w:t>Previously</w:t>
      </w:r>
      <w:r>
        <w:t xml:space="preserve"> on</w:t>
      </w:r>
      <w:r>
        <w:t xml:space="preserve"> "Resident</w:t>
      </w:r>
      <w:r>
        <w:t xml:space="preserve"> Alien..."</w:t>
        <w:br/>
        <w:t>你好啊</w:t>
      </w:r>
      <w:r>
        <w:t xml:space="preserve"> 混&amp;hearts;蛋&amp;hearts;</w:t>
        <w:br/>
        <w:t>Hello,</w:t>
      </w:r>
      <w:r>
        <w:t xml:space="preserve"> asshole.</w:t>
        <w:br/>
        <w:t>阿斯塔站我这边</w:t>
        <w:br/>
        <w:t>I</w:t>
      </w:r>
      <w:r>
        <w:t xml:space="preserve"> have</w:t>
      </w:r>
      <w:r>
        <w:t xml:space="preserve"> Asta</w:t>
      </w:r>
      <w:r>
        <w:t xml:space="preserve"> on</w:t>
      </w:r>
      <w:r>
        <w:t xml:space="preserve"> my</w:t>
      </w:r>
      <w:r>
        <w:t xml:space="preserve"> side,</w:t>
        <w:br/>
        <w:t>我们会查出你来这里的原因</w:t>
        <w:br/>
        <w:t>and</w:t>
      </w:r>
      <w:r>
        <w:t xml:space="preserve"> we</w:t>
      </w:r>
      <w:r>
        <w:t xml:space="preserve"> will</w:t>
      </w:r>
      <w:r>
        <w:t xml:space="preserve"> find</w:t>
      </w:r>
      <w:r>
        <w:t xml:space="preserve"> out</w:t>
      </w:r>
      <w:r>
        <w:t xml:space="preserve"> why</w:t>
      </w:r>
      <w:r>
        <w:t xml:space="preserve"> you</w:t>
      </w:r>
      <w:r>
        <w:t xml:space="preserve"> are</w:t>
      </w:r>
      <w:r>
        <w:t xml:space="preserve"> here.</w:t>
        <w:br/>
        <w:t>你会告诉我你所知道的关于哈利的一切</w:t>
        <w:br/>
        <w:t>You</w:t>
      </w:r>
      <w:r>
        <w:t xml:space="preserve"> will</w:t>
      </w:r>
      <w:r>
        <w:t xml:space="preserve"> tell</w:t>
      </w:r>
      <w:r>
        <w:t xml:space="preserve"> me</w:t>
      </w:r>
      <w:r>
        <w:t xml:space="preserve"> everything</w:t>
      </w:r>
      <w:r>
        <w:t xml:space="preserve"> that</w:t>
      </w:r>
      <w:r>
        <w:t xml:space="preserve"> you</w:t>
      </w:r>
      <w:r>
        <w:t xml:space="preserve"> know</w:t>
      </w:r>
      <w:r>
        <w:t xml:space="preserve"> about</w:t>
      </w:r>
      <w:r>
        <w:t xml:space="preserve"> Harry.</w:t>
        <w:br/>
        <w:t>我把他困住了</w:t>
      </w:r>
      <w:r>
        <w:t xml:space="preserve"> </w:t>
      </w:r>
      <w:r>
        <w:t xml:space="preserve"> -我把监控画面打印出来了</w:t>
        <w:br/>
        <w:t>I</w:t>
      </w:r>
      <w:r>
        <w:t xml:space="preserve"> have</w:t>
      </w:r>
      <w:r>
        <w:t xml:space="preserve"> him</w:t>
      </w:r>
      <w:r>
        <w:t xml:space="preserve"> trapped.</w:t>
      </w:r>
      <w:r>
        <w:t xml:space="preserve"> -</w:t>
      </w:r>
      <w:r>
        <w:t xml:space="preserve"> I</w:t>
      </w:r>
      <w:r>
        <w:t xml:space="preserve"> printed</w:t>
      </w:r>
      <w:r>
        <w:t xml:space="preserve"> out</w:t>
      </w:r>
      <w:r>
        <w:t xml:space="preserve"> this</w:t>
      </w:r>
      <w:r>
        <w:t xml:space="preserve"> still.</w:t>
        <w:br/>
        <w:t>副驾上这人</w:t>
        <w:br/>
        <w:t>This</w:t>
      </w:r>
      <w:r>
        <w:t xml:space="preserve"> guy</w:t>
      </w:r>
      <w:r>
        <w:t xml:space="preserve"> in</w:t>
      </w:r>
      <w:r>
        <w:t xml:space="preserve"> the</w:t>
      </w:r>
      <w:r>
        <w:t xml:space="preserve"> passenger</w:t>
      </w:r>
      <w:r>
        <w:t xml:space="preserve"> seat</w:t>
      </w:r>
      <w:r>
        <w:t xml:space="preserve"> is</w:t>
      </w:r>
      <w:r>
        <w:t xml:space="preserve"> the</w:t>
      </w:r>
      <w:r>
        <w:t xml:space="preserve"> key</w:t>
        <w:br/>
        <w:t>是整个调查的关键</w:t>
        <w:br/>
        <w:t>to</w:t>
      </w:r>
      <w:r>
        <w:t xml:space="preserve"> our</w:t>
      </w:r>
      <w:r>
        <w:t xml:space="preserve"> whole</w:t>
      </w:r>
      <w:r>
        <w:t xml:space="preserve"> investigation.</w:t>
        <w:br/>
        <w:t>我睡不踏实</w:t>
        <w:br/>
        <w:t>I'm</w:t>
      </w:r>
      <w:r>
        <w:t xml:space="preserve"> not</w:t>
      </w:r>
      <w:r>
        <w:t xml:space="preserve"> getting</w:t>
      </w:r>
      <w:r>
        <w:t xml:space="preserve"> a</w:t>
      </w:r>
      <w:r>
        <w:t xml:space="preserve"> lot</w:t>
      </w:r>
      <w:r>
        <w:t xml:space="preserve"> of</w:t>
      </w:r>
      <w:r>
        <w:t xml:space="preserve"> sleep,</w:t>
        <w:br/>
        <w:t>都拜窗外那只猫头鹰所赐</w:t>
        <w:br/>
        <w:t>thanks</w:t>
      </w:r>
      <w:r>
        <w:t xml:space="preserve"> to</w:t>
      </w:r>
      <w:r>
        <w:t xml:space="preserve"> the</w:t>
      </w:r>
      <w:r>
        <w:t xml:space="preserve"> owl</w:t>
      </w:r>
      <w:r>
        <w:t xml:space="preserve"> outside</w:t>
      </w:r>
      <w:r>
        <w:t xml:space="preserve"> my</w:t>
      </w:r>
      <w:r>
        <w:t xml:space="preserve"> window.</w:t>
        <w:br/>
        <w:t>你只需要离开这栋房&amp;hearts;子一阵子</w:t>
        <w:br/>
        <w:t>You</w:t>
      </w:r>
      <w:r>
        <w:t xml:space="preserve"> just</w:t>
      </w:r>
      <w:r>
        <w:t xml:space="preserve"> need</w:t>
      </w:r>
      <w:r>
        <w:t xml:space="preserve"> to</w:t>
      </w:r>
      <w:r>
        <w:t xml:space="preserve"> get</w:t>
      </w:r>
      <w:r>
        <w:t xml:space="preserve"> out</w:t>
      </w:r>
      <w:r>
        <w:t xml:space="preserve"> of</w:t>
      </w:r>
      <w:r>
        <w:t xml:space="preserve"> the</w:t>
      </w:r>
      <w:r>
        <w:t xml:space="preserve"> house</w:t>
      </w:r>
      <w:r>
        <w:t xml:space="preserve"> for</w:t>
      </w:r>
      <w:r>
        <w:t xml:space="preserve"> a</w:t>
      </w:r>
      <w:r>
        <w:t xml:space="preserve"> little</w:t>
      </w:r>
      <w:r>
        <w:t xml:space="preserve"> bit.</w:t>
        <w:br/>
        <w:t>我知道个绝佳地点</w:t>
      </w:r>
      <w:r>
        <w:t xml:space="preserve"> </w:t>
      </w:r>
      <w:r>
        <w:t xml:space="preserve"> -黄石公园</w:t>
        <w:br/>
        <w:t>I</w:t>
      </w:r>
      <w:r>
        <w:t xml:space="preserve"> know</w:t>
      </w:r>
      <w:r>
        <w:t xml:space="preserve"> the</w:t>
      </w:r>
      <w:r>
        <w:t xml:space="preserve"> perfect</w:t>
      </w:r>
      <w:r>
        <w:t xml:space="preserve"> place.</w:t>
      </w:r>
      <w:r>
        <w:t xml:space="preserve"> -</w:t>
      </w:r>
      <w:r>
        <w:t xml:space="preserve"> Yellowstone.</w:t>
        <w:br/>
        <w:t>我一直在查灰人来地球</w:t>
        <w:br/>
        <w:t>I</w:t>
      </w:r>
      <w:r>
        <w:t xml:space="preserve"> have</w:t>
      </w:r>
      <w:r>
        <w:t xml:space="preserve"> been</w:t>
      </w:r>
      <w:r>
        <w:t xml:space="preserve"> trying</w:t>
      </w:r>
      <w:r>
        <w:t xml:space="preserve"> to</w:t>
      </w:r>
      <w:r>
        <w:t xml:space="preserve"> Jearn</w:t>
      </w:r>
      <w:r>
        <w:t xml:space="preserve"> what</w:t>
      </w:r>
      <w:r>
        <w:t xml:space="preserve"> the</w:t>
      </w:r>
      <w:r>
        <w:t xml:space="preserve"> Greys</w:t>
        <w:br/>
        <w:t>到底所为何事</w:t>
      </w:r>
      <w:r>
        <w:t xml:space="preserve"> 也许答案一直</w:t>
        <w:br/>
        <w:t>are</w:t>
      </w:r>
      <w:r>
        <w:t xml:space="preserve"> doing</w:t>
      </w:r>
      <w:r>
        <w:t xml:space="preserve"> on</w:t>
      </w:r>
      <w:r>
        <w:t xml:space="preserve"> Earth,</w:t>
      </w:r>
      <w:r>
        <w:t xml:space="preserve"> and</w:t>
      </w:r>
      <w:r>
        <w:t xml:space="preserve"> perhaps</w:t>
      </w:r>
      <w:r>
        <w:t xml:space="preserve"> the</w:t>
      </w:r>
      <w:r>
        <w:t xml:space="preserve"> answer</w:t>
        <w:br/>
        <w:t>都在镇长白花花的脚上</w:t>
        <w:br/>
        <w:t>has</w:t>
      </w:r>
      <w:r>
        <w:t xml:space="preserve"> been</w:t>
      </w:r>
      <w:r>
        <w:t xml:space="preserve"> in</w:t>
      </w:r>
      <w:r>
        <w:t xml:space="preserve"> Mayor</w:t>
      </w:r>
      <w:r>
        <w:t xml:space="preserve"> Snowflake's</w:t>
      </w:r>
      <w:r>
        <w:t xml:space="preserve"> foot</w:t>
      </w:r>
      <w:r>
        <w:t xml:space="preserve"> all</w:t>
      </w:r>
      <w:r>
        <w:t xml:space="preserve"> along.</w:t>
        <w:br/>
        <w:t>你好呀</w:t>
        <w:br/>
        <w:t>Hi.</w:t>
        <w:br/>
        <w:t>我的宝贝女儿</w:t>
        <w:br/>
        <w:t>My</w:t>
      </w:r>
      <w:r>
        <w:t xml:space="preserve"> sweet</w:t>
      </w:r>
      <w:r>
        <w:t xml:space="preserve"> girl.</w:t>
        <w:br/>
        <w:t>我的亲亲宝贝</w:t>
        <w:br/>
        <w:t>Oh,</w:t>
      </w:r>
      <w:r>
        <w:t xml:space="preserve"> my</w:t>
      </w:r>
      <w:r>
        <w:t xml:space="preserve"> sweet</w:t>
      </w:r>
      <w:r>
        <w:t xml:space="preserve"> girl.</w:t>
        <w:br/>
        <w:t>你好呀</w:t>
        <w:br/>
        <w:t>Hi.</w:t>
        <w:br/>
        <w:t>我的宝贝女儿</w:t>
        <w:br/>
        <w:t>My</w:t>
      </w:r>
      <w:r>
        <w:t xml:space="preserve"> sweet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girl.</w:t>
        <w:br/>
        <w:t>不要</w:t>
        <w:br/>
        <w:t>No.</w:t>
        <w:br/>
        <w:t>再给我十分钟</w:t>
      </w:r>
      <w:r>
        <w:t xml:space="preserve"> 求你们了</w:t>
        <w:br/>
        <w:t>Ten</w:t>
      </w:r>
      <w:r>
        <w:t xml:space="preserve"> more</w:t>
      </w:r>
      <w:r>
        <w:t xml:space="preserve"> minutes,</w:t>
      </w:r>
      <w:r>
        <w:t xml:space="preserve"> please!</w:t>
        <w:br/>
        <w:t>不要</w:t>
      </w:r>
      <w:r>
        <w:t xml:space="preserve"> 回来</w:t>
        <w:br/>
        <w:t>No!</w:t>
      </w:r>
      <w:r>
        <w:t xml:space="preserve"> Come</w:t>
      </w:r>
      <w:r>
        <w:t xml:space="preserve"> back!</w:t>
        <w:br/>
        <w:t>至少这次让我留住记忆吧</w:t>
        <w:br/>
        <w:t>At</w:t>
      </w:r>
      <w:r>
        <w:t xml:space="preserve"> least</w:t>
      </w:r>
      <w:r>
        <w:t xml:space="preserve"> let</w:t>
      </w:r>
      <w:r>
        <w:t xml:space="preserve"> me</w:t>
      </w:r>
      <w:r>
        <w:t xml:space="preserve"> remember</w:t>
      </w:r>
      <w:r>
        <w:t xml:space="preserve"> this</w:t>
      </w:r>
      <w:r>
        <w:t xml:space="preserve"> time.</w:t>
        <w:br/>
        <w:t>求你们了</w:t>
      </w:r>
      <w:r>
        <w:t xml:space="preserve"> 让我记住吧</w:t>
        <w:br/>
        <w:t>Please,</w:t>
      </w:r>
      <w:r>
        <w:t xml:space="preserve"> let</w:t>
      </w:r>
      <w:r>
        <w:t xml:space="preserve"> me</w:t>
      </w:r>
      <w:r>
        <w:t xml:space="preserve"> remember!</w:t>
        <w:br/>
        <w:t>没必要把阿斯塔牵扯进来</w:t>
        <w:br/>
        <w:t>You</w:t>
      </w:r>
      <w:r>
        <w:t xml:space="preserve"> had</w:t>
      </w:r>
      <w:r>
        <w:t xml:space="preserve"> no</w:t>
      </w:r>
      <w:r>
        <w:t xml:space="preserve"> business</w:t>
      </w:r>
      <w:r>
        <w:t xml:space="preserve"> dragging</w:t>
      </w:r>
      <w:r>
        <w:t xml:space="preserve"> Asta</w:t>
      </w:r>
      <w:r>
        <w:t xml:space="preserve"> into</w:t>
      </w:r>
      <w:r>
        <w:t xml:space="preserve"> your</w:t>
      </w:r>
      <w:r>
        <w:t xml:space="preserve"> mess.</w:t>
        <w:br/>
        <w:t>抱歉</w:t>
        <w:br/>
        <w:t>打烊了</w:t>
        <w:br/>
        <w:t>你可能会害她被那个外星人杀死的</w:t>
        <w:br/>
        <w:t>You</w:t>
      </w:r>
      <w:r>
        <w:t xml:space="preserve"> could</w:t>
      </w:r>
      <w:r>
        <w:t xml:space="preserve"> have</w:t>
      </w:r>
      <w:r>
        <w:t xml:space="preserve"> gotten</w:t>
      </w:r>
      <w:r>
        <w:t xml:space="preserve"> her</w:t>
      </w:r>
      <w:r>
        <w:t xml:space="preserve"> killed</w:t>
      </w:r>
      <w:r>
        <w:t xml:space="preserve"> by</w:t>
      </w:r>
      <w:r>
        <w:t xml:space="preserve"> that</w:t>
      </w:r>
      <w:r>
        <w:t xml:space="preserve"> alien.</w:t>
        <w:br/>
        <w:t>你当时到底在想什么</w:t>
        <w:br/>
        <w:t>What</w:t>
      </w:r>
      <w:r>
        <w:t xml:space="preserve"> the</w:t>
      </w:r>
      <w:r>
        <w:t xml:space="preserve"> hell</w:t>
      </w:r>
      <w:r>
        <w:t xml:space="preserve"> were</w:t>
      </w:r>
      <w:r>
        <w:t xml:space="preserve"> you</w:t>
      </w:r>
      <w:r>
        <w:t xml:space="preserve"> thinking?</w:t>
        <w:br/>
        <w:t>肚子空空</w:t>
      </w:r>
      <w:r>
        <w:t xml:space="preserve"> 我想不起来当时</w:t>
        <w:br/>
        <w:t>I</w:t>
      </w:r>
      <w:r>
        <w:t xml:space="preserve"> can't</w:t>
      </w:r>
      <w:r>
        <w:t xml:space="preserve"> remember</w:t>
      </w:r>
      <w:r>
        <w:t xml:space="preserve"> what</w:t>
      </w:r>
      <w:r>
        <w:t xml:space="preserve"> the</w:t>
      </w:r>
      <w:r>
        <w:t xml:space="preserve"> hell</w:t>
      </w:r>
      <w:r>
        <w:t xml:space="preserve"> I</w:t>
      </w:r>
      <w:r>
        <w:t xml:space="preserve"> was</w:t>
      </w:r>
      <w:r>
        <w:t xml:space="preserve"> thinking</w:t>
        <w:br/>
        <w:t>自己在想什么了</w:t>
        <w:br/>
        <w:t>with</w:t>
      </w:r>
      <w:r>
        <w:t xml:space="preserve"> such</w:t>
      </w:r>
      <w:r>
        <w:t xml:space="preserve"> an</w:t>
      </w:r>
      <w:r>
        <w:t xml:space="preserve"> empty</w:t>
      </w:r>
      <w:r>
        <w:t xml:space="preserve"> stomach.</w:t>
        <w:br/>
        <w:t>有人要去打开那台煎锅吗</w:t>
        <w:br/>
        <w:t>Should</w:t>
      </w:r>
      <w:r>
        <w:t xml:space="preserve"> someone</w:t>
      </w:r>
      <w:r>
        <w:t xml:space="preserve"> turn</w:t>
      </w:r>
      <w:r>
        <w:t xml:space="preserve"> on</w:t>
      </w:r>
      <w:r>
        <w:t xml:space="preserve"> the</w:t>
      </w:r>
      <w:r>
        <w:t xml:space="preserve"> griddle?</w:t>
        <w:br/>
        <w:t>那是你的问题</w:t>
        <w:br/>
        <w:t>That's</w:t>
      </w:r>
      <w:r>
        <w:t xml:space="preserve"> your</w:t>
      </w:r>
      <w:r>
        <w:t xml:space="preserve"> problem.</w:t>
        <w:br/>
        <w:t>你只考虑自己</w:t>
      </w:r>
      <w:r>
        <w:t xml:space="preserve"> 根本不替他人着想</w:t>
        <w:br/>
        <w:t>You</w:t>
      </w:r>
      <w:r>
        <w:t xml:space="preserve"> don't</w:t>
      </w:r>
      <w:r>
        <w:t xml:space="preserve"> think</w:t>
      </w:r>
      <w:r>
        <w:t xml:space="preserve"> of</w:t>
      </w:r>
      <w:r>
        <w:t xml:space="preserve"> anyone</w:t>
      </w:r>
      <w:r>
        <w:t xml:space="preserve"> but</w:t>
      </w:r>
      <w:r>
        <w:t xml:space="preserve"> yourself.</w:t>
        <w:br/>
        <w:t>才不是</w:t>
        <w:br/>
        <w:t>That</w:t>
      </w:r>
      <w:r>
        <w:t xml:space="preserve"> is</w:t>
      </w:r>
      <w:r>
        <w:t xml:space="preserve"> not</w:t>
      </w:r>
      <w:r>
        <w:t xml:space="preserve"> true.</w:t>
        <w:br/>
        <w:t>其他人也会想吃煎饼的</w:t>
        <w:br/>
        <w:t>Other</w:t>
      </w:r>
      <w:r>
        <w:t xml:space="preserve"> people</w:t>
      </w:r>
      <w:r>
        <w:t xml:space="preserve"> will</w:t>
      </w:r>
      <w:r>
        <w:t xml:space="preserve"> want</w:t>
      </w:r>
      <w:r>
        <w:t xml:space="preserve"> pancakes.</w:t>
        <w:br/>
        <w:t>而且我也穿得人模鬼样的</w:t>
        <w:br/>
        <w:t>Also,</w:t>
      </w:r>
      <w:r>
        <w:t xml:space="preserve"> I'm</w:t>
      </w:r>
      <w:r>
        <w:t xml:space="preserve"> wearing</w:t>
      </w:r>
      <w:r>
        <w:t xml:space="preserve"> a</w:t>
      </w:r>
      <w:r>
        <w:t xml:space="preserve"> shirt</w:t>
      </w:r>
      <w:r>
        <w:t xml:space="preserve"> and</w:t>
      </w:r>
      <w:r>
        <w:t xml:space="preserve"> shoes.</w:t>
        <w:br/>
        <w:t>为什么不服务我呢</w:t>
        <w:br/>
        <w:t>Where</w:t>
      </w:r>
      <w:r>
        <w:t xml:space="preserve"> is</w:t>
      </w:r>
      <w:r>
        <w:t xml:space="preserve"> my</w:t>
      </w:r>
      <w:r>
        <w:t xml:space="preserve"> service?</w:t>
        <w:br/>
        <w:t>爸</w:t>
      </w:r>
      <w:r>
        <w:t xml:space="preserve"> 没错</w:t>
      </w:r>
      <w:r>
        <w:t xml:space="preserve"> 是很吓人</w:t>
      </w:r>
      <w:r>
        <w:t xml:space="preserve"> 但我是自愿去的</w:t>
        <w:br/>
        <w:t>Dad,</w:t>
      </w:r>
      <w:r>
        <w:t xml:space="preserve"> yes,</w:t>
      </w:r>
      <w:r>
        <w:t xml:space="preserve"> it</w:t>
      </w:r>
      <w:r>
        <w:t xml:space="preserve"> was</w:t>
      </w:r>
      <w:r>
        <w:t xml:space="preserve"> scary,</w:t>
      </w:r>
      <w:r>
        <w:t xml:space="preserve"> but</w:t>
      </w:r>
      <w:r>
        <w:t xml:space="preserve"> I</w:t>
      </w:r>
      <w:r>
        <w:t xml:space="preserve"> chose</w:t>
      </w:r>
      <w:r>
        <w:t xml:space="preserve"> to</w:t>
      </w:r>
      <w:r>
        <w:t xml:space="preserve"> go.</w:t>
        <w:br/>
        <w:t>她没事啦</w:t>
        <w:br/>
        <w:t>She's</w:t>
      </w:r>
      <w:r>
        <w:t xml:space="preserve"> OK.</w:t>
        <w:br/>
        <w:t>有我保护她呢</w:t>
      </w:r>
      <w:r>
        <w:t xml:space="preserve"> 一如既往</w:t>
        <w:br/>
        <w:t>I</w:t>
      </w:r>
      <w:r>
        <w:t xml:space="preserve"> had</w:t>
      </w:r>
      <w:r>
        <w:t xml:space="preserve"> her</w:t>
      </w:r>
      <w:r>
        <w:t xml:space="preserve"> back,</w:t>
      </w:r>
      <w:r>
        <w:t xml:space="preserve"> like</w:t>
      </w:r>
      <w:r>
        <w:t xml:space="preserve"> I</w:t>
      </w:r>
      <w:r>
        <w:t xml:space="preserve"> always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do.</w:t>
        <w:br/>
        <w:t>我们被一个12岁小男孩救了</w:t>
        <w:br/>
        <w:t>We</w:t>
      </w:r>
      <w:r>
        <w:t xml:space="preserve"> were</w:t>
      </w:r>
      <w:r>
        <w:t xml:space="preserve"> saved</w:t>
      </w:r>
      <w:r>
        <w:t xml:space="preserve"> by</w:t>
      </w:r>
      <w:r>
        <w:t xml:space="preserve"> a</w:t>
      </w:r>
      <w:r>
        <w:t xml:space="preserve"> 12-</w:t>
      </w:r>
      <w:r>
        <w:t xml:space="preserve"> year-</w:t>
      </w:r>
      <w:r>
        <w:t xml:space="preserve"> old</w:t>
      </w:r>
      <w:r>
        <w:t xml:space="preserve"> boy</w:t>
        <w:br/>
        <w:t>先等我说完就不是这样</w:t>
        <w:br/>
        <w:t>Not</w:t>
      </w:r>
      <w:r>
        <w:t xml:space="preserve"> if</w:t>
      </w:r>
      <w:r>
        <w:t xml:space="preserve"> I</w:t>
      </w:r>
      <w:r>
        <w:t xml:space="preserve"> tell</w:t>
      </w:r>
      <w:r>
        <w:t xml:space="preserve"> the</w:t>
      </w:r>
      <w:r>
        <w:t xml:space="preserve"> story</w:t>
      </w:r>
      <w:r>
        <w:t xml:space="preserve"> first.</w:t>
        <w:br/>
        <w:t>我不理解</w:t>
        <w:br/>
        <w:t>I</w:t>
      </w:r>
      <w:r>
        <w:t xml:space="preserve"> do</w:t>
      </w:r>
      <w:r>
        <w:t xml:space="preserve"> not</w:t>
      </w:r>
      <w:r>
        <w:t xml:space="preserve"> understand</w:t>
        <w:br/>
        <w:t>为什么他们对约瑟夫差点杀死他们这事如此生气</w:t>
        <w:br/>
        <w:t>why</w:t>
      </w:r>
      <w:r>
        <w:t xml:space="preserve"> they</w:t>
      </w:r>
      <w:r>
        <w:t xml:space="preserve"> are</w:t>
      </w:r>
      <w:r>
        <w:t xml:space="preserve"> so</w:t>
      </w:r>
      <w:r>
        <w:t xml:space="preserve"> upset</w:t>
      </w:r>
      <w:r>
        <w:t xml:space="preserve"> about</w:t>
      </w:r>
      <w:r>
        <w:t xml:space="preserve"> Joseph</w:t>
      </w:r>
      <w:r>
        <w:t xml:space="preserve"> nearly</w:t>
      </w:r>
      <w:r>
        <w:t xml:space="preserve"> killing</w:t>
      </w:r>
      <w:r>
        <w:t xml:space="preserve"> them.</w:t>
        <w:br/>
        <w:t>每个生物都必须为生存而战</w:t>
        <w:br/>
        <w:t>Every</w:t>
      </w:r>
      <w:r>
        <w:t xml:space="preserve"> being</w:t>
      </w:r>
      <w:r>
        <w:t xml:space="preserve"> must</w:t>
      </w:r>
      <w:r>
        <w:t xml:space="preserve"> fight</w:t>
      </w:r>
      <w:r>
        <w:t xml:space="preserve"> to</w:t>
      </w:r>
      <w:r>
        <w:t xml:space="preserve"> survive.</w:t>
        <w:br/>
        <w:t>蛾类伪装自己以躲避捕食者</w:t>
        <w:br/>
        <w:t>Moths</w:t>
      </w:r>
      <w:r>
        <w:t xml:space="preserve"> camouflage</w:t>
      </w:r>
      <w:r>
        <w:t xml:space="preserve"> themselves</w:t>
      </w:r>
      <w:r>
        <w:t xml:space="preserve"> from</w:t>
      </w:r>
      <w:r>
        <w:t xml:space="preserve"> predators.</w:t>
        <w:br/>
        <w:t>仙人掌会长尖刺</w:t>
        <w:br/>
        <w:t>Cacti</w:t>
      </w:r>
      <w:r>
        <w:t xml:space="preserve"> grow</w:t>
      </w:r>
      <w:r>
        <w:t xml:space="preserve"> spikes.</w:t>
        <w:br/>
        <w:t>人类也不例外</w:t>
        <w:br/>
        <w:t>Humans</w:t>
      </w:r>
      <w:r>
        <w:t xml:space="preserve"> are</w:t>
      </w:r>
      <w:r>
        <w:t xml:space="preserve"> no</w:t>
      </w:r>
      <w:r>
        <w:t xml:space="preserve"> exception.</w:t>
        <w:br/>
        <w:t>他们忘记了自己被</w:t>
        <w:br/>
        <w:t>They</w:t>
      </w:r>
      <w:r>
        <w:t xml:space="preserve"> forget</w:t>
      </w:r>
      <w:r>
        <w:t xml:space="preserve"> they</w:t>
      </w:r>
      <w:r>
        <w:t xml:space="preserve"> are</w:t>
      </w:r>
      <w:r>
        <w:t xml:space="preserve"> surrounded</w:t>
      </w:r>
      <w:r>
        <w:t xml:space="preserve"> by</w:t>
      </w:r>
      <w:r>
        <w:t xml:space="preserve"> forces</w:t>
        <w:br/>
        <w:t>更强大的力量所包围</w:t>
        <w:br/>
        <w:t>greater</w:t>
      </w:r>
      <w:r>
        <w:t xml:space="preserve"> than</w:t>
      </w:r>
      <w:r>
        <w:t xml:space="preserve"> themselves.</w:t>
        <w:br/>
        <w:t>生存永远不是板上钉钉的事</w:t>
        <w:br/>
        <w:t>Survival</w:t>
      </w:r>
      <w:r>
        <w:t xml:space="preserve"> is</w:t>
      </w:r>
      <w:r>
        <w:t xml:space="preserve"> never</w:t>
      </w:r>
      <w:r>
        <w:t xml:space="preserve"> guaranteed.</w:t>
        <w:br/>
        <w:t>我该走了</w:t>
        <w:br/>
        <w:t>I</w:t>
      </w:r>
      <w:r>
        <w:t xml:space="preserve"> need</w:t>
      </w:r>
      <w:r>
        <w:t xml:space="preserve"> to</w:t>
      </w:r>
      <w:r>
        <w:t xml:space="preserve"> go.</w:t>
        <w:br/>
        <w:t>我和我空空如也的胃</w:t>
        <w:br/>
        <w:t>Me</w:t>
      </w:r>
      <w:r>
        <w:t xml:space="preserve"> and</w:t>
      </w:r>
      <w:r>
        <w:t xml:space="preserve"> my</w:t>
      </w:r>
      <w:r>
        <w:t xml:space="preserve"> empty</w:t>
      </w:r>
      <w:r>
        <w:t xml:space="preserve"> stomach</w:t>
      </w:r>
      <w:r>
        <w:t xml:space="preserve"> need</w:t>
      </w:r>
      <w:r>
        <w:t xml:space="preserve"> to</w:t>
      </w:r>
      <w:r>
        <w:t xml:space="preserve"> go</w:t>
      </w:r>
      <w:r>
        <w:t xml:space="preserve"> listen</w:t>
        <w:br/>
        <w:t>得去听镇长抱怨他的抗抑郁药</w:t>
        <w:br/>
        <w:t>to</w:t>
      </w:r>
      <w:r>
        <w:t xml:space="preserve"> the</w:t>
      </w:r>
      <w:r>
        <w:t xml:space="preserve"> mayor</w:t>
      </w:r>
      <w:r>
        <w:t xml:space="preserve"> complain</w:t>
      </w:r>
      <w:r>
        <w:t xml:space="preserve"> about</w:t>
      </w:r>
      <w:r>
        <w:t xml:space="preserve"> how</w:t>
      </w:r>
      <w:r>
        <w:t xml:space="preserve"> his</w:t>
      </w:r>
      <w:r>
        <w:t xml:space="preserve"> antidepressants</w:t>
        <w:br/>
        <w:t>如何破坏他的性致</w:t>
        <w:br/>
        <w:t>are</w:t>
      </w:r>
      <w:r>
        <w:t xml:space="preserve"> ruining</w:t>
      </w:r>
      <w:r>
        <w:t xml:space="preserve"> his</w:t>
      </w:r>
      <w:r>
        <w:t xml:space="preserve"> sex</w:t>
      </w:r>
      <w:r>
        <w:t xml:space="preserve"> drive.</w:t>
        <w:br/>
        <w:t>心理咨&amp;hearts;询&amp;hearts;内容不该是保密的吗</w:t>
        <w:br/>
        <w:t>I</w:t>
      </w:r>
      <w:r>
        <w:t xml:space="preserve"> think</w:t>
      </w:r>
      <w:r>
        <w:t xml:space="preserve"> therapy</w:t>
      </w:r>
      <w:r>
        <w:t xml:space="preserve"> is</w:t>
      </w:r>
      <w:r>
        <w:t xml:space="preserve"> supposed</w:t>
      </w:r>
      <w:r>
        <w:t xml:space="preserve"> to</w:t>
      </w:r>
      <w:r>
        <w:t xml:space="preserve"> be</w:t>
      </w:r>
      <w:r>
        <w:t xml:space="preserve"> confidential.</w:t>
        <w:br/>
        <w:t>还有</w:t>
      </w:r>
      <w:r>
        <w:t xml:space="preserve"> 很恶心</w:t>
      </w:r>
      <w:r>
        <w:t xml:space="preserve"> </w:t>
      </w:r>
      <w:r>
        <w:t xml:space="preserve"> -我说的是一位镇长</w:t>
        <w:br/>
        <w:t>Also,</w:t>
      </w:r>
      <w:r>
        <w:t xml:space="preserve"> nasty.</w:t>
      </w:r>
      <w:r>
        <w:t xml:space="preserve"> -</w:t>
      </w:r>
      <w:r>
        <w:t xml:space="preserve"> I</w:t>
      </w:r>
      <w:r>
        <w:t xml:space="preserve"> said"a</w:t>
      </w:r>
      <w:r>
        <w:t xml:space="preserve"> mayor.</w:t>
      </w:r>
      <w:r>
        <w:t xml:space="preserve"> "</w:t>
        <w:br/>
        <w:t>其他镇过来的某个镇长</w:t>
        <w:br/>
        <w:t>Some</w:t>
      </w:r>
      <w:r>
        <w:t xml:space="preserve"> mayor</w:t>
      </w:r>
      <w:r>
        <w:t xml:space="preserve"> from</w:t>
      </w:r>
      <w:r>
        <w:t xml:space="preserve"> some</w:t>
      </w:r>
      <w:r>
        <w:t xml:space="preserve"> other</w:t>
      </w:r>
      <w:r>
        <w:t xml:space="preserve"> town,</w:t>
        <w:br/>
        <w:t>讨厌麦克警长用吹口哨的方式引起他注意</w:t>
        <w:br/>
        <w:t>who</w:t>
      </w:r>
      <w:r>
        <w:t xml:space="preserve"> hates</w:t>
      </w:r>
      <w:r>
        <w:t xml:space="preserve"> it</w:t>
      </w:r>
      <w:r>
        <w:t xml:space="preserve"> when</w:t>
      </w:r>
      <w:r>
        <w:t xml:space="preserve"> Sheriff</w:t>
      </w:r>
      <w:r>
        <w:t xml:space="preserve"> Mike</w:t>
      </w:r>
      <w:r>
        <w:t xml:space="preserve"> whistles</w:t>
      </w:r>
      <w:r>
        <w:t xml:space="preserve"> to</w:t>
      </w:r>
      <w:r>
        <w:t xml:space="preserve"> get</w:t>
      </w:r>
      <w:r>
        <w:t xml:space="preserve"> his</w:t>
      </w:r>
      <w:r>
        <w:t xml:space="preserve"> attention.</w:t>
        <w:br/>
        <w:t>其他镇的镇长取消心理咨&amp;hearts;询&amp;hearts;了</w:t>
        <w:br/>
        <w:t>Uh,</w:t>
      </w:r>
      <w:r>
        <w:t xml:space="preserve"> well,</w:t>
      </w:r>
      <w:r>
        <w:t xml:space="preserve"> some</w:t>
      </w:r>
      <w:r>
        <w:t xml:space="preserve"> other</w:t>
      </w:r>
      <w:r>
        <w:t xml:space="preserve"> mayor</w:t>
      </w:r>
      <w:r>
        <w:t xml:space="preserve"> canceled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therapy</w:t>
        <w:br/>
        <w:t>因为他们全家要去黄石公园旅行</w:t>
        <w:br/>
        <w:t>because</w:t>
      </w:r>
      <w:r>
        <w:t xml:space="preserve"> they're</w:t>
      </w:r>
      <w:r>
        <w:t xml:space="preserve"> going</w:t>
      </w:r>
      <w:r>
        <w:t xml:space="preserve"> on</w:t>
      </w:r>
      <w:r>
        <w:t xml:space="preserve"> a</w:t>
      </w:r>
      <w:r>
        <w:t xml:space="preserve"> family</w:t>
      </w:r>
      <w:r>
        <w:t xml:space="preserve"> trip</w:t>
      </w:r>
      <w:r>
        <w:t xml:space="preserve"> to</w:t>
      </w:r>
      <w:r>
        <w:t xml:space="preserve"> Yellowstone.</w:t>
        <w:br/>
        <w:t>黄石公园</w:t>
        <w:br/>
        <w:t>Yellowstone.</w:t>
        <w:br/>
        <w:t>好吧</w:t>
      </w:r>
      <w:r>
        <w:t xml:space="preserve"> 现在我们没找到匹配的指纹</w:t>
        <w:br/>
        <w:t>OK,</w:t>
      </w:r>
      <w:r>
        <w:t xml:space="preserve"> now,</w:t>
      </w:r>
      <w:r>
        <w:t xml:space="preserve"> we</w:t>
      </w:r>
      <w:r>
        <w:t xml:space="preserve"> didn't</w:t>
      </w:r>
      <w:r>
        <w:t xml:space="preserve"> get</w:t>
      </w:r>
      <w:r>
        <w:t xml:space="preserve"> a</w:t>
      </w:r>
      <w:r>
        <w:t xml:space="preserve"> match</w:t>
      </w:r>
      <w:r>
        <w:t xml:space="preserve"> on</w:t>
      </w:r>
      <w:r>
        <w:t xml:space="preserve"> the</w:t>
      </w:r>
      <w:r>
        <w:t xml:space="preserve"> fingerprint,</w:t>
        <w:br/>
        <w:t>所以只能回到已有的证据上</w:t>
        <w:br/>
        <w:t>so</w:t>
      </w:r>
      <w:r>
        <w:t xml:space="preserve"> we</w:t>
      </w:r>
      <w:r>
        <w:t xml:space="preserve"> got</w:t>
      </w:r>
      <w:r>
        <w:t xml:space="preserve"> to</w:t>
      </w:r>
      <w:r>
        <w:t xml:space="preserve"> go</w:t>
      </w:r>
      <w:r>
        <w:t xml:space="preserve"> back</w:t>
      </w:r>
      <w:r>
        <w:t xml:space="preserve"> to</w:t>
      </w:r>
      <w:r>
        <w:t xml:space="preserve"> what</w:t>
      </w:r>
      <w:r>
        <w:t xml:space="preserve"> we</w:t>
      </w:r>
      <w:r>
        <w:t xml:space="preserve"> do</w:t>
      </w:r>
      <w:r>
        <w:t xml:space="preserve"> have.</w:t>
        <w:br/>
        <w:t>跟我说说</w:t>
      </w:r>
      <w:r>
        <w:t xml:space="preserve"> 你看到什么了副警长</w:t>
        <w:br/>
        <w:t>Now,</w:t>
      </w:r>
      <w:r>
        <w:t xml:space="preserve"> tell</w:t>
      </w:r>
      <w:r>
        <w:t xml:space="preserve"> me,</w:t>
      </w:r>
      <w:r>
        <w:t xml:space="preserve"> what</w:t>
      </w:r>
      <w:r>
        <w:t xml:space="preserve"> do</w:t>
      </w:r>
      <w:r>
        <w:t xml:space="preserve"> you</w:t>
      </w:r>
      <w:r>
        <w:t xml:space="preserve"> see</w:t>
      </w:r>
      <w:r>
        <w:t xml:space="preserve"> here,</w:t>
      </w:r>
      <w:r>
        <w:t xml:space="preserve"> Deputy?</w:t>
        <w:br/>
        <w:t>彼得·巴&amp;hearts;赫&amp;hearts;去世那天开过车</w:t>
        <w:br/>
        <w:t>Peter</w:t>
      </w:r>
      <w:r>
        <w:t xml:space="preserve"> Bach</w:t>
      </w:r>
      <w:r>
        <w:t xml:space="preserve"> driving</w:t>
      </w:r>
      <w:r>
        <w:t xml:space="preserve"> the</w:t>
      </w:r>
      <w:r>
        <w:t xml:space="preserve"> day</w:t>
      </w:r>
      <w:r>
        <w:t xml:space="preserve"> he</w:t>
      </w:r>
      <w:r>
        <w:t xml:space="preserve"> died</w:t>
        <w:br/>
        <w:t>旁边还坐了个穿格子衬衫的神秘男人</w:t>
        <w:br/>
        <w:t>and</w:t>
      </w:r>
      <w:r>
        <w:t xml:space="preserve"> a</w:t>
      </w:r>
      <w:r>
        <w:t xml:space="preserve"> mystery</w:t>
      </w:r>
      <w:r>
        <w:t xml:space="preserve"> man</w:t>
      </w:r>
      <w:r>
        <w:t xml:space="preserve"> in</w:t>
      </w:r>
      <w:r>
        <w:t xml:space="preserve"> a</w:t>
      </w:r>
      <w:r>
        <w:t xml:space="preserve"> plaid</w:t>
      </w:r>
      <w:r>
        <w:t xml:space="preserve"> shirt</w:t>
      </w:r>
      <w:r>
        <w:t xml:space="preserve"> next</w:t>
      </w:r>
      <w:r>
        <w:t xml:space="preserve"> to</w:t>
      </w:r>
      <w:r>
        <w:t xml:space="preserve"> him</w:t>
        <w:br/>
        <w:t>好的</w:t>
      </w:r>
      <w:r>
        <w:t xml:space="preserve"> 这就是我们的嫌疑人</w:t>
      </w:r>
      <w:r>
        <w:t xml:space="preserve"> 格子衫先生</w:t>
        <w:br/>
        <w:t>OK,</w:t>
      </w:r>
      <w:r>
        <w:t xml:space="preserve"> well</w:t>
      </w:r>
      <w:r>
        <w:t xml:space="preserve"> let</w:t>
      </w:r>
      <w:r>
        <w:t xml:space="preserve"> me</w:t>
      </w:r>
      <w:r>
        <w:t xml:space="preserve"> introduce</w:t>
      </w:r>
      <w:r>
        <w:t xml:space="preserve"> you</w:t>
      </w:r>
      <w:r>
        <w:t xml:space="preserve"> to</w:t>
      </w:r>
      <w:r>
        <w:t xml:space="preserve"> our</w:t>
      </w:r>
      <w:r>
        <w:t xml:space="preserve"> unsub,</w:t>
      </w:r>
      <w:r>
        <w:t xml:space="preserve"> Mr.</w:t>
      </w:r>
      <w:r>
        <w:t xml:space="preserve"> Plaid,</w:t>
      </w:r>
      <w:r>
        <w:t xml:space="preserve"> right?</w:t>
        <w:br/>
        <w:t>看下他的坐姿</w:t>
      </w:r>
      <w:r>
        <w:t xml:space="preserve"> 直挺挺的</w:t>
      </w:r>
      <w:r>
        <w:t xml:space="preserve"> 浑身戒备</w:t>
        <w:br/>
        <w:t>Look</w:t>
      </w:r>
      <w:r>
        <w:t xml:space="preserve"> how</w:t>
      </w:r>
      <w:r>
        <w:t xml:space="preserve"> he's</w:t>
      </w:r>
      <w:r>
        <w:t xml:space="preserve"> sitting-</w:t>
      </w:r>
      <w:r>
        <w:t xml:space="preserve"> -</w:t>
      </w:r>
      <w:r>
        <w:t xml:space="preserve"> upright,</w:t>
      </w:r>
      <w:r>
        <w:t xml:space="preserve"> prepared.</w:t>
        <w:br/>
        <w:t>这说明什么了呢</w:t>
      </w:r>
      <w:r>
        <w:t xml:space="preserve"> 我给你个提示</w:t>
        <w:br/>
        <w:t>And</w:t>
      </w:r>
      <w:r>
        <w:t xml:space="preserve"> what</w:t>
      </w:r>
      <w:r>
        <w:t xml:space="preserve"> does</w:t>
      </w:r>
      <w:r>
        <w:t xml:space="preserve"> that</w:t>
      </w:r>
      <w:r>
        <w:t xml:space="preserve"> suggest?</w:t>
      </w:r>
      <w:r>
        <w:t xml:space="preserve"> I'll</w:t>
      </w:r>
      <w:r>
        <w:t xml:space="preserve"> give</w:t>
      </w:r>
      <w:r>
        <w:t xml:space="preserve"> you</w:t>
      </w:r>
      <w:r>
        <w:t xml:space="preserve"> a</w:t>
      </w:r>
      <w:r>
        <w:t xml:space="preserve"> hint.</w:t>
        <w:br/>
        <w:t>以M开头</w:t>
      </w:r>
      <w:r>
        <w:t xml:space="preserve"> </w:t>
      </w:r>
      <w:r>
        <w:t xml:space="preserve"> -军方</w:t>
        <w:br/>
        <w:t>It</w:t>
      </w:r>
      <w:r>
        <w:t xml:space="preserve"> begins</w:t>
      </w:r>
      <w:r>
        <w:t xml:space="preserve"> with</w:t>
      </w:r>
      <w:r>
        <w:t xml:space="preserve"> the</w:t>
      </w:r>
      <w:r>
        <w:t xml:space="preserve"> letter</w:t>
      </w:r>
      <w:r>
        <w:t xml:space="preserve"> M.</w:t>
      </w:r>
      <w:r>
        <w:t xml:space="preserve"> -</w:t>
      </w:r>
      <w:r>
        <w:t xml:space="preserve"> Military.</w:t>
        <w:br/>
        <w:t>哑剧</w:t>
      </w:r>
      <w:r>
        <w:t xml:space="preserve"> </w:t>
      </w:r>
      <w:r>
        <w:t xml:space="preserve"> -我第二想猜的就是这个</w:t>
        <w:br/>
        <w:t>Mime.</w:t>
      </w:r>
      <w:r>
        <w:t xml:space="preserve"> -</w:t>
      </w:r>
      <w:r>
        <w:t xml:space="preserve"> That</w:t>
      </w:r>
      <w:r>
        <w:t xml:space="preserve"> was</w:t>
      </w:r>
      <w:r>
        <w:t xml:space="preserve"> my</w:t>
      </w:r>
      <w:r>
        <w:t xml:space="preserve"> second</w:t>
      </w:r>
      <w:r>
        <w:t xml:space="preserve"> guess.</w:t>
        <w:br/>
        <w:t>哑剧是一项被低估的体能学科</w:t>
        <w:br/>
        <w:t>A</w:t>
      </w:r>
      <w:r>
        <w:t xml:space="preserve"> mime</w:t>
      </w:r>
      <w:r>
        <w:t xml:space="preserve"> is</w:t>
      </w:r>
      <w:r>
        <w:t xml:space="preserve"> a</w:t>
      </w:r>
      <w:r>
        <w:t xml:space="preserve"> undervalued</w:t>
      </w:r>
      <w:r>
        <w:t xml:space="preserve"> physical</w:t>
      </w:r>
      <w:r>
        <w:t xml:space="preserve"> discipline.</w:t>
        <w:br/>
        <w:t>即便他们坐着不动</w:t>
      </w:r>
      <w:r>
        <w:t xml:space="preserve"> 也时刻保持体态</w:t>
        <w:br/>
        <w:t>Their</w:t>
      </w:r>
      <w:r>
        <w:t xml:space="preserve"> posture's</w:t>
      </w:r>
      <w:r>
        <w:t xml:space="preserve"> active</w:t>
      </w:r>
      <w:r>
        <w:t xml:space="preserve"> even</w:t>
      </w:r>
      <w:r>
        <w:t xml:space="preserve"> when</w:t>
      </w:r>
      <w:r>
        <w:t xml:space="preserve"> they</w:t>
      </w:r>
      <w:r>
        <w:t xml:space="preserve"> sitting</w:t>
      </w:r>
      <w:r>
        <w:t xml:space="preserve"> still,</w:t>
        <w:br/>
        <w:t>而且你永远都听不到他们的脚步声</w:t>
        <w:br/>
        <w:t>and</w:t>
      </w:r>
      <w:r>
        <w:t xml:space="preserve"> you</w:t>
      </w:r>
      <w:r>
        <w:t xml:space="preserve"> don't</w:t>
      </w:r>
      <w:r>
        <w:t xml:space="preserve"> ever</w:t>
      </w:r>
      <w:r>
        <w:t xml:space="preserve"> hear</w:t>
      </w:r>
      <w:r>
        <w:t xml:space="preserve"> em</w:t>
      </w:r>
      <w:r>
        <w:t xml:space="preserve"> coming.</w:t>
        <w:br/>
        <w:t>我们这位凶手也许是名默剧演员</w:t>
        <w:br/>
        <w:t>We</w:t>
      </w:r>
      <w:r>
        <w:t xml:space="preserve"> might</w:t>
      </w:r>
      <w:r>
        <w:t xml:space="preserve"> be</w:t>
      </w:r>
      <w:r>
        <w:t xml:space="preserve"> looking</w:t>
      </w:r>
      <w:r>
        <w:t xml:space="preserve"> at</w:t>
      </w:r>
      <w:r>
        <w:t xml:space="preserve"> a</w:t>
      </w:r>
      <w:r>
        <w:t xml:space="preserve"> killer</w:t>
      </w:r>
      <w:r>
        <w:t xml:space="preserve"> mime.</w:t>
        <w:br/>
        <w:t>或者</w:t>
      </w:r>
      <w:r>
        <w:t xml:space="preserve"> 跳出这个看不见的盒子思考</w:t>
        <w:br/>
        <w:t>Or,</w:t>
      </w:r>
      <w:r>
        <w:t xml:space="preserve"> thinking</w:t>
      </w:r>
      <w:r>
        <w:t xml:space="preserve"> outside</w:t>
      </w:r>
      <w:r>
        <w:t xml:space="preserve"> the</w:t>
      </w:r>
      <w:r>
        <w:t xml:space="preserve"> invisible</w:t>
      </w:r>
      <w:r>
        <w:t xml:space="preserve"> box,</w:t>
        <w:br/>
        <w:t>如果他是军人</w:t>
      </w:r>
      <w:r>
        <w:t xml:space="preserve"> 但退役很久</w:t>
        <w:br/>
        <w:t>what</w:t>
      </w:r>
      <w:r>
        <w:t xml:space="preserve"> if</w:t>
      </w:r>
      <w:r>
        <w:t xml:space="preserve"> he</w:t>
      </w:r>
      <w:r>
        <w:t xml:space="preserve"> were</w:t>
      </w:r>
      <w:r>
        <w:t xml:space="preserve"> military</w:t>
      </w:r>
      <w:r>
        <w:t xml:space="preserve"> but</w:t>
      </w:r>
      <w:r>
        <w:t xml:space="preserve"> served</w:t>
      </w:r>
      <w:r>
        <w:t xml:space="preserve"> a</w:t>
      </w:r>
      <w:r>
        <w:t xml:space="preserve"> long</w:t>
      </w:r>
      <w:r>
        <w:t xml:space="preserve"> time</w:t>
      </w:r>
      <w:r>
        <w:t xml:space="preserve"> ago,</w:t>
        <w:br/>
        <w:t>这就可以解释为什么我们找不到</w:t>
        <w:br/>
        <w:t>which</w:t>
      </w:r>
      <w:r>
        <w:t xml:space="preserve"> could</w:t>
      </w:r>
      <w:r>
        <w:t xml:space="preserve"> explain</w:t>
      </w:r>
      <w:r>
        <w:t xml:space="preserve"> why</w:t>
      </w:r>
      <w:r>
        <w:t xml:space="preserve"> we</w:t>
      </w:r>
      <w:r>
        <w:t xml:space="preserve"> didn't</w:t>
      </w:r>
      <w:r>
        <w:t xml:space="preserve"> get</w:t>
      </w:r>
      <w:r>
        <w:t xml:space="preserve"> a</w:t>
      </w:r>
      <w:r>
        <w:t xml:space="preserve"> hit</w:t>
        <w:br/>
        <w:t>匹配的指纹</w:t>
      </w:r>
      <w:r>
        <w:t xml:space="preserve"> 因为军事档案</w:t>
        <w:br/>
        <w:t>on</w:t>
      </w:r>
      <w:r>
        <w:t xml:space="preserve"> his</w:t>
      </w:r>
      <w:r>
        <w:t xml:space="preserve"> prints,</w:t>
      </w:r>
      <w:r>
        <w:t xml:space="preserve"> because</w:t>
      </w:r>
      <w:r>
        <w:t xml:space="preserve"> of</w:t>
      </w:r>
      <w:r>
        <w:t xml:space="preserve"> a</w:t>
      </w:r>
      <w:r>
        <w:t xml:space="preserve"> backlog</w:t>
        <w:br/>
        <w:t>积压未处理</w:t>
        <w:br/>
        <w:t>of</w:t>
      </w:r>
      <w:r>
        <w:t xml:space="preserve"> military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archives?</w:t>
        <w:br/>
        <w:t>确实有这可能</w:t>
      </w:r>
      <w:r>
        <w:t xml:space="preserve"> 但有一个问题</w:t>
        <w:br/>
        <w:t>Now,</w:t>
      </w:r>
      <w:r>
        <w:t xml:space="preserve"> that's</w:t>
      </w:r>
      <w:r>
        <w:t xml:space="preserve"> true,</w:t>
      </w:r>
      <w:r>
        <w:t xml:space="preserve"> but</w:t>
      </w:r>
      <w:r>
        <w:t xml:space="preserve"> there's</w:t>
      </w:r>
      <w:r>
        <w:t xml:space="preserve"> just</w:t>
      </w:r>
      <w:r>
        <w:t xml:space="preserve"> one</w:t>
      </w:r>
      <w:r>
        <w:t xml:space="preserve"> problem.</w:t>
        <w:br/>
        <w:t>军队里是没有哑剧的</w:t>
        <w:br/>
        <w:t>There's</w:t>
      </w:r>
      <w:r>
        <w:t xml:space="preserve"> no</w:t>
      </w:r>
      <w:r>
        <w:t xml:space="preserve"> mimes</w:t>
      </w:r>
      <w:r>
        <w:t xml:space="preserve"> in</w:t>
      </w:r>
      <w:r>
        <w:t xml:space="preserve"> the</w:t>
      </w:r>
      <w:r>
        <w:t xml:space="preserve"> military.</w:t>
        <w:br/>
        <w:t>他们奉行的是“不多嘴</w:t>
      </w:r>
      <w:r>
        <w:t xml:space="preserve"> 不透露”的规定</w:t>
        <w:br/>
        <w:t>They</w:t>
      </w:r>
      <w:r>
        <w:t xml:space="preserve"> got"Don't</w:t>
      </w:r>
      <w:r>
        <w:t xml:space="preserve"> talk,</w:t>
      </w:r>
      <w:r>
        <w:t xml:space="preserve"> don't</w:t>
      </w:r>
      <w:r>
        <w:t xml:space="preserve"> tell"</w:t>
        <w:br/>
        <w:t>就碰碰运气</w:t>
        <w:br/>
        <w:t>Well,</w:t>
      </w:r>
      <w:r>
        <w:t xml:space="preserve"> let's</w:t>
      </w:r>
      <w:r>
        <w:t xml:space="preserve"> take</w:t>
      </w:r>
      <w:r>
        <w:t xml:space="preserve"> our</w:t>
      </w:r>
      <w:r>
        <w:t xml:space="preserve"> chances.</w:t>
        <w:br/>
        <w:t>我们需要内部消息</w:t>
        <w:br/>
        <w:t>We</w:t>
      </w:r>
      <w:r>
        <w:t xml:space="preserve"> need</w:t>
      </w:r>
      <w:r>
        <w:t xml:space="preserve"> inside</w:t>
      </w:r>
      <w:r>
        <w:t xml:space="preserve"> access.</w:t>
        <w:br/>
        <w:t>你要试试你军方的关系吗</w:t>
        <w:br/>
        <w:t>You</w:t>
      </w:r>
      <w:r>
        <w:t xml:space="preserve"> want</w:t>
      </w:r>
      <w:r>
        <w:t xml:space="preserve"> to</w:t>
      </w:r>
      <w:r>
        <w:t xml:space="preserve"> try</w:t>
      </w:r>
      <w:r>
        <w:t xml:space="preserve"> your</w:t>
      </w:r>
      <w:r>
        <w:t xml:space="preserve"> military</w:t>
      </w:r>
      <w:r>
        <w:t xml:space="preserve"> connections?</w:t>
        <w:br/>
        <w:t>不</w:t>
      </w:r>
      <w:r>
        <w:t xml:space="preserve"> 我不想留下痕迹</w:t>
        <w:br/>
        <w:t>No,</w:t>
      </w:r>
      <w:r>
        <w:t xml:space="preserve"> I</w:t>
      </w:r>
      <w:r>
        <w:t xml:space="preserve"> don't</w:t>
      </w:r>
      <w:r>
        <w:t xml:space="preserve"> want</w:t>
      </w:r>
      <w:r>
        <w:t xml:space="preserve"> to</w:t>
      </w:r>
      <w:r>
        <w:t xml:space="preserve"> leave</w:t>
      </w:r>
      <w:r>
        <w:t xml:space="preserve"> a</w:t>
      </w:r>
      <w:r>
        <w:t xml:space="preserve"> trail.</w:t>
        <w:br/>
        <w:t>约瑟夫服过役</w:t>
        <w:br/>
        <w:t>Joseph</w:t>
      </w:r>
      <w:r>
        <w:t xml:space="preserve"> served.</w:t>
        <w:br/>
        <w:t>可以让他查一下</w:t>
      </w:r>
      <w:r>
        <w:t xml:space="preserve"> 可他今天没来上班</w:t>
        <w:br/>
        <w:t>We</w:t>
      </w:r>
      <w:r>
        <w:t xml:space="preserve"> can</w:t>
      </w:r>
      <w:r>
        <w:t xml:space="preserve"> have</w:t>
      </w:r>
      <w:r>
        <w:t xml:space="preserve"> him</w:t>
      </w:r>
      <w:r>
        <w:t xml:space="preserve"> look</w:t>
      </w:r>
      <w:r>
        <w:t xml:space="preserve"> into</w:t>
      </w:r>
      <w:r>
        <w:t xml:space="preserve"> it,</w:t>
      </w:r>
      <w:r>
        <w:t xml:space="preserve"> but</w:t>
      </w:r>
      <w:r>
        <w:t xml:space="preserve"> he</w:t>
      </w:r>
      <w:r>
        <w:t xml:space="preserve"> didn't</w:t>
      </w:r>
      <w:r>
        <w:t xml:space="preserve"> come</w:t>
      </w:r>
      <w:r>
        <w:t xml:space="preserve"> in</w:t>
      </w:r>
      <w:r>
        <w:t xml:space="preserve"> today.</w:t>
        <w:br/>
        <w:t>我们应该找托雷斯警探谈谈</w:t>
        <w:br/>
        <w:t>Well,</w:t>
      </w:r>
      <w:r>
        <w:t xml:space="preserve"> we</w:t>
      </w:r>
      <w:r>
        <w:t xml:space="preserve"> should</w:t>
      </w:r>
      <w:r>
        <w:t xml:space="preserve"> talk</w:t>
      </w:r>
      <w:r>
        <w:t xml:space="preserve"> to</w:t>
      </w:r>
      <w:r>
        <w:t xml:space="preserve"> Detective</w:t>
      </w:r>
      <w:r>
        <w:t xml:space="preserve"> Torres.</w:t>
        <w:br/>
        <w:t>她在所有三字字母的机构都认识人</w:t>
        <w:br/>
        <w:t>She</w:t>
      </w:r>
      <w:r>
        <w:t xml:space="preserve"> has</w:t>
      </w:r>
      <w:r>
        <w:t xml:space="preserve"> connections</w:t>
      </w:r>
      <w:r>
        <w:t xml:space="preserve"> with</w:t>
      </w:r>
      <w:r>
        <w:t xml:space="preserve"> every</w:t>
      </w:r>
      <w:r>
        <w:t xml:space="preserve"> three-</w:t>
      </w:r>
      <w:r>
        <w:t xml:space="preserve"> letter</w:t>
      </w:r>
      <w:r>
        <w:t xml:space="preserve"> agency</w:t>
      </w:r>
      <w:r>
        <w:t xml:space="preserve"> there</w:t>
      </w:r>
      <w:r>
        <w:t xml:space="preserve"> is.</w:t>
        <w:br/>
        <w:t>想得美</w:t>
      </w:r>
      <w:r>
        <w:t xml:space="preserve"> 副警长</w:t>
        <w:br/>
        <w:t>Nice</w:t>
      </w:r>
      <w:r>
        <w:t xml:space="preserve"> try,</w:t>
      </w:r>
      <w:r>
        <w:t xml:space="preserve"> Deputy.</w:t>
        <w:br/>
        <w:t>你以为你打个电&amp;hearts;话&amp;hearts;</w:t>
        <w:br/>
        <w:t>Think</w:t>
      </w:r>
      <w:r>
        <w:t xml:space="preserve"> you're</w:t>
      </w:r>
      <w:r>
        <w:t xml:space="preserve"> gonna</w:t>
      </w:r>
      <w:r>
        <w:t xml:space="preserve"> make</w:t>
      </w:r>
      <w:r>
        <w:t xml:space="preserve"> a</w:t>
      </w:r>
      <w:r>
        <w:t xml:space="preserve"> phone</w:t>
      </w:r>
      <w:r>
        <w:t xml:space="preserve"> call</w:t>
        <w:br/>
        <w:t>就能骗我们复合吗</w:t>
        <w:br/>
        <w:t>and</w:t>
      </w:r>
      <w:r>
        <w:t xml:space="preserve"> trick</w:t>
      </w:r>
      <w:r>
        <w:t xml:space="preserve"> us</w:t>
      </w:r>
      <w:r>
        <w:t xml:space="preserve"> into</w:t>
      </w:r>
      <w:r>
        <w:t xml:space="preserve"> getting</w:t>
      </w:r>
      <w:r>
        <w:t xml:space="preserve"> back</w:t>
      </w:r>
      <w:r>
        <w:t xml:space="preserve"> together?</w:t>
        <w:br/>
        <w:t>不可能</w:t>
        <w:br/>
        <w:t>Not</w:t>
      </w:r>
      <w:r>
        <w:t xml:space="preserve"> a</w:t>
      </w:r>
      <w:r>
        <w:t xml:space="preserve"> chance.</w:t>
        <w:br/>
        <w:t>通了</w:t>
        <w:br/>
        <w:t>It's</w:t>
      </w:r>
      <w:r>
        <w:t xml:space="preserve"> ringing.</w:t>
        <w:br/>
        <w:t>语&amp;hearts;音&amp;hearts;信箱</w:t>
        <w:br/>
        <w:t>Voicemail.</w:t>
        <w:br/>
        <w:t>你好</w:t>
      </w:r>
      <w:r>
        <w:t xml:space="preserve"> 警探</w:t>
        <w:br/>
        <w:t>Hi,</w:t>
      </w:r>
      <w:r>
        <w:t xml:space="preserve"> Detective.</w:t>
        <w:br/>
        <w:t>这里是佩兴斯的贝克副警长</w:t>
        <w:br/>
        <w:t>It's</w:t>
      </w:r>
      <w:r>
        <w:t xml:space="preserve"> Deputy</w:t>
      </w:r>
      <w:r>
        <w:t xml:space="preserve"> Baker,</w:t>
      </w:r>
      <w:r>
        <w:t xml:space="preserve"> over</w:t>
      </w:r>
      <w:r>
        <w:t xml:space="preserve"> in</w:t>
      </w:r>
      <w:r>
        <w:t xml:space="preserve"> Patience.</w:t>
        <w:br/>
        <w:t>我们想问下你能帮不能</w:t>
        <w:br/>
        <w:t>We</w:t>
      </w:r>
      <w:r>
        <w:t xml:space="preserve"> were</w:t>
      </w:r>
      <w:r>
        <w:t xml:space="preserve"> wondering</w:t>
      </w:r>
      <w:r>
        <w:t xml:space="preserve"> if</w:t>
      </w:r>
      <w:r>
        <w:t xml:space="preserve"> you</w:t>
      </w:r>
      <w:r>
        <w:t xml:space="preserve"> could</w:t>
      </w:r>
      <w:r>
        <w:t xml:space="preserve"> help</w:t>
      </w:r>
      <w:r>
        <w:t xml:space="preserve"> us</w:t>
      </w:r>
      <w:r>
        <w:t xml:space="preserve"> with</w:t>
      </w:r>
      <w:r>
        <w:t xml:space="preserve"> a</w:t>
      </w:r>
      <w:r>
        <w:t xml:space="preserve"> print</w:t>
        <w:br/>
        <w:t>帮找们查个指纹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指纹自动识别系统里没有</w:t>
        <w:br/>
        <w:t>we're</w:t>
      </w:r>
      <w:r>
        <w:t xml:space="preserve"> trying</w:t>
      </w:r>
      <w:r>
        <w:t xml:space="preserve"> to</w:t>
      </w:r>
      <w:r>
        <w:t xml:space="preserve"> nail</w:t>
      </w:r>
      <w:r>
        <w:t xml:space="preserve"> down.</w:t>
      </w:r>
      <w:r>
        <w:t xml:space="preserve"> We've</w:t>
      </w:r>
      <w:r>
        <w:t xml:space="preserve"> had</w:t>
      </w:r>
      <w:r>
        <w:t xml:space="preserve"> no</w:t>
      </w:r>
      <w:r>
        <w:t xml:space="preserve"> luck</w:t>
      </w:r>
      <w:r>
        <w:t xml:space="preserve"> with</w:t>
      </w:r>
      <w:r>
        <w:t xml:space="preserve"> AFIS.</w:t>
        <w:br/>
        <w:t>我说的我们</w:t>
      </w:r>
      <w:r>
        <w:t xml:space="preserve"> 是指我</w:t>
        <w:br/>
        <w:t>And</w:t>
      </w:r>
      <w:r>
        <w:t xml:space="preserve"> by</w:t>
      </w:r>
      <w:r>
        <w:t xml:space="preserve"> we,</w:t>
      </w:r>
      <w:r>
        <w:t xml:space="preserve"> I</w:t>
      </w:r>
      <w:r>
        <w:t xml:space="preserve"> mean</w:t>
      </w:r>
      <w:r>
        <w:t xml:space="preserve"> me,</w:t>
        <w:br/>
        <w:t>绝对不包括警长</w:t>
        <w:br/>
        <w:t>definitely</w:t>
      </w:r>
      <w:r>
        <w:t xml:space="preserve"> not</w:t>
      </w:r>
      <w:r>
        <w:t xml:space="preserve"> the</w:t>
      </w:r>
      <w:r>
        <w:t xml:space="preserve"> Sheriff,</w:t>
        <w:br/>
        <w:t>因为他有自己的生活</w:t>
        <w:br/>
        <w:t>because</w:t>
      </w:r>
      <w:r>
        <w:t xml:space="preserve"> he</w:t>
      </w:r>
      <w:r>
        <w:t xml:space="preserve"> has</w:t>
      </w:r>
      <w:r>
        <w:t xml:space="preserve"> his</w:t>
      </w:r>
      <w:r>
        <w:t xml:space="preserve"> own</w:t>
      </w:r>
      <w:r>
        <w:t xml:space="preserve"> life</w:t>
        <w:br/>
        <w:t>而且他真的很</w:t>
        <w:br/>
        <w:t>and</w:t>
      </w:r>
      <w:r>
        <w:t xml:space="preserve"> he's</w:t>
      </w:r>
      <w:r>
        <w:t xml:space="preserve"> really</w:t>
        <w:br/>
        <w:t>饥渴</w:t>
      </w:r>
      <w:r>
        <w:t xml:space="preserve"> 真的很开心</w:t>
        <w:br/>
        <w:t>horny?</w:t>
      </w:r>
      <w:r>
        <w:t xml:space="preserve"> Really</w:t>
      </w:r>
      <w:r>
        <w:t xml:space="preserve"> happy.</w:t>
        <w:br/>
        <w:t>我是说</w:t>
      </w:r>
      <w:r>
        <w:t xml:space="preserve"> 他很开心</w:t>
        <w:br/>
        <w:t>I</w:t>
      </w:r>
      <w:r>
        <w:t xml:space="preserve"> mean,</w:t>
      </w:r>
      <w:r>
        <w:t xml:space="preserve"> he's</w:t>
      </w:r>
      <w:r>
        <w:t xml:space="preserve"> happy.</w:t>
        <w:br/>
        <w:t>好了</w:t>
        <w:br/>
        <w:t>OK,</w:t>
      </w:r>
      <w:r>
        <w:t xml:space="preserve"> then.</w:t>
        <w:br/>
        <w:t>有空回电</w:t>
        <w:br/>
        <w:t>Call</w:t>
      </w:r>
      <w:r>
        <w:t xml:space="preserve"> me</w:t>
      </w:r>
      <w:r>
        <w:t xml:space="preserve"> back.</w:t>
        <w:br/>
        <w:t>你有试过换只手写字吗</w:t>
        <w:br/>
        <w:t>Have</w:t>
      </w:r>
      <w:r>
        <w:t xml:space="preserve"> you</w:t>
      </w:r>
      <w:r>
        <w:t xml:space="preserve"> tried</w:t>
      </w:r>
      <w:r>
        <w:t xml:space="preserve"> writing</w:t>
      </w:r>
      <w:r>
        <w:t xml:space="preserve"> with</w:t>
      </w:r>
      <w:r>
        <w:t xml:space="preserve"> your</w:t>
      </w:r>
      <w:r>
        <w:t xml:space="preserve"> other</w:t>
      </w:r>
      <w:r>
        <w:t xml:space="preserve"> hand?</w:t>
        <w:br/>
        <w:t>肯定是的</w:t>
        <w:br/>
        <w:t>I'm</w:t>
      </w:r>
      <w:r>
        <w:t xml:space="preserve"> sure-</w:t>
      </w:r>
      <w:r>
        <w:t xml:space="preserve"> -</w:t>
        <w:br/>
        <w:t>看是谁来了</w:t>
        <w:br/>
        <w:t>Oh!</w:t>
      </w:r>
      <w:r>
        <w:t xml:space="preserve"> Well,</w:t>
      </w:r>
      <w:r>
        <w:t xml:space="preserve"> well,</w:t>
      </w:r>
      <w:r>
        <w:t xml:space="preserve"> well!</w:t>
        <w:br/>
        <w:t>你好呀</w:t>
      </w:r>
      <w:r>
        <w:t xml:space="preserve"> 警长</w:t>
        <w:br/>
        <w:t>Hello,</w:t>
      </w:r>
      <w:r>
        <w:t xml:space="preserve"> Sheriff.</w:t>
        <w:br/>
        <w:t>人家来自首</w:t>
        <w:br/>
        <w:t>Came</w:t>
      </w:r>
      <w:r>
        <w:t xml:space="preserve"> to</w:t>
      </w:r>
      <w:r>
        <w:t xml:space="preserve"> turn</w:t>
      </w:r>
      <w:r>
        <w:t xml:space="preserve"> myself</w:t>
      </w:r>
      <w:r>
        <w:t xml:space="preserve"> in,</w:t>
        <w:br/>
        <w:t>因为昨晚我违反了几条法律</w:t>
        <w:br/>
        <w:t>since</w:t>
      </w:r>
      <w:r>
        <w:t xml:space="preserve"> I</w:t>
      </w:r>
      <w:r>
        <w:t xml:space="preserve"> broke</w:t>
      </w:r>
      <w:r>
        <w:t xml:space="preserve"> a</w:t>
      </w:r>
      <w:r>
        <w:t xml:space="preserve"> few</w:t>
      </w:r>
      <w:r>
        <w:t xml:space="preserve"> laws</w:t>
      </w:r>
      <w:r>
        <w:t xml:space="preserve"> last</w:t>
      </w:r>
      <w:r>
        <w:t xml:space="preserve"> night.</w:t>
        <w:br/>
        <w:t>好了</w:t>
        <w:br/>
        <w:t>AlI</w:t>
      </w:r>
      <w:r>
        <w:t xml:space="preserve"> right.</w:t>
        <w:br/>
        <w:t>天</w:t>
      </w:r>
      <w:r>
        <w:t xml:space="preserve"> </w:t>
      </w:r>
      <w:r>
        <w:t xml:space="preserve"> -麦克</w:t>
        <w:br/>
        <w:t>Oh,</w:t>
      </w:r>
      <w:r>
        <w:t xml:space="preserve"> dear</w:t>
      </w:r>
      <w:r>
        <w:t xml:space="preserve"> God.</w:t>
      </w:r>
      <w:r>
        <w:t xml:space="preserve"> -</w:t>
      </w:r>
      <w:r>
        <w:t xml:space="preserve"> Oh,</w:t>
      </w:r>
      <w:r>
        <w:t xml:space="preserve"> so</w:t>
      </w:r>
      <w:r>
        <w:t xml:space="preserve"> Mike?</w:t>
        <w:br/>
        <w:t>我想让你认识一下我妈妈</w:t>
        <w:br/>
        <w:t>Uh,</w:t>
      </w:r>
      <w:r>
        <w:t xml:space="preserve"> I</w:t>
      </w:r>
      <w:r>
        <w:t xml:space="preserve"> would</w:t>
      </w:r>
      <w:r>
        <w:t xml:space="preserve"> like</w:t>
      </w:r>
      <w:r>
        <w:t xml:space="preserve"> for</w:t>
      </w:r>
      <w:r>
        <w:t xml:space="preserve"> you</w:t>
      </w:r>
      <w:r>
        <w:t xml:space="preserve"> to</w:t>
      </w:r>
      <w:r>
        <w:t xml:space="preserve"> please</w:t>
      </w:r>
      <w:r>
        <w:t xml:space="preserve"> meet</w:t>
      </w:r>
      <w:r>
        <w:t xml:space="preserve"> my</w:t>
      </w:r>
      <w:r>
        <w:t xml:space="preserve"> mom.</w:t>
        <w:br/>
        <w:t>她叫艾普尔</w:t>
      </w:r>
      <w:r>
        <w:t xml:space="preserve"> </w:t>
      </w:r>
      <w:r>
        <w:t xml:space="preserve"> -你好</w:t>
        <w:br/>
        <w:t>This</w:t>
      </w:r>
      <w:r>
        <w:t xml:space="preserve"> is</w:t>
      </w:r>
      <w:r>
        <w:t xml:space="preserve"> April.</w:t>
      </w:r>
      <w:r>
        <w:t xml:space="preserve"> -</w:t>
      </w:r>
      <w:r>
        <w:t xml:space="preserve"> Hi.</w:t>
        <w:br/>
        <w:t>她是不是很性感</w:t>
      </w:r>
      <w:r>
        <w:t xml:space="preserve"> 瞧瞧这翘臀</w:t>
        <w:br/>
        <w:t>Doesn't</w:t>
      </w:r>
      <w:r>
        <w:t xml:space="preserve"> she</w:t>
      </w:r>
      <w:r>
        <w:t xml:space="preserve"> like</w:t>
      </w:r>
      <w:r>
        <w:t xml:space="preserve"> so</w:t>
      </w:r>
      <w:r>
        <w:t xml:space="preserve"> sexy?</w:t>
      </w:r>
      <w:r>
        <w:t xml:space="preserve"> Look</w:t>
      </w:r>
      <w:r>
        <w:t xml:space="preserve"> at</w:t>
      </w:r>
      <w:r>
        <w:t xml:space="preserve"> that</w:t>
      </w:r>
      <w:r>
        <w:t xml:space="preserve"> ass.</w:t>
        <w:br/>
        <w:t>给他看看翘臀</w:t>
        <w:br/>
        <w:t>Show</w:t>
      </w:r>
      <w:r>
        <w:t xml:space="preserve"> him</w:t>
      </w:r>
      <w:r>
        <w:t xml:space="preserve"> that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ass.</w:t>
        <w:br/>
        <w:t>大伙都觉得我俩是姐妹</w:t>
      </w:r>
      <w:r>
        <w:t xml:space="preserve"> 所以</w:t>
        <w:br/>
        <w:t>Everyone</w:t>
      </w:r>
      <w:r>
        <w:t xml:space="preserve"> thinks</w:t>
      </w:r>
      <w:r>
        <w:t xml:space="preserve"> that</w:t>
      </w:r>
      <w:r>
        <w:t xml:space="preserve"> we're</w:t>
      </w:r>
      <w:r>
        <w:t xml:space="preserve"> sisters,</w:t>
      </w:r>
      <w:r>
        <w:t xml:space="preserve"> so...</w:t>
        <w:br/>
        <w:t>别人一听她比我大14岁</w:t>
        <w:br/>
        <w:t>People</w:t>
      </w:r>
      <w:r>
        <w:t xml:space="preserve"> are</w:t>
      </w:r>
      <w:r>
        <w:t xml:space="preserve"> shocked</w:t>
      </w:r>
      <w:r>
        <w:t xml:space="preserve"> to</w:t>
      </w:r>
      <w:r>
        <w:t xml:space="preserve"> hear</w:t>
        <w:br/>
        <w:t>都相当震惊</w:t>
        <w:br/>
        <w:t>that</w:t>
      </w:r>
      <w:r>
        <w:t xml:space="preserve"> she's</w:t>
      </w:r>
      <w:r>
        <w:t xml:space="preserve"> 14</w:t>
      </w:r>
      <w:r>
        <w:t xml:space="preserve"> years</w:t>
      </w:r>
      <w:r>
        <w:t xml:space="preserve"> older</w:t>
      </w:r>
      <w:r>
        <w:t xml:space="preserve"> than</w:t>
      </w:r>
      <w:r>
        <w:t xml:space="preserve"> me.</w:t>
        <w:br/>
        <w:t>那肯定的</w:t>
        <w:br/>
        <w:t>Mm!</w:t>
      </w:r>
      <w:r>
        <w:t xml:space="preserve"> I</w:t>
      </w:r>
      <w:r>
        <w:t xml:space="preserve"> bet</w:t>
      </w:r>
      <w:r>
        <w:t xml:space="preserve"> they</w:t>
      </w:r>
      <w:r>
        <w:t xml:space="preserve"> are.</w:t>
        <w:br/>
        <w:t>我听说过不少你的事啊</w:t>
      </w:r>
      <w:r>
        <w:t xml:space="preserve"> 警长</w:t>
        <w:br/>
        <w:t>I've</w:t>
      </w:r>
      <w:r>
        <w:t xml:space="preserve"> heard</w:t>
      </w:r>
      <w:r>
        <w:t xml:space="preserve"> a</w:t>
      </w:r>
      <w:r>
        <w:t xml:space="preserve"> lot</w:t>
      </w:r>
      <w:r>
        <w:t xml:space="preserve"> about</w:t>
      </w:r>
      <w:r>
        <w:t xml:space="preserve"> you,</w:t>
      </w:r>
      <w:r>
        <w:t xml:space="preserve"> Sheriff.</w:t>
        <w:br/>
        <w:t>我女儿跟我无话不谈</w:t>
        <w:br/>
        <w:t>My</w:t>
      </w:r>
      <w:r>
        <w:t xml:space="preserve"> daughter</w:t>
      </w:r>
      <w:r>
        <w:t xml:space="preserve"> tells</w:t>
      </w:r>
      <w:r>
        <w:t xml:space="preserve"> me</w:t>
      </w:r>
      <w:r>
        <w:t xml:space="preserve"> everything.</w:t>
        <w:br/>
        <w:t>啥都说</w:t>
      </w:r>
      <w:r>
        <w:t xml:space="preserve"> </w:t>
      </w:r>
      <w:r>
        <w:t xml:space="preserve"> -所有一切</w:t>
        <w:br/>
        <w:t>Everything.</w:t>
      </w:r>
      <w:r>
        <w:t xml:space="preserve"> Everything.</w:t>
        <w:br/>
        <w:br/>
        <w:t>恶心</w:t>
        <w:br/>
        <w:t>Gross.</w:t>
        <w:br/>
        <w:t>麦麦</w:t>
        <w:br/>
        <w:t>So</w:t>
      </w:r>
      <w:r>
        <w:t xml:space="preserve"> Mikey?</w:t>
        <w:br/>
        <w:t>我想邀请你这周末去参加我的生曰晚宴</w:t>
        <w:br/>
        <w:t>I</w:t>
      </w:r>
      <w:r>
        <w:t xml:space="preserve"> wanted</w:t>
      </w:r>
      <w:r>
        <w:t xml:space="preserve"> to</w:t>
      </w:r>
      <w:r>
        <w:t xml:space="preserve"> invite</w:t>
      </w:r>
      <w:r>
        <w:t xml:space="preserve"> you</w:t>
      </w:r>
      <w:r>
        <w:t xml:space="preserve"> to</w:t>
      </w:r>
      <w:r>
        <w:t xml:space="preserve"> my</w:t>
      </w:r>
      <w:r>
        <w:t xml:space="preserve"> birthday</w:t>
      </w:r>
      <w:r>
        <w:t xml:space="preserve"> dinner</w:t>
        <w:br/>
        <w:t>跟我的特别伴侣一起过</w:t>
        <w:br/>
        <w:t>this</w:t>
      </w:r>
      <w:r>
        <w:t xml:space="preserve"> weekend,</w:t>
      </w:r>
      <w:r>
        <w:t xml:space="preserve"> which</w:t>
      </w:r>
      <w:r>
        <w:t xml:space="preserve"> will</w:t>
      </w:r>
      <w:r>
        <w:t xml:space="preserve"> be</w:t>
      </w:r>
      <w:r>
        <w:t xml:space="preserve"> so</w:t>
      </w:r>
      <w:r>
        <w:t xml:space="preserve"> much</w:t>
      </w:r>
      <w:r>
        <w:t xml:space="preserve"> more</w:t>
      </w:r>
      <w:r>
        <w:t xml:space="preserve"> fun</w:t>
        <w:br/>
        <w:t>肯定更有意思</w:t>
        <w:br/>
        <w:t>with</w:t>
      </w:r>
      <w:r>
        <w:t xml:space="preserve"> my</w:t>
      </w:r>
      <w:r>
        <w:t xml:space="preserve"> very</w:t>
      </w:r>
      <w:r>
        <w:t xml:space="preserve"> special</w:t>
      </w:r>
      <w:r>
        <w:t xml:space="preserve"> plus-</w:t>
      </w:r>
      <w:r>
        <w:t xml:space="preserve"> one.</w:t>
      </w:r>
      <w:r>
        <w:t xml:space="preserve"> -</w:t>
      </w:r>
      <w:r>
        <w:t xml:space="preserve"> Oh!</w:t>
        <w:br/>
        <w:t>我们这周末不是有那个啥事吗</w:t>
        <w:br/>
        <w:t>Don't</w:t>
      </w:r>
      <w:r>
        <w:t xml:space="preserve"> we</w:t>
      </w:r>
      <w:r>
        <w:t xml:space="preserve"> have</w:t>
      </w:r>
      <w:r>
        <w:t xml:space="preserve"> that</w:t>
      </w:r>
      <w:r>
        <w:t xml:space="preserve"> other</w:t>
      </w:r>
      <w:r>
        <w:t xml:space="preserve"> thing</w:t>
      </w:r>
      <w:r>
        <w:t xml:space="preserve"> this</w:t>
      </w:r>
      <w:r>
        <w:t xml:space="preserve"> weekend?</w:t>
        <w:br/>
        <w:t>不</w:t>
      </w:r>
      <w:r>
        <w:t xml:space="preserve"> 没有</w:t>
        <w:br/>
        <w:t>No,</w:t>
      </w:r>
      <w:r>
        <w:t xml:space="preserve"> we</w:t>
      </w:r>
      <w:r>
        <w:t xml:space="preserve"> do</w:t>
      </w:r>
      <w:r>
        <w:t xml:space="preserve"> not.</w:t>
      </w:r>
      <w:r>
        <w:t xml:space="preserve"> -</w:t>
      </w:r>
      <w:r>
        <w:t xml:space="preserve"> Mm!</w:t>
        <w:br/>
        <w:t>吃晚饭的时候</w:t>
      </w:r>
      <w:r>
        <w:t xml:space="preserve"> 咱们聊聊她的嫁妆</w:t>
        <w:br/>
        <w:t>At</w:t>
      </w:r>
      <w:r>
        <w:t xml:space="preserve"> dinner,</w:t>
      </w:r>
      <w:r>
        <w:t xml:space="preserve"> we</w:t>
      </w:r>
      <w:r>
        <w:t xml:space="preserve"> talk</w:t>
      </w:r>
      <w:r>
        <w:t xml:space="preserve"> about</w:t>
      </w:r>
      <w:r>
        <w:t xml:space="preserve"> her</w:t>
      </w:r>
      <w:r>
        <w:t xml:space="preserve"> dowry.</w:t>
        <w:br/>
        <w:t>你把她赶出了停车场</w:t>
      </w:r>
      <w:r>
        <w:t xml:space="preserve"> 就得付出代价</w:t>
        <w:br/>
        <w:t>You</w:t>
      </w:r>
      <w:r>
        <w:t xml:space="preserve"> drove</w:t>
      </w:r>
      <w:r>
        <w:t xml:space="preserve"> her</w:t>
      </w:r>
      <w:r>
        <w:t xml:space="preserve"> off</w:t>
      </w:r>
      <w:r>
        <w:t xml:space="preserve"> the</w:t>
      </w:r>
      <w:r>
        <w:t xml:space="preserve"> lot.</w:t>
      </w:r>
      <w:r>
        <w:t xml:space="preserve"> You</w:t>
      </w:r>
      <w:r>
        <w:t xml:space="preserve"> got</w:t>
      </w:r>
      <w:r>
        <w:t xml:space="preserve"> to</w:t>
      </w:r>
      <w:r>
        <w:t xml:space="preserve"> pay</w:t>
      </w:r>
      <w:r>
        <w:t xml:space="preserve"> for</w:t>
      </w:r>
      <w:r>
        <w:t xml:space="preserve"> it.</w:t>
        <w:br/>
        <w:t>很冲哦</w:t>
        <w:br/>
        <w:t>Ooh!</w:t>
      </w:r>
      <w:r>
        <w:t xml:space="preserve"> -</w:t>
      </w:r>
      <w:r>
        <w:t xml:space="preserve"> It's</w:t>
      </w:r>
      <w:r>
        <w:t xml:space="preserve"> spicy</w:t>
      </w:r>
      <w:r>
        <w:t xml:space="preserve"> margarita!</w:t>
        <w:br/>
        <w:t>老妈火力全开</w:t>
        <w:br/>
        <w:t>Spicy</w:t>
      </w:r>
      <w:r>
        <w:t xml:space="preserve"> mama-</w:t>
      </w:r>
      <w:r>
        <w:t xml:space="preserve"> rita!</w:t>
        <w:br/>
        <w:t>对</w:t>
      </w:r>
      <w:r>
        <w:t xml:space="preserve"> 真是</w:t>
        <w:br/>
        <w:t>Yeah,</w:t>
      </w:r>
      <w:r>
        <w:t xml:space="preserve"> that's-</w:t>
      </w:r>
      <w:r>
        <w:t xml:space="preserve"> -</w:t>
        <w:br/>
        <w:t>好吧</w:t>
      </w:r>
      <w:r>
        <w:t xml:space="preserve"> </w:t>
      </w:r>
      <w:r>
        <w:t xml:space="preserve"> -好</w:t>
        <w:br/>
        <w:t>OK.</w:t>
      </w:r>
      <w:r>
        <w:t xml:space="preserve"> -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OK</w:t>
        <w:br/>
        <w:t>那你打给我</w:t>
        <w:br/>
        <w:t>So</w:t>
      </w:r>
      <w:r>
        <w:t xml:space="preserve"> you'll</w:t>
      </w:r>
      <w:r>
        <w:t xml:space="preserve"> call</w:t>
      </w:r>
      <w:r>
        <w:t xml:space="preserve"> me?</w:t>
        <w:br/>
        <w:t>好</w:t>
        <w:br/>
        <w:t>Yeah.</w:t>
        <w:br/>
        <w:t>你周六晚上想去参加聚会吗</w:t>
        <w:br/>
        <w:t>You</w:t>
      </w:r>
      <w:r>
        <w:t xml:space="preserve"> want</w:t>
      </w:r>
      <w:r>
        <w:t xml:space="preserve"> to</w:t>
      </w:r>
      <w:r>
        <w:t xml:space="preserve"> go</w:t>
      </w:r>
      <w:r>
        <w:t xml:space="preserve"> to</w:t>
      </w:r>
      <w:r>
        <w:t xml:space="preserve"> a</w:t>
      </w:r>
      <w:r>
        <w:t xml:space="preserve"> party</w:t>
      </w:r>
      <w:r>
        <w:t xml:space="preserve"> Saturday</w:t>
      </w:r>
      <w:r>
        <w:t xml:space="preserve"> night?</w:t>
        <w:br/>
        <w:t>并不想</w:t>
        <w:br/>
        <w:t>No,</w:t>
      </w:r>
      <w:r>
        <w:t xml:space="preserve"> I</w:t>
      </w:r>
      <w:r>
        <w:t xml:space="preserve"> do</w:t>
      </w:r>
      <w:r>
        <w:t xml:space="preserve"> not</w:t>
        <w:br/>
        <w:t>把其余的东西放你背包里</w:t>
      </w:r>
      <w:r>
        <w:t xml:space="preserve"> 好吧</w:t>
        <w:br/>
        <w:t>Now,</w:t>
      </w:r>
      <w:r>
        <w:t xml:space="preserve"> go</w:t>
      </w:r>
      <w:r>
        <w:t xml:space="preserve"> put</w:t>
      </w:r>
      <w:r>
        <w:t xml:space="preserve"> the</w:t>
      </w:r>
      <w:r>
        <w:t xml:space="preserve"> rest</w:t>
      </w:r>
      <w:r>
        <w:t xml:space="preserve"> of</w:t>
      </w:r>
      <w:r>
        <w:t xml:space="preserve"> your</w:t>
      </w:r>
      <w:r>
        <w:t xml:space="preserve"> stuff</w:t>
      </w:r>
      <w:r>
        <w:t xml:space="preserve"> in</w:t>
      </w:r>
      <w:r>
        <w:t xml:space="preserve"> your</w:t>
      </w:r>
      <w:r>
        <w:t xml:space="preserve"> backpack,</w:t>
      </w:r>
      <w:r>
        <w:t xml:space="preserve"> OK?</w:t>
        <w:br/>
        <w:t>为什么大冬天的我们去黄石公园啊</w:t>
        <w:br/>
        <w:t>Why</w:t>
      </w:r>
      <w:r>
        <w:t xml:space="preserve"> are</w:t>
      </w:r>
      <w:r>
        <w:t xml:space="preserve"> we</w:t>
      </w:r>
      <w:r>
        <w:t xml:space="preserve"> going</w:t>
      </w:r>
      <w:r>
        <w:t xml:space="preserve"> to</w:t>
      </w:r>
      <w:r>
        <w:t xml:space="preserve"> Yellowstone</w:t>
      </w:r>
      <w:r>
        <w:t xml:space="preserve"> in</w:t>
      </w:r>
      <w:r>
        <w:t xml:space="preserve"> the</w:t>
      </w:r>
      <w:r>
        <w:t xml:space="preserve"> winter?</w:t>
        <w:br/>
        <w:t>那边冻死了</w:t>
        <w:br/>
        <w:t>It's</w:t>
      </w:r>
      <w:r>
        <w:t xml:space="preserve"> freezing</w:t>
      </w:r>
      <w:r>
        <w:t xml:space="preserve"> there.</w:t>
        <w:br/>
        <w:t>冬天去哪里都很完美</w:t>
        <w:br/>
        <w:t>Winter</w:t>
      </w:r>
      <w:r>
        <w:t xml:space="preserve"> is</w:t>
      </w:r>
      <w:r>
        <w:t xml:space="preserve"> the</w:t>
      </w:r>
      <w:r>
        <w:t xml:space="preserve"> best</w:t>
      </w:r>
      <w:r>
        <w:t xml:space="preserve"> time</w:t>
      </w:r>
      <w:r>
        <w:t xml:space="preserve"> to</w:t>
      </w:r>
      <w:r>
        <w:t xml:space="preserve"> go</w:t>
      </w:r>
      <w:r>
        <w:t xml:space="preserve"> anywhere.</w:t>
        <w:br/>
        <w:t>季节性抑郁症会增加自杀率</w:t>
        <w:br/>
        <w:t>Seasonal</w:t>
      </w:r>
      <w:r>
        <w:t xml:space="preserve"> depression</w:t>
      </w:r>
      <w:r>
        <w:t xml:space="preserve"> increases</w:t>
      </w:r>
      <w:r>
        <w:t xml:space="preserve"> suicide</w:t>
      </w:r>
      <w:r>
        <w:t xml:space="preserve"> rates,</w:t>
        <w:br/>
        <w:t>所以旅行的人越来越少</w:t>
        <w:br/>
        <w:t>so</w:t>
      </w:r>
      <w:r>
        <w:t xml:space="preserve"> fewer</w:t>
      </w:r>
      <w:r>
        <w:t xml:space="preserve"> people</w:t>
      </w:r>
      <w:r>
        <w:t xml:space="preserve"> are</w:t>
      </w:r>
      <w:r>
        <w:t xml:space="preserve"> traveling.</w:t>
        <w:br/>
        <w:t>整个公园都将属于我们</w:t>
        <w:br/>
        <w:t>We</w:t>
      </w:r>
      <w:r>
        <w:t xml:space="preserve"> are</w:t>
      </w:r>
      <w:r>
        <w:t xml:space="preserve"> going</w:t>
      </w:r>
      <w:r>
        <w:t xml:space="preserve"> to</w:t>
      </w:r>
      <w:r>
        <w:t xml:space="preserve"> have</w:t>
      </w:r>
      <w:r>
        <w:t xml:space="preserve"> the</w:t>
      </w:r>
      <w:r>
        <w:t xml:space="preserve"> whole</w:t>
      </w:r>
      <w:r>
        <w:t xml:space="preserve"> park</w:t>
      </w:r>
      <w:r>
        <w:t xml:space="preserve"> to</w:t>
      </w:r>
      <w:r>
        <w:t xml:space="preserve"> ourselves.</w:t>
        <w:br/>
        <w:t>肯定特别棒</w:t>
        <w:br/>
        <w:t>It's</w:t>
      </w:r>
      <w:r>
        <w:t xml:space="preserve"> going</w:t>
      </w:r>
      <w:r>
        <w:t xml:space="preserve"> to</w:t>
      </w:r>
      <w:r>
        <w:t xml:space="preserve"> be</w:t>
      </w:r>
      <w:r>
        <w:t xml:space="preserve"> great!</w:t>
        <w:br/>
        <w:t>给自己一个理清头绪的机会</w:t>
        <w:br/>
        <w:t>Give</w:t>
      </w:r>
      <w:r>
        <w:t xml:space="preserve"> you</w:t>
      </w:r>
      <w:r>
        <w:t xml:space="preserve"> a</w:t>
      </w:r>
      <w:r>
        <w:t xml:space="preserve"> chance</w:t>
      </w:r>
      <w:r>
        <w:t xml:space="preserve"> to</w:t>
      </w:r>
      <w:r>
        <w:t xml:space="preserve"> clear</w:t>
      </w:r>
      <w:r>
        <w:t xml:space="preserve"> your</w:t>
      </w:r>
      <w:r>
        <w:t xml:space="preserve"> head,</w:t>
        <w:br/>
        <w:t>按&amp;hearts;摩&amp;hearts;</w:t>
      </w:r>
      <w:r>
        <w:t xml:space="preserve"> 休息</w:t>
      </w:r>
      <w:r>
        <w:t xml:space="preserve"> 全新的开始</w:t>
        <w:br/>
        <w:t>massage,</w:t>
      </w:r>
      <w:r>
        <w:t xml:space="preserve"> rest,</w:t>
      </w:r>
      <w:r>
        <w:t xml:space="preserve"> fresh</w:t>
      </w:r>
      <w:r>
        <w:t xml:space="preserve"> start.</w:t>
        <w:br/>
        <w:t>范德史宾格医生</w:t>
        <w:br/>
        <w:t>Hey,</w:t>
      </w:r>
      <w:r>
        <w:t xml:space="preserve"> Dr.</w:t>
      </w:r>
      <w:r>
        <w:t xml:space="preserve"> Vanderspeigle.</w:t>
        <w:br/>
        <w:t>听说你们要去黄石公园旅行</w:t>
        <w:br/>
        <w:t>I</w:t>
      </w:r>
      <w:r>
        <w:t xml:space="preserve"> heard</w:t>
      </w:r>
      <w:r>
        <w:t xml:space="preserve"> you're</w:t>
      </w:r>
      <w:r>
        <w:t xml:space="preserve"> taking</w:t>
      </w:r>
      <w:r>
        <w:t xml:space="preserve"> a</w:t>
      </w:r>
      <w:r>
        <w:t xml:space="preserve"> trip</w:t>
      </w:r>
      <w:r>
        <w:t xml:space="preserve"> to</w:t>
      </w:r>
      <w:r>
        <w:t xml:space="preserve"> Yellowstone.</w:t>
        <w:br/>
        <w:t>我跟你们一起</w:t>
        <w:br/>
        <w:t>I</w:t>
      </w:r>
      <w:r>
        <w:t xml:space="preserve"> will</w:t>
      </w:r>
      <w:r>
        <w:t xml:space="preserve"> be</w:t>
      </w:r>
      <w:r>
        <w:t xml:space="preserve"> joining</w:t>
      </w:r>
      <w:r>
        <w:t xml:space="preserve"> you.</w:t>
        <w:br/>
        <w:t>这个嘛</w:t>
        <w:br/>
        <w:t>Oh,</w:t>
      </w:r>
      <w:r>
        <w:t xml:space="preserve"> uh,</w:t>
      </w:r>
      <w:r>
        <w:t xml:space="preserve"> well,</w:t>
        <w:br/>
        <w:t>其实算是家庭假日游</w:t>
        <w:br/>
        <w:t>it's</w:t>
      </w:r>
      <w:r>
        <w:t xml:space="preserve"> actually</w:t>
      </w:r>
      <w:r>
        <w:t xml:space="preserve"> sort</w:t>
      </w:r>
      <w:r>
        <w:t xml:space="preserve"> of</w:t>
      </w:r>
      <w:r>
        <w:t xml:space="preserve"> a</w:t>
      </w:r>
      <w:r>
        <w:t xml:space="preserve"> family</w:t>
      </w:r>
      <w:r>
        <w:t xml:space="preserve"> holiday-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-</w:t>
        <w:br/>
        <w:t>好吧</w:t>
        <w:br/>
        <w:t>Yeah.</w:t>
        <w:br/>
        <w:t>家人们</w:t>
        <w:br/>
        <w:t>Family.</w:t>
        <w:br/>
        <w:t>我以前也有过家</w:t>
        <w:br/>
        <w:t>I</w:t>
      </w:r>
      <w:r>
        <w:t xml:space="preserve"> had</w:t>
      </w:r>
      <w:r>
        <w:t xml:space="preserve"> a</w:t>
      </w:r>
      <w:r>
        <w:t xml:space="preserve"> family</w:t>
      </w:r>
      <w:r>
        <w:t xml:space="preserve"> once.</w:t>
        <w:br/>
        <w:t>两位慈爱的家长</w:t>
        <w:br/>
        <w:t>Two</w:t>
      </w:r>
      <w:r>
        <w:t xml:space="preserve"> loving</w:t>
      </w:r>
      <w:r>
        <w:t xml:space="preserve"> parents.</w:t>
        <w:br/>
        <w:t>他们曾答应过带我去黄石公园</w:t>
        <w:br/>
        <w:t>They</w:t>
      </w:r>
      <w:r>
        <w:t xml:space="preserve"> promised</w:t>
      </w:r>
      <w:r>
        <w:t xml:space="preserve"> to</w:t>
      </w:r>
      <w:r>
        <w:t xml:space="preserve"> take</w:t>
      </w:r>
      <w:r>
        <w:t xml:space="preserve"> me</w:t>
      </w:r>
      <w:r>
        <w:t xml:space="preserve"> to</w:t>
      </w:r>
      <w:r>
        <w:t xml:space="preserve"> Yellowstone</w:t>
      </w:r>
      <w:r>
        <w:t xml:space="preserve"> to</w:t>
      </w:r>
      <w:r>
        <w:t xml:space="preserve"> play</w:t>
        <w:br/>
        <w:t>玩黄色石头</w:t>
        <w:br/>
        <w:t>with</w:t>
      </w:r>
      <w:r>
        <w:t xml:space="preserve"> the</w:t>
      </w:r>
      <w:r>
        <w:t xml:space="preserve"> yellow</w:t>
      </w:r>
      <w:r>
        <w:t xml:space="preserve"> stones.</w:t>
        <w:br/>
        <w:t>我曾梦想着我们一起去</w:t>
        <w:br/>
        <w:t>I</w:t>
      </w:r>
      <w:r>
        <w:t xml:space="preserve"> dreamed</w:t>
      </w:r>
      <w:r>
        <w:t xml:space="preserve"> of</w:t>
      </w:r>
      <w:r>
        <w:t xml:space="preserve"> us</w:t>
      </w:r>
      <w:r>
        <w:t xml:space="preserve"> being</w:t>
      </w:r>
      <w:r>
        <w:t xml:space="preserve"> there</w:t>
      </w:r>
      <w:r>
        <w:t xml:space="preserve"> together</w:t>
      </w:r>
      <w:r>
        <w:t xml:space="preserve"> in-</w:t>
        <w:br/>
        <w:t>这个词应该是大自然</w:t>
        <w:br/>
        <w:t>I</w:t>
      </w:r>
      <w:r>
        <w:t xml:space="preserve"> want</w:t>
      </w:r>
      <w:r>
        <w:t xml:space="preserve"> to</w:t>
      </w:r>
      <w:r>
        <w:t xml:space="preserve"> say</w:t>
      </w:r>
      <w:r>
        <w:t xml:space="preserve"> nature?</w:t>
        <w:br/>
        <w:t>但就在我们要出发的那天</w:t>
        <w:br/>
        <w:t>But</w:t>
      </w:r>
      <w:r>
        <w:t xml:space="preserve"> the</w:t>
      </w:r>
      <w:r>
        <w:t xml:space="preserve"> day</w:t>
      </w:r>
      <w:r>
        <w:t xml:space="preserve"> we</w:t>
      </w:r>
      <w:r>
        <w:t xml:space="preserve"> were</w:t>
      </w:r>
      <w:r>
        <w:t xml:space="preserve"> supposed</w:t>
      </w:r>
      <w:r>
        <w:t xml:space="preserve"> to</w:t>
      </w:r>
      <w:r>
        <w:t xml:space="preserve"> leave,</w:t>
        <w:br/>
        <w:t>他们死了</w:t>
        <w:br/>
        <w:t>they</w:t>
      </w:r>
      <w:r>
        <w:t xml:space="preserve"> died.</w:t>
        <w:br/>
        <w:t>就是这样</w:t>
      </w:r>
      <w:r>
        <w:t xml:space="preserve"> 他们死了</w:t>
        <w:br/>
        <w:t>That's</w:t>
      </w:r>
      <w:r>
        <w:t xml:space="preserve"> the</w:t>
      </w:r>
      <w:r>
        <w:t xml:space="preserve"> story.</w:t>
      </w:r>
      <w:r>
        <w:t xml:space="preserve"> They</w:t>
      </w:r>
      <w:r>
        <w:t xml:space="preserve"> died.</w:t>
        <w:br/>
        <w:t>很惨</w:t>
      </w:r>
      <w:r>
        <w:t xml:space="preserve"> 俩人都死了</w:t>
        <w:br/>
        <w:t>It</w:t>
      </w:r>
      <w:r>
        <w:t xml:space="preserve"> was</w:t>
      </w:r>
      <w:r>
        <w:t xml:space="preserve"> sad.</w:t>
      </w:r>
      <w:r>
        <w:t xml:space="preserve"> They're</w:t>
      </w:r>
      <w:r>
        <w:t xml:space="preserve"> both</w:t>
      </w:r>
      <w:r>
        <w:t xml:space="preserve"> dead.</w:t>
        <w:br/>
        <w:t>是的是的</w:t>
      </w:r>
      <w:r>
        <w:t xml:space="preserve"> 很悲伤的故事</w:t>
        <w:br/>
        <w:t>Oh,</w:t>
      </w:r>
      <w:r>
        <w:t xml:space="preserve"> yes,</w:t>
      </w:r>
      <w:r>
        <w:t xml:space="preserve"> yes.</w:t>
      </w:r>
      <w:r>
        <w:t xml:space="preserve"> That</w:t>
      </w:r>
      <w:r>
        <w:t xml:space="preserve"> is</w:t>
      </w:r>
      <w:r>
        <w:t xml:space="preserve"> so</w:t>
      </w:r>
      <w:r>
        <w:t xml:space="preserve"> sad.</w:t>
        <w:br/>
        <w:t>是</w:t>
        <w:br/>
        <w:t>Yeah.</w:t>
        <w:br/>
        <w:t>也许我们应该带上医生一起</w:t>
      </w:r>
      <w:r>
        <w:t xml:space="preserve"> 以防万一</w:t>
        <w:br/>
        <w:t>Maybe</w:t>
      </w:r>
      <w:r>
        <w:t xml:space="preserve"> we</w:t>
      </w:r>
      <w:r>
        <w:t xml:space="preserve"> should</w:t>
      </w:r>
      <w:r>
        <w:t xml:space="preserve"> bring</w:t>
      </w:r>
      <w:r>
        <w:t xml:space="preserve"> a</w:t>
      </w:r>
      <w:r>
        <w:t xml:space="preserve"> doctor</w:t>
      </w:r>
      <w:r>
        <w:t xml:space="preserve"> with</w:t>
      </w:r>
      <w:r>
        <w:t xml:space="preserve"> us,</w:t>
      </w:r>
      <w:r>
        <w:t xml:space="preserve"> just</w:t>
      </w:r>
      <w:r>
        <w:t xml:space="preserve"> in</w:t>
      </w:r>
      <w:r>
        <w:t xml:space="preserve"> case.</w:t>
        <w:br/>
        <w:t>黄石公园应该是有医生的</w:t>
        <w:br/>
        <w:t>Uh,</w:t>
      </w:r>
      <w:r>
        <w:t xml:space="preserve"> I</w:t>
      </w:r>
      <w:r>
        <w:t xml:space="preserve"> think</w:t>
      </w:r>
      <w:r>
        <w:t xml:space="preserve"> there</w:t>
      </w:r>
      <w:r>
        <w:t xml:space="preserve"> are</w:t>
      </w:r>
      <w:r>
        <w:t xml:space="preserve"> doctors</w:t>
      </w:r>
      <w:r>
        <w:t xml:space="preserve"> in</w:t>
      </w:r>
      <w:r>
        <w:t xml:space="preserve"> Yellowstone.</w:t>
        <w:br/>
        <w:t>如果你们路上</w:t>
        <w:br/>
        <w:t>What</w:t>
      </w:r>
      <w:r>
        <w:t xml:space="preserve"> if</w:t>
      </w:r>
      <w:r>
        <w:t xml:space="preserve"> you</w:t>
      </w:r>
      <w:r>
        <w:t xml:space="preserve"> get</w:t>
      </w:r>
      <w:r>
        <w:t xml:space="preserve"> in</w:t>
      </w:r>
      <w:r>
        <w:t xml:space="preserve"> a</w:t>
      </w:r>
      <w:r>
        <w:t xml:space="preserve"> car</w:t>
      </w:r>
      <w:r>
        <w:t xml:space="preserve"> accident</w:t>
        <w:br/>
        <w:t>出了车祸怎么办</w:t>
      </w:r>
      <w:r>
        <w:t xml:space="preserve"> 你们俩都被撞死</w:t>
        <w:br/>
        <w:t>on</w:t>
      </w:r>
      <w:r>
        <w:t xml:space="preserve"> the</w:t>
      </w:r>
      <w:r>
        <w:t xml:space="preserve"> way</w:t>
      </w:r>
      <w:r>
        <w:t xml:space="preserve"> there?</w:t>
      </w:r>
      <w:r>
        <w:t xml:space="preserve"> You</w:t>
      </w:r>
      <w:r>
        <w:t xml:space="preserve"> both</w:t>
      </w:r>
      <w:r>
        <w:t xml:space="preserve"> die</w:t>
      </w:r>
      <w:r>
        <w:t xml:space="preserve"> on</w:t>
      </w:r>
      <w:r>
        <w:t xml:space="preserve"> impact.</w:t>
        <w:br/>
        <w:t>就剩麦克斯一人</w:t>
      </w:r>
      <w:r>
        <w:t xml:space="preserve"> 饥肠辘辘</w:t>
        <w:br/>
        <w:t>Max</w:t>
      </w:r>
      <w:r>
        <w:t xml:space="preserve"> is</w:t>
      </w:r>
      <w:r>
        <w:t xml:space="preserve"> left</w:t>
      </w:r>
      <w:r>
        <w:t xml:space="preserve"> alone,</w:t>
      </w:r>
      <w:r>
        <w:t xml:space="preserve"> hungry.</w:t>
        <w:br/>
        <w:t>不得不吃父母尸体</w:t>
        <w:br/>
        <w:t>He</w:t>
      </w:r>
      <w:r>
        <w:t xml:space="preserve"> has</w:t>
      </w:r>
      <w:r>
        <w:t xml:space="preserve"> to</w:t>
      </w:r>
      <w:r>
        <w:t xml:space="preserve"> eat</w:t>
      </w:r>
      <w:r>
        <w:t xml:space="preserve"> the</w:t>
      </w:r>
      <w:r>
        <w:t xml:space="preserve"> dead</w:t>
      </w:r>
      <w:r>
        <w:t xml:space="preserve"> flesh</w:t>
      </w:r>
      <w:r>
        <w:t xml:space="preserve"> of</w:t>
      </w:r>
      <w:r>
        <w:t xml:space="preserve"> his</w:t>
      </w:r>
      <w:r>
        <w:t xml:space="preserve"> parents.</w:t>
        <w:br/>
        <w:t>如果我在</w:t>
      </w:r>
      <w:r>
        <w:t xml:space="preserve"> 他就可以吃我了</w:t>
        <w:br/>
        <w:t>If</w:t>
      </w:r>
      <w:r>
        <w:t xml:space="preserve"> I'm</w:t>
      </w:r>
      <w:r>
        <w:t xml:space="preserve"> there,</w:t>
      </w:r>
      <w:r>
        <w:t xml:space="preserve"> he</w:t>
      </w:r>
      <w:r>
        <w:t xml:space="preserve"> could</w:t>
      </w:r>
      <w:r>
        <w:t xml:space="preserve"> eat</w:t>
      </w:r>
      <w:r>
        <w:t xml:space="preserve"> me.</w:t>
        <w:br/>
        <w:t>不太确定这跟你是医生有什么关系</w:t>
        <w:br/>
        <w:t>Not</w:t>
      </w:r>
      <w:r>
        <w:t xml:space="preserve"> really</w:t>
      </w:r>
      <w:r>
        <w:t xml:space="preserve"> sure</w:t>
      </w:r>
      <w:r>
        <w:t xml:space="preserve"> how</w:t>
      </w:r>
      <w:r>
        <w:t xml:space="preserve"> you</w:t>
      </w:r>
      <w:r>
        <w:t xml:space="preserve"> being</w:t>
      </w:r>
      <w:r>
        <w:t xml:space="preserve"> a</w:t>
      </w:r>
      <w:r>
        <w:t xml:space="preserve"> doctor</w:t>
      </w:r>
      <w:r>
        <w:t xml:space="preserve"> factors</w:t>
      </w:r>
      <w:r>
        <w:t xml:space="preserve"> in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there.</w:t>
        <w:br/>
        <w:t>好了</w:t>
      </w:r>
      <w:r>
        <w:t xml:space="preserve"> 这样吧</w:t>
        <w:br/>
        <w:t>OK,</w:t>
      </w:r>
      <w:r>
        <w:t xml:space="preserve"> you</w:t>
      </w:r>
      <w:r>
        <w:t xml:space="preserve"> know</w:t>
      </w:r>
      <w:r>
        <w:t xml:space="preserve"> what?</w:t>
        <w:br/>
        <w:t>没关系</w:t>
        <w:br/>
        <w:t>It's-</w:t>
      </w:r>
      <w:r>
        <w:t xml:space="preserve"> it's</w:t>
      </w:r>
      <w:r>
        <w:t xml:space="preserve"> fine.</w:t>
        <w:br/>
        <w:t>你一起来吧</w:t>
      </w:r>
      <w:r>
        <w:t xml:space="preserve"> 没事</w:t>
        <w:br/>
        <w:t>You</w:t>
      </w:r>
      <w:r>
        <w:t xml:space="preserve"> can</w:t>
      </w:r>
      <w:r>
        <w:t xml:space="preserve"> come</w:t>
      </w:r>
      <w:r>
        <w:t xml:space="preserve"> with</w:t>
      </w:r>
      <w:r>
        <w:t xml:space="preserve"> us.</w:t>
      </w:r>
      <w:r>
        <w:t xml:space="preserve"> Yeah.</w:t>
        <w:br/>
        <w:t>本被外星人绑&amp;hearts;架&amp;hearts;的事</w:t>
        <w:br/>
        <w:t>Ben's</w:t>
      </w:r>
      <w:r>
        <w:t xml:space="preserve"> alien</w:t>
      </w:r>
      <w:r>
        <w:t xml:space="preserve"> abductions</w:t>
      </w:r>
      <w:r>
        <w:t xml:space="preserve"> are</w:t>
      </w:r>
      <w:r>
        <w:t xml:space="preserve"> obviously</w:t>
        <w:br/>
        <w:t>显然在引导他去黄石公园某个地方</w:t>
        <w:br/>
        <w:t>leading</w:t>
      </w:r>
      <w:r>
        <w:t xml:space="preserve"> him</w:t>
      </w:r>
      <w:r>
        <w:t xml:space="preserve"> to</w:t>
      </w:r>
      <w:r>
        <w:t xml:space="preserve"> something</w:t>
      </w:r>
      <w:r>
        <w:t xml:space="preserve"> at</w:t>
      </w:r>
      <w:r>
        <w:t xml:space="preserve"> Yellowstone,</w:t>
        <w:br/>
        <w:t>我会去搞清到底是什么</w:t>
        <w:br/>
        <w:t>and</w:t>
      </w:r>
      <w:r>
        <w:t xml:space="preserve"> I</w:t>
      </w:r>
      <w:r>
        <w:t xml:space="preserve"> will</w:t>
      </w:r>
      <w:r>
        <w:t xml:space="preserve"> be</w:t>
      </w:r>
      <w:r>
        <w:t xml:space="preserve"> right</w:t>
      </w:r>
      <w:r>
        <w:t xml:space="preserve"> there</w:t>
      </w:r>
      <w:r>
        <w:t xml:space="preserve"> to</w:t>
      </w:r>
      <w:r>
        <w:t xml:space="preserve"> discover</w:t>
      </w:r>
      <w:r>
        <w:t xml:space="preserve"> what</w:t>
      </w:r>
      <w:r>
        <w:t xml:space="preserve"> it</w:t>
      </w:r>
      <w:r>
        <w:t xml:space="preserve"> is.</w:t>
        <w:br/>
        <w:t>我要坐副驾</w:t>
        <w:br/>
        <w:t>Shotgun!</w:t>
        <w:br/>
        <w:t>黄石酒店</w:t>
      </w:r>
      <w:r>
        <w:t xml:space="preserve"> 请稍等</w:t>
        <w:br/>
        <w:t>Yellowstone</w:t>
      </w:r>
      <w:r>
        <w:t xml:space="preserve"> Hotel,</w:t>
      </w:r>
      <w:r>
        <w:t xml:space="preserve"> please</w:t>
      </w:r>
      <w:r>
        <w:t xml:space="preserve"> hold.</w:t>
        <w:br/>
        <w:t>这里不错</w:t>
      </w:r>
      <w:r>
        <w:t xml:space="preserve"> 很美</w:t>
        <w:br/>
        <w:t>This</w:t>
      </w:r>
      <w:r>
        <w:t xml:space="preserve"> is</w:t>
      </w:r>
      <w:r>
        <w:t xml:space="preserve"> nice.</w:t>
      </w:r>
      <w:r>
        <w:t xml:space="preserve"> It's</w:t>
      </w:r>
      <w:r>
        <w:t xml:space="preserve"> very</w:t>
      </w:r>
      <w:r>
        <w:t xml:space="preserve"> charming.</w:t>
        <w:br/>
        <w:t>绝对比坐车里</w:t>
        <w:br/>
        <w:t>Yeah,</w:t>
      </w:r>
      <w:r>
        <w:t xml:space="preserve"> definitely</w:t>
      </w:r>
      <w:r>
        <w:t xml:space="preserve"> more</w:t>
      </w:r>
      <w:r>
        <w:t xml:space="preserve"> relaxing</w:t>
        <w:br/>
        <w:t>听哈利背他记得的</w:t>
        <w:br/>
        <w:t>than</w:t>
      </w:r>
      <w:r>
        <w:t xml:space="preserve"> a</w:t>
      </w:r>
      <w:r>
        <w:t xml:space="preserve"> car</w:t>
      </w:r>
      <w:r>
        <w:t xml:space="preserve"> ride</w:t>
      </w:r>
      <w:r>
        <w:t xml:space="preserve"> with</w:t>
      </w:r>
      <w:r>
        <w:t xml:space="preserve"> Harry</w:t>
      </w:r>
      <w:r>
        <w:t xml:space="preserve"> reciting</w:t>
        <w:br/>
        <w:t>《法律与秩序》每一集的台词要放松的多</w:t>
        <w:br/>
        <w:t>every</w:t>
      </w:r>
      <w:r>
        <w:t xml:space="preserve"> single"Law</w:t>
      </w:r>
      <w:r>
        <w:t xml:space="preserve"> and</w:t>
      </w:r>
      <w:r>
        <w:t xml:space="preserve"> Order"</w:t>
      </w:r>
      <w:r>
        <w:t xml:space="preserve"> episode</w:t>
      </w:r>
      <w:r>
        <w:t xml:space="preserve"> from</w:t>
      </w:r>
      <w:r>
        <w:t xml:space="preserve"> memory.</w:t>
        <w:br/>
        <w:t>是啊</w:t>
        <w:br/>
        <w:t>Yeah.</w:t>
        <w:br/>
        <w:t>好</w:t>
      </w:r>
      <w:r>
        <w:t xml:space="preserve"> 就咱俩人了</w:t>
        <w:br/>
        <w:t>OK,</w:t>
      </w:r>
      <w:r>
        <w:t xml:space="preserve"> we're</w:t>
      </w:r>
      <w:r>
        <w:t xml:space="preserve"> alone.</w:t>
        <w:br/>
        <w:t>你现在该告诉我为什么来了吧</w:t>
        <w:br/>
        <w:t>Now,</w:t>
      </w:r>
      <w:r>
        <w:t xml:space="preserve"> you</w:t>
      </w:r>
      <w:r>
        <w:t xml:space="preserve"> can</w:t>
      </w:r>
      <w:r>
        <w:t xml:space="preserve"> tell</w:t>
      </w:r>
      <w:r>
        <w:t xml:space="preserve"> me</w:t>
      </w:r>
      <w:r>
        <w:t xml:space="preserve"> why</w:t>
      </w:r>
      <w:r>
        <w:t xml:space="preserve"> you're</w:t>
      </w:r>
      <w:r>
        <w:t xml:space="preserve"> here.</w:t>
        <w:br/>
        <w:t>可我还没背完呢</w:t>
        <w:br/>
        <w:t>But</w:t>
      </w:r>
      <w:r>
        <w:t xml:space="preserve"> I</w:t>
      </w:r>
      <w:r>
        <w:t xml:space="preserve"> haven't</w:t>
      </w:r>
      <w:r>
        <w:t xml:space="preserve"> finished</w:t>
      </w:r>
      <w:r>
        <w:t xml:space="preserve"> yetl</w:t>
        <w:br/>
        <w:t>然后莱尼·布里斯克说“人生苦短”</w:t>
        <w:br/>
        <w:t>Then</w:t>
      </w:r>
      <w:r>
        <w:t xml:space="preserve"> Lennie</w:t>
      </w:r>
      <w:r>
        <w:t xml:space="preserve"> Briscoe</w:t>
      </w:r>
      <w:r>
        <w:t xml:space="preserve"> says,</w:t>
      </w:r>
      <w:r>
        <w:t xml:space="preserve"> "Well,</w:t>
      </w:r>
      <w:r>
        <w:t xml:space="preserve"> life</w:t>
      </w:r>
      <w:r>
        <w:t xml:space="preserve"> is</w:t>
      </w:r>
      <w:r>
        <w:t xml:space="preserve"> short.</w:t>
      </w:r>
      <w:r>
        <w:t xml:space="preserve"> "</w:t>
        <w:br/>
        <w:t>因为他很短嘛</w:t>
        <w:br/>
        <w:t>Because</w:t>
      </w:r>
      <w:r>
        <w:t xml:space="preserve"> he</w:t>
      </w:r>
      <w:r>
        <w:t xml:space="preserve"> was</w:t>
      </w:r>
      <w:r>
        <w:t xml:space="preserve"> short.</w:t>
        <w:br/>
        <w:t>还有</w:t>
      </w:r>
      <w:r>
        <w:t xml:space="preserve"> 他也死了</w:t>
        <w:br/>
        <w:t>Also,</w:t>
      </w:r>
      <w:r>
        <w:t xml:space="preserve"> he</w:t>
      </w:r>
      <w:r>
        <w:t xml:space="preserve"> was</w:t>
      </w:r>
      <w:r>
        <w:t xml:space="preserve"> dead.</w:t>
        <w:br/>
        <w:t>我忘了那部分了</w:t>
        <w:br/>
        <w:t>I</w:t>
      </w:r>
      <w:r>
        <w:t xml:space="preserve"> forgot</w:t>
      </w:r>
      <w:r>
        <w:t xml:space="preserve"> that</w:t>
      </w:r>
      <w:r>
        <w:t xml:space="preserve"> part.</w:t>
        <w:br/>
        <w:t>拜托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你欠我的</w:t>
        <w:br/>
        <w:t>Come</w:t>
      </w:r>
      <w:r>
        <w:t xml:space="preserve"> on.</w:t>
      </w:r>
      <w:r>
        <w:t xml:space="preserve"> You</w:t>
      </w:r>
      <w:r>
        <w:t xml:space="preserve"> owe</w:t>
      </w:r>
      <w:r>
        <w:t xml:space="preserve"> me.</w:t>
        <w:br/>
        <w:t>是我说服他们带你来的</w:t>
        <w:br/>
        <w:t>I</w:t>
      </w:r>
      <w:r>
        <w:t xml:space="preserve"> convinced</w:t>
      </w:r>
      <w:r>
        <w:t xml:space="preserve"> them</w:t>
      </w:r>
      <w:r>
        <w:t xml:space="preserve"> to</w:t>
      </w:r>
      <w:r>
        <w:t xml:space="preserve"> let</w:t>
      </w:r>
      <w:r>
        <w:t xml:space="preserve"> you</w:t>
      </w:r>
      <w:r>
        <w:t xml:space="preserve"> come.</w:t>
        <w:br/>
        <w:t>好吧</w:t>
      </w:r>
      <w:r>
        <w:t xml:space="preserve"> 我来告诉你我为什么在这里</w:t>
        <w:br/>
        <w:t>OK,</w:t>
      </w:r>
      <w:r>
        <w:t xml:space="preserve"> I</w:t>
      </w:r>
      <w:r>
        <w:t xml:space="preserve"> will</w:t>
      </w:r>
      <w:r>
        <w:t xml:space="preserve"> tell</w:t>
      </w:r>
      <w:r>
        <w:t xml:space="preserve"> you</w:t>
      </w:r>
      <w:r>
        <w:t xml:space="preserve"> why</w:t>
      </w:r>
      <w:r>
        <w:t xml:space="preserve"> I</w:t>
      </w:r>
      <w:r>
        <w:t xml:space="preserve"> am</w:t>
      </w:r>
      <w:r>
        <w:t xml:space="preserve"> here.</w:t>
        <w:br/>
        <w:t>是想跟着你&amp;hearts;爸&amp;hearts;</w:t>
        <w:br/>
        <w:t>To</w:t>
      </w:r>
      <w:r>
        <w:t xml:space="preserve"> follow</w:t>
      </w:r>
      <w:r>
        <w:t xml:space="preserve"> your</w:t>
      </w:r>
      <w:r>
        <w:t xml:space="preserve"> father</w:t>
        <w:br/>
        <w:t>找到灰人的秘密总部</w:t>
        <w:br/>
        <w:t>to</w:t>
      </w:r>
      <w:r>
        <w:t xml:space="preserve"> the</w:t>
      </w:r>
      <w:r>
        <w:t xml:space="preserve"> Greys</w:t>
      </w:r>
      <w:r>
        <w:t xml:space="preserve"> secret</w:t>
      </w:r>
      <w:r>
        <w:t xml:space="preserve"> headquarters.</w:t>
        <w:br/>
        <w:t>来欣赏这只卡&amp;hearts;通&amp;hearts;浣熊</w:t>
        <w:br/>
        <w:t>To...enjoy</w:t>
      </w:r>
      <w:r>
        <w:t xml:space="preserve"> this</w:t>
      </w:r>
      <w:r>
        <w:t xml:space="preserve"> cartoon</w:t>
      </w:r>
      <w:r>
        <w:t xml:space="preserve"> raccoon.</w:t>
        <w:br/>
        <w:t>浣熊</w:t>
        <w:br/>
        <w:t>A</w:t>
      </w:r>
      <w:r>
        <w:t xml:space="preserve"> raccoon?</w:t>
        <w:br/>
        <w:t>是什么在为黄石成千上万的间歇泉</w:t>
        <w:br/>
        <w:t>What</w:t>
      </w:r>
      <w:r>
        <w:t xml:space="preserve"> powers</w:t>
      </w:r>
      <w:r>
        <w:t xml:space="preserve"> the</w:t>
      </w:r>
      <w:r>
        <w:t xml:space="preserve"> thousands</w:t>
      </w:r>
      <w:r>
        <w:t xml:space="preserve"> of</w:t>
      </w:r>
      <w:r>
        <w:t xml:space="preserve"> geysers</w:t>
        <w:br/>
        <w:t>以及温泉提供热量</w:t>
        <w:br/>
        <w:t>and</w:t>
      </w:r>
      <w:r>
        <w:t xml:space="preserve"> hot</w:t>
      </w:r>
      <w:r>
        <w:t xml:space="preserve"> springs</w:t>
      </w:r>
      <w:r>
        <w:t xml:space="preserve"> here</w:t>
      </w:r>
      <w:r>
        <w:t xml:space="preserve"> at</w:t>
      </w:r>
      <w:r>
        <w:t xml:space="preserve"> Yellowstone?</w:t>
        <w:br/>
        <w:t>就是你脚下的</w:t>
        <w:br/>
        <w:t>Heat</w:t>
      </w:r>
      <w:r>
        <w:t xml:space="preserve"> from</w:t>
      </w:r>
      <w:r>
        <w:t xml:space="preserve"> the</w:t>
      </w:r>
      <w:r>
        <w:t xml:space="preserve"> volcanic</w:t>
      </w:r>
      <w:r>
        <w:t xml:space="preserve"> magma</w:t>
      </w:r>
      <w:r>
        <w:t xml:space="preserve"> chamber</w:t>
        <w:br/>
        <w:t>火山岩浆室的热量</w:t>
        <w:br/>
        <w:t>beneath</w:t>
      </w:r>
      <w:r>
        <w:t xml:space="preserve"> your</w:t>
      </w:r>
      <w:r>
        <w:t xml:space="preserve"> feet!</w:t>
        <w:br/>
        <w:t>岩浆室：地下空间</w:t>
      </w:r>
      <w:r>
        <w:t xml:space="preserve"> 通常位于地球表面以下较深处</w:t>
      </w:r>
      <w:r>
        <w:t xml:space="preserve"> 由岩浆占据</w:t>
      </w:r>
      <w:r>
        <w:t xml:space="preserve"> 岩浆可能从地下升至地表或朝向地表</w:t>
        <w:br/>
        <w:t>啊</w:t>
      </w:r>
      <w:r>
        <w:t xml:space="preserve"> 好烫</w:t>
        <w:br/>
        <w:t>Ouch!</w:t>
      </w:r>
      <w:r>
        <w:t xml:space="preserve"> That's</w:t>
      </w:r>
      <w:r>
        <w:t xml:space="preserve"> hot!</w:t>
        <w:br/>
        <w:t>这个值得来一趟</w:t>
        <w:br/>
        <w:t>That</w:t>
      </w:r>
      <w:r>
        <w:t xml:space="preserve"> was</w:t>
      </w:r>
      <w:r>
        <w:t xml:space="preserve"> worth</w:t>
      </w:r>
      <w:r>
        <w:t xml:space="preserve"> the</w:t>
      </w:r>
      <w:r>
        <w:t xml:space="preserve"> drive.</w:t>
        <w:br/>
        <w:t>我在网上看到你们有热石按&amp;hearts;摩&amp;hearts;</w:t>
        <w:br/>
        <w:t>I</w:t>
      </w:r>
      <w:r>
        <w:t xml:space="preserve"> read</w:t>
      </w:r>
      <w:r>
        <w:t xml:space="preserve"> about</w:t>
      </w:r>
      <w:r>
        <w:t xml:space="preserve"> your</w:t>
      </w:r>
      <w:r>
        <w:t xml:space="preserve"> hot</w:t>
      </w:r>
      <w:r>
        <w:t xml:space="preserve"> stone</w:t>
      </w:r>
      <w:r>
        <w:t xml:space="preserve"> massages</w:t>
      </w:r>
      <w:r>
        <w:t xml:space="preserve"> online.</w:t>
        <w:br/>
        <w:t>能在这里预订一个吗</w:t>
      </w:r>
      <w:r>
        <w:t xml:space="preserve"> </w:t>
      </w:r>
      <w:r>
        <w:t xml:space="preserve"> -抱歉</w:t>
        <w:br/>
        <w:t>Can</w:t>
      </w:r>
      <w:r>
        <w:t xml:space="preserve"> I</w:t>
      </w:r>
      <w:r>
        <w:t xml:space="preserve"> book</w:t>
      </w:r>
      <w:r>
        <w:t xml:space="preserve"> one</w:t>
      </w:r>
      <w:r>
        <w:t xml:space="preserve"> of</w:t>
      </w:r>
      <w:r>
        <w:t xml:space="preserve"> those</w:t>
      </w:r>
      <w:r>
        <w:t xml:space="preserve"> here?</w:t>
      </w:r>
      <w:r>
        <w:t xml:space="preserve"> -</w:t>
      </w:r>
      <w:r>
        <w:t xml:space="preserve"> Oh,</w:t>
      </w:r>
      <w:r>
        <w:t xml:space="preserve"> I'm</w:t>
      </w:r>
      <w:r>
        <w:t xml:space="preserve"> so</w:t>
      </w:r>
      <w:r>
        <w:t xml:space="preserve"> sorry.</w:t>
        <w:br/>
        <w:t>我们按&amp;hearts;摩&amp;hearts;室关了</w:t>
      </w:r>
      <w:r>
        <w:t xml:space="preserve"> </w:t>
      </w:r>
      <w:r>
        <w:t xml:space="preserve"> -什么</w:t>
        <w:br/>
        <w:t>Our</w:t>
      </w:r>
      <w:r>
        <w:t xml:space="preserve"> massage</w:t>
      </w:r>
      <w:r>
        <w:t xml:space="preserve"> studio</w:t>
      </w:r>
      <w:r>
        <w:t xml:space="preserve"> is</w:t>
      </w:r>
      <w:r>
        <w:t xml:space="preserve"> closed.</w:t>
      </w:r>
      <w:r>
        <w:t xml:space="preserve"> -</w:t>
      </w:r>
      <w:r>
        <w:t xml:space="preserve"> What?</w:t>
        <w:br/>
        <w:t>不可能</w:t>
        <w:br/>
        <w:t>Oh.</w:t>
      </w:r>
      <w:r>
        <w:t xml:space="preserve"> No,</w:t>
      </w:r>
      <w:r>
        <w:t xml:space="preserve"> no.</w:t>
        <w:br/>
        <w:t>我看过</w:t>
      </w:r>
      <w:r>
        <w:t xml:space="preserve"> 从网上看的</w:t>
        <w:br/>
        <w:t>I</w:t>
      </w:r>
      <w:r>
        <w:t xml:space="preserve"> read</w:t>
      </w:r>
      <w:r>
        <w:t xml:space="preserve"> about</w:t>
      </w:r>
      <w:r>
        <w:t xml:space="preserve"> it,</w:t>
      </w:r>
      <w:r>
        <w:t xml:space="preserve"> um,</w:t>
      </w:r>
      <w:r>
        <w:t xml:space="preserve"> on</w:t>
      </w:r>
      <w:r>
        <w:t xml:space="preserve"> the</w:t>
      </w:r>
      <w:r>
        <w:t xml:space="preserve"> website.</w:t>
        <w:br/>
        <w:t>写着说是全年无休</w:t>
        <w:br/>
        <w:t>It</w:t>
      </w:r>
      <w:r>
        <w:t xml:space="preserve"> says</w:t>
      </w:r>
      <w:r>
        <w:t xml:space="preserve"> that</w:t>
      </w:r>
      <w:r>
        <w:t xml:space="preserve"> it's</w:t>
      </w:r>
      <w:r>
        <w:t xml:space="preserve"> open</w:t>
      </w:r>
      <w:r>
        <w:t xml:space="preserve"> year-</w:t>
      </w:r>
      <w:r>
        <w:t xml:space="preserve"> round.</w:t>
        <w:br/>
        <w:t>对</w:t>
      </w:r>
      <w:r>
        <w:t xml:space="preserve"> 但这里刚下了场暴风雪</w:t>
        <w:br/>
        <w:t>It</w:t>
      </w:r>
      <w:r>
        <w:t xml:space="preserve"> is,</w:t>
      </w:r>
      <w:r>
        <w:t xml:space="preserve"> but</w:t>
      </w:r>
      <w:r>
        <w:t xml:space="preserve"> we</w:t>
      </w:r>
      <w:r>
        <w:t xml:space="preserve"> just</w:t>
      </w:r>
      <w:r>
        <w:t xml:space="preserve"> had</w:t>
      </w:r>
      <w:r>
        <w:t xml:space="preserve"> a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snowstorm,</w:t>
        <w:br/>
        <w:t>按&amp;hearts;摩&amp;hearts;师来不了酒店</w:t>
        <w:br/>
        <w:t>and</w:t>
      </w:r>
      <w:r>
        <w:t xml:space="preserve"> our</w:t>
      </w:r>
      <w:r>
        <w:t xml:space="preserve"> massage</w:t>
      </w:r>
      <w:r>
        <w:t xml:space="preserve"> therapist</w:t>
      </w:r>
      <w:r>
        <w:t xml:space="preserve"> can't</w:t>
      </w:r>
      <w:r>
        <w:t xml:space="preserve"> get</w:t>
      </w:r>
      <w:r>
        <w:t xml:space="preserve"> down</w:t>
      </w:r>
      <w:r>
        <w:t xml:space="preserve"> to</w:t>
      </w:r>
      <w:r>
        <w:t xml:space="preserve"> the</w:t>
      </w:r>
      <w:r>
        <w:t xml:space="preserve"> hotel.</w:t>
        <w:br/>
        <w:t>车有段日子都上不来</w:t>
        <w:br/>
        <w:t>Plow</w:t>
      </w:r>
      <w:r>
        <w:t xml:space="preserve"> won't</w:t>
      </w:r>
      <w:r>
        <w:t xml:space="preserve"> get</w:t>
      </w:r>
      <w:r>
        <w:t xml:space="preserve"> up</w:t>
      </w:r>
      <w:r>
        <w:t xml:space="preserve"> there</w:t>
      </w:r>
      <w:r>
        <w:t xml:space="preserve"> for</w:t>
      </w:r>
      <w:r>
        <w:t xml:space="preserve"> a</w:t>
      </w:r>
      <w:r>
        <w:t xml:space="preserve"> while.</w:t>
        <w:br/>
        <w:t>你们美甲师的车况怎么样</w:t>
        <w:br/>
        <w:t>What's</w:t>
      </w:r>
      <w:r>
        <w:t xml:space="preserve"> the</w:t>
      </w:r>
      <w:r>
        <w:t xml:space="preserve"> plow</w:t>
      </w:r>
      <w:r>
        <w:t xml:space="preserve"> situation</w:t>
      </w:r>
      <w:r>
        <w:t xml:space="preserve"> with</w:t>
      </w:r>
      <w:r>
        <w:t xml:space="preserve"> your</w:t>
      </w:r>
      <w:r>
        <w:t xml:space="preserve"> manicurist?</w:t>
        <w:br/>
        <w:t>你运气好</w:t>
        <w:br/>
        <w:t>You're</w:t>
      </w:r>
      <w:r>
        <w:t xml:space="preserve"> in</w:t>
      </w:r>
      <w:r>
        <w:t xml:space="preserve"> luck.</w:t>
        <w:br/>
        <w:t>我就是美甲师</w:t>
        <w:br/>
        <w:t>I</w:t>
      </w:r>
      <w:r>
        <w:t xml:space="preserve"> do</w:t>
      </w:r>
      <w:r>
        <w:t xml:space="preserve"> the</w:t>
      </w:r>
      <w:r>
        <w:t xml:space="preserve"> manicures.</w:t>
        <w:br/>
        <w:t>还穿孔了</w:t>
        <w:br/>
        <w:t>Ah!</w:t>
      </w:r>
      <w:r>
        <w:t xml:space="preserve"> -</w:t>
      </w:r>
      <w:r>
        <w:t xml:space="preserve"> Oh!</w:t>
      </w:r>
      <w:r>
        <w:t xml:space="preserve"> Pierced.</w:t>
        <w:br/>
        <w:t>是这样</w:t>
      </w:r>
      <w:r>
        <w:t xml:space="preserve"> 其实</w:t>
        <w:br/>
        <w:t>You</w:t>
      </w:r>
      <w:r>
        <w:t xml:space="preserve"> know</w:t>
      </w:r>
      <w:r>
        <w:t xml:space="preserve"> what?</w:t>
      </w:r>
      <w:r>
        <w:t xml:space="preserve"> Actually,</w:t>
        <w:br/>
        <w:t>我觉得我还是</w:t>
        <w:br/>
        <w:t>I</w:t>
      </w:r>
      <w:r>
        <w:t xml:space="preserve"> think</w:t>
      </w:r>
      <w:r>
        <w:t xml:space="preserve"> I'm</w:t>
      </w:r>
      <w:r>
        <w:t xml:space="preserve"> just</w:t>
      </w:r>
      <w:r>
        <w:t xml:space="preserve"> gonna</w:t>
        <w:br/>
        <w:t>戴手套就行</w:t>
        <w:br/>
        <w:t>probably</w:t>
      </w:r>
      <w:r>
        <w:t xml:space="preserve"> be</w:t>
      </w:r>
      <w:r>
        <w:t xml:space="preserve"> wearing</w:t>
      </w:r>
      <w:r>
        <w:t xml:space="preserve"> my</w:t>
      </w:r>
      <w:r>
        <w:t xml:space="preserve"> mittens.</w:t>
        <w:br/>
        <w:t>楼上见</w:t>
      </w:r>
      <w:r>
        <w:t xml:space="preserve"> 宝贝</w:t>
        <w:br/>
        <w:t>I'lI</w:t>
      </w:r>
      <w:r>
        <w:t xml:space="preserve"> see</w:t>
      </w:r>
      <w:r>
        <w:t xml:space="preserve"> you</w:t>
      </w:r>
      <w:r>
        <w:t xml:space="preserve"> upstairs,</w:t>
      </w:r>
      <w:r>
        <w:t xml:space="preserve"> honey.</w:t>
      </w:r>
      <w:r>
        <w:t xml:space="preserve"> -</w:t>
      </w:r>
      <w:r>
        <w:t xml:space="preserve"> Mm.</w:t>
        <w:br/>
        <w:t>你要看下吗</w:t>
        <w:br/>
        <w:t>Do</w:t>
      </w:r>
      <w:r>
        <w:t xml:space="preserve"> you</w:t>
      </w:r>
      <w:r>
        <w:t xml:space="preserve"> want</w:t>
      </w:r>
      <w:r>
        <w:t xml:space="preserve"> to</w:t>
      </w:r>
      <w:r>
        <w:t xml:space="preserve"> see?</w:t>
        <w:br/>
        <w:t>很精致</w:t>
        <w:br/>
        <w:t>That</w:t>
      </w:r>
      <w:r>
        <w:t xml:space="preserve"> is</w:t>
      </w:r>
      <w:r>
        <w:t xml:space="preserve"> really</w:t>
      </w:r>
      <w:r>
        <w:t xml:space="preserve"> neat.</w:t>
        <w:br/>
        <w:t>你是怎么把它穿过指甲的</w:t>
        <w:br/>
        <w:t>How</w:t>
      </w:r>
      <w:r>
        <w:t xml:space="preserve"> do</w:t>
      </w:r>
      <w:r>
        <w:t xml:space="preserve"> you</w:t>
      </w:r>
      <w:r>
        <w:t xml:space="preserve"> get</w:t>
      </w:r>
      <w:r>
        <w:t xml:space="preserve"> it</w:t>
      </w:r>
      <w:r>
        <w:t xml:space="preserve"> through</w:t>
      </w:r>
      <w:r>
        <w:t xml:space="preserve"> the</w:t>
      </w:r>
      <w:r>
        <w:t xml:space="preserve"> nail</w:t>
      </w:r>
      <w:r>
        <w:t xml:space="preserve"> like</w:t>
      </w:r>
      <w:r>
        <w:t xml:space="preserve"> that?</w:t>
        <w:br/>
        <w:t>你没事吧</w:t>
        <w:br/>
        <w:t>Hey,</w:t>
      </w:r>
      <w:r>
        <w:t xml:space="preserve"> you</w:t>
      </w:r>
      <w:r>
        <w:t xml:space="preserve"> OK?</w:t>
      </w:r>
      <w:r>
        <w:t xml:space="preserve"> -</w:t>
      </w:r>
      <w:r>
        <w:t xml:space="preserve"> Hey.</w:t>
        <w:br/>
        <w:t>没事</w:t>
        <w:br/>
        <w:t>Yeah.</w:t>
        <w:br/>
        <w:t>隔壁婴儿的哭声把我吵醒了</w:t>
        <w:br/>
        <w:t>Crying</w:t>
      </w:r>
      <w:r>
        <w:t xml:space="preserve"> baby</w:t>
      </w:r>
      <w:r>
        <w:t xml:space="preserve"> next-</w:t>
      </w:r>
      <w:r>
        <w:t xml:space="preserve"> door</w:t>
      </w:r>
      <w:r>
        <w:t xml:space="preserve"> woke</w:t>
      </w:r>
      <w:r>
        <w:t xml:space="preserve"> me</w:t>
      </w:r>
      <w:r>
        <w:t xml:space="preserve"> up.</w:t>
        <w:br/>
        <w:t>你听见了吗</w:t>
        <w:br/>
        <w:t>Can</w:t>
      </w:r>
      <w:r>
        <w:t xml:space="preserve"> you</w:t>
      </w:r>
      <w:r>
        <w:t xml:space="preserve"> hear</w:t>
      </w:r>
      <w:r>
        <w:t xml:space="preserve"> it?</w:t>
        <w:br/>
        <w:t>没有</w:t>
      </w:r>
      <w:r>
        <w:t xml:space="preserve"> 没听见</w:t>
        <w:br/>
        <w:t>No,</w:t>
      </w:r>
      <w:r>
        <w:t xml:space="preserve"> I</w:t>
      </w:r>
      <w:r>
        <w:t xml:space="preserve"> don't</w:t>
      </w:r>
      <w:r>
        <w:t xml:space="preserve"> think</w:t>
      </w:r>
      <w:r>
        <w:t xml:space="preserve"> so.</w:t>
        <w:br/>
        <w:t>♪我会来给你身上涂黄油</w:t>
      </w:r>
      <w:r>
        <w:t xml:space="preserve"> 宝贝♪</w:t>
        <w:br/>
        <w:t>♪I'||</w:t>
      </w:r>
      <w:r>
        <w:t xml:space="preserve"> come</w:t>
      </w:r>
      <w:r>
        <w:t xml:space="preserve"> along</w:t>
      </w:r>
      <w:r>
        <w:t xml:space="preserve"> and</w:t>
      </w:r>
      <w:r>
        <w:t xml:space="preserve"> butter</w:t>
      </w:r>
      <w:r>
        <w:t xml:space="preserve"> your</w:t>
      </w:r>
      <w:r>
        <w:t xml:space="preserve"> part,</w:t>
      </w:r>
      <w:r>
        <w:t xml:space="preserve"> baby♪</w:t>
        <w:br/>
        <w:t>♪我没来</w:t>
      </w:r>
      <w:r>
        <w:t xml:space="preserve"> 不要啃面包♪</w:t>
        <w:br/>
        <w:t>♪Don't</w:t>
      </w:r>
      <w:r>
        <w:t xml:space="preserve"> chew</w:t>
      </w:r>
      <w:r>
        <w:t xml:space="preserve"> your</w:t>
      </w:r>
      <w:r>
        <w:t xml:space="preserve"> bread</w:t>
      </w:r>
      <w:r>
        <w:t xml:space="preserve"> without</w:t>
      </w:r>
      <w:r>
        <w:t xml:space="preserve"> me♪</w:t>
        <w:br/>
        <w:t>♪不要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不要♪</w:t>
        <w:br/>
        <w:t>♪Don't,</w:t>
      </w:r>
      <w:r>
        <w:t xml:space="preserve"> don't,</w:t>
      </w:r>
      <w:r>
        <w:t xml:space="preserve"> don't,</w:t>
      </w:r>
      <w:r>
        <w:t xml:space="preserve"> don't♪</w:t>
        <w:br/>
        <w:t>♪我没来♪</w:t>
        <w:br/>
        <w:t>♪Don't</w:t>
      </w:r>
      <w:r>
        <w:t xml:space="preserve"> chew</w:t>
      </w:r>
      <w:r>
        <w:t xml:space="preserve"> ♪</w:t>
        <w:br/>
        <w:t>♪不要啃面包♪</w:t>
        <w:br/>
        <w:t>♪Your</w:t>
      </w:r>
      <w:r>
        <w:t xml:space="preserve"> bread</w:t>
      </w:r>
      <w:r>
        <w:t xml:space="preserve"> without</w:t>
      </w:r>
      <w:r>
        <w:t xml:space="preserve"> me♪</w:t>
        <w:br/>
        <w:t>达西</w:t>
        <w:br/>
        <w:t>Hey,</w:t>
      </w:r>
      <w:r>
        <w:t xml:space="preserve"> D'Arce.</w:t>
        <w:br/>
        <w:t>嘿</w:t>
      </w:r>
      <w:r>
        <w:t xml:space="preserve"> 丽芙</w:t>
        <w:br/>
        <w:t>Hey,</w:t>
      </w:r>
      <w:r>
        <w:t xml:space="preserve"> Liv.</w:t>
        <w:br/>
        <w:t>我想跟你说件事</w:t>
        <w:br/>
        <w:t>I</w:t>
      </w:r>
      <w:r>
        <w:t xml:space="preserve"> need</w:t>
      </w:r>
      <w:r>
        <w:t xml:space="preserve"> to</w:t>
      </w:r>
      <w:r>
        <w:t xml:space="preserve"> talk</w:t>
      </w:r>
      <w:r>
        <w:t xml:space="preserve"> to</w:t>
      </w:r>
      <w:r>
        <w:t xml:space="preserve"> you</w:t>
      </w:r>
      <w:r>
        <w:t xml:space="preserve"> about</w:t>
      </w:r>
      <w:r>
        <w:t xml:space="preserve"> something.</w:t>
        <w:br/>
        <w:t>跟谁在镇政厅外面做了那个大雪鸡鸡</w:t>
        <w:br/>
        <w:t>Is</w:t>
      </w:r>
      <w:r>
        <w:t xml:space="preserve"> this</w:t>
      </w:r>
      <w:r>
        <w:t xml:space="preserve"> about</w:t>
      </w:r>
      <w:r>
        <w:t xml:space="preserve"> who</w:t>
      </w:r>
      <w:r>
        <w:t xml:space="preserve"> made</w:t>
      </w:r>
      <w:r>
        <w:t xml:space="preserve"> the</w:t>
      </w:r>
      <w:r>
        <w:t xml:space="preserve"> big</w:t>
      </w:r>
      <w:r>
        <w:t xml:space="preserve"> snow</w:t>
      </w:r>
      <w:r>
        <w:t xml:space="preserve"> penis</w:t>
        <w:br/>
        <w:t>有关吗</w:t>
      </w:r>
      <w:r>
        <w:t xml:space="preserve"> </w:t>
      </w:r>
      <w:r>
        <w:t xml:space="preserve"> -什么</w:t>
        <w:br/>
        <w:t>outside</w:t>
      </w:r>
      <w:r>
        <w:t xml:space="preserve"> Town</w:t>
      </w:r>
      <w:r>
        <w:t xml:space="preserve"> Hall?</w:t>
      </w:r>
      <w:r>
        <w:t xml:space="preserve"> -</w:t>
      </w:r>
      <w:r>
        <w:t xml:space="preserve"> What?</w:t>
        <w:br/>
        <w:t>什么</w:t>
      </w:r>
      <w:r>
        <w:t xml:space="preserve"> </w:t>
      </w:r>
      <w:r>
        <w:t xml:space="preserve"> -不是</w:t>
        <w:br/>
        <w:t>What?</w:t>
      </w:r>
      <w:r>
        <w:t xml:space="preserve"> -</w:t>
      </w:r>
      <w:r>
        <w:t xml:space="preserve"> No.</w:t>
        <w:br/>
        <w:t>我想你帮忙确认个嫌疑人</w:t>
        <w:br/>
        <w:t>I</w:t>
      </w:r>
      <w:r>
        <w:t xml:space="preserve"> need</w:t>
      </w:r>
      <w:r>
        <w:t xml:space="preserve"> your</w:t>
      </w:r>
      <w:r>
        <w:t xml:space="preserve"> help</w:t>
      </w:r>
      <w:r>
        <w:t xml:space="preserve"> ID-</w:t>
      </w:r>
      <w:r>
        <w:t xml:space="preserve"> ing</w:t>
      </w:r>
      <w:r>
        <w:t xml:space="preserve"> a</w:t>
      </w:r>
      <w:r>
        <w:t xml:space="preserve"> suspect.</w:t>
        <w:br/>
        <w:t>你在这里阅人无数</w:t>
        <w:br/>
        <w:t>You</w:t>
      </w:r>
      <w:r>
        <w:t xml:space="preserve"> see</w:t>
      </w:r>
      <w:r>
        <w:t xml:space="preserve"> a</w:t>
      </w:r>
      <w:r>
        <w:t xml:space="preserve"> ton</w:t>
      </w:r>
      <w:r>
        <w:t xml:space="preserve"> of</w:t>
      </w:r>
      <w:r>
        <w:t xml:space="preserve"> people</w:t>
      </w:r>
      <w:r>
        <w:t xml:space="preserve"> come</w:t>
      </w:r>
      <w:r>
        <w:t xml:space="preserve"> through</w:t>
      </w:r>
      <w:r>
        <w:t xml:space="preserve"> here.</w:t>
        <w:br/>
        <w:t>我想着也许你能认出副驾那个人是谁</w:t>
        <w:br/>
        <w:t>I</w:t>
      </w:r>
      <w:r>
        <w:t xml:space="preserve"> thought</w:t>
      </w:r>
      <w:r>
        <w:t xml:space="preserve"> you</w:t>
      </w:r>
      <w:r>
        <w:t xml:space="preserve"> might</w:t>
      </w:r>
      <w:r>
        <w:t xml:space="preserve"> recognize</w:t>
      </w:r>
      <w:r>
        <w:t xml:space="preserve"> who's</w:t>
      </w:r>
      <w:r>
        <w:t xml:space="preserve"> in</w:t>
      </w:r>
      <w:r>
        <w:t xml:space="preserve"> the</w:t>
      </w:r>
      <w:r>
        <w:t xml:space="preserve"> passenger</w:t>
      </w:r>
      <w:r>
        <w:t xml:space="preserve"> seat.</w:t>
        <w:br/>
        <w:t>不认识</w:t>
      </w:r>
      <w:r>
        <w:t xml:space="preserve"> 以前从没见过这人</w:t>
        <w:br/>
        <w:t>No,</w:t>
      </w:r>
      <w:r>
        <w:t xml:space="preserve"> I've</w:t>
      </w:r>
      <w:r>
        <w:t xml:space="preserve"> definitely</w:t>
      </w:r>
      <w:r>
        <w:t xml:space="preserve"> never</w:t>
      </w:r>
      <w:r>
        <w:t xml:space="preserve"> seen</w:t>
      </w:r>
      <w:r>
        <w:t xml:space="preserve"> this</w:t>
      </w:r>
      <w:r>
        <w:t xml:space="preserve"> guy</w:t>
      </w:r>
      <w:r>
        <w:t xml:space="preserve"> before.</w:t>
        <w:br/>
        <w:t>绝对没有</w:t>
        <w:br/>
        <w:t>Not</w:t>
      </w:r>
      <w:r>
        <w:t xml:space="preserve"> ever,</w:t>
      </w:r>
      <w:r>
        <w:t xml:space="preserve"> never.</w:t>
        <w:br/>
        <w:t>你知道绝没有就是一直都没有的简短版说法吗</w:t>
        <w:br/>
        <w:t>Did</w:t>
      </w:r>
      <w:r>
        <w:t xml:space="preserve"> you</w:t>
      </w:r>
      <w:r>
        <w:t xml:space="preserve"> know</w:t>
      </w:r>
      <w:r>
        <w:t xml:space="preserve"> that"never"</w:t>
      </w:r>
      <w:r>
        <w:t xml:space="preserve"> is</w:t>
      </w:r>
      <w:r>
        <w:t xml:space="preserve"> short</w:t>
      </w:r>
      <w:r>
        <w:t xml:space="preserve"> for"not</w:t>
      </w:r>
      <w:r>
        <w:t xml:space="preserve"> ever"?</w:t>
        <w:br/>
        <w:t>也许是我编的</w:t>
        <w:br/>
        <w:br/>
        <w:t>I</w:t>
      </w:r>
      <w:r>
        <w:t xml:space="preserve"> feel</w:t>
      </w:r>
      <w:r>
        <w:t xml:space="preserve"> like</w:t>
      </w:r>
      <w:r>
        <w:t xml:space="preserve"> I</w:t>
      </w:r>
      <w:r>
        <w:t xml:space="preserve"> maybe</w:t>
      </w:r>
      <w:r>
        <w:t xml:space="preserve"> made</w:t>
      </w:r>
      <w:r>
        <w:t xml:space="preserve"> that</w:t>
      </w:r>
      <w:r>
        <w:t xml:space="preserve"> up.</w:t>
        <w:br/>
        <w:t>不管怎样</w:t>
      </w:r>
      <w:r>
        <w:t xml:space="preserve"> 没见过这人</w:t>
        <w:br/>
        <w:t>Anyway,</w:t>
      </w:r>
      <w:r>
        <w:t xml:space="preserve"> I</w:t>
      </w:r>
      <w:r>
        <w:t xml:space="preserve"> haven't</w:t>
      </w:r>
      <w:r>
        <w:t xml:space="preserve"> seen</w:t>
      </w:r>
      <w:r>
        <w:t xml:space="preserve"> him.</w:t>
        <w:br/>
        <w:t>那这个衬衫呢</w:t>
      </w:r>
      <w:r>
        <w:t xml:space="preserve"> 眼熟吗</w:t>
        <w:br/>
        <w:t>What</w:t>
      </w:r>
      <w:r>
        <w:t xml:space="preserve"> about</w:t>
      </w:r>
      <w:r>
        <w:t xml:space="preserve"> the</w:t>
      </w:r>
      <w:r>
        <w:t xml:space="preserve"> shirt?</w:t>
      </w:r>
      <w:r>
        <w:t xml:space="preserve"> Is</w:t>
      </w:r>
      <w:r>
        <w:t xml:space="preserve"> it</w:t>
      </w:r>
      <w:r>
        <w:t xml:space="preserve"> familiar?</w:t>
        <w:br/>
        <w:t>这里可是科罗拉多州</w:t>
        <w:br/>
        <w:t>It's</w:t>
      </w:r>
      <w:r>
        <w:t xml:space="preserve"> Colorado.</w:t>
        <w:br/>
        <w:t>这里几乎人人都穿格子衫</w:t>
        <w:br/>
        <w:t>The</w:t>
      </w:r>
      <w:r>
        <w:t xml:space="preserve"> people</w:t>
      </w:r>
      <w:r>
        <w:t xml:space="preserve"> here</w:t>
      </w:r>
      <w:r>
        <w:t xml:space="preserve"> are</w:t>
      </w:r>
      <w:r>
        <w:t xml:space="preserve"> practically</w:t>
      </w:r>
      <w:r>
        <w:t xml:space="preserve"> made</w:t>
      </w:r>
      <w:r>
        <w:t xml:space="preserve"> of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 xml:space="preserve"> plaid.</w:t>
        <w:br/>
        <w:t>刚走那人是不是忘了拿他的</w:t>
        <w:br/>
        <w:t>Did</w:t>
      </w:r>
      <w:r>
        <w:t xml:space="preserve"> that</w:t>
      </w:r>
      <w:r>
        <w:t xml:space="preserve"> guy</w:t>
      </w:r>
      <w:r>
        <w:t xml:space="preserve"> just</w:t>
      </w:r>
      <w:r>
        <w:t xml:space="preserve"> leave</w:t>
      </w:r>
      <w:r>
        <w:t xml:space="preserve"> and</w:t>
      </w:r>
      <w:r>
        <w:t xml:space="preserve"> forget</w:t>
      </w:r>
      <w:r>
        <w:t xml:space="preserve"> his...</w:t>
        <w:br/>
        <w:t>马提尼调酒器</w:t>
        <w:br/>
        <w:t>martini</w:t>
      </w:r>
      <w:r>
        <w:t xml:space="preserve"> shaker?</w:t>
        <w:br/>
        <w:t>没错</w:t>
        <w:br/>
        <w:t>Yep.</w:t>
        <w:br/>
        <w:t>肯定是他的</w:t>
        <w:br/>
        <w:t>It's</w:t>
      </w:r>
      <w:r>
        <w:t xml:space="preserve"> definitely</w:t>
      </w:r>
      <w:r>
        <w:t xml:space="preserve"> his.</w:t>
        <w:br/>
        <w:t>那我去</w:t>
        <w:br/>
        <w:t>I'mjust</w:t>
      </w:r>
      <w:r>
        <w:t xml:space="preserve"> gonna-</w:t>
      </w:r>
      <w:r>
        <w:t xml:space="preserve"> -</w:t>
        <w:br/>
        <w:t>我不小心听到了</w:t>
      </w:r>
      <w:r>
        <w:t xml:space="preserve"> 因为我一直在听</w:t>
        <w:br/>
        <w:t>I</w:t>
      </w:r>
      <w:r>
        <w:t xml:space="preserve"> couldn't</w:t>
      </w:r>
      <w:r>
        <w:t xml:space="preserve"> help</w:t>
      </w:r>
      <w:r>
        <w:t xml:space="preserve"> but</w:t>
      </w:r>
      <w:r>
        <w:t xml:space="preserve"> overhear,</w:t>
      </w:r>
      <w:r>
        <w:t xml:space="preserve"> because</w:t>
      </w:r>
      <w:r>
        <w:t xml:space="preserve"> I</w:t>
      </w:r>
      <w:r>
        <w:t xml:space="preserve"> was</w:t>
      </w:r>
      <w:r>
        <w:t xml:space="preserve"> listening.</w:t>
        <w:br/>
        <w:t>希望那个案子不会太危险</w:t>
        <w:br/>
        <w:t>I</w:t>
      </w:r>
      <w:r>
        <w:t xml:space="preserve"> hope</w:t>
      </w:r>
      <w:r>
        <w:t xml:space="preserve"> the</w:t>
      </w:r>
      <w:r>
        <w:t xml:space="preserve"> case</w:t>
      </w:r>
      <w:r>
        <w:t xml:space="preserve"> isn't</w:t>
      </w:r>
      <w:r>
        <w:t xml:space="preserve"> too</w:t>
      </w:r>
      <w:r>
        <w:t xml:space="preserve"> dangerous.</w:t>
        <w:br/>
        <w:t>因为我很担心麦克</w:t>
      </w:r>
      <w:r>
        <w:t xml:space="preserve"> 你懂吧</w:t>
        <w:br/>
        <w:t>Cause</w:t>
      </w:r>
      <w:r>
        <w:t xml:space="preserve"> I</w:t>
      </w:r>
      <w:r>
        <w:t xml:space="preserve"> worry</w:t>
      </w:r>
      <w:r>
        <w:t xml:space="preserve"> about</w:t>
      </w:r>
      <w:r>
        <w:t xml:space="preserve"> Mike,</w:t>
      </w:r>
      <w:r>
        <w:t xml:space="preserve"> you</w:t>
      </w:r>
      <w:r>
        <w:t xml:space="preserve"> know?</w:t>
        <w:br/>
        <w:t>警&amp;hearts;察&amp;hearts;家属</w:t>
        <w:br/>
        <w:t>Cop's</w:t>
      </w:r>
      <w:r>
        <w:t xml:space="preserve"> old</w:t>
      </w:r>
      <w:r>
        <w:t xml:space="preserve"> lady.</w:t>
        <w:br/>
        <w:t>你懂是怎么回事的</w:t>
      </w:r>
      <w:r>
        <w:t xml:space="preserve"> 就像是</w:t>
        <w:br/>
        <w:t>You</w:t>
      </w:r>
      <w:r>
        <w:t xml:space="preserve"> know</w:t>
      </w:r>
      <w:r>
        <w:t xml:space="preserve"> how</w:t>
      </w:r>
      <w:r>
        <w:t xml:space="preserve"> it</w:t>
      </w:r>
      <w:r>
        <w:t xml:space="preserve"> is.</w:t>
      </w:r>
      <w:r>
        <w:t xml:space="preserve"> It's</w:t>
      </w:r>
      <w:r>
        <w:t xml:space="preserve"> like...</w:t>
        <w:br/>
        <w:t>不懂</w:t>
        <w:br/>
        <w:t>Nope.</w:t>
        <w:br/>
        <w:t>每次电&amp;hearts;话&amp;hearts;一响</w:t>
      </w:r>
      <w:r>
        <w:t xml:space="preserve"> 就想着会是那种消息吗</w:t>
        <w:br/>
        <w:t>Every</w:t>
      </w:r>
      <w:r>
        <w:t xml:space="preserve"> time</w:t>
      </w:r>
      <w:r>
        <w:t xml:space="preserve"> the</w:t>
      </w:r>
      <w:r>
        <w:t xml:space="preserve"> phone</w:t>
      </w:r>
      <w:r>
        <w:t xml:space="preserve"> rings,</w:t>
      </w:r>
      <w:r>
        <w:t xml:space="preserve"> is</w:t>
      </w:r>
      <w:r>
        <w:t xml:space="preserve"> this</w:t>
      </w:r>
      <w:r>
        <w:t xml:space="preserve"> gonna</w:t>
      </w:r>
      <w:r>
        <w:t xml:space="preserve"> be</w:t>
      </w:r>
      <w:r>
        <w:t xml:space="preserve"> the</w:t>
      </w:r>
      <w:r>
        <w:t xml:space="preserve"> call?</w:t>
        <w:br/>
        <w:t>好吓人</w:t>
        <w:br/>
        <w:t>It's</w:t>
      </w:r>
      <w:r>
        <w:t xml:space="preserve"> scary.</w:t>
        <w:br/>
        <w:t>麻烦你帮我给他带个信</w:t>
        <w:br/>
        <w:t>Hey,</w:t>
      </w:r>
      <w:r>
        <w:t xml:space="preserve"> I</w:t>
      </w:r>
      <w:r>
        <w:t xml:space="preserve"> need</w:t>
      </w:r>
      <w:r>
        <w:t xml:space="preserve"> you</w:t>
      </w:r>
      <w:r>
        <w:t xml:space="preserve"> to</w:t>
      </w:r>
      <w:r>
        <w:t xml:space="preserve"> give</w:t>
      </w:r>
      <w:r>
        <w:t xml:space="preserve"> him</w:t>
      </w:r>
      <w:r>
        <w:t xml:space="preserve"> a</w:t>
      </w:r>
      <w:r>
        <w:t xml:space="preserve"> message</w:t>
      </w:r>
      <w:r>
        <w:t xml:space="preserve"> from</w:t>
      </w:r>
      <w:r>
        <w:t xml:space="preserve"> me.</w:t>
        <w:br/>
        <w:t>好</w:t>
        <w:br/>
        <w:t>OK.</w:t>
        <w:br/>
        <w:t>你那天晚上的约会怎么样</w:t>
        <w:br/>
        <w:t>How</w:t>
      </w:r>
      <w:r>
        <w:t xml:space="preserve"> was</w:t>
      </w:r>
      <w:r>
        <w:t xml:space="preserve"> your</w:t>
      </w:r>
      <w:r>
        <w:t xml:space="preserve"> date</w:t>
      </w:r>
      <w:r>
        <w:t xml:space="preserve"> the</w:t>
      </w:r>
      <w:r>
        <w:t xml:space="preserve"> other</w:t>
      </w:r>
      <w:r>
        <w:t xml:space="preserve"> night?</w:t>
        <w:br/>
        <w:t>看起来不是很顺利啊</w:t>
        <w:br/>
        <w:t>It</w:t>
      </w:r>
      <w:r>
        <w:t xml:space="preserve"> didn't</w:t>
      </w:r>
      <w:r>
        <w:t xml:space="preserve"> look</w:t>
      </w:r>
      <w:r>
        <w:t xml:space="preserve"> like</w:t>
      </w:r>
      <w:r>
        <w:t xml:space="preserve"> it</w:t>
      </w:r>
      <w:r>
        <w:t xml:space="preserve"> was</w:t>
      </w:r>
      <w:r>
        <w:t xml:space="preserve"> going</w:t>
      </w:r>
      <w:r>
        <w:t xml:space="preserve"> so</w:t>
      </w:r>
      <w:r>
        <w:t xml:space="preserve"> well.</w:t>
        <w:br/>
        <w:t>不大好</w:t>
      </w:r>
      <w:r>
        <w:t xml:space="preserve"> 他基本上不是人</w:t>
        <w:br/>
        <w:t>Yeah,</w:t>
      </w:r>
      <w:r>
        <w:t xml:space="preserve"> not</w:t>
      </w:r>
      <w:r>
        <w:t xml:space="preserve"> good.</w:t>
      </w:r>
      <w:r>
        <w:t xml:space="preserve"> Uh,</w:t>
      </w:r>
      <w:r>
        <w:t xml:space="preserve"> he</w:t>
      </w:r>
      <w:r>
        <w:t xml:space="preserve"> was</w:t>
      </w:r>
      <w:r>
        <w:t xml:space="preserve"> barely</w:t>
      </w:r>
      <w:r>
        <w:t xml:space="preserve"> human.</w:t>
        <w:br/>
        <w:t>好吧</w:t>
      </w:r>
      <w:r>
        <w:t xml:space="preserve"> 挺好</w:t>
      </w:r>
      <w:r>
        <w:t xml:space="preserve"> 我挺开心的</w:t>
        <w:br/>
        <w:t>OK.</w:t>
      </w:r>
      <w:r>
        <w:t xml:space="preserve"> Well,</w:t>
      </w:r>
      <w:r>
        <w:t xml:space="preserve"> good.</w:t>
      </w:r>
      <w:r>
        <w:t xml:space="preserve"> I'm</w:t>
      </w:r>
      <w:r>
        <w:t xml:space="preserve"> glad.</w:t>
        <w:br/>
        <w:t>因为这代表你周六晚上可能有空</w:t>
        <w:br/>
        <w:t>Because</w:t>
      </w:r>
      <w:r>
        <w:t xml:space="preserve"> that</w:t>
      </w:r>
      <w:r>
        <w:t xml:space="preserve"> means</w:t>
      </w:r>
      <w:r>
        <w:t xml:space="preserve"> you</w:t>
      </w:r>
      <w:r>
        <w:t xml:space="preserve"> might</w:t>
      </w:r>
      <w:r>
        <w:t xml:space="preserve"> be</w:t>
      </w:r>
      <w:r>
        <w:t xml:space="preserve"> free</w:t>
      </w:r>
      <w:r>
        <w:t xml:space="preserve"> Saturday.</w:t>
        <w:br/>
        <w:t>有场惊悚电影两场连看特辑</w:t>
        <w:br/>
        <w:t>There's</w:t>
      </w:r>
      <w:r>
        <w:t xml:space="preserve"> a</w:t>
      </w:r>
      <w:r>
        <w:t xml:space="preserve"> scare-</w:t>
      </w:r>
      <w:r>
        <w:t xml:space="preserve"> a-</w:t>
      </w:r>
      <w:r>
        <w:t xml:space="preserve"> thon</w:t>
      </w:r>
      <w:r>
        <w:t xml:space="preserve"> double</w:t>
      </w:r>
      <w:r>
        <w:t xml:space="preserve"> horror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t xml:space="preserve"> feature.</w:t>
        <w:br/>
        <w:t>我合计咱俩可以一块去</w:t>
      </w:r>
      <w:r>
        <w:t xml:space="preserve"> </w:t>
      </w:r>
      <w:r>
        <w:t xml:space="preserve"> -好呀</w:t>
      </w:r>
      <w:r>
        <w:t xml:space="preserve"> 我想去</w:t>
        <w:br/>
        <w:t>I</w:t>
      </w:r>
      <w:r>
        <w:t xml:space="preserve"> thought</w:t>
      </w:r>
      <w:r>
        <w:t xml:space="preserve"> we</w:t>
      </w:r>
      <w:r>
        <w:t xml:space="preserve"> could</w:t>
      </w:r>
      <w:r>
        <w:t xml:space="preserve"> go</w:t>
      </w:r>
      <w:r>
        <w:t xml:space="preserve"> together.</w:t>
      </w:r>
      <w:r>
        <w:t xml:space="preserve"> Yes!</w:t>
      </w:r>
      <w:r>
        <w:t xml:space="preserve"> I'd</w:t>
      </w:r>
      <w:r>
        <w:t xml:space="preserve"> love</w:t>
      </w:r>
      <w:r>
        <w:t xml:space="preserve"> that.</w:t>
        <w:br/>
        <w:t>就是我周六得加班</w:t>
        <w:br/>
        <w:t>Except</w:t>
      </w:r>
      <w:r>
        <w:t xml:space="preserve"> I</w:t>
      </w:r>
      <w:r>
        <w:t xml:space="preserve"> have</w:t>
      </w:r>
      <w:r>
        <w:t xml:space="preserve"> to</w:t>
      </w:r>
      <w:r>
        <w:t xml:space="preserve"> work</w:t>
      </w:r>
      <w:r>
        <w:t xml:space="preserve"> a</w:t>
      </w:r>
      <w:r>
        <w:t xml:space="preserve"> double</w:t>
      </w:r>
      <w:r>
        <w:t xml:space="preserve"> Saturday.</w:t>
        <w:br/>
        <w:t>该死</w:t>
      </w:r>
      <w:r>
        <w:t xml:space="preserve"> 抱歉</w:t>
        <w:br/>
        <w:t>Shoot.</w:t>
      </w:r>
      <w:r>
        <w:t xml:space="preserve"> I'm</w:t>
      </w:r>
      <w:r>
        <w:t xml:space="preserve"> sorry.</w:t>
        <w:br/>
        <w:t>没事</w:t>
      </w:r>
      <w:r>
        <w:t xml:space="preserve"> 不用担心</w:t>
        <w:br/>
        <w:t>That's</w:t>
      </w:r>
      <w:r>
        <w:t xml:space="preserve"> OK</w:t>
      </w:r>
      <w:r>
        <w:t xml:space="preserve"> Um,</w:t>
      </w:r>
      <w:r>
        <w:t xml:space="preserve"> no</w:t>
      </w:r>
      <w:r>
        <w:t xml:space="preserve"> worries.</w:t>
        <w:br/>
        <w:t>下回吧</w:t>
      </w:r>
      <w:r>
        <w:t xml:space="preserve"> </w:t>
      </w:r>
      <w:r>
        <w:t xml:space="preserve"> -好</w:t>
        <w:br/>
        <w:t>Another</w:t>
      </w:r>
      <w:r>
        <w:t xml:space="preserve"> time</w:t>
      </w:r>
      <w:r>
        <w:t xml:space="preserve"> OK</w:t>
        <w:br/>
        <w:t>下回吧</w:t>
      </w:r>
      <w:r>
        <w:t xml:space="preserve"> </w:t>
      </w:r>
      <w:r>
        <w:t xml:space="preserve"> -好</w:t>
        <w:br/>
        <w:t>Another</w:t>
      </w:r>
      <w:r>
        <w:t xml:space="preserve"> time.</w:t>
      </w:r>
      <w:r>
        <w:t xml:space="preserve"> -</w:t>
      </w:r>
      <w:r>
        <w:t xml:space="preserve"> OK.</w:t>
        <w:br/>
        <w:t>谢谢你还想着我</w:t>
        <w:br/>
        <w:t>Thanks</w:t>
      </w:r>
      <w:r>
        <w:t xml:space="preserve"> for</w:t>
      </w:r>
      <w:r>
        <w:t xml:space="preserve"> asking.</w:t>
        <w:br/>
        <w:t>杰</w:t>
        <w:br/>
        <w:t>Jay!</w:t>
        <w:br/>
        <w:t>我天</w:t>
      </w:r>
      <w:r>
        <w:t xml:space="preserve"> 来抱抱</w:t>
        <w:br/>
        <w:t>Oh,</w:t>
      </w:r>
      <w:r>
        <w:t xml:space="preserve"> my</w:t>
      </w:r>
      <w:r>
        <w:t xml:space="preserve"> Godl</w:t>
      </w:r>
      <w:r>
        <w:t xml:space="preserve"> Get</w:t>
      </w:r>
      <w:r>
        <w:t xml:space="preserve"> in</w:t>
      </w:r>
      <w:r>
        <w:t xml:space="preserve"> herel</w:t>
        <w:br/>
        <w:t>你们要出去吗</w:t>
      </w:r>
      <w:r>
        <w:t xml:space="preserve"> 太好了</w:t>
        <w:br/>
        <w:t>You</w:t>
      </w:r>
      <w:r>
        <w:t xml:space="preserve"> guys</w:t>
      </w:r>
      <w:r>
        <w:t xml:space="preserve"> hanging</w:t>
      </w:r>
      <w:r>
        <w:t xml:space="preserve"> out?</w:t>
      </w:r>
      <w:r>
        <w:t xml:space="preserve"> I</w:t>
      </w:r>
      <w:r>
        <w:t xml:space="preserve"> love</w:t>
      </w:r>
      <w:r>
        <w:t xml:space="preserve"> that</w:t>
      </w:r>
      <w:r>
        <w:t xml:space="preserve"> for</w:t>
      </w:r>
      <w:r>
        <w:t xml:space="preserve"> us.</w:t>
        <w:br/>
        <w:t>我好想一起</w:t>
      </w:r>
      <w:r>
        <w:t xml:space="preserve"> 但不行改天吧</w:t>
        <w:br/>
        <w:t>I'd</w:t>
      </w:r>
      <w:r>
        <w:t xml:space="preserve"> love</w:t>
      </w:r>
      <w:r>
        <w:t xml:space="preserve"> to</w:t>
      </w:r>
      <w:r>
        <w:t xml:space="preserve"> join,</w:t>
      </w:r>
      <w:r>
        <w:t xml:space="preserve"> but</w:t>
      </w:r>
      <w:r>
        <w:t xml:space="preserve"> I</w:t>
      </w:r>
      <w:r>
        <w:t xml:space="preserve"> can't.</w:t>
      </w:r>
      <w:r>
        <w:t xml:space="preserve"> I</w:t>
      </w:r>
      <w:r>
        <w:t xml:space="preserve"> gotta</w:t>
      </w:r>
      <w:r>
        <w:t xml:space="preserve"> take</w:t>
      </w:r>
      <w:r>
        <w:t xml:space="preserve"> a</w:t>
      </w:r>
      <w:r>
        <w:t xml:space="preserve"> rain</w:t>
      </w:r>
      <w:r>
        <w:t xml:space="preserve"> check.</w:t>
        <w:br/>
        <w:t>抱歉</w:t>
      </w:r>
      <w:r>
        <w:t xml:space="preserve"> </w:t>
      </w:r>
      <w:r>
        <w:t xml:space="preserve"> -行吧</w:t>
        <w:br/>
        <w:t>Sorry.</w:t>
      </w:r>
      <w:r>
        <w:t xml:space="preserve"> AlI</w:t>
      </w:r>
      <w:r>
        <w:t xml:space="preserve"> right.</w:t>
        <w:br/>
        <w:t>红色警报</w:t>
        <w:br/>
        <w:t>We</w:t>
      </w:r>
      <w:r>
        <w:t xml:space="preserve"> got</w:t>
      </w:r>
      <w:r>
        <w:t xml:space="preserve"> a</w:t>
      </w:r>
      <w:r>
        <w:t xml:space="preserve"> code</w:t>
      </w:r>
      <w:r>
        <w:t xml:space="preserve"> red.</w:t>
      </w:r>
      <w:r>
        <w:t xml:space="preserve"> -</w:t>
      </w:r>
      <w:r>
        <w:t xml:space="preserve"> Whoa!</w:t>
        <w:br/>
        <w:t>还是别这么说</w:t>
        <w:br/>
        <w:t>Maybe</w:t>
      </w:r>
      <w:r>
        <w:t xml:space="preserve"> don't</w:t>
      </w:r>
      <w:r>
        <w:t xml:space="preserve"> say</w:t>
      </w:r>
      <w:r>
        <w:t xml:space="preserve"> that.</w:t>
        <w:br/>
        <w:t>每次有人在这喊这句话</w:t>
      </w:r>
      <w:r>
        <w:t xml:space="preserve"> 就会很麻烦</w:t>
        <w:br/>
        <w:t>A</w:t>
      </w:r>
      <w:r>
        <w:t xml:space="preserve"> lot</w:t>
      </w:r>
      <w:r>
        <w:t xml:space="preserve"> of</w:t>
      </w:r>
      <w:r>
        <w:t xml:space="preserve"> things</w:t>
      </w:r>
      <w:r>
        <w:t xml:space="preserve"> happen</w:t>
      </w:r>
      <w:r>
        <w:t xml:space="preserve"> when</w:t>
      </w:r>
      <w:r>
        <w:t xml:space="preserve"> someone</w:t>
      </w:r>
      <w:r>
        <w:t xml:space="preserve"> yells</w:t>
      </w:r>
      <w:r>
        <w:t xml:space="preserve"> that</w:t>
      </w:r>
      <w:r>
        <w:t xml:space="preserve"> here.</w:t>
        <w:br/>
        <w:t>麦克和丽芙查外星人追踪者的事查到哈利头上来了</w:t>
        <w:br/>
        <w:t>Mike</w:t>
      </w:r>
      <w:r>
        <w:t xml:space="preserve"> and</w:t>
      </w:r>
      <w:r>
        <w:t xml:space="preserve"> Liv</w:t>
      </w:r>
      <w:r>
        <w:t xml:space="preserve"> are</w:t>
      </w:r>
      <w:r>
        <w:t xml:space="preserve"> onto</w:t>
      </w:r>
      <w:r>
        <w:t xml:space="preserve"> Harry</w:t>
      </w:r>
      <w:r>
        <w:t xml:space="preserve"> for</w:t>
      </w:r>
      <w:r>
        <w:t xml:space="preserve"> the</w:t>
      </w:r>
      <w:r>
        <w:t xml:space="preserve"> alien</w:t>
      </w:r>
      <w:r>
        <w:t xml:space="preserve"> tracker's</w:t>
      </w:r>
      <w:r>
        <w:t xml:space="preserve"> murder.</w:t>
        <w:br/>
        <w:t>什么</w:t>
      </w:r>
      <w:r>
        <w:t xml:space="preserve"> </w:t>
      </w:r>
      <w:r>
        <w:t xml:space="preserve"> -真的</w:t>
        <w:br/>
        <w:t>What?</w:t>
      </w:r>
      <w:r>
        <w:t xml:space="preserve"> -</w:t>
      </w:r>
      <w:r>
        <w:t xml:space="preserve"> Yeah.</w:t>
        <w:br/>
        <w:t>丽芙有他坐面包车里的照片</w:t>
        <w:br/>
        <w:t>Liv</w:t>
      </w:r>
      <w:r>
        <w:t xml:space="preserve"> has</w:t>
      </w:r>
      <w:r>
        <w:t xml:space="preserve"> a</w:t>
      </w:r>
      <w:r>
        <w:t xml:space="preserve"> picture</w:t>
      </w:r>
      <w:r>
        <w:t xml:space="preserve"> of</w:t>
      </w:r>
      <w:r>
        <w:t xml:space="preserve"> him</w:t>
      </w:r>
      <w:r>
        <w:t xml:space="preserve"> in</w:t>
      </w:r>
      <w:r>
        <w:t xml:space="preserve"> the</w:t>
      </w:r>
      <w:r>
        <w:t xml:space="preserve"> van.</w:t>
        <w:br/>
        <w:t>没拍到脸</w:t>
      </w:r>
      <w:r>
        <w:t xml:space="preserve"> 但是拍到衬衫了</w:t>
        <w:br/>
        <w:t>Well,</w:t>
      </w:r>
      <w:r>
        <w:t xml:space="preserve"> not</w:t>
      </w:r>
      <w:r>
        <w:t xml:space="preserve"> all</w:t>
      </w:r>
      <w:r>
        <w:t xml:space="preserve"> of</w:t>
      </w:r>
      <w:r>
        <w:t xml:space="preserve"> him,</w:t>
      </w:r>
      <w:r>
        <w:t xml:space="preserve"> but</w:t>
      </w:r>
      <w:r>
        <w:t xml:space="preserve"> his</w:t>
      </w:r>
      <w:r>
        <w:t xml:space="preserve"> shirt.</w:t>
        <w:br/>
        <w:t>你知道丽芙的</w:t>
        <w:br/>
        <w:t>You</w:t>
      </w:r>
      <w:r>
        <w:t xml:space="preserve"> know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 xml:space="preserve"> Liv.</w:t>
        <w:br/>
        <w:t>她会一个一个排查直到找到为止</w:t>
        <w:br/>
        <w:t>She'lljust</w:t>
      </w:r>
      <w:r>
        <w:t xml:space="preserve"> go</w:t>
      </w:r>
      <w:r>
        <w:t xml:space="preserve"> closet</w:t>
      </w:r>
      <w:r>
        <w:t xml:space="preserve"> to</w:t>
      </w:r>
      <w:r>
        <w:t xml:space="preserve"> closet</w:t>
      </w:r>
      <w:r>
        <w:t xml:space="preserve"> to</w:t>
      </w:r>
      <w:r>
        <w:t xml:space="preserve"> closet</w:t>
      </w:r>
      <w:r>
        <w:t xml:space="preserve"> till</w:t>
      </w:r>
      <w:r>
        <w:t xml:space="preserve"> she</w:t>
      </w:r>
      <w:r>
        <w:t xml:space="preserve"> finds</w:t>
      </w:r>
      <w:r>
        <w:t xml:space="preserve"> it.</w:t>
        <w:br/>
        <w:t>我天</w:t>
      </w:r>
      <w:r>
        <w:t xml:space="preserve"> 我们得提醒哈利</w:t>
        <w:br/>
        <w:t>Oh,</w:t>
      </w:r>
      <w:r>
        <w:t xml:space="preserve"> God.</w:t>
      </w:r>
      <w:r>
        <w:t xml:space="preserve"> We</w:t>
      </w:r>
      <w:r>
        <w:t xml:space="preserve"> need</w:t>
      </w:r>
      <w:r>
        <w:t xml:space="preserve"> to</w:t>
      </w:r>
      <w:r>
        <w:t xml:space="preserve"> warn</w:t>
      </w:r>
      <w:r>
        <w:t xml:space="preserve"> Harry.</w:t>
        <w:br/>
        <w:t>该死</w:t>
      </w:r>
      <w:r>
        <w:t xml:space="preserve"> 他出去了</w:t>
      </w:r>
      <w:r>
        <w:t xml:space="preserve"> 我打给他</w:t>
        <w:br/>
        <w:t>Oh,</w:t>
      </w:r>
      <w:r>
        <w:t xml:space="preserve"> shit,</w:t>
      </w:r>
      <w:r>
        <w:t xml:space="preserve"> he's</w:t>
      </w:r>
      <w:r>
        <w:t xml:space="preserve"> out</w:t>
      </w:r>
      <w:r>
        <w:t xml:space="preserve"> of</w:t>
      </w:r>
      <w:r>
        <w:t xml:space="preserve"> town.</w:t>
      </w:r>
      <w:r>
        <w:t xml:space="preserve"> Um</w:t>
      </w:r>
      <w:r>
        <w:t xml:space="preserve"> I</w:t>
      </w:r>
      <w:r>
        <w:t xml:space="preserve"> will</w:t>
      </w:r>
      <w:r>
        <w:t xml:space="preserve"> call</w:t>
      </w:r>
      <w:r>
        <w:t xml:space="preserve"> him.</w:t>
        <w:br/>
        <w:t>你疯了吗</w:t>
        <w:br/>
        <w:t>Are</w:t>
      </w:r>
      <w:r>
        <w:t xml:space="preserve"> you</w:t>
      </w:r>
      <w:r>
        <w:t xml:space="preserve"> crazy?</w:t>
      </w:r>
      <w:r>
        <w:t xml:space="preserve"> -</w:t>
      </w:r>
      <w:r>
        <w:t xml:space="preserve"> Hey!</w:t>
        <w:br/>
        <w:t>嘿</w:t>
      </w:r>
      <w:r>
        <w:t xml:space="preserve"> 你干什么</w:t>
        <w:br/>
        <w:t>Whoa,</w:t>
      </w:r>
      <w:r>
        <w:t xml:space="preserve"> hey!</w:t>
      </w:r>
      <w:r>
        <w:t xml:space="preserve"> What</w:t>
      </w:r>
      <w:r>
        <w:t xml:space="preserve"> are</w:t>
      </w:r>
      <w:r>
        <w:t xml:space="preserve"> you</w:t>
      </w:r>
      <w:r>
        <w:t xml:space="preserve"> doing?</w:t>
        <w:br/>
        <w:t>我天</w:t>
      </w:r>
      <w:r>
        <w:t xml:space="preserve"> </w:t>
      </w:r>
      <w:r>
        <w:t xml:space="preserve"> -别别别</w:t>
        <w:br/>
        <w:t>Oh,</w:t>
      </w:r>
      <w:r>
        <w:t xml:space="preserve"> my</w:t>
      </w:r>
      <w:r>
        <w:t xml:space="preserve"> God!</w:t>
      </w:r>
      <w:r>
        <w:t xml:space="preserve"> No,</w:t>
      </w:r>
      <w:r>
        <w:t xml:space="preserve"> no,</w:t>
      </w:r>
      <w:r>
        <w:t xml:space="preserve"> nol</w:t>
      </w:r>
      <w:r>
        <w:t xml:space="preserve"> No!</w:t>
        <w:br/>
        <w:t>听好</w:t>
      </w:r>
      <w:r>
        <w:t xml:space="preserve"> 我这是在掩护你</w:t>
        <w:br/>
        <w:t>Look,</w:t>
      </w:r>
      <w:r>
        <w:t xml:space="preserve"> I'm</w:t>
      </w:r>
      <w:r>
        <w:t xml:space="preserve"> covering</w:t>
      </w:r>
      <w:r>
        <w:t xml:space="preserve"> your</w:t>
      </w:r>
      <w:r>
        <w:t xml:space="preserve"> ass.</w:t>
        <w:br/>
        <w:t>如果这次调查目标是哈利</w:t>
        <w:br/>
        <w:t>If</w:t>
      </w:r>
      <w:r>
        <w:t xml:space="preserve"> Harry's</w:t>
      </w:r>
      <w:r>
        <w:t xml:space="preserve"> in</w:t>
      </w:r>
      <w:r>
        <w:t xml:space="preserve"> the</w:t>
      </w:r>
      <w:r>
        <w:t xml:space="preserve"> crosshairs</w:t>
      </w:r>
      <w:r>
        <w:t xml:space="preserve"> for</w:t>
      </w:r>
      <w:r>
        <w:t xml:space="preserve"> this</w:t>
      </w:r>
      <w:r>
        <w:t xml:space="preserve"> investigation,</w:t>
        <w:br/>
        <w:t>他们会传唤他的手&amp;hearts;机&amp;hearts;</w:t>
        <w:br/>
        <w:t>they'll</w:t>
      </w:r>
      <w:r>
        <w:t xml:space="preserve"> subpoena</w:t>
      </w:r>
      <w:r>
        <w:t xml:space="preserve"> his</w:t>
      </w:r>
      <w:r>
        <w:t xml:space="preserve"> phone.</w:t>
        <w:br/>
        <w:t>就会看到你信息</w:t>
      </w:r>
      <w:r>
        <w:t xml:space="preserve"> 然后就会传唤</w:t>
        <w:br/>
        <w:t>They'll</w:t>
      </w:r>
      <w:r>
        <w:t xml:space="preserve"> see</w:t>
      </w:r>
      <w:r>
        <w:t xml:space="preserve"> your</w:t>
      </w:r>
      <w:r>
        <w:t xml:space="preserve"> text</w:t>
      </w:r>
      <w:r>
        <w:t xml:space="preserve"> messages,</w:t>
      </w:r>
      <w:r>
        <w:t xml:space="preserve"> and</w:t>
      </w:r>
      <w:r>
        <w:t xml:space="preserve"> then</w:t>
      </w:r>
      <w:r>
        <w:t xml:space="preserve"> they'll</w:t>
      </w:r>
      <w:r>
        <w:t xml:space="preserve"> subpoena</w:t>
        <w:br/>
        <w:t>你的手&amp;hearts;机&amp;hearts;</w:t>
      </w:r>
      <w:r>
        <w:t xml:space="preserve"> 然后砰</w:t>
        <w:br/>
        <w:t>your</w:t>
      </w:r>
      <w:r>
        <w:t xml:space="preserve"> phone,</w:t>
      </w:r>
      <w:r>
        <w:t xml:space="preserve"> and</w:t>
      </w:r>
      <w:r>
        <w:t xml:space="preserve"> then</w:t>
      </w:r>
      <w:r>
        <w:t xml:space="preserve"> bam!</w:t>
        <w:br/>
        <w:t>你就被他拉下水了</w:t>
        <w:br/>
        <w:t>You'll</w:t>
      </w:r>
      <w:r>
        <w:t xml:space="preserve"> go</w:t>
      </w:r>
      <w:r>
        <w:t xml:space="preserve"> down</w:t>
      </w:r>
      <w:r>
        <w:t xml:space="preserve"> with</w:t>
      </w:r>
      <w:r>
        <w:t xml:space="preserve"> him.</w:t>
        <w:br/>
        <w:t>你知道警&amp;hearts;察&amp;hearts;不需要</w:t>
        <w:br/>
        <w:t>You</w:t>
      </w:r>
      <w:r>
        <w:t xml:space="preserve"> do</w:t>
      </w:r>
      <w:r>
        <w:t xml:space="preserve"> know</w:t>
      </w:r>
      <w:r>
        <w:t xml:space="preserve"> that</w:t>
      </w:r>
      <w:r>
        <w:t xml:space="preserve"> the</w:t>
      </w:r>
      <w:r>
        <w:t xml:space="preserve"> police</w:t>
      </w:r>
      <w:r>
        <w:t xml:space="preserve"> don't</w:t>
      </w:r>
      <w:r>
        <w:t xml:space="preserve"> need</w:t>
        <w:br/>
        <w:t>拿到手&amp;hearts;机&amp;hearts;本体就能获取里面的记录吧</w:t>
        <w:br/>
        <w:t>the</w:t>
      </w:r>
      <w:r>
        <w:t xml:space="preserve"> actual</w:t>
      </w:r>
      <w:r>
        <w:t xml:space="preserve"> phone</w:t>
      </w:r>
      <w:r>
        <w:t xml:space="preserve"> to</w:t>
      </w:r>
      <w:r>
        <w:t xml:space="preserve"> retrieve</w:t>
      </w:r>
      <w:r>
        <w:t xml:space="preserve"> digital</w:t>
      </w:r>
      <w:r>
        <w:t xml:space="preserve"> records</w:t>
      </w:r>
      <w:r>
        <w:t xml:space="preserve"> on</w:t>
      </w:r>
      <w:r>
        <w:t xml:space="preserve"> it,</w:t>
      </w:r>
      <w:r>
        <w:t xml:space="preserve"> right?</w:t>
        <w:br/>
        <w:t>有道理</w:t>
        <w:br/>
        <w:t>That's</w:t>
      </w:r>
      <w:r>
        <w:t xml:space="preserve"> a</w:t>
      </w:r>
      <w:r>
        <w:t xml:space="preserve"> good</w:t>
      </w:r>
      <w:r>
        <w:t xml:space="preserve"> point.</w:t>
        <w:br/>
        <w:t>好像有人在衣橱里</w:t>
        <w:br/>
        <w:t>I</w:t>
      </w:r>
      <w:r>
        <w:t xml:space="preserve"> think</w:t>
      </w:r>
      <w:r>
        <w:t xml:space="preserve"> someone's</w:t>
      </w:r>
      <w:r>
        <w:t xml:space="preserve"> in</w:t>
      </w:r>
      <w:r>
        <w:t xml:space="preserve"> the</w:t>
      </w:r>
      <w:r>
        <w:t xml:space="preserve"> closet.</w:t>
        <w:br/>
        <w:t>是房&amp;hearts;间之间的连接门</w:t>
        <w:br/>
        <w:t>Well,</w:t>
      </w:r>
      <w:r>
        <w:t xml:space="preserve"> that's</w:t>
      </w:r>
      <w:r>
        <w:t xml:space="preserve"> the</w:t>
      </w:r>
      <w:r>
        <w:t xml:space="preserve"> connecting</w:t>
      </w:r>
      <w:r>
        <w:t xml:space="preserve"> door</w:t>
      </w:r>
      <w:r>
        <w:t xml:space="preserve"> to</w:t>
      </w:r>
      <w:r>
        <w:t xml:space="preserve"> the</w:t>
      </w:r>
      <w:r>
        <w:t xml:space="preserve"> room</w:t>
        <w:br/>
        <w:t>我们不走那个门</w:t>
      </w:r>
      <w:r>
        <w:t xml:space="preserve"> 因为我们家</w:t>
        <w:br/>
        <w:t>we're</w:t>
      </w:r>
      <w:r>
        <w:t xml:space="preserve"> not</w:t>
      </w:r>
      <w:r>
        <w:t xml:space="preserve"> using</w:t>
      </w:r>
      <w:r>
        <w:t xml:space="preserve"> because</w:t>
      </w:r>
      <w:r>
        <w:t xml:space="preserve"> nobody</w:t>
      </w:r>
      <w:r>
        <w:t xml:space="preserve"> from</w:t>
      </w:r>
      <w:r>
        <w:t xml:space="preserve"> our</w:t>
      </w:r>
      <w:r>
        <w:t xml:space="preserve"> family</w:t>
        <w:br/>
        <w:t>没人在那间房&amp;hearts;</w:t>
        <w:br/>
        <w:t>is</w:t>
      </w:r>
      <w:r>
        <w:t xml:space="preserve"> in</w:t>
      </w:r>
      <w:r>
        <w:t xml:space="preserve"> that</w:t>
      </w:r>
      <w:r>
        <w:t xml:space="preserve"> room.</w:t>
        <w:br/>
        <w:t>不要走那扇门</w:t>
        <w:br/>
        <w:t>Not</w:t>
      </w:r>
      <w:r>
        <w:t xml:space="preserve"> using</w:t>
      </w:r>
      <w:r>
        <w:t xml:space="preserve"> that</w:t>
      </w:r>
      <w:r>
        <w:t xml:space="preserve"> doorl</w:t>
        <w:br/>
        <w:t>这边更近</w:t>
        <w:br/>
        <w:t>This</w:t>
      </w:r>
      <w:r>
        <w:t xml:space="preserve"> one</w:t>
      </w:r>
      <w:r>
        <w:t xml:space="preserve"> is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t xml:space="preserve"> closerl</w:t>
        <w:br/>
        <w:t>不行</w:t>
      </w:r>
      <w:r>
        <w:t xml:space="preserve"> 那扇门仅对家人开放</w:t>
      </w:r>
      <w:r>
        <w:t xml:space="preserve"> 明白吗</w:t>
        <w:br/>
        <w:t>Nope,</w:t>
      </w:r>
      <w:r>
        <w:t xml:space="preserve"> uh,</w:t>
      </w:r>
      <w:r>
        <w:t xml:space="preserve"> that</w:t>
      </w:r>
      <w:r>
        <w:t xml:space="preserve"> door</w:t>
      </w:r>
      <w:r>
        <w:t xml:space="preserve"> is</w:t>
      </w:r>
      <w:r>
        <w:t xml:space="preserve"> the</w:t>
      </w:r>
      <w:r>
        <w:t xml:space="preserve"> family</w:t>
      </w:r>
      <w:r>
        <w:t xml:space="preserve"> door,</w:t>
      </w:r>
      <w:r>
        <w:t xml:space="preserve"> OK?</w:t>
        <w:br/>
        <w:t>你到正常的门口来见我</w:t>
        <w:br/>
        <w:t>I</w:t>
      </w:r>
      <w:r>
        <w:t xml:space="preserve"> will</w:t>
      </w:r>
      <w:r>
        <w:t xml:space="preserve"> meet</w:t>
      </w:r>
      <w:r>
        <w:t xml:space="preserve"> you</w:t>
      </w:r>
      <w:r>
        <w:t xml:space="preserve"> at</w:t>
      </w:r>
      <w:r>
        <w:t xml:space="preserve"> the</w:t>
      </w:r>
      <w:r>
        <w:t xml:space="preserve"> normal</w:t>
      </w:r>
      <w:r>
        <w:t xml:space="preserve"> person</w:t>
      </w:r>
      <w:r>
        <w:t xml:space="preserve"> door.</w:t>
        <w:br/>
        <w:t>天</w:t>
        <w:br/>
        <w:t>God!</w:t>
        <w:br/>
        <w:t>我指甲断了一根</w:t>
        <w:br/>
        <w:t>I</w:t>
      </w:r>
      <w:r>
        <w:t xml:space="preserve"> broke</w:t>
      </w:r>
      <w:r>
        <w:t xml:space="preserve"> a</w:t>
      </w:r>
      <w:r>
        <w:t xml:space="preserve"> nail!</w:t>
        <w:br/>
        <w:t>我</w:t>
      </w:r>
      <w:r>
        <w:t xml:space="preserve"> 想拿这些恶心的水果茶</w:t>
        <w:br/>
        <w:t>I-</w:t>
      </w:r>
      <w:r>
        <w:t xml:space="preserve"> -</w:t>
      </w:r>
      <w:r>
        <w:t xml:space="preserve"> I</w:t>
      </w:r>
      <w:r>
        <w:t xml:space="preserve"> would</w:t>
      </w:r>
      <w:r>
        <w:t xml:space="preserve"> like</w:t>
      </w:r>
      <w:r>
        <w:t xml:space="preserve"> to</w:t>
      </w:r>
      <w:r>
        <w:t xml:space="preserve"> trade</w:t>
      </w:r>
      <w:r>
        <w:t xml:space="preserve"> these</w:t>
      </w:r>
      <w:r>
        <w:t xml:space="preserve"> disgusting</w:t>
        <w:br/>
        <w:t>换点咖啡</w:t>
      </w:r>
      <w:r>
        <w:t xml:space="preserve"> 我屋里一包都没有</w:t>
        <w:br/>
        <w:t>fruit</w:t>
      </w:r>
      <w:r>
        <w:t xml:space="preserve"> teas</w:t>
      </w:r>
      <w:r>
        <w:t xml:space="preserve"> for</w:t>
      </w:r>
      <w:r>
        <w:t xml:space="preserve"> some</w:t>
      </w:r>
      <w:r>
        <w:t xml:space="preserve"> coffee.</w:t>
      </w:r>
      <w:r>
        <w:t xml:space="preserve"> There</w:t>
      </w:r>
      <w:r>
        <w:t xml:space="preserve"> is</w:t>
      </w:r>
      <w:r>
        <w:t xml:space="preserve"> none</w:t>
      </w:r>
      <w:r>
        <w:t xml:space="preserve"> in</w:t>
      </w:r>
      <w:r>
        <w:t xml:space="preserve"> my</w:t>
      </w:r>
      <w:r>
        <w:t xml:space="preserve"> room.</w:t>
        <w:br/>
        <w:t>你</w:t>
      </w:r>
      <w:r>
        <w:t xml:space="preserve"> 有点清凉啊</w:t>
        <w:br/>
        <w:t>You,</w:t>
      </w:r>
      <w:r>
        <w:t xml:space="preserve"> uh,</w:t>
      </w:r>
      <w:r>
        <w:t xml:space="preserve"> feeling</w:t>
      </w:r>
      <w:r>
        <w:t xml:space="preserve"> a</w:t>
      </w:r>
      <w:r>
        <w:t xml:space="preserve"> bit</w:t>
      </w:r>
      <w:r>
        <w:t xml:space="preserve"> of</w:t>
      </w:r>
      <w:r>
        <w:t xml:space="preserve"> a</w:t>
      </w:r>
      <w:r>
        <w:t xml:space="preserve"> draft</w:t>
      </w:r>
      <w:r>
        <w:t xml:space="preserve"> there?</w:t>
        <w:br/>
        <w:t>是的</w:t>
        <w:br/>
        <w:t>Yes,</w:t>
      </w:r>
      <w:r>
        <w:t xml:space="preserve"> yes.</w:t>
        <w:br/>
        <w:t>下面掠过的冷空气能让我阴囊紧致</w:t>
        <w:br/>
        <w:t>The</w:t>
      </w:r>
      <w:r>
        <w:t xml:space="preserve"> cold</w:t>
      </w:r>
      <w:r>
        <w:t xml:space="preserve"> air</w:t>
      </w:r>
      <w:r>
        <w:t xml:space="preserve"> on</w:t>
      </w:r>
      <w:r>
        <w:t xml:space="preserve"> my</w:t>
      </w:r>
      <w:r>
        <w:t xml:space="preserve"> underparts</w:t>
      </w:r>
      <w:r>
        <w:t xml:space="preserve"> keeps</w:t>
      </w:r>
      <w:r>
        <w:t xml:space="preserve"> my</w:t>
      </w:r>
      <w:r>
        <w:t xml:space="preserve"> scrotum</w:t>
      </w:r>
      <w:r>
        <w:t xml:space="preserve"> taut.</w:t>
        <w:br/>
        <w:t>好吧</w:t>
      </w:r>
      <w:r>
        <w:t xml:space="preserve"> 我不是很想知道</w:t>
        <w:br/>
        <w:t>OK,</w:t>
      </w:r>
      <w:r>
        <w:t xml:space="preserve"> well,</w:t>
      </w:r>
      <w:r>
        <w:t xml:space="preserve"> I</w:t>
      </w:r>
      <w:r>
        <w:t xml:space="preserve"> don't</w:t>
      </w:r>
      <w:r>
        <w:t xml:space="preserve"> really</w:t>
      </w:r>
      <w:r>
        <w:t xml:space="preserve"> want</w:t>
      </w:r>
      <w:r>
        <w:t xml:space="preserve"> to</w:t>
      </w:r>
      <w:r>
        <w:t xml:space="preserve"> know</w:t>
        <w:br/>
        <w:t>你的阴囊是什么情况</w:t>
        <w:br/>
        <w:t>what's</w:t>
      </w:r>
      <w:r>
        <w:t xml:space="preserve"> going</w:t>
      </w:r>
      <w:r>
        <w:t xml:space="preserve"> on</w:t>
      </w:r>
      <w:r>
        <w:t xml:space="preserve"> with</w:t>
      </w:r>
      <w:r>
        <w:t xml:space="preserve"> your</w:t>
      </w:r>
      <w:r>
        <w:t xml:space="preserve"> scrotum.</w:t>
        <w:br/>
        <w:t>能把浴袍系上吗</w:t>
      </w:r>
      <w:r>
        <w:t xml:space="preserve"> 麻烦了</w:t>
        <w:br/>
        <w:t>Would</w:t>
      </w:r>
      <w:r>
        <w:t xml:space="preserve"> you</w:t>
      </w:r>
      <w:r>
        <w:t xml:space="preserve"> mind</w:t>
      </w:r>
      <w:r>
        <w:t xml:space="preserve"> closing</w:t>
      </w:r>
      <w:r>
        <w:t xml:space="preserve"> your</w:t>
      </w:r>
      <w:r>
        <w:t xml:space="preserve"> robe,</w:t>
      </w:r>
      <w:r>
        <w:t xml:space="preserve"> please?</w:t>
        <w:br/>
        <w:t>我们这里也没咖啡</w:t>
        <w:br/>
        <w:t>Uh,</w:t>
      </w:r>
      <w:r>
        <w:t xml:space="preserve"> we</w:t>
      </w:r>
      <w:r>
        <w:t xml:space="preserve"> don't</w:t>
      </w:r>
      <w:r>
        <w:t xml:space="preserve"> have</w:t>
      </w:r>
      <w:r>
        <w:t xml:space="preserve"> any</w:t>
      </w:r>
      <w:r>
        <w:t xml:space="preserve"> coffee</w:t>
      </w:r>
      <w:r>
        <w:t xml:space="preserve"> in</w:t>
      </w:r>
      <w:r>
        <w:t xml:space="preserve"> here</w:t>
      </w:r>
      <w:r>
        <w:t xml:space="preserve"> either.</w:t>
        <w:br/>
        <w:t>有辆卡车被雪困住了</w:t>
        <w:br/>
        <w:t>One</w:t>
      </w:r>
      <w:r>
        <w:t xml:space="preserve"> of</w:t>
      </w:r>
      <w:r>
        <w:t xml:space="preserve"> the</w:t>
      </w:r>
      <w:r>
        <w:t xml:space="preserve"> trucks</w:t>
      </w:r>
      <w:r>
        <w:t xml:space="preserve"> got</w:t>
      </w:r>
      <w:r>
        <w:t xml:space="preserve"> snowed</w:t>
      </w:r>
      <w:r>
        <w:t xml:space="preserve"> in,</w:t>
        <w:br/>
        <w:t>半数酒店员工在车上</w:t>
        <w:br/>
        <w:t>along</w:t>
      </w:r>
      <w:r>
        <w:t xml:space="preserve"> with</w:t>
      </w:r>
      <w:r>
        <w:t xml:space="preserve"> half</w:t>
      </w:r>
      <w:r>
        <w:t xml:space="preserve"> of</w:t>
      </w:r>
      <w:r>
        <w:t xml:space="preserve"> the</w:t>
      </w:r>
      <w:r>
        <w:t xml:space="preserve"> staff</w:t>
        <w:br/>
        <w:t>因为显然这是这里下的</w:t>
        <w:br/>
        <w:t>because</w:t>
      </w:r>
      <w:r>
        <w:t xml:space="preserve"> apparently</w:t>
      </w:r>
      <w:r>
        <w:t xml:space="preserve"> this</w:t>
      </w:r>
      <w:r>
        <w:t xml:space="preserve"> is</w:t>
      </w:r>
      <w:r>
        <w:t xml:space="preserve"> the</w:t>
      </w:r>
      <w:r>
        <w:t xml:space="preserve"> first</w:t>
      </w:r>
      <w:r>
        <w:t xml:space="preserve"> winter</w:t>
        <w:br/>
        <w:t>第一场冬雪</w:t>
        <w:br/>
        <w:t>it's</w:t>
      </w:r>
      <w:r>
        <w:t xml:space="preserve"> ever</w:t>
      </w:r>
      <w:r>
        <w:t xml:space="preserve"> snowed</w:t>
      </w:r>
      <w:r>
        <w:t xml:space="preserve"> here.</w:t>
        <w:br/>
        <w:t>大堂有新煮的咖啡</w:t>
      </w:r>
      <w:r>
        <w:t xml:space="preserve"> 所以</w:t>
        <w:br/>
        <w:t>There</w:t>
      </w:r>
      <w:r>
        <w:t xml:space="preserve"> is</w:t>
      </w:r>
      <w:r>
        <w:t xml:space="preserve"> fresh</w:t>
      </w:r>
      <w:r>
        <w:t xml:space="preserve"> coffee</w:t>
      </w:r>
      <w:r>
        <w:t xml:space="preserve"> in</w:t>
      </w:r>
      <w:r>
        <w:t xml:space="preserve"> the</w:t>
      </w:r>
      <w:r>
        <w:t xml:space="preserve"> lobby,</w:t>
      </w:r>
      <w:r>
        <w:t xml:space="preserve"> though,</w:t>
      </w:r>
      <w:r>
        <w:t xml:space="preserve"> so...</w:t>
        <w:br/>
        <w:t>我先问下我们今天做什么</w:t>
        <w:br/>
        <w:t>I</w:t>
      </w:r>
      <w:r>
        <w:t xml:space="preserve"> will</w:t>
      </w:r>
      <w:r>
        <w:t xml:space="preserve"> go</w:t>
      </w:r>
      <w:r>
        <w:t xml:space="preserve"> get</w:t>
      </w:r>
      <w:r>
        <w:t xml:space="preserve"> coffee</w:t>
      </w:r>
      <w:r>
        <w:t xml:space="preserve"> once</w:t>
      </w:r>
      <w:r>
        <w:t xml:space="preserve"> I</w:t>
      </w:r>
      <w:r>
        <w:t xml:space="preserve"> know</w:t>
        <w:br/>
        <w:t>然后就去喝咖啡</w:t>
        <w:br/>
        <w:t>what</w:t>
      </w:r>
      <w:r>
        <w:t xml:space="preserve"> we</w:t>
      </w:r>
      <w:r>
        <w:t xml:space="preserve"> are</w:t>
      </w:r>
      <w:r>
        <w:t xml:space="preserve"> doing</w:t>
      </w:r>
      <w:r>
        <w:t xml:space="preserve"> for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  <w:r>
        <w:t xml:space="preserve"> day.</w:t>
        <w:br/>
        <w:t>我们</w:t>
        <w:br/>
        <w:t>Uh,</w:t>
      </w:r>
      <w:r>
        <w:t xml:space="preserve"> we?</w:t>
        <w:br/>
        <w:t>我总不能一个人吧</w:t>
        <w:br/>
        <w:t>Oh,</w:t>
      </w:r>
      <w:r>
        <w:t xml:space="preserve"> I</w:t>
      </w:r>
      <w:r>
        <w:t xml:space="preserve"> cannot</w:t>
      </w:r>
      <w:r>
        <w:t xml:space="preserve"> be</w:t>
      </w:r>
      <w:r>
        <w:t xml:space="preserve"> alonel</w:t>
        <w:br/>
        <w:t>我会因为去世的爸妈消沉的</w:t>
        <w:br/>
        <w:t>I'm</w:t>
      </w:r>
      <w:r>
        <w:t xml:space="preserve"> sad</w:t>
      </w:r>
      <w:r>
        <w:t xml:space="preserve"> again</w:t>
      </w:r>
      <w:r>
        <w:t xml:space="preserve"> because</w:t>
      </w:r>
      <w:r>
        <w:t xml:space="preserve"> of</w:t>
      </w:r>
      <w:r>
        <w:t xml:space="preserve"> dead</w:t>
      </w:r>
      <w:r>
        <w:t xml:space="preserve"> parents.</w:t>
        <w:br/>
        <w:t>愿他们安息</w:t>
        <w:br/>
        <w:t>May</w:t>
      </w:r>
      <w:r>
        <w:t xml:space="preserve"> they</w:t>
      </w:r>
      <w:r>
        <w:t xml:space="preserve"> rest</w:t>
      </w:r>
      <w:r>
        <w:t xml:space="preserve"> in</w:t>
      </w:r>
      <w:r>
        <w:t xml:space="preserve"> one</w:t>
      </w:r>
      <w:r>
        <w:t xml:space="preserve"> piece.</w:t>
        <w:br/>
        <w:t>确实挺惨</w:t>
        <w:br/>
        <w:t>That</w:t>
      </w:r>
      <w:r>
        <w:t xml:space="preserve"> is</w:t>
      </w:r>
      <w:r>
        <w:t xml:space="preserve"> sad.</w:t>
        <w:br/>
        <w:t>他们怎么死的</w:t>
      </w:r>
      <w:r>
        <w:t xml:space="preserve"> </w:t>
      </w:r>
      <w:r>
        <w:t xml:space="preserve"> -麦克斯</w:t>
      </w:r>
      <w:r>
        <w:t xml:space="preserve"> 态度好点</w:t>
        <w:br/>
        <w:t>How</w:t>
      </w:r>
      <w:r>
        <w:t xml:space="preserve"> did</w:t>
      </w:r>
      <w:r>
        <w:t xml:space="preserve"> they</w:t>
      </w:r>
      <w:r>
        <w:t xml:space="preserve"> die?</w:t>
      </w:r>
      <w:r>
        <w:t xml:space="preserve"> -</w:t>
      </w:r>
      <w:r>
        <w:t xml:space="preserve"> Max,</w:t>
      </w:r>
      <w:r>
        <w:t xml:space="preserve"> be</w:t>
      </w:r>
      <w:r>
        <w:t xml:space="preserve"> nice.</w:t>
        <w:br/>
        <w:t>不好意思</w:t>
      </w:r>
      <w:r>
        <w:t xml:space="preserve"> 范德史宾格医生</w:t>
      </w:r>
      <w:r>
        <w:t xml:space="preserve"> 没问题</w:t>
        <w:br/>
        <w:t>I'm</w:t>
      </w:r>
      <w:r>
        <w:t xml:space="preserve"> sorry.</w:t>
      </w:r>
      <w:r>
        <w:t xml:space="preserve"> Dr.</w:t>
      </w:r>
      <w:r>
        <w:t xml:space="preserve"> Vanderspeigle,</w:t>
      </w:r>
      <w:r>
        <w:t xml:space="preserve"> of</w:t>
      </w:r>
      <w:r>
        <w:t xml:space="preserve"> course.</w:t>
        <w:br/>
        <w:t>你当然可以跟我们一起了</w:t>
        <w:br/>
        <w:t>Of</w:t>
      </w:r>
      <w:r>
        <w:t xml:space="preserve"> course,</w:t>
      </w:r>
      <w:r>
        <w:t xml:space="preserve"> you</w:t>
      </w:r>
      <w:r>
        <w:t xml:space="preserve"> can</w:t>
      </w:r>
      <w:r>
        <w:t xml:space="preserve"> come</w:t>
      </w:r>
      <w:r>
        <w:t xml:space="preserve"> with</w:t>
      </w:r>
      <w:r>
        <w:t xml:space="preserve"> us.</w:t>
        <w:br/>
        <w:t>我在想我们可以试试雪地健行</w:t>
        <w:br/>
        <w:t>You</w:t>
      </w:r>
      <w:r>
        <w:t xml:space="preserve"> know,</w:t>
      </w:r>
      <w:r>
        <w:t xml:space="preserve"> I</w:t>
      </w:r>
      <w:r>
        <w:t xml:space="preserve"> was</w:t>
      </w:r>
      <w:r>
        <w:t xml:space="preserve"> thinking</w:t>
      </w:r>
      <w:r>
        <w:t xml:space="preserve"> that</w:t>
      </w:r>
      <w:r>
        <w:t xml:space="preserve"> we</w:t>
      </w:r>
      <w:r>
        <w:t xml:space="preserve"> could</w:t>
      </w:r>
      <w:r>
        <w:t xml:space="preserve"> try</w:t>
      </w:r>
      <w:r>
        <w:t xml:space="preserve"> snowshoeing.</w:t>
        <w:br/>
        <w:t>不行</w:t>
      </w:r>
      <w:r>
        <w:t xml:space="preserve"> 让本来决定</w:t>
        <w:br/>
        <w:t>No.</w:t>
      </w:r>
      <w:r>
        <w:t xml:space="preserve"> Ben</w:t>
      </w:r>
      <w:r>
        <w:t xml:space="preserve"> needs</w:t>
      </w:r>
      <w:r>
        <w:t xml:space="preserve"> to</w:t>
      </w:r>
      <w:r>
        <w:t xml:space="preserve"> decide.</w:t>
        <w:br/>
        <w:t>让直觉指引你</w:t>
        <w:br/>
        <w:t>Let</w:t>
      </w:r>
      <w:r>
        <w:t xml:space="preserve"> your</w:t>
      </w:r>
      <w:r>
        <w:t xml:space="preserve"> intuition</w:t>
      </w:r>
      <w:r>
        <w:t xml:space="preserve"> be</w:t>
      </w:r>
      <w:r>
        <w:t xml:space="preserve"> your</w:t>
      </w:r>
      <w:r>
        <w:t xml:space="preserve"> guide.</w:t>
        <w:br/>
        <w:t>告诉你直觉要具体的地方</w:t>
        <w:br/>
        <w:t>Tell</w:t>
      </w:r>
      <w:r>
        <w:t xml:space="preserve"> your</w:t>
      </w:r>
      <w:r>
        <w:t xml:space="preserve"> intuition</w:t>
      </w:r>
      <w:r>
        <w:t xml:space="preserve"> to</w:t>
      </w:r>
      <w:r>
        <w:t xml:space="preserve"> be</w:t>
      </w:r>
      <w:r>
        <w:t xml:space="preserve"> specific.</w:t>
        <w:br/>
        <w:t>开雪地车出去怎么样</w:t>
      </w:r>
      <w:r>
        <w:t xml:space="preserve"> </w:t>
      </w:r>
      <w:r>
        <w:t xml:space="preserve"> -好啊</w:t>
        <w:br/>
        <w:t>How</w:t>
      </w:r>
      <w:r>
        <w:t xml:space="preserve"> about</w:t>
      </w:r>
      <w:r>
        <w:t xml:space="preserve"> a</w:t>
      </w:r>
      <w:r>
        <w:t xml:space="preserve"> snowcat</w:t>
      </w:r>
      <w:r>
        <w:t xml:space="preserve"> tour?</w:t>
      </w:r>
      <w:r>
        <w:t xml:space="preserve"> -</w:t>
      </w:r>
      <w:r>
        <w:t xml:space="preserve"> Yeah.</w:t>
        <w:br/>
        <w:t>听起来不像是本在说话</w:t>
        <w:br/>
        <w:t>That</w:t>
      </w:r>
      <w:r>
        <w:t xml:space="preserve"> did</w:t>
      </w:r>
      <w:r>
        <w:t xml:space="preserve"> not</w:t>
      </w:r>
      <w:r>
        <w:t xml:space="preserve"> sound</w:t>
      </w:r>
      <w:r>
        <w:t xml:space="preserve"> like</w:t>
      </w:r>
      <w:r>
        <w:t xml:space="preserve"> Ben's</w:t>
      </w:r>
      <w:r>
        <w:t xml:space="preserve"> voice.</w:t>
        <w:br/>
        <w:t>要不就去老忠实间歇泉吧</w:t>
        <w:br/>
        <w:t>OK,</w:t>
      </w:r>
      <w:r>
        <w:t xml:space="preserve"> why</w:t>
      </w:r>
      <w:r>
        <w:t xml:space="preserve"> don't</w:t>
      </w:r>
      <w:r>
        <w:t xml:space="preserve"> we</w:t>
      </w:r>
      <w:r>
        <w:t xml:space="preserve"> just</w:t>
      </w:r>
      <w:r>
        <w:t xml:space="preserve"> do</w:t>
      </w:r>
      <w:r>
        <w:t xml:space="preserve"> Old</w:t>
      </w:r>
      <w:r>
        <w:t xml:space="preserve"> Faithful?</w:t>
        <w:br/>
        <w:t>老忠实泉：位于美国黄石国家公园的一处著名的间歇泉</w:t>
      </w:r>
      <w:r>
        <w:t xml:space="preserve"> 以其准时喷发而闻名</w:t>
        <w:br/>
        <w:t>从那开始玩挺好</w:t>
      </w:r>
      <w:r>
        <w:t xml:space="preserve"> </w:t>
      </w:r>
      <w:r>
        <w:t xml:space="preserve"> -可以啊</w:t>
      </w:r>
      <w:r>
        <w:t xml:space="preserve"> 老忠实</w:t>
        <w:br/>
        <w:t>That's</w:t>
      </w:r>
      <w:r>
        <w:t xml:space="preserve"> a</w:t>
      </w:r>
      <w:r>
        <w:t xml:space="preserve"> great</w:t>
      </w:r>
      <w:r>
        <w:t xml:space="preserve"> place</w:t>
      </w:r>
      <w:r>
        <w:t xml:space="preserve"> to</w:t>
      </w:r>
      <w:r>
        <w:t xml:space="preserve"> start.</w:t>
      </w:r>
      <w:r>
        <w:t xml:space="preserve"> -</w:t>
      </w:r>
      <w:r>
        <w:t xml:space="preserve"> Sure.</w:t>
      </w:r>
      <w:r>
        <w:t xml:space="preserve"> Old</w:t>
      </w:r>
      <w:r>
        <w:t xml:space="preserve"> Faithful,</w:t>
        <w:br/>
        <w:t>慢着</w:t>
      </w:r>
      <w:r>
        <w:t xml:space="preserve"> 你这么说是因为你老婆这么说了</w:t>
        <w:br/>
        <w:t>Wait,</w:t>
      </w:r>
      <w:r>
        <w:t xml:space="preserve"> are</w:t>
      </w:r>
      <w:r>
        <w:t xml:space="preserve"> you</w:t>
      </w:r>
      <w:r>
        <w:t xml:space="preserve"> saying</w:t>
      </w:r>
      <w:r>
        <w:t xml:space="preserve"> that</w:t>
      </w:r>
      <w:r>
        <w:t xml:space="preserve"> because</w:t>
      </w:r>
      <w:r>
        <w:t xml:space="preserve"> your</w:t>
      </w:r>
      <w:r>
        <w:t xml:space="preserve"> wife</w:t>
      </w:r>
      <w:r>
        <w:t xml:space="preserve"> said</w:t>
      </w:r>
      <w:r>
        <w:t xml:space="preserve"> it</w:t>
        <w:br/>
        <w:t>还是因为你想这样</w:t>
        <w:br/>
        <w:t>or</w:t>
      </w:r>
      <w:r>
        <w:t xml:space="preserve"> because</w:t>
      </w:r>
      <w:r>
        <w:t xml:space="preserve"> you</w:t>
      </w:r>
      <w:r>
        <w:t xml:space="preserve"> want</w:t>
      </w:r>
      <w:r>
        <w:t xml:space="preserve"> to</w:t>
      </w:r>
      <w:r>
        <w:t xml:space="preserve"> do</w:t>
      </w:r>
      <w:r>
        <w:t xml:space="preserve"> it?</w:t>
        <w:br/>
        <w:t>我想去是因为凯特说了</w:t>
        <w:br/>
        <w:t>I</w:t>
      </w:r>
      <w:r>
        <w:t xml:space="preserve"> want</w:t>
      </w:r>
      <w:r>
        <w:t xml:space="preserve"> to</w:t>
      </w:r>
      <w:r>
        <w:t xml:space="preserve"> do</w:t>
      </w:r>
      <w:r>
        <w:t xml:space="preserve"> it</w:t>
      </w:r>
      <w:r>
        <w:t xml:space="preserve"> because</w:t>
      </w:r>
      <w:r>
        <w:t xml:space="preserve"> Kate</w:t>
      </w:r>
      <w:r>
        <w:t xml:space="preserve"> said</w:t>
      </w:r>
      <w:r>
        <w:t xml:space="preserve"> it,</w:t>
        <w:br/>
        <w:t>只要她开心我就可以</w:t>
        <w:br/>
        <w:t>and</w:t>
      </w:r>
      <w:r>
        <w:t xml:space="preserve"> I</w:t>
      </w:r>
      <w:r>
        <w:t xml:space="preserve"> like</w:t>
      </w:r>
      <w:r>
        <w:t xml:space="preserve"> it</w:t>
      </w:r>
      <w:r>
        <w:t xml:space="preserve"> when</w:t>
      </w:r>
      <w:r>
        <w:t xml:space="preserve"> she's</w:t>
      </w:r>
      <w:r>
        <w:t xml:space="preserve"> happy.</w:t>
        <w:br/>
        <w:t>这种生活方式太可怕了</w:t>
      </w:r>
    </w:p>
    <w:p>
      <w:r>
        <w:t xml:space="preserve"> 闭上眼</w:t>
        <w:br/>
        <w:t>That's</w:t>
      </w:r>
      <w:r>
        <w:t xml:space="preserve"> an</w:t>
      </w:r>
      <w:r>
        <w:t xml:space="preserve"> awful</w:t>
      </w:r>
      <w:r>
        <w:t xml:space="preserve"> way</w:t>
      </w:r>
      <w:r>
        <w:t xml:space="preserve"> to</w:t>
      </w:r>
      <w:r>
        <w:t xml:space="preserve"> live.</w:t>
      </w:r>
      <w:r>
        <w:t xml:space="preserve"> Close</w:t>
      </w:r>
      <w:r>
        <w:t xml:space="preserve"> your</w:t>
      </w:r>
      <w:r>
        <w:t xml:space="preserve"> eyes.</w:t>
        <w:br/>
        <w:t>快点闭上</w:t>
        <w:br/>
        <w:t>Close</w:t>
      </w:r>
      <w:r>
        <w:t xml:space="preserve"> them</w:t>
      </w:r>
      <w:r>
        <w:t xml:space="preserve"> shut.</w:t>
      </w:r>
      <w:r>
        <w:t xml:space="preserve"> Mm.</w:t>
        <w:br/>
        <w:t>你看到什么了</w:t>
        <w:br/>
        <w:t>What</w:t>
      </w:r>
      <w:r>
        <w:t xml:space="preserve"> do</w:t>
      </w:r>
      <w:r>
        <w:t xml:space="preserve"> you</w:t>
      </w:r>
      <w:r>
        <w:t xml:space="preserve"> see?</w:t>
        <w:br/>
        <w:t>旧谷仓里一根横梁</w:t>
      </w:r>
      <w:r>
        <w:t xml:space="preserve"> 我正把头</w:t>
        <w:br/>
        <w:t>A</w:t>
      </w:r>
      <w:r>
        <w:t xml:space="preserve"> beam</w:t>
      </w:r>
      <w:r>
        <w:t xml:space="preserve"> in</w:t>
      </w:r>
      <w:r>
        <w:t xml:space="preserve"> an</w:t>
      </w:r>
      <w:r>
        <w:t xml:space="preserve"> old</w:t>
      </w:r>
      <w:r>
        <w:t xml:space="preserve"> barn,</w:t>
      </w:r>
      <w:r>
        <w:t xml:space="preserve"> and</w:t>
      </w:r>
      <w:r>
        <w:t xml:space="preserve"> I</w:t>
      </w:r>
      <w:r>
        <w:t xml:space="preserve"> am</w:t>
      </w:r>
      <w:r>
        <w:t xml:space="preserve"> putting</w:t>
      </w:r>
      <w:r>
        <w:t xml:space="preserve"> my</w:t>
      </w:r>
      <w:r>
        <w:t xml:space="preserve"> head</w:t>
        <w:br/>
        <w:t>伸进一个绳子圈成的套里去</w:t>
        <w:br/>
        <w:t>through</w:t>
      </w:r>
      <w:r>
        <w:t xml:space="preserve"> a</w:t>
      </w:r>
      <w:r>
        <w:t xml:space="preserve"> circle</w:t>
      </w:r>
      <w:r>
        <w:t xml:space="preserve"> made</w:t>
      </w:r>
      <w:r>
        <w:t xml:space="preserve"> of</w:t>
      </w:r>
      <w:r>
        <w:t xml:space="preserve"> rope.</w:t>
        <w:br/>
        <w:t>亲爱的</w:t>
      </w:r>
      <w:r>
        <w:t xml:space="preserve"> </w:t>
      </w:r>
      <w:r>
        <w:t xml:space="preserve"> -我都说了去老忠实</w:t>
        <w:br/>
        <w:t>Honey.</w:t>
      </w:r>
      <w:r>
        <w:t xml:space="preserve"> I</w:t>
      </w:r>
      <w:r>
        <w:t xml:space="preserve"> already</w:t>
      </w:r>
      <w:r>
        <w:t xml:space="preserve"> said</w:t>
      </w:r>
      <w:r>
        <w:t xml:space="preserve"> Old</w:t>
      </w:r>
      <w:r>
        <w:t xml:space="preserve"> Faithful.</w:t>
        <w:br/>
        <w:t>酷</w:t>
        <w:br/>
        <w:t>Cool.</w:t>
        <w:br/>
        <w:t>听起来不错</w:t>
      </w:r>
      <w:r>
        <w:t xml:space="preserve"> </w:t>
      </w:r>
      <w:r>
        <w:t xml:space="preserve"> -我很期待</w:t>
        <w:br/>
        <w:t>Sounds</w:t>
      </w:r>
      <w:r>
        <w:t xml:space="preserve"> fun.</w:t>
      </w:r>
      <w:r>
        <w:t xml:space="preserve"> I'm</w:t>
      </w:r>
      <w:r>
        <w:t xml:space="preserve"> excited.</w:t>
        <w:br/>
        <w:t>我好累</w:t>
        <w:br/>
        <w:t>I'm</w:t>
      </w:r>
      <w:r>
        <w:t xml:space="preserve"> exhausted.</w:t>
        <w:br/>
        <w:t>好</w:t>
      </w:r>
      <w:r>
        <w:t xml:space="preserve"> 没人</w:t>
      </w:r>
      <w:r>
        <w:t xml:space="preserve"> </w:t>
      </w:r>
      <w:r>
        <w:t xml:space="preserve"> -谢谢</w:t>
      </w:r>
      <w:r>
        <w:t xml:space="preserve"> 爸</w:t>
        <w:br/>
        <w:t>OK,</w:t>
      </w:r>
      <w:r>
        <w:t xml:space="preserve"> the</w:t>
      </w:r>
      <w:r>
        <w:t xml:space="preserve"> coast</w:t>
      </w:r>
      <w:r>
        <w:t xml:space="preserve"> is</w:t>
      </w:r>
      <w:r>
        <w:t xml:space="preserve"> clear.</w:t>
      </w:r>
      <w:r>
        <w:t xml:space="preserve"> -</w:t>
      </w:r>
      <w:r>
        <w:t xml:space="preserve"> OK,</w:t>
      </w:r>
      <w:r>
        <w:t xml:space="preserve"> thank</w:t>
      </w:r>
      <w:r>
        <w:t xml:space="preserve"> you,</w:t>
      </w:r>
      <w:r>
        <w:t xml:space="preserve"> Dad.</w:t>
        <w:br/>
        <w:t>我跟你说了不必来的</w:t>
        <w:br/>
        <w:t>I</w:t>
      </w:r>
      <w:r>
        <w:t xml:space="preserve"> told</w:t>
      </w:r>
      <w:r>
        <w:t xml:space="preserve"> you</w:t>
      </w:r>
      <w:r>
        <w:t xml:space="preserve"> you</w:t>
      </w:r>
      <w:r>
        <w:t xml:space="preserve"> didn't</w:t>
      </w:r>
      <w:r>
        <w:t xml:space="preserve"> have</w:t>
      </w:r>
      <w:r>
        <w:t xml:space="preserve"> to</w:t>
      </w:r>
      <w:r>
        <w:t xml:space="preserve"> come.</w:t>
        <w:br/>
        <w:t>不过是哈利的小屋</w:t>
      </w:r>
      <w:r>
        <w:t xml:space="preserve"> 很安全的</w:t>
        <w:br/>
        <w:t>It's</w:t>
      </w:r>
      <w:r>
        <w:t xml:space="preserve"> just</w:t>
      </w:r>
      <w:r>
        <w:t xml:space="preserve"> Harry's</w:t>
      </w:r>
      <w:r>
        <w:t xml:space="preserve"> cabin.</w:t>
      </w:r>
      <w:r>
        <w:t xml:space="preserve"> It's</w:t>
      </w:r>
      <w:r>
        <w:t xml:space="preserve"> safe.</w:t>
        <w:br/>
        <w:t>这上哪儿知道去</w:t>
        <w:br/>
        <w:t>We</w:t>
      </w:r>
      <w:r>
        <w:t xml:space="preserve"> don't</w:t>
      </w:r>
      <w:r>
        <w:t xml:space="preserve"> know</w:t>
      </w:r>
      <w:r>
        <w:t xml:space="preserve"> that.</w:t>
        <w:br/>
        <w:t>这家伙被灰人混血追杀呢</w:t>
        <w:br/>
        <w:t>The</w:t>
      </w:r>
      <w:r>
        <w:t xml:space="preserve"> guy</w:t>
      </w:r>
      <w:r>
        <w:t xml:space="preserve"> had</w:t>
      </w:r>
      <w:r>
        <w:t xml:space="preserve"> a</w:t>
      </w:r>
      <w:r>
        <w:t xml:space="preserve"> Grey</w:t>
      </w:r>
      <w:r>
        <w:t xml:space="preserve"> Hybrid</w:t>
      </w:r>
      <w:r>
        <w:t xml:space="preserve"> after</w:t>
      </w:r>
      <w:r>
        <w:t xml:space="preserve"> him.</w:t>
        <w:br/>
        <w:t>谁知道今天会有啥东西来找他</w:t>
        <w:br/>
        <w:t>Who</w:t>
      </w:r>
      <w:r>
        <w:t xml:space="preserve"> knows</w:t>
      </w:r>
      <w:r>
        <w:t xml:space="preserve"> what's</w:t>
      </w:r>
      <w:r>
        <w:t xml:space="preserve"> coming</w:t>
      </w:r>
      <w:r>
        <w:t xml:space="preserve"> for</w:t>
      </w:r>
      <w:r>
        <w:t xml:space="preserve"> him</w:t>
      </w:r>
      <w:r>
        <w:t xml:space="preserve"> today?</w:t>
        <w:br/>
        <w:t>而且他偷了我鱼竿</w:t>
        <w:br/>
        <w:t>Plus,</w:t>
      </w:r>
      <w:r>
        <w:t xml:space="preserve"> he</w:t>
      </w:r>
      <w:r>
        <w:t xml:space="preserve"> nicked</w:t>
      </w:r>
      <w:r>
        <w:t xml:space="preserve"> my</w:t>
      </w:r>
      <w:r>
        <w:t xml:space="preserve"> fishing</w:t>
      </w:r>
      <w:r>
        <w:t xml:space="preserve"> pole.</w:t>
        <w:br/>
        <w:t>我得拿回来</w:t>
      </w:r>
      <w:r>
        <w:t xml:space="preserve"> </w:t>
      </w:r>
      <w:r>
        <w:t xml:space="preserve"> -好吧</w:t>
        <w:br/>
        <w:t>I</w:t>
      </w:r>
      <w:r>
        <w:t xml:space="preserve"> want</w:t>
      </w:r>
      <w:r>
        <w:t xml:space="preserve"> it</w:t>
      </w:r>
      <w:r>
        <w:t xml:space="preserve"> back.</w:t>
      </w:r>
      <w:r>
        <w:t xml:space="preserve"> -</w:t>
      </w:r>
      <w:r>
        <w:t xml:space="preserve"> OK.</w:t>
        <w:br/>
        <w:t>一个外星人怎么买&amp;hearts;&amp;hearts;得起湖边小屋</w:t>
        <w:br/>
        <w:t>How</w:t>
      </w:r>
      <w:r>
        <w:t xml:space="preserve"> does</w:t>
      </w:r>
      <w:r>
        <w:t xml:space="preserve"> an</w:t>
      </w:r>
      <w:r>
        <w:t xml:space="preserve"> alien</w:t>
      </w:r>
      <w:r>
        <w:t xml:space="preserve"> even</w:t>
      </w:r>
      <w:r>
        <w:t xml:space="preserve"> afford</w:t>
      </w:r>
      <w:r>
        <w:t xml:space="preserve"> a</w:t>
      </w:r>
      <w:r>
        <w:t xml:space="preserve"> cabin</w:t>
      </w:r>
      <w:r>
        <w:t xml:space="preserve"> on</w:t>
      </w:r>
      <w:r>
        <w:t xml:space="preserve"> the</w:t>
      </w:r>
      <w:r>
        <w:t xml:space="preserve"> lake?</w:t>
        <w:br/>
        <w:t>更重要的是</w:t>
      </w:r>
      <w:r>
        <w:t xml:space="preserve"> 等他走了</w:t>
      </w:r>
      <w:r>
        <w:t xml:space="preserve"> 这屋子归谁</w:t>
        <w:br/>
        <w:t>More</w:t>
      </w:r>
      <w:r>
        <w:t xml:space="preserve"> importantly,</w:t>
      </w:r>
      <w:r>
        <w:t xml:space="preserve"> who</w:t>
      </w:r>
      <w:r>
        <w:t xml:space="preserve"> gets</w:t>
      </w:r>
      <w:r>
        <w:t xml:space="preserve"> it</w:t>
      </w:r>
      <w:r>
        <w:t xml:space="preserve"> when</w:t>
      </w:r>
      <w:r>
        <w:t xml:space="preserve"> he</w:t>
      </w:r>
      <w:r>
        <w:t xml:space="preserve"> goes</w:t>
      </w:r>
      <w:r>
        <w:t xml:space="preserve"> home</w:t>
      </w:r>
      <w:r>
        <w:t xml:space="preserve"> or,</w:t>
        <w:br/>
        <w:t>就是那个坏外星人</w:t>
      </w:r>
      <w:r>
        <w:t xml:space="preserve"> </w:t>
      </w:r>
      <w:r>
        <w:t xml:space="preserve"> -能专心吗</w:t>
      </w:r>
      <w:r>
        <w:t xml:space="preserve"> 拜托了</w:t>
        <w:br/>
        <w:t>you</w:t>
      </w:r>
      <w:r>
        <w:t xml:space="preserve"> know,</w:t>
      </w:r>
      <w:r>
        <w:t xml:space="preserve"> when</w:t>
      </w:r>
      <w:r>
        <w:t xml:space="preserve"> the</w:t>
      </w:r>
      <w:r>
        <w:t xml:space="preserve"> bad</w:t>
      </w:r>
      <w:r>
        <w:t xml:space="preserve"> alien-</w:t>
      </w:r>
      <w:r>
        <w:t xml:space="preserve"> -</w:t>
      </w:r>
      <w:r>
        <w:t xml:space="preserve"> -</w:t>
      </w:r>
      <w:r>
        <w:t xml:space="preserve"> Can</w:t>
      </w:r>
      <w:r>
        <w:t xml:space="preserve"> we</w:t>
      </w:r>
      <w:r>
        <w:t xml:space="preserve"> focus,</w:t>
      </w:r>
      <w:r>
        <w:t xml:space="preserve"> please?</w:t>
      </w:r>
      <w:r>
        <w:t xml:space="preserve"> OK?</w:t>
        <w:br/>
        <w:t>麦克和丽芙可能已经在来的路上</w:t>
        <w:br/>
        <w:t>Mike</w:t>
      </w:r>
      <w:r>
        <w:t xml:space="preserve"> and</w:t>
      </w:r>
      <w:r>
        <w:t xml:space="preserve"> Liv</w:t>
      </w:r>
      <w:r>
        <w:t xml:space="preserve"> are</w:t>
      </w:r>
      <w:r>
        <w:t xml:space="preserve"> probably</w:t>
      </w:r>
      <w:r>
        <w:t xml:space="preserve"> on</w:t>
      </w:r>
      <w:r>
        <w:t xml:space="preserve"> their</w:t>
      </w:r>
      <w:r>
        <w:t xml:space="preserve"> way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https://d.book118.com/035321340000011114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9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035321340000011114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