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技术员年终工作总结（32篇）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最新技术员年终工作总结（精选32篇）</w:t>
      </w:r>
      <w:r>
        <w:rPr>
          <w:lang w:eastAsia="zh-CN"/>
        </w:rPr>
        <w:br/>
      </w:r>
      <w:r>
        <w:rPr>
          <w:lang w:eastAsia="zh-CN"/>
        </w:rPr>
        <w:t xml:space="preserve">    最新技术员年终工作总结 篇1 </w:t>
      </w:r>
      <w:r>
        <w:rPr>
          <w:lang w:eastAsia="zh-CN"/>
        </w:rPr>
        <w:br/>
      </w:r>
      <w:r>
        <w:rPr>
          <w:lang w:eastAsia="zh-CN"/>
        </w:rPr>
        <w:t>　　在这期间，我除负责对__厂区所属的车间进行电气施工监理的工作之外，还承担电仪车间技术员应尽的职责。</w:t>
      </w:r>
      <w:r>
        <w:rPr>
          <w:lang w:eastAsia="zh-CN"/>
        </w:rPr>
        <w:br/>
      </w:r>
      <w:r>
        <w:rPr>
          <w:lang w:eastAsia="zh-CN"/>
        </w:rPr>
        <w:t>　　虽然工作量比以前要繁重的多，但给我提供了一个全面了解工厂整个电气系统的机会，加强了我对工厂电气系统的认知和掌握，并提高了我对一些系统发生各类事故时独立分析和处理问题的能力，为我进一步从事电气技术工作打下良好的基础。下面我对承担车间技术员工作进行总结。</w:t>
      </w:r>
      <w:r>
        <w:rPr>
          <w:lang w:eastAsia="zh-CN"/>
        </w:rPr>
        <w:br/>
      </w:r>
      <w:r>
        <w:rPr>
          <w:lang w:eastAsia="zh-CN"/>
        </w:rPr>
        <w:t>　　一、我对电仪技术员工作的认识及态度</w:t>
      </w:r>
      <w:r>
        <w:rPr>
          <w:lang w:eastAsia="zh-CN"/>
        </w:rPr>
        <w:br/>
      </w:r>
      <w:r>
        <w:rPr>
          <w:lang w:eastAsia="zh-CN"/>
        </w:rPr>
        <w:t>　　我被任命为电仪车间技术员之后，开始逐渐进入这一角色。虽然以前我在有限工厂承担电气设备员一职，对高低压电气技术及设备有着深入的了解和掌握。但自从来了新工地以后，在从事电气监理工作的过程中，感到要想当好一个合格电仪技术员的压力在增大。</w:t>
      </w:r>
      <w:r>
        <w:rPr>
          <w:lang w:eastAsia="zh-CN"/>
        </w:rPr>
        <w:br/>
      </w:r>
      <w:r>
        <w:rPr>
          <w:lang w:eastAsia="zh-CN"/>
        </w:rPr>
        <w:t>　　主要有以下几方面原因：</w:t>
      </w:r>
      <w:r>
        <w:rPr>
          <w:lang w:eastAsia="zh-CN"/>
        </w:rPr>
        <w:br/>
      </w:r>
    </w:p>
    <w:p w:rsidR="001B1F19" w14:textId="0AE8485B">
      <w:pPr>
        <w:pStyle w:val="Heading1"/>
        <w:jc w:val="center"/>
        <w:rPr>
          <w:rFonts w:hint="eastAsia"/>
          <w:lang w:eastAsia="zh-CN"/>
        </w:rPr>
      </w:pPr>
      <w:r>
        <w:rPr>
          <w:sz w:val="44"/>
          <w:lang w:eastAsia="zh-CN"/>
        </w:rPr>
        <w:t>技术员年终工作总结（32篇）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最新技术员年终工作总结（精选32篇）</w:t>
      </w:r>
      <w:r>
        <w:rPr>
          <w:lang w:eastAsia="zh-CN"/>
        </w:rPr>
        <w:br/>
      </w:r>
      <w:r>
        <w:rPr>
          <w:lang w:eastAsia="zh-CN"/>
        </w:rPr>
        <w:t xml:space="preserve">    最新技术员年终工作总结 篇1 </w:t>
      </w:r>
      <w:r>
        <w:rPr>
          <w:lang w:eastAsia="zh-CN"/>
        </w:rPr>
        <w:br/>
      </w:r>
      <w:r>
        <w:rPr>
          <w:lang w:eastAsia="zh-CN"/>
        </w:rPr>
        <w:t>　　在这期间，我除负责对__厂区所属的车间进行电气施工监理的工作之外，还承担电仪车间技术员应尽的职责。</w:t>
      </w:r>
      <w:r>
        <w:rPr>
          <w:lang w:eastAsia="zh-CN"/>
        </w:rPr>
        <w:br/>
      </w:r>
      <w:r>
        <w:rPr>
          <w:lang w:eastAsia="zh-CN"/>
        </w:rPr>
        <w:t>　　虽然工作量比以前要繁重的多，但给我提供了一个全面了解工厂整个电气系统的机会，加强了我对工厂电气系统的认知和掌握，并提高了我对一些系统发生各类事故时独立分析和处理问题的能力，为我进一步从事电气技术工作打下良好的基础。下面我对承担车间技术员工作进行总结。</w:t>
      </w:r>
      <w:r>
        <w:rPr>
          <w:lang w:eastAsia="zh-CN"/>
        </w:rPr>
        <w:br/>
      </w:r>
      <w:r>
        <w:rPr>
          <w:lang w:eastAsia="zh-CN"/>
        </w:rPr>
        <w:t>　　一、我对电仪技术员工作的认识及态度</w:t>
      </w:r>
      <w:r>
        <w:rPr>
          <w:lang w:eastAsia="zh-CN"/>
        </w:rPr>
        <w:br/>
      </w:r>
      <w:r>
        <w:rPr>
          <w:lang w:eastAsia="zh-CN"/>
        </w:rPr>
        <w:t>　　我被任命为电仪车间技术员之后，开始逐渐进入这一角色。虽然以前我在有限工厂承担电气设备员一职，对高低压电气技术及设备有着深入的了解和掌握。但自从来了新工地以后，在从事电气监理工作的过程中，感到要想当好一个合格电仪技术员的压力在增大。</w:t>
      </w:r>
      <w:r>
        <w:rPr>
          <w:lang w:eastAsia="zh-CN"/>
        </w:rPr>
        <w:br/>
      </w:r>
      <w:r>
        <w:rPr>
          <w:lang w:eastAsia="zh-CN"/>
        </w:rPr>
        <w:t>　　主要有以下几方面原因：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是工厂的电气设备数量庞大;二是电气设备种类繁多，涉及高低压输电、配电、送电和电气维修等方方面面;三是新旧设备混用增加了电气设备发生故障的几率和排除故障的难度;四是新上了110kva变电站，这是以前我未曾接触的新生事物;五是我有三、四年没有从事仪表工作了，我必须把以前漏掉的知识重新学习一次。</w:t>
      </w:r>
      <w:r>
        <w:rPr>
          <w:lang w:eastAsia="zh-CN"/>
        </w:rPr>
        <w:br/>
      </w:r>
      <w:r>
        <w:rPr>
          <w:lang w:eastAsia="zh-CN"/>
        </w:rPr>
        <w:t>　　面对这种压力，我感到自己责任的重大。为工厂电仪设备的正常稳定运行，提供技术支持，处理突发故障，就成了我的工作重点。</w:t>
      </w:r>
      <w:r>
        <w:rPr>
          <w:lang w:eastAsia="zh-CN"/>
        </w:rPr>
        <w:br/>
      </w:r>
      <w:r>
        <w:rPr>
          <w:lang w:eastAsia="zh-CN"/>
        </w:rPr>
        <w:t>　　我相信我有能力把这项工作做好，压力越大动力就越大。在从事电仪技术员初期，我对以前不熟悉的发酵车间、提炼车间、动力车间和制水站、变电站及开闭所的电气设备进行熟悉和了解。并对以前未接触过的电气设备收集使用说明书，熟悉其工作原理和参数的设定、维护保养及故障的排除方法。对有异议的问题与厂家和相关人员进行探讨，确保对相关设备掌握的彻底性。</w:t>
      </w:r>
      <w:r>
        <w:rPr>
          <w:lang w:eastAsia="zh-CN"/>
        </w:rPr>
        <w:br/>
      </w:r>
      <w:r>
        <w:rPr>
          <w:lang w:eastAsia="zh-CN"/>
        </w:rPr>
        <w:t>　　另为我与车间的维修组、运行组及仪表组进行沟通，了解现有员工的知识层次和对目前工作中存在那些技术问题需要解决。</w:t>
      </w:r>
      <w:r>
        <w:rPr>
          <w:lang w:eastAsia="zh-CN"/>
        </w:rPr>
        <w:br/>
      </w:r>
      <w:r>
        <w:rPr>
          <w:lang w:eastAsia="zh-CN"/>
        </w:rPr>
        <w:t>　　二、本年度工作内容</w:t>
      </w:r>
      <w:r>
        <w:rPr>
          <w:lang w:eastAsia="zh-CN"/>
        </w:rPr>
        <w:br/>
      </w:r>
      <w:r>
        <w:rPr>
          <w:lang w:eastAsia="zh-CN"/>
        </w:rPr>
        <w:t>　　(一)日常工作内容</w:t>
      </w:r>
      <w:r>
        <w:rPr>
          <w:lang w:eastAsia="zh-CN"/>
        </w:rPr>
        <w:br/>
      </w:r>
      <w:r>
        <w:rPr>
          <w:lang w:eastAsia="zh-CN"/>
        </w:rPr>
        <w:t>　　(1)__车间离心机，在料满的情况下，无法启动。我去检查后，发现离心机在启动前，负载太重。变频器送出功率无法克服此扭矩，造成离心机无法启动。了解工作原因以后，我对变频器的启动扭矩重新设置并投入直流制动电阻，延长了启动时间，保证了该离心机的正常使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__车间1引风机变频器在正常停车时，总报“停车时过电流”，经我分析，发现停车时，操作人员停车太快，没有在逐步减小频率的情况下，就迅速停车。为彻底解决本问题，我为该变频器安装了直流电抗器，并设置直流电抗器的投用参数，从技术层面解决了此问题。另外为保证设备的正常运行，我还给__车间的操作工讲解了设备正常的启动程序和注意事项。</w:t>
      </w:r>
      <w:r>
        <w:rPr>
          <w:lang w:eastAsia="zh-CN"/>
        </w:rPr>
        <w:br/>
      </w:r>
      <w:r>
        <w:rPr>
          <w:lang w:eastAsia="zh-CN"/>
        </w:rPr>
        <w:t>　　(3)_车间薄膜蒸发器，在使用过程中，压力一直处于高位，无法保证生产的正常运行，对此我与杨波协商后，建议使用变频控制方式。用人为方式控制设备的压力，确保生产的稳定性。最终，我们为8台薄膜蒸发器安装了变频器，通过一个时期的运行，确定效果达到预期要求。</w:t>
      </w:r>
      <w:r>
        <w:rPr>
          <w:lang w:eastAsia="zh-CN"/>
        </w:rPr>
        <w:br/>
      </w:r>
      <w:r>
        <w:rPr>
          <w:lang w:eastAsia="zh-CN"/>
        </w:rPr>
        <w:t>　　(4)_车间3反渗透高压泵，在试用行时，变频器无法正常工作，我检查后，发现变频器的参数人为改动过，造成变频器运行参数冲突。为解决本问题，我重新设定参数，确保了该设备的正式使用。</w:t>
      </w:r>
      <w:r>
        <w:rPr>
          <w:lang w:eastAsia="zh-CN"/>
        </w:rPr>
        <w:br/>
      </w:r>
      <w:r>
        <w:rPr>
          <w:lang w:eastAsia="zh-CN"/>
        </w:rPr>
        <w:t>　　(5)污水站脱水机房离心机，在运行中，报过电流故障，我在现场检查后，确认该变频器所带电机有问题。经进一步检查电机，发现电机匝间短路。对电机维修后，设备恢复正常。</w:t>
      </w:r>
      <w:r>
        <w:rPr>
          <w:lang w:eastAsia="zh-CN"/>
        </w:rPr>
        <w:br/>
      </w:r>
      <w:r>
        <w:rPr>
          <w:lang w:eastAsia="zh-CN"/>
        </w:rPr>
        <w:t>　　(6)__车间主热水电磁阀，电路板经常被击穿，我分析认为系工作电源受变频器及其它直流电气设备的污染，导致电压叠加，形成高电压，造成工作电路板击穿。所以我建议车间安装稳压器，单独为仪表类设备供电，以保证仪表设备的使用安全和运行稳定。</w:t>
      </w:r>
      <w:r>
        <w:rPr>
          <w:lang w:eastAsia="zh-CN"/>
        </w:rPr>
        <w:br/>
      </w:r>
      <w:r>
        <w:rPr>
          <w:lang w:eastAsia="zh-CN"/>
        </w:rPr>
        <w:t>　　这些只是我日常工作的很小一部分，这样的突发事故常有发生，当需要我去处理是我总会第一个来到现场，尽自己所能尽快为车间排除故障，恢复设备的正常运行。</w:t>
      </w:r>
      <w:r>
        <w:rPr>
          <w:lang w:eastAsia="zh-CN"/>
        </w:rPr>
        <w:br/>
      </w:r>
      <w:r>
        <w:rPr>
          <w:lang w:eastAsia="zh-CN"/>
        </w:rPr>
        <w:t>　　(二)技术改造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七月对变频控制柜主回路进行技术改造，由4变压器负载回路变更为1变压器负载回路。减少4变压器所带负荷。4变压器在未进行改造前，负荷最高时可到达以上，高出变压器额定电流的15%以上，严重威胁4变压器的安全运行，给车间的正常生产留下重大隐患。</w:t>
      </w:r>
      <w:r>
        <w:rPr>
          <w:lang w:eastAsia="zh-CN"/>
        </w:rPr>
        <w:br/>
      </w:r>
      <w:r>
        <w:rPr>
          <w:lang w:eastAsia="zh-CN"/>
        </w:rPr>
        <w:t>　　对此，我们在车间的统一领导下，提出方案，并进行可行性论证后，进行了上述改造。通过改造，使4变压器的负荷在生产高分期都能维持在已下，确保了设备的安全，达到改造的预期效果。</w:t>
      </w:r>
      <w:r>
        <w:rPr>
          <w:lang w:eastAsia="zh-CN"/>
        </w:rPr>
        <w:br/>
      </w:r>
      <w:r>
        <w:rPr>
          <w:lang w:eastAsia="zh-CN"/>
        </w:rPr>
        <w:t>　　(2)八月份对__车间1-4炉的鼓、引风电气控制回路进行</w:t>
      </w:r>
      <w:r>
        <w:rPr>
          <w:lang w:eastAsia="zh-CN"/>
        </w:rPr>
        <w:br/>
      </w:r>
      <w:r>
        <w:rPr>
          <w:lang w:eastAsia="zh-CN"/>
        </w:rPr>
        <w:t>　　连锁改造。__车间1-4炉为大药拆过来的旧设备。旧鼓引风电气未有电气控制连锁，在生产中，引风机因突发事故停车，鼓风机在继续运行，就可造成回火现象，从而可能导致设备和人员的伤害。对此，在没有图纸的情况下，我对__车间的鼓、引风电机控制变频柜的电气回路进行实测，并最终找到连锁控制的方式，在电气维修一组的配合下，完成了此项改造，达到改造目的。</w:t>
      </w:r>
      <w:r>
        <w:rPr>
          <w:lang w:eastAsia="zh-CN"/>
        </w:rPr>
        <w:br/>
      </w:r>
      <w:r>
        <w:rPr>
          <w:lang w:eastAsia="zh-CN"/>
        </w:rPr>
        <w:t>　　(3)10月份对_车间反渗透的电仪连锁控制方式进行改造。以前该系统只对高压和高温进行速断保护，对压力低未进行停车保护，这就容易造成高压泵的烧毁，但我在回复低压保护的过程中，又出现了清洗泵在低压状态下无法启车的故障。经过与车间的沟通，发现原厂家图纸设计存在缺陷，我在对图纸进行改变后，按新方式，接连锁线后，设备恢复正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在工程施工过程中，因为设计和新旧设备衔接等方面原因，导致部分车间的回路未安装计量表，对此我在车间的安排下，为这部分回路安装了电度表。具体安装位置有提炼一楼东和三楼东;南区食堂给三十米马路路灯送电的回路;_区成品库两台制冷电源回路等。</w:t>
      </w:r>
      <w:r>
        <w:rPr>
          <w:lang w:eastAsia="zh-CN"/>
        </w:rPr>
        <w:br/>
      </w:r>
      <w:r>
        <w:rPr>
          <w:lang w:eastAsia="zh-CN"/>
        </w:rPr>
        <w:t>　　(三)员工培训工作</w:t>
      </w:r>
      <w:r>
        <w:rPr>
          <w:lang w:eastAsia="zh-CN"/>
        </w:rPr>
        <w:br/>
      </w:r>
      <w:r>
        <w:rPr>
          <w:lang w:eastAsia="zh-CN"/>
        </w:rPr>
        <w:t>　　对员工培训工作一直是车间主抓的重点工作之一。员工技术的高低关系着车间维护设备的效率。对此我也做了大量的工作。</w:t>
      </w:r>
      <w:r>
        <w:rPr>
          <w:lang w:eastAsia="zh-CN"/>
        </w:rPr>
        <w:br/>
      </w:r>
      <w:r>
        <w:rPr>
          <w:lang w:eastAsia="zh-CN"/>
        </w:rPr>
        <w:t>　　首先我编写了《电工基础培训教材》、《变频器常见故障及排除方法》、《软启动常见故障的排除方法》三部基本教案。</w:t>
      </w:r>
      <w:r>
        <w:rPr>
          <w:lang w:eastAsia="zh-CN"/>
        </w:rPr>
        <w:br/>
      </w:r>
      <w:r>
        <w:rPr>
          <w:lang w:eastAsia="zh-CN"/>
        </w:rPr>
        <w:t>　　其次我在六、八、九、十一月对电仪车间的所有电气维修人员、仪表维修人员和电气运行人员进行了培训。培训的主要内容有电气基本知识、变频器的参数设定、软启动常见故障及排除方法、直流电桥的原理及使用方法等。并在九月对所有电气维修人员、仪表维修人员和电气运行人员进行考核，考核合格率达97%以上，达到培训的预期目标。</w:t>
      </w:r>
      <w:r>
        <w:rPr>
          <w:lang w:eastAsia="zh-CN"/>
        </w:rPr>
        <w:br/>
      </w:r>
      <w:r>
        <w:rPr>
          <w:lang w:eastAsia="zh-CN"/>
        </w:rPr>
        <w:t>　　三、工作中存在的不足和下步工作目标</w:t>
      </w:r>
      <w:r>
        <w:rPr>
          <w:lang w:eastAsia="zh-CN"/>
        </w:rPr>
        <w:br/>
      </w:r>
      <w:r>
        <w:rPr>
          <w:lang w:eastAsia="zh-CN"/>
        </w:rPr>
        <w:t>　　在今年的工作中，我经过自己的努力，虽然取得了一定的工作成果。但我感到离一个优秀的技术员标准还有很大差距。这主要表现在：</w:t>
      </w:r>
      <w:r>
        <w:rPr>
          <w:lang w:eastAsia="zh-CN"/>
        </w:rPr>
        <w:br/>
      </w:r>
      <w:r>
        <w:rPr>
          <w:lang w:eastAsia="zh-CN"/>
        </w:rPr>
        <w:t>　　①在突发事故中，有些新设备我对它们的性能还不是特别熟悉，还需查找资料，影响了设备故障排除的及时性;</w:t>
      </w:r>
      <w:r>
        <w:rPr>
          <w:lang w:eastAsia="zh-CN"/>
        </w:rPr>
        <w:br/>
      </w:r>
      <w:r>
        <w:rPr>
          <w:lang w:eastAsia="zh-CN"/>
        </w:rPr>
        <w:t>　　②设备档案的建立还未开展，主要是竣工资料未完善，负责工程又占用了我的很大精力，在这项工作中，有点力不从心的感觉;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③培训工作还未纳入规范化的系统，现在培训工作虽然开展起来，但因缺乏协调性，容易正常培训的效果降低;</w:t>
      </w:r>
      <w:r>
        <w:rPr>
          <w:lang w:eastAsia="zh-CN"/>
        </w:rPr>
        <w:br/>
      </w:r>
      <w:r>
        <w:rPr>
          <w:lang w:eastAsia="zh-CN"/>
        </w:rPr>
        <w:t>　　④没有把班组的设备标准化管理工作抓起来，导致班组工作效率的没有进一步提升。</w:t>
      </w:r>
      <w:r>
        <w:rPr>
          <w:lang w:eastAsia="zh-CN"/>
        </w:rPr>
        <w:br/>
      </w:r>
      <w:r>
        <w:rPr>
          <w:lang w:eastAsia="zh-CN"/>
        </w:rPr>
        <w:t>　　针对这些不足，我计划下一步要继续加强自身的学习力度，尽快将新设备吃通吃透，并将这些新知识尽快传授给员工，提高工厂整体电仪设备故障排除的精度和效率。</w:t>
      </w:r>
      <w:r>
        <w:rPr>
          <w:lang w:eastAsia="zh-CN"/>
        </w:rPr>
        <w:br/>
      </w:r>
      <w:r>
        <w:rPr>
          <w:lang w:eastAsia="zh-CN"/>
        </w:rPr>
        <w:t>　　尽快完善全工厂电气设备的档案建立工作，使纸质文档和电子文档同步，提高工厂电气设备的管理水平。协调与其他技术员的关系，统一制定一个统一的培训目标，将培训工作纳入员工的绩效工作中，建立员工与技术员的一个互动平台，力争把车间营造成“帮、学、比、赶、超”这样一个具有活力的集体。</w:t>
      </w:r>
      <w:r>
        <w:rPr>
          <w:lang w:eastAsia="zh-CN"/>
        </w:rPr>
        <w:br/>
      </w:r>
      <w:r>
        <w:rPr>
          <w:lang w:eastAsia="zh-CN"/>
        </w:rPr>
        <w:t>　　另为，逐渐规范班组的设备管理，对每项工作制定一个标准范本，使每项工作有据可依，在标准化的基础上提高班组的工作效率。</w:t>
      </w:r>
      <w:r>
        <w:rPr>
          <w:lang w:eastAsia="zh-CN"/>
        </w:rPr>
        <w:br/>
      </w:r>
      <w:r>
        <w:rPr>
          <w:lang w:eastAsia="zh-CN"/>
        </w:rPr>
        <w:t>　　时光如梭，岁月如歌!转眼间自己已经参加工作半年有余了，回顾这半年来的工作历程，总结工作中的经验、教训，有利于在以后的工作中扬长避短，更好的做好本职工作。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是20__年_月本科毕业，_月份参加工作!从_月份至今一直在__项目部担任土建技术员的工作。通过这工程的现场实践工作的锻炼和学习，在项目部领导的关心培养和同事们的热心帮助下，我的工作有了快速的提升，我正向着成为一名合格的土建技术员快步迈进。在此感谢工厂对我的信任及同事们的`支持，通过团队的共同努力，摸索出了一定的工作经验，在此对一年来的工作情况进行个人工作总结：</w:t>
      </w:r>
      <w:r>
        <w:rPr>
          <w:lang w:eastAsia="zh-CN"/>
        </w:rPr>
        <w:br/>
      </w:r>
      <w:r>
        <w:rPr>
          <w:lang w:eastAsia="zh-CN"/>
        </w:rPr>
        <w:t>　　一、工作思想</w:t>
      </w:r>
      <w:r>
        <w:rPr>
          <w:lang w:eastAsia="zh-CN"/>
        </w:rPr>
        <w:br/>
      </w:r>
      <w:r>
        <w:rPr>
          <w:lang w:eastAsia="zh-CN"/>
        </w:rPr>
        <w:t>　　在这一年的实践工作中，我从过去在学校时的只会纸上谈兵到现在的实际操作思想上有了巨大的转变。施工现场是我们的主战场，工程做得好不好，全在施工现场实现。工程是一个漫长的过程，投入大量的人力物力进行建设，合理组织施工才能保证施工进度。“安全第一，警钟长鸣”的思想一直贯彻在我的整个工作中!</w:t>
      </w:r>
      <w:r>
        <w:rPr>
          <w:lang w:eastAsia="zh-CN"/>
        </w:rPr>
        <w:br/>
      </w:r>
      <w:r>
        <w:rPr>
          <w:lang w:eastAsia="zh-CN"/>
        </w:rPr>
        <w:t>　　二、岗位职责</w:t>
      </w:r>
      <w:r>
        <w:rPr>
          <w:lang w:eastAsia="zh-CN"/>
        </w:rPr>
        <w:br/>
      </w:r>
      <w:r>
        <w:rPr>
          <w:lang w:eastAsia="zh-CN"/>
        </w:rPr>
        <w:t>　　1.在主管工程师的领导下开展各项技术工作。</w:t>
      </w:r>
      <w:r>
        <w:rPr>
          <w:lang w:eastAsia="zh-CN"/>
        </w:rPr>
        <w:br/>
      </w:r>
      <w:r>
        <w:rPr>
          <w:lang w:eastAsia="zh-CN"/>
        </w:rPr>
        <w:t>　　2.负责初审施工单位报来的施工组织设计，施工过程中配合监理全面负责有关工程的施工检查验收，直到竣工验收合格交付使用。</w:t>
      </w:r>
      <w:r>
        <w:rPr>
          <w:lang w:eastAsia="zh-CN"/>
        </w:rPr>
        <w:br/>
      </w:r>
      <w:r>
        <w:rPr>
          <w:lang w:eastAsia="zh-CN"/>
        </w:rPr>
        <w:t>　　3.掌握熟悉施工图纸、施工规范和质量检查验收评定标准，负责工程进度，安全消防等文明施工的检查监督。</w:t>
      </w:r>
      <w:r>
        <w:rPr>
          <w:lang w:eastAsia="zh-CN"/>
        </w:rPr>
        <w:br/>
      </w:r>
      <w:r>
        <w:rPr>
          <w:lang w:eastAsia="zh-CN"/>
        </w:rPr>
        <w:t>　　4.及时与现场监理发现不按图纸施工、不按规范施工的行为，若现场纠正无效，配合监理发停工整顿单，并报总工程师。</w:t>
      </w:r>
      <w:r>
        <w:rPr>
          <w:lang w:eastAsia="zh-CN"/>
        </w:rPr>
        <w:br/>
      </w:r>
      <w:r>
        <w:rPr>
          <w:lang w:eastAsia="zh-CN"/>
        </w:rPr>
        <w:t>　　5.对现场安全保障设施、措施及施工中人员、机械设备的安全状况予以监督，并及时提出整改意见。</w:t>
      </w:r>
      <w:r>
        <w:rPr>
          <w:lang w:eastAsia="zh-CN"/>
        </w:rPr>
        <w:br/>
      </w:r>
      <w:r>
        <w:rPr>
          <w:lang w:eastAsia="zh-CN"/>
        </w:rPr>
        <w:t>　　三、具体工作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主要和其他的几名技术员负责现场的工程技术管理，根据工程进度合理安排穿插进行放线、验模和钢筋的检验等技术工作!作为技术员要(请你支持)做到对本工程图纸的熟练掌握，在各工种施工前进行各项技术交底，在一些易错的地方除了交底以外还要时时监控!我个人终结的要做到“前、中、后”，本项工作开展前先期提醒班组长工作重点，在展开大规模施工的过程中也要多次监督，施工基本完成后进行验收!要严把质量关，做到不遗漏任何一个问题!</w:t>
      </w:r>
      <w:r>
        <w:rPr>
          <w:lang w:eastAsia="zh-CN"/>
        </w:rPr>
        <w:br/>
      </w:r>
      <w:r>
        <w:rPr>
          <w:lang w:eastAsia="zh-CN"/>
        </w:rPr>
        <w:t>　　四、经验和教训</w:t>
      </w:r>
      <w:r>
        <w:rPr>
          <w:lang w:eastAsia="zh-CN"/>
        </w:rPr>
        <w:br/>
      </w:r>
      <w:r>
        <w:rPr>
          <w:lang w:eastAsia="zh-CN"/>
        </w:rPr>
        <w:t>　　在这一年的工作中，我除了做施工日志外还一直做工作笔记，将自己每天的工作进行总结，将一些工作时的心得和经验记录下来作为以后的工作参考!我自己买了很多图集，平时多看图集，做到多看、多问、多听!认真仔细的工作要对的起自己的岗位职责!在工作中我也犯过很多的错误，有时候工作时分心造成标高和尺寸出现了不应该的偏差，还好大家及时的发现和纠正才没有酿成不可挽回的局面!一次次的经验教训面前我得到了成长，深知这份担子的重量，养成良好的工作习惯是多么的重要!我也逐渐的总结出自己的工作方法，提高了工作效率，降低了出错的几率!在领导和同事的帮助下技术不断的得到了提高!</w:t>
      </w:r>
      <w:r>
        <w:rPr>
          <w:lang w:eastAsia="zh-CN"/>
        </w:rPr>
        <w:br/>
      </w:r>
      <w:r>
        <w:rPr>
          <w:lang w:eastAsia="zh-CN"/>
        </w:rPr>
        <w:t>　　总体说来，对于领导交给的各项任务都已比较顺利、较好的完成了。一年来的从事工程施工工作，</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在不断的取得进步，自己的专业知识得到了长进和加深，工作能力，包括组织协作能力、管理能力和应变能力都得到了很大的提高，更重要的是获得了宝贵的工作经验的积累。一年来的工作表现也得到了项目部领导和同事们的认可。展望20__年，工作中将会有更多的新的挑战，我一定会竭尽全力更加积极的工作，在今后的工作中，我将以百倍的热情迎接新的挑战，在学习中进步和成熟起来，为工厂的发展贡献自己的力量!</w:t>
      </w:r>
      <w:r>
        <w:rPr>
          <w:lang w:eastAsia="zh-CN"/>
        </w:rPr>
        <w:br/>
      </w:r>
      <w:r>
        <w:rPr>
          <w:lang w:eastAsia="zh-CN"/>
        </w:rPr>
        <w:t xml:space="preserve">    最新技术员年终工作总结 篇2 </w:t>
      </w:r>
      <w:r>
        <w:rPr>
          <w:lang w:eastAsia="zh-CN"/>
        </w:rPr>
        <w:br/>
      </w:r>
      <w:r>
        <w:rPr>
          <w:lang w:eastAsia="zh-CN"/>
        </w:rPr>
        <w:t>　　回顾这大半年来的工作，我在公司领导及各位同事的支持和帮助下，严格要求自己，按照公司的要求，较好地完成了自己的本职工作。通过这大半年来的学习与工作，工作模式上有了新的突破，工作方式有了较大的改变，现将这大半年来的工作情况总结：</w:t>
      </w:r>
      <w:r>
        <w:rPr>
          <w:lang w:eastAsia="zh-CN"/>
        </w:rPr>
        <w:br/>
      </w:r>
      <w:r>
        <w:rPr>
          <w:lang w:eastAsia="zh-CN"/>
        </w:rPr>
        <w:t>　　◆工作量：作为公司一名研发技术人员，我现在的本职工作是，对来料新品进行初步测试，主要元器件的样品承认，新机种样机的制作和测试以及测试报告的整理，有效积极地配合研发工程师的工作，对其项目资料进行交接和整理，对于样机测试过程中遇到的问题进行应对调试，指导新技术人员作业等。</w:t>
      </w:r>
      <w:r>
        <w:rPr>
          <w:lang w:eastAsia="zh-CN"/>
        </w:rPr>
        <w:br/>
      </w:r>
      <w:r>
        <w:rPr>
          <w:lang w:eastAsia="zh-CN"/>
        </w:rPr>
        <w:t>　　◆工作质量：通过这大半年的锻炼，我现在可以很好地完成工作任务，严格遵守公司的规章制度、工作规范和流程，对客户的意见和建议也能够很好地考虑和分析，设计的样品质量也较以前有所提高。比方说，新样品的来料承认更及时更详细更快捷，在规定的时限内能很好地完成作业，对于项目工程师所分配的任务能有效积极地给予配合，减轻了工程师的工作负担，提高了项目开发的进度，从另一方面也充实了自己的大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工作技能：在研发中心的日常工作中，我学到了很多，比如样品的承认认证、样机的测试调试，对主要元器件有了更深刻地了解，对示波器、负载机、安规测试仪、数字电桥等测试仪器能够更熟练地进行操作。但同时也遇到了一些难题，虽然有些问题还不明朗。但有一点是必须的，“在学习中工作，在工作中学习”，因为知识的海洋是多么地宽广!</w:t>
      </w:r>
      <w:r>
        <w:rPr>
          <w:lang w:eastAsia="zh-CN"/>
        </w:rPr>
        <w:br/>
      </w:r>
      <w:r>
        <w:rPr>
          <w:lang w:eastAsia="zh-CN"/>
        </w:rPr>
        <w:t>　　◆责任心和敬业精神：责任心可以养德，责任心更可以树德。我会努力做到热爱本职工作，干一行爱一行，干一行专一行，树立爱岗有责、忠于职守的责任感，努力学习和掌握现代科学知识，提高自己的技能，为干好本职工作打下基础，同时还要与时俱进，不断创新，把本职工作干得!</w:t>
      </w:r>
      <w:r>
        <w:rPr>
          <w:lang w:eastAsia="zh-CN"/>
        </w:rPr>
        <w:br/>
      </w:r>
      <w:r>
        <w:rPr>
          <w:lang w:eastAsia="zh-CN"/>
        </w:rPr>
        <w:t>　　◆团队精神：作为公司的一名优秀员工，我会树立起团队协作的意识，及时与同事进行有效积极地沟通，有问题及时向他们请教，与他们取长补短，共同完成工作任务。</w:t>
      </w:r>
      <w:r>
        <w:rPr>
          <w:lang w:eastAsia="zh-CN"/>
        </w:rPr>
        <w:br/>
      </w:r>
      <w:r>
        <w:rPr>
          <w:lang w:eastAsia="zh-CN"/>
        </w:rPr>
        <w:t>　　◆沟通能力：沟通是合作的开始，优秀的团队一定是一个沟通良好、协调一致的团队。没有沟通就没有效率。沟通带来理解，理解带来合作。IBM中国有限公司人力资源部曾经理说过：“沟通能力反映一个人的素质，一个人专业能力很强，但沟通能力不行，我们公司也不会要这样的人。”身为研发中心的一份子，我会虚心接受领导在工作上的指导和意见建议，及时与领导沟通，有问题及时向同事请教，积极地听取他们的意见和建议，不断努力学习，不断调高自己!</w:t>
      </w:r>
      <w:r>
        <w:rPr>
          <w:lang w:eastAsia="zh-CN"/>
        </w:rPr>
        <w:br/>
      </w:r>
      <w:r>
        <w:rPr>
          <w:lang w:eastAsia="zh-CN"/>
        </w:rPr>
        <w:t>　　当然，工作中有时也存在问题，相信在以后的工作中我会弥补这些不足，努力地提高我的专业技能，完善我的工作，为公司的发展尽自己的绵薄之力!</w:t>
      </w:r>
      <w:r>
        <w:rPr>
          <w:lang w:eastAsia="zh-CN"/>
        </w:rPr>
        <w:br/>
      </w:r>
      <w:r>
        <w:rPr>
          <w:lang w:eastAsia="zh-CN"/>
        </w:rPr>
        <w:t xml:space="preserve">    最新技术员年终工作总结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20__年11月10号我踏上了我人生中的第一个工作岗位:某某县通信分公司。在公司里面，我主要负责交换维护工作。之后不久，在上级领导的认可透过了技术考核，我很荣幸的被聘为交换维护的技术人员。直到此刻，我担任的这个职务已有4年了。想将我这几年的工作总结一下。</w:t>
      </w:r>
      <w:r>
        <w:rPr>
          <w:lang w:eastAsia="zh-CN"/>
        </w:rPr>
        <w:br/>
      </w:r>
      <w:r>
        <w:rPr>
          <w:lang w:eastAsia="zh-CN"/>
        </w:rPr>
        <w:t>　　一、认真学习技术业务，掌握设备维护技能。</w:t>
      </w:r>
      <w:r>
        <w:rPr>
          <w:lang w:eastAsia="zh-CN"/>
        </w:rPr>
        <w:br/>
      </w:r>
      <w:r>
        <w:rPr>
          <w:lang w:eastAsia="zh-CN"/>
        </w:rPr>
        <w:t>　　我于__年__月份至__年__月份在__担任程控交换机维护工作。这也是参加工作以来走上的第一个工作岗位。其实，__的设备维护工作是以交换设备为主的，还包括市话测量、电源、传输、油机等设备的综合维护工作。在综合维护工作中，始终坚持“理论联系实际”的原则，边学边用，不断提升了专业维护技能。</w:t>
      </w:r>
      <w:r>
        <w:rPr>
          <w:lang w:eastAsia="zh-CN"/>
        </w:rPr>
        <w:br/>
      </w:r>
      <w:r>
        <w:rPr>
          <w:lang w:eastAsia="zh-CN"/>
        </w:rPr>
        <w:t>　　俗话说:“工欲善其事，必先利其器”。在学习专业技术理论上，采取内外结合的原则，以自学为主，以公司培训为辅，毕竟外出培训的时光是极为有限的。几年来，我一向持续了不间断的学习，并在实际工作中发挥了有效的指导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孔子曰:“三人行，必有我师焉”。因此，在实际工作中，我力诫形式主义，一向持续谦虚谨慎、不骄不躁的作风，遇到不能处理的障碍，及时请教有丰富经验的老师傅，既及时恢复了正常通信，又学到了技术本领。在几年的时光中，我先后掌握了交换机的局数据及用户数据的操作;对sdh设备的性能有了进一步的了解;对电源设备的工作原理有了更加深入的认识;对于isdn、宽带设备及终端维护积累了必须的经验，总计为isdn及宽带用户排除终端障碍200余次。此外，在多次大型割接中，圆满完成了上级布置的工作任务。</w:t>
      </w:r>
      <w:r>
        <w:rPr>
          <w:lang w:eastAsia="zh-CN"/>
        </w:rPr>
        <w:br/>
      </w:r>
      <w:r>
        <w:rPr>
          <w:lang w:eastAsia="zh-CN"/>
        </w:rPr>
        <w:t>　　二、奋力进取，努力向技术管理复合型方向发展。</w:t>
      </w:r>
      <w:r>
        <w:rPr>
          <w:lang w:eastAsia="zh-CN"/>
        </w:rPr>
        <w:br/>
      </w:r>
      <w:r>
        <w:rPr>
          <w:lang w:eastAsia="zh-CN"/>
        </w:rPr>
        <w:t>　　__年10月，因工作需要，被调入县公司负责机房环境整治、交换设备维护等工作。由技术岗位转变到技术管理岗位对我提出了新的更高标准的要求，也为综合素质的提升创造了一个良好的机会。</w:t>
      </w:r>
      <w:r>
        <w:rPr>
          <w:lang w:eastAsia="zh-CN"/>
        </w:rPr>
        <w:br/>
      </w:r>
      <w:r>
        <w:rPr>
          <w:lang w:eastAsia="zh-CN"/>
        </w:rPr>
        <w:t>　　对于综合工作，我合理规划时光，统筹安排工作，确保了各项工作不掉队。个性在机房环境整治上，我以市公司的相关要求为标准，从细节上下功夫，与建设维护部门相互协作，取得了良好效果。在历次安全检查中，市公司都给予了认可，同时也指出了不足。对此，我认真总结并及时完成了整改。</w:t>
      </w:r>
      <w:r>
        <w:rPr>
          <w:lang w:eastAsia="zh-CN"/>
        </w:rPr>
        <w:br/>
      </w:r>
      <w:r>
        <w:rPr>
          <w:lang w:eastAsia="zh-CN"/>
        </w:rPr>
        <w:t>　　我有时感觉压力很大，感觉到知识不够用。于是，我利用工作之余的分分秒秒，学习了关系工作各方面的知识，随着知识与经验的积累，处理起工作来能够游刃有余了。</w:t>
      </w:r>
      <w:r>
        <w:rPr>
          <w:lang w:eastAsia="zh-CN"/>
        </w:rPr>
        <w:br/>
      </w:r>
      <w:r>
        <w:rPr>
          <w:lang w:eastAsia="zh-CN"/>
        </w:rPr>
        <w:t>　　但是，这距离多面手的要求来说，还有很大的差距。但是，我相信持续的努力总会有成效的。</w:t>
      </w:r>
      <w:r>
        <w:rPr>
          <w:lang w:eastAsia="zh-CN"/>
        </w:rPr>
        <w:br/>
      </w:r>
      <w:r>
        <w:rPr>
          <w:lang w:eastAsia="zh-CN"/>
        </w:rPr>
        <w:t xml:space="preserve">    最新技术员年终工作总结 篇4 </w:t>
      </w:r>
      <w:r>
        <w:rPr>
          <w:lang w:eastAsia="zh-CN"/>
        </w:rPr>
        <w:br/>
      </w:r>
      <w:r>
        <w:rPr>
          <w:lang w:eastAsia="zh-CN"/>
        </w:rPr>
        <w:t>　　时光飞逝，20__年已成为过去。回顾一年来的工作，虽然各项事务比较纷繁，但本人能够做到繁而不乱，一步一个脚印的完成了各项任务。现将一年工作成效总结如下：</w:t>
      </w:r>
      <w:r>
        <w:rPr>
          <w:lang w:eastAsia="zh-CN"/>
        </w:rPr>
        <w:br/>
      </w:r>
      <w:r>
        <w:rPr>
          <w:lang w:eastAsia="zh-CN"/>
        </w:rPr>
        <w:t>　　一、人员编制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由于本市卫生系统处于改革的浪尖，因此近两年来的各项人事工作处于半冻结的状态。20__年因我院人员紧缺，局里特批招聘了两名专科医师，并办理相应的.人事关系手续；</w:t>
      </w:r>
      <w:r>
        <w:rPr>
          <w:lang w:eastAsia="zh-CN"/>
        </w:rPr>
        <w:br/>
      </w:r>
      <w:r>
        <w:rPr>
          <w:lang w:eastAsia="zh-CN"/>
        </w:rPr>
        <w:t>　　二、教育培训</w:t>
      </w:r>
      <w:r>
        <w:rPr>
          <w:lang w:eastAsia="zh-CN"/>
        </w:rPr>
        <w:br/>
      </w:r>
      <w:r>
        <w:rPr>
          <w:lang w:eastAsia="zh-CN"/>
        </w:rPr>
        <w:t>　　今年我院参加继续教育培训员工有200多名，主要参加干校和_培训中心，均以合格的成绩通过培训；</w:t>
      </w:r>
      <w:r>
        <w:rPr>
          <w:lang w:eastAsia="zh-CN"/>
        </w:rPr>
        <w:br/>
      </w:r>
      <w:r>
        <w:rPr>
          <w:lang w:eastAsia="zh-CN"/>
        </w:rPr>
        <w:t>　　三、老干工作</w:t>
      </w:r>
      <w:r>
        <w:rPr>
          <w:lang w:eastAsia="zh-CN"/>
        </w:rPr>
        <w:br/>
      </w:r>
      <w:r>
        <w:rPr>
          <w:lang w:eastAsia="zh-CN"/>
        </w:rPr>
        <w:t>　　1、9月份，由人力资源部牵头组织我系统离退休支部到水库活动；</w:t>
      </w:r>
      <w:r>
        <w:rPr>
          <w:lang w:eastAsia="zh-CN"/>
        </w:rPr>
        <w:br/>
      </w:r>
      <w:r>
        <w:rPr>
          <w:lang w:eastAsia="zh-CN"/>
        </w:rPr>
        <w:t>　　2、重阳节向老干部发放食用油及过节费；</w:t>
      </w:r>
      <w:r>
        <w:rPr>
          <w:lang w:eastAsia="zh-CN"/>
        </w:rPr>
        <w:br/>
      </w:r>
      <w:r>
        <w:rPr>
          <w:lang w:eastAsia="zh-CN"/>
        </w:rPr>
        <w:t>　　3、组织老干部参加局里举办的迎新春老干座谈会和本中心年底会餐并发放过节费。</w:t>
      </w:r>
      <w:r>
        <w:rPr>
          <w:lang w:eastAsia="zh-CN"/>
        </w:rPr>
        <w:br/>
      </w:r>
      <w:r>
        <w:rPr>
          <w:lang w:eastAsia="zh-CN"/>
        </w:rPr>
        <w:t>　　四、统计工作</w:t>
      </w:r>
      <w:r>
        <w:rPr>
          <w:lang w:eastAsia="zh-CN"/>
        </w:rPr>
        <w:br/>
      </w:r>
      <w:r>
        <w:rPr>
          <w:lang w:eastAsia="zh-CN"/>
        </w:rPr>
        <w:t>　　1、参与全国卫生系统人员统计汇总工作；</w:t>
      </w:r>
      <w:r>
        <w:rPr>
          <w:lang w:eastAsia="zh-CN"/>
        </w:rPr>
        <w:br/>
      </w:r>
      <w:r>
        <w:rPr>
          <w:lang w:eastAsia="zh-CN"/>
        </w:rPr>
        <w:t>　　2、做好年底各项统计工作及考核评优工作。</w:t>
      </w:r>
      <w:r>
        <w:rPr>
          <w:lang w:eastAsia="zh-CN"/>
        </w:rPr>
        <w:br/>
      </w:r>
      <w:r>
        <w:rPr>
          <w:lang w:eastAsia="zh-CN"/>
        </w:rPr>
        <w:t>　　五、其他工作</w:t>
      </w:r>
      <w:r>
        <w:rPr>
          <w:lang w:eastAsia="zh-CN"/>
        </w:rPr>
        <w:br/>
      </w:r>
      <w:r>
        <w:rPr>
          <w:lang w:eastAsia="zh-CN"/>
        </w:rPr>
        <w:t>　　1、参与创建系统“文明行业”工作；</w:t>
      </w:r>
      <w:r>
        <w:rPr>
          <w:lang w:eastAsia="zh-CN"/>
        </w:rPr>
        <w:br/>
      </w:r>
      <w:r>
        <w:rPr>
          <w:lang w:eastAsia="zh-CN"/>
        </w:rPr>
        <w:t>　　2、参与人大代表__区选区的换届选举工作；</w:t>
      </w:r>
      <w:r>
        <w:rPr>
          <w:lang w:eastAsia="zh-CN"/>
        </w:rPr>
        <w:br/>
      </w:r>
      <w:r>
        <w:rPr>
          <w:lang w:eastAsia="zh-CN"/>
        </w:rPr>
        <w:t>　　3、完成领导临时交办的各项工作。</w:t>
      </w:r>
      <w:r>
        <w:rPr>
          <w:lang w:eastAsia="zh-CN"/>
        </w:rPr>
        <w:br/>
      </w:r>
      <w:r>
        <w:rPr>
          <w:lang w:eastAsia="zh-CN"/>
        </w:rPr>
        <w:t>　　虽然本市卫生系统目前处于机构改革阶段，很多重要事务都已经被冻结，但各种日常事务还是很多，仍然需要保持一颗良好的心态，用心去做好每一件事情。不管将来改革的方向如何，也不管将来会何去何从，最重要的是时刻铭记自己是一名党员，踏踏实实做好当下的本职工作，认认真真地完成每一项任务，无愧于员的身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最新技术员年终工作总结 篇5 </w:t>
      </w:r>
      <w:r>
        <w:rPr>
          <w:lang w:eastAsia="zh-CN"/>
        </w:rPr>
        <w:br/>
      </w:r>
      <w:r>
        <w:rPr>
          <w:lang w:eastAsia="zh-CN"/>
        </w:rPr>
        <w:t>　　二0__年在公司领导的正确领导和大力支持下，我们技术部全体人员经过努力，工作取得了一定的进展，共下发和更换图纸2926张，为产品质量的稳定和生产效率的提高提供了有力的支持。现将一年来的工作情况汇报如下：</w:t>
      </w:r>
      <w:r>
        <w:rPr>
          <w:lang w:eastAsia="zh-CN"/>
        </w:rPr>
        <w:br/>
      </w:r>
      <w:r>
        <w:rPr>
          <w:lang w:eastAsia="zh-CN"/>
        </w:rPr>
        <w:t>　　一、新产品开发和取证工作</w:t>
      </w:r>
      <w:r>
        <w:rPr>
          <w:lang w:eastAsia="zh-CN"/>
        </w:rPr>
        <w:br/>
      </w:r>
      <w:r>
        <w:rPr>
          <w:lang w:eastAsia="zh-CN"/>
        </w:rPr>
        <w:t>　　1、新产品开发工作：</w:t>
      </w:r>
      <w:r>
        <w:rPr>
          <w:lang w:eastAsia="zh-CN"/>
        </w:rPr>
        <w:br/>
      </w:r>
      <w:r>
        <w:rPr>
          <w:lang w:eastAsia="zh-CN"/>
        </w:rPr>
        <w:t>　　今年开发了JYB—4.0_.25运输绞车、JSDB—30双速多用绞车两项新产品。</w:t>
      </w:r>
      <w:r>
        <w:rPr>
          <w:lang w:eastAsia="zh-CN"/>
        </w:rPr>
        <w:br/>
      </w:r>
      <w:r>
        <w:rPr>
          <w:lang w:eastAsia="zh-CN"/>
        </w:rPr>
        <w:t>　　2、取证工作：</w:t>
      </w:r>
      <w:r>
        <w:rPr>
          <w:lang w:eastAsia="zh-CN"/>
        </w:rPr>
        <w:br/>
      </w:r>
      <w:r>
        <w:rPr>
          <w:lang w:eastAsia="zh-CN"/>
        </w:rPr>
        <w:t>　　今年，在张总的主持下和公司各部门的配合下，完成了安全标志和生产许可证迁址审核及整改工作。另先后换取了JSDB—19、JYB—60_1.25、JH—20A、JYB—4.0_1.25、JSDB—30的安标证书。JWB和SQ系列无极绳绞车的取证工作，因为安标中心对无极绳系列绞车新规定的出台，（要求必须配套的综保系统和通讯系统要做关联试验，并有关联试验报告，另试验场地必须具备上下坡和弯道，才能进入样机检测阶段）致使此两系列产品的取证工作，尚处在准备阶段。</w:t>
      </w:r>
      <w:r>
        <w:rPr>
          <w:lang w:eastAsia="zh-CN"/>
        </w:rPr>
        <w:br/>
      </w:r>
      <w:r>
        <w:rPr>
          <w:lang w:eastAsia="zh-CN"/>
        </w:rPr>
        <w:t>　　二、产品改进和技术服务工作</w:t>
      </w:r>
      <w:r>
        <w:rPr>
          <w:lang w:eastAsia="zh-CN"/>
        </w:rPr>
        <w:br/>
      </w:r>
      <w:r>
        <w:rPr>
          <w:lang w:eastAsia="zh-CN"/>
        </w:rPr>
        <w:t>　　1、产品改进工作：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了提高产品质量，降低生产成本，改进产品结构，今年，技术部先后对公司老产品进行了改进。二月份，据客服中心和生产部门反馈的信息，装岩机箱体花键轴端卡板处存在着向卷筒总成串油，造成刹车面有油刹不住车现象。技术部经现场求证，确定改进办法，设计在轴端增加密封盖加纸垫，改小轴端卡板，使密封盖压在轴端，彻底消除了漏油现象。二月底，据张总指示，针对客服中心反映JSDB—10、—13、—16、—19双速多用绞车安全制动闸空档时无法刹车造成多起事故的情况，技术部自二月底至五月底陆续完成了上述四产品改型设计，于五月底前陆续把所有改型图纸共168张下发至曹村分公司。并于五月份完成了经营部报请吕总特批的对贵州已发的JS13、16两产品的现场改型刹车系统的图纸设计，并已实施。四月份接经营部特殊合同要求，对JSDB产品配置深度指示器，技术部于一周内完成了图纸设计。目前已将此类型配置图纸系统化，形成JSDB系列的一种新机型，增强市场的卖点。下半年中，针对JSDB系列刹车改至三轴制动后，为了实现符合国家标准规定的安全制动比，相应机型需配备较大制动器，但成品制动器成本过高，技术部又对安全制动闸进行自制改型。目前图纸已全部完成，并通过了试验。十月份，针对JH回柱绞车过桥轮轴部件质量问题频发的问题，技术部对此处结构进行了改进设计，用轴承替代了铜套，规避了因客户加油不规范造成的各种设备事故。以上各项改型，均申报了专利，目前部分专利申请已获得了受权通知。另今年以来，为降低产品成本的改进中较大的一项改动就是JD—4及JYB—50产品中的连接盘的改动，此项改进，不仅使装配简洁方便了，另使原工件毛坯从110Kg降到57Kg。大大降低了产品成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2、技术服务工作：</w:t>
      </w:r>
      <w:r>
        <w:rPr>
          <w:lang w:eastAsia="zh-CN"/>
        </w:rPr>
        <w:br/>
      </w:r>
      <w:r>
        <w:rPr>
          <w:lang w:eastAsia="zh-CN"/>
        </w:rPr>
        <w:t>　　今年度，技术部共组织了五次培训工作。分别是“无级绳绞车的贯标培训”、“技术标准贯标培训”、“工艺装备管理规定及周检制度培训”、“十分钟到现场规定培训”“技术新标准培训”。其中通过十分钟到现场规定的培训，让技术部全体人员都清楚作为机械加工企业设置的二线机关，重要一项职能，就是服务于一线部位。针对如何加强服务质量，提高工作效率，技术部按张总指示，各分管部位分别组织了全体人员以“十分钟到现场”为主题的培训。使全体人员的在“服务意识、工作效率”上，有了大大的提高。</w:t>
      </w:r>
      <w:r>
        <w:rPr>
          <w:lang w:eastAsia="zh-CN"/>
        </w:rPr>
        <w:br/>
      </w:r>
      <w:r>
        <w:rPr>
          <w:lang w:eastAsia="zh-CN"/>
        </w:rPr>
        <w:t>　　三、工艺装备管理和工艺纪律</w:t>
      </w:r>
      <w:r>
        <w:rPr>
          <w:lang w:eastAsia="zh-CN"/>
        </w:rPr>
        <w:br/>
      </w:r>
      <w:r>
        <w:rPr>
          <w:lang w:eastAsia="zh-CN"/>
        </w:rPr>
        <w:t>　　检查工作今年度，为确保产品质量的稳定，八月份对公司各生产车间的工艺装备进行了周检验证工作，同步对各车间负责人举办了“工艺装备管理规定及周检制度”培训，在此次周检验证中，共修复使用工装26件、套，报废重做工装6件、套。</w:t>
      </w:r>
      <w:r>
        <w:rPr>
          <w:lang w:eastAsia="zh-CN"/>
        </w:rPr>
        <w:br/>
      </w:r>
      <w:r>
        <w:rPr>
          <w:lang w:eastAsia="zh-CN"/>
        </w:rPr>
        <w:t>　　下半年中，结合公司提高产品质量活动，技术部与质检部门配合，联合对各车间进行工艺纪律执行情况检查，并按质量管理体系中文件要求，形成每周两次例行检查。把这项工作，变成了质检部与技术部的日常工作。</w:t>
      </w:r>
      <w:r>
        <w:rPr>
          <w:lang w:eastAsia="zh-CN"/>
        </w:rPr>
        <w:br/>
      </w:r>
      <w:r>
        <w:rPr>
          <w:lang w:eastAsia="zh-CN"/>
        </w:rPr>
        <w:t>　　四、标准化工作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今年，技术部接手了原质检部管理的标准化工作。此项工作接手后，技术部安排了专人负责，并统计各类产品技术资料中所引用的标准号及公司现存档的标准号，汇总后把缺失的和版本过期的重新购买。为日后生产许可证和安全标志现场评审提前做好准备，同时为公司今后检验工作和设计开发新产品工作提供完善的标准支撑。</w:t>
      </w:r>
      <w:r>
        <w:rPr>
          <w:lang w:eastAsia="zh-CN"/>
        </w:rPr>
        <w:br/>
      </w:r>
      <w:r>
        <w:rPr>
          <w:lang w:eastAsia="zh-CN"/>
        </w:rPr>
        <w:t>　　五、技术部资料库工作</w:t>
      </w:r>
      <w:r>
        <w:rPr>
          <w:lang w:eastAsia="zh-CN"/>
        </w:rPr>
        <w:br/>
      </w:r>
      <w:r>
        <w:rPr>
          <w:lang w:eastAsia="zh-CN"/>
        </w:rPr>
        <w:t>　　技术部配备计算机以后，技术资料管理至关重要。上半年里，技术部初步建立了资料库框架，实施方案如下：硬盘中建立目录树：技术部→各产品系列（例P装岩机系列）→产品名称（例P60B）→产品图纸、标准件零件名细表、工位器具明细表（及图纸）、工艺流程图、工艺文件明细表、关键工序明细表、关键工序操作指卡、关键工序跟综卡、机械加工工序卡片、配套件明细表、受控元部件明细表、外协零件明细表、专用工艺装备明细表（及图）、装配工艺过程卡片、综合零件明细表、产品说明书、产品标准、产品申证上传材料、等等→每目录下具体内容。资料库框架建立后，把已完成的电子版的技术文件按库房指定目录一一入库存档。存档移动硬盘交专人保管控制，各分散电子版资料分别删除。此项工作的最终完成后，可以彻底实现技术资料的有序管理及防盗；另改观了技术人员在工作中无量化指标的问题，只要是资料库中建档的目录是空的，说明这一目录的内容急待我们技术人员去完成；同时实现了技术部工作的程序化管理，改观了因个人工作能力问题，而影响到部位工作质量。当前技术部全体人员日常工作任务若非新产品或产品改型等到重大任务，主要从事的就是填充资料库中空白目录的工作。</w:t>
      </w:r>
      <w:r>
        <w:rPr>
          <w:lang w:eastAsia="zh-CN"/>
        </w:rPr>
        <w:br/>
      </w:r>
      <w:r>
        <w:rPr>
          <w:lang w:eastAsia="zh-CN"/>
        </w:rPr>
        <w:t>　　六、专利工作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今后公司申报技术中心、高新技术企业做准备，提高公司知名度，加大公司产品的销售卖点，据张总指示，今年度，技术部整理上报了共34项专利。其中发明专利15项，实用新型专利19项，截至目前为止，已有四项实用新型专利接到了国家知识产权局的受权通知书，估计今年底能取得授权证书。申报专利的同时，技术部积极做好各项专利资助、领奖工作，争取在此项工作中，公司做到零费用。此工作在今年底明年初正在紧张进行中。</w:t>
      </w:r>
      <w:r>
        <w:rPr>
          <w:lang w:eastAsia="zh-CN"/>
        </w:rPr>
        <w:br/>
      </w:r>
      <w:r>
        <w:rPr>
          <w:lang w:eastAsia="zh-CN"/>
        </w:rPr>
        <w:t>　　七、存在的问题、差距</w:t>
      </w:r>
      <w:r>
        <w:rPr>
          <w:lang w:eastAsia="zh-CN"/>
        </w:rPr>
        <w:br/>
      </w:r>
      <w:r>
        <w:rPr>
          <w:lang w:eastAsia="zh-CN"/>
        </w:rPr>
        <w:t>　　1、问题1：今年来，在产品的取证换证工作中，尽管有各种客观因素的存在，两种无级绳绞车的安标证，到目前尚未取来，这给公司的正常生产经营都造成了不利影响。作为技术部对安标证的换取未能及时到位，负有不可推卸的责任。</w:t>
      </w:r>
      <w:r>
        <w:rPr>
          <w:lang w:eastAsia="zh-CN"/>
        </w:rPr>
        <w:br/>
      </w:r>
      <w:r>
        <w:rPr>
          <w:lang w:eastAsia="zh-CN"/>
        </w:rPr>
        <w:t>　　问题2：在工艺纪律执行情况检查中，发现部分员工未能完全按既定的工艺文件执行，分析原因发现，技术部的部分工艺文件编制的内容不符合实操要求，有待改进。另一原因是有部分员工对工艺文件纪律意识淡薄，无视产品质量的重要性，我行我素，哪样方便省事哪样干。这就要求我们技术部，在加强工艺纪律检查的同时，需多深入车间一线，修订不易执行的部分工艺文件。</w:t>
      </w:r>
      <w:r>
        <w:rPr>
          <w:lang w:eastAsia="zh-CN"/>
        </w:rPr>
        <w:br/>
      </w:r>
      <w:r>
        <w:rPr>
          <w:lang w:eastAsia="zh-CN"/>
        </w:rPr>
        <w:t>　　2、差距：技术部全体技术人员，基础学历偏低，独立研发能力较弱，缺乏独档一面的专家型人才，这给公司将来整体发展带来不利，这就要求我们，在做好本职工作的同时，时刻加强学习弥补不足。</w:t>
      </w:r>
      <w:r>
        <w:rPr>
          <w:lang w:eastAsia="zh-CN"/>
        </w:rPr>
        <w:br/>
      </w:r>
      <w:r>
        <w:rPr>
          <w:lang w:eastAsia="zh-CN"/>
        </w:rPr>
        <w:t>　　八、20__年工作计划：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换证、取证：20__年我公司现有27个产品中有20种安标证到期，及时换证是此年度的首要任务，计划二月份开始着手准备，确保在所有产品安标到期前及时换证。另元月份开始进入无极绳绞车样机检测阶段，争取三月份前到得安全证。</w:t>
      </w:r>
      <w:r>
        <w:rPr>
          <w:lang w:eastAsia="zh-CN"/>
        </w:rPr>
        <w:br/>
      </w:r>
      <w:r>
        <w:rPr>
          <w:lang w:eastAsia="zh-CN"/>
        </w:rPr>
        <w:t>　　2、新产品开发：开发立爪式装岩机、另据经营部反馈的市场信息，及时跟进，开发适销对路的市场需求机型。</w:t>
      </w:r>
      <w:r>
        <w:rPr>
          <w:lang w:eastAsia="zh-CN"/>
        </w:rPr>
        <w:br/>
      </w:r>
      <w:r>
        <w:rPr>
          <w:lang w:eastAsia="zh-CN"/>
        </w:rPr>
        <w:t>　　3、专利工作：根据明年度区、市科技局对专利申报的资助和奖励政策，继续专利申报证，另根据技术中心、高新技术企业申报条件，进行自查，适时行申报。</w:t>
      </w:r>
      <w:r>
        <w:rPr>
          <w:lang w:eastAsia="zh-CN"/>
        </w:rPr>
        <w:br/>
      </w:r>
      <w:r>
        <w:rPr>
          <w:lang w:eastAsia="zh-CN"/>
        </w:rPr>
        <w:t>　　4、技术资料整理工作：按20__年度技术部制定的技术资料电子存档、纸质资料管理办法，继续做好未完成的工作。</w:t>
      </w:r>
      <w:r>
        <w:rPr>
          <w:lang w:eastAsia="zh-CN"/>
        </w:rPr>
        <w:br/>
      </w:r>
      <w:r>
        <w:rPr>
          <w:lang w:eastAsia="zh-CN"/>
        </w:rPr>
        <w:t>　　5、技术服务工作：继续做好生产一线的技术服务工作、产品工艺装备管理工作、产品性能改型工作、产品节能降耗改进工作。为生产一线做好坚强后盾。</w:t>
      </w:r>
      <w:r>
        <w:rPr>
          <w:lang w:eastAsia="zh-CN"/>
        </w:rPr>
        <w:br/>
      </w:r>
      <w:r>
        <w:rPr>
          <w:lang w:eastAsia="zh-CN"/>
        </w:rPr>
        <w:t xml:space="preserve">    最新技术员年终工作总结 篇6 </w:t>
      </w:r>
      <w:r>
        <w:rPr>
          <w:lang w:eastAsia="zh-CN"/>
        </w:rPr>
        <w:br/>
      </w:r>
      <w:r>
        <w:rPr>
          <w:lang w:eastAsia="zh-CN"/>
        </w:rPr>
        <w:t>　　本人20__年07月参加工作，先后参加了：____第一发电厂及第二发电厂的建设及调试工作;参加____第一发电厂#1、#2、#3大修技术准备工作和主持____第二发电厂#1、#2大修技术工作;主持__第二发电厂反事故措施排查工作，编制500kv升压站接地网改造等技术方案。下面对我在电厂6年来的工作做一次全面的总结：</w:t>
      </w:r>
      <w:r>
        <w:rPr>
          <w:lang w:eastAsia="zh-CN"/>
        </w:rPr>
        <w:br/>
      </w:r>
      <w:r>
        <w:rPr>
          <w:lang w:eastAsia="zh-CN"/>
        </w:rPr>
        <w:t>　　一、政治思想方面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政治上，我对自己严格要求，积极参加各项政治活动，自觉学习政治理论知识，认证完成党员每月的政治学习材料的学习记录，工作中起到党员先锋模范作用，做到公平公正、公道正派、具有较强的敬业精神，能吃苦耐劳、不推诿扯皮，讲求效率。思想上行动上保持一致性，具有较强的大局意识和组织观念，日常工作中以班组工作为重，不计较个人得失，摆正自己的位置，把班组和电厂的工作放在首位，努力为电厂的安全可靠运行做出自己的贡献。</w:t>
      </w:r>
      <w:r>
        <w:rPr>
          <w:lang w:eastAsia="zh-CN"/>
        </w:rPr>
        <w:br/>
      </w:r>
      <w:r>
        <w:rPr>
          <w:lang w:eastAsia="zh-CN"/>
        </w:rPr>
        <w:t>　　二、业务能力方面</w:t>
      </w:r>
      <w:r>
        <w:rPr>
          <w:lang w:eastAsia="zh-CN"/>
        </w:rPr>
        <w:br/>
      </w:r>
      <w:r>
        <w:rPr>
          <w:lang w:eastAsia="zh-CN"/>
        </w:rPr>
        <w:t>　　无论是作为一名普通的电气二次检修人员，还是作为一个技术项目的技术负责人，我感到要干好一个工程，不仅要严格遵守国家标准规范规程，还要理论联系实际，活学活用，不断总结施工和管理经验，技术上不断改进和创新。本人在工作中，接触到许多技术改造工作，体会到只有技术上不断创新，设备上不断更新，才能创造出更大的经济效益和社会效益。下面从两个方面对我从事电气工作进行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编制电气设备继电保护装置管理制度及适合本厂继电保护装置反措的技术方案。对__第二发电厂#1、#2机发变组变压器非电量保护加装了大功率启动继电器，避免在直流单极接地时非电量保护容易误出口事件的发生;对全厂二次系统等电位接地网进行了全面改造，降低继电保护装置及二次回路的电磁干扰，保证了继电保护装置及安全自动装置的可靠运行;按照南方电网反事故措施汇编排查我厂500kv升压站断路器ct配置时，发现断路器保护用的5p40型线圈排列顺序不符反措要求，目前正在按计划更换。依据《dlt-866-20__电流互感器和电压互感器选择及计算导则》对__第二发电厂使用的tpy级的电流互感器进行了10%误差校验，确保继电保护装置不会因为电流互感器选型误差导致保护误动作。对电气一次设备继电保护装置整定定值依据dlt—6841999大型发电机变压器继电保护计算导则和gbt14285—20__继电保护和安全自动装置技术规程做了逐一排查，保证涉网定值和厂内定值的配合符合标准要求，确保了继电保护装置动作的可靠性、选择性、速动性、灵敏性的要求。500kv雨罗甲、乙线关口计量电能表依据dl/t5137-20__电测量及电能计量装置设计技术规程对其电流二次回路和流回路进行了改造，进一步降低了电能计量误差，确保我厂关口计量的准确性，保证了发电量的精确计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电气设备的绝缘检查从设计选型和审查到最后的日常维护工作都给予了高度的重视，高压电气设备的设计选型阶段依据国家标准、行业标准、反事故措施、有关规定和设备实际运行条件进行，在交流电气设备满足gb311.1标准前提下，特别注意发电企业和电网企业设备间的参数配合;高压电气设备监造和出厂验收阶段，对500kv避雷器、变压器、#1发电机、#2发电机等高压电气设备进行监造和出厂验收。监造工作符合dl/t586电力设备监造技术导则的要求，并全面落实订货技术要求和联络设计文件要求，发现问题及时消除。重点监造关键工序和主要过程依据监造对象区别对待。出厂验收试验符合订货技术要求和联络设计文件要求;安装和投产验收阶段，高压电气设备运输至现场后，按照订货合同和相关标准进行外观检查，并形成检查记录。重点检查可能影响设备绝缘性能的冲击记录、密封(渗漏油或压力变化等)等情况。严格按照gbj147电气装置安装工程、高压电器施工及验收规范等有关标准、规程、反事故措施和制造厂的相关要求对高压电气设备进行安装，确保设备安装质量;生产运行维护阶段，每年依据dl/t596电力设备预防性试验规程和有关规程、规范以及设备的实际运行状况等制定预防性试验计划。当试验周期与有关规程、规范要求不一致时，制定由本单位主管生产领导或总工程师批准的管理办法，并上报生产主管部门和绝缘监督委托单位存档备案。当规程、规范中有关预防性试验周期存在上、下，应根据实际状况，明确执行的具体周期。</w:t>
      </w:r>
      <w:r>
        <w:rPr>
          <w:lang w:eastAsia="zh-CN"/>
        </w:rPr>
        <w:br/>
      </w:r>
      <w:r>
        <w:rPr>
          <w:lang w:eastAsia="zh-CN"/>
        </w:rPr>
        <w:t>　　总之，作为一名工程技术人员，除了严格按施工图和国家规范规程以及施工方案办事外，还要在工作中不断总结经验，吸取教训，大胆进行技术改革和创新，在施工组织设计和施工方案上不断优化，努力将自己的专业水平和业务能力提高到一个新的台阶。在过去的工作中，在领导的关怀和同志们的支持与帮助下，经过不断努力，取得了一定的成绩，个人评价业务水平已达到了中级工程师的标准。但我清楚地认识到，为适应发电厂及超高压设备不断更新及电压等级不断提高的新形势，今后还需不断地加强理论学习，尤其是新技术、新理论的学习，勤奋工作，在实际工作中锻炼和成长，不断积累工作经验，提高业务能力和工作水平，为__第二发电厂的开发和建设做出自己新的、更大的贡献!</w:t>
      </w:r>
      <w:r>
        <w:rPr>
          <w:lang w:eastAsia="zh-CN"/>
        </w:rPr>
        <w:br/>
      </w:r>
      <w:r>
        <w:rPr>
          <w:lang w:eastAsia="zh-CN"/>
        </w:rPr>
        <w:t xml:space="preserve">    最新技术员年终工作总结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20__年即将过去，回顾这一年来，辅修车间机修工段在公司、车间的正确领导下，认真贯彻执行公司及车间下达的各项生产经营目标，通过全体职工的不懈努力，顺利地完成各类加工件累计16550件(截止20__年_月15号)，阳极导杆修焊6016根，其中制作高纯铝新导杆585根。始终做好服务后勤兵,保障了各车间的正常运行。现将这一年来的主要工作总结如下：</w:t>
      </w:r>
      <w:r>
        <w:rPr>
          <w:lang w:eastAsia="zh-CN"/>
        </w:rPr>
        <w:br/>
      </w:r>
      <w:r>
        <w:rPr>
          <w:lang w:eastAsia="zh-CN"/>
        </w:rPr>
        <w:t>　　一、强化管理，确保安全文明生产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安全第一”是企业生产的基础，是我们做好各项工作的前提条件，我们工段现有职工57人，主要担负着铝业公司各类工件制作加工和机械设备的维护工作，工作作业点多面广，各工种交叉作业，安全生产对我们工段尤为重要。为此，工段逢会必讲安全，广泛宣传安全生产的重要性，时时提醒和督促班组必须重视安全，使安全警钟长鸣，并制定了工段安全责任制。今年_月，机修工段和各班组共同签定了《20__年度机修工段各班组安全生产责任承包书》。旨在增强职工的安全感，加强工作责任心，杜绝麻痹大意和侥幸心理。今年_月在辅修车间的领导下机修、炉修两个工段组织了联合消防演习，我工段职工踊跃报名、积极参加。通过此次演习进一步加强了工段职工的消防安全责任意识，同时增强各工段之间面对火灾等突发事件的联合协作及应变能力。工段还多次组织职工进行安全知识培训和国内重大安全事故案例分析讨论和总结活动。鼓励大家通过学习，积极结合各自工种的实际情况，仔细查找身边的安全隐患和危险源，将安全隐患扼杀在萌芽状态，从而杜绝安全事故的发生。同时我们也积极参加了公司“安康杯”活动及“安全劳动竞赛”活动。并将活动内容全部落实到班组，真抓实干地把安全工作放在一切工作的首位。</w:t>
      </w:r>
      <w:r>
        <w:rPr>
          <w:lang w:eastAsia="zh-CN"/>
        </w:rPr>
        <w:br/>
      </w:r>
      <w:r>
        <w:rPr>
          <w:lang w:eastAsia="zh-CN"/>
        </w:rPr>
        <w:t>　　(一)克服困难，重视科技进步，促进生产任务的全面完成。</w:t>
      </w:r>
      <w:r>
        <w:rPr>
          <w:lang w:eastAsia="zh-CN"/>
        </w:rPr>
        <w:br/>
      </w:r>
      <w:r>
        <w:rPr>
          <w:lang w:eastAsia="zh-CN"/>
        </w:rPr>
        <w:t>　　20__年，阳极导杆经过长期使用，部分导杆钢爪出现变细，不齐，爆炸块断裂等现象，修复量增加，影响着生产的周转，且高纯铝车间又整改投产。机修工段导杆班除满足日常维修的同时，加紧为高纯铝车间制作新导杆585根，以确保兄弟单位的生产需要。</w:t>
      </w:r>
      <w:r>
        <w:rPr>
          <w:lang w:eastAsia="zh-CN"/>
        </w:rPr>
        <w:br/>
      </w:r>
      <w:r>
        <w:rPr>
          <w:lang w:eastAsia="zh-CN"/>
        </w:rPr>
        <w:t>　　今年_月份以来，公司实行大辅修，大维护。为响应公司“降低成本，节能降耗”的号召，辅修车间主动请缨在保证正常的计划生产外承担了部分外协加工任务，如：</w:t>
      </w:r>
      <w:r>
        <w:rPr>
          <w:lang w:eastAsia="zh-CN"/>
        </w:rPr>
        <w:br/>
      </w:r>
      <w:r>
        <w:rPr>
          <w:lang w:eastAsia="zh-CN"/>
        </w:rPr>
        <w:t>　　打壳气缸锤头修复、气缸调节支架制作、气缸横担维修等加工件共计2442件，此举为公司大大节省了加工费用，降低了生产成本。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今年_月_日由于全球经济减速，国内电解铝供过于求，电解铝生产经营面临巨大压力。为积极应对复杂的经营形势，减少亏损，公司研究决定对五万吨电解槽停产，要求我工段在10月_日制作并安装完停槽母线。工段接到任务立即合理部署，打破工种界限，成立四个工作小组，安排骨干力量担任各小组组长。大家分工协作，团结一致，每天连续工作10个小时以上奋战在各自的工作岗位上。十几天下来，疲惫的身影总显现在每个职工的身上，但没有一个人要求一天的休息，大家的努力终于在10月_日得到了回报。我们提前三天圆满完成了停槽母线的制作和安装任务，减少了公司的损失，得到公司领导的一致好评。</w:t>
      </w:r>
      <w:r>
        <w:rPr>
          <w:lang w:eastAsia="zh-CN"/>
        </w:rPr>
        <w:br/>
      </w:r>
      <w:r>
        <w:rPr>
          <w:lang w:eastAsia="zh-CN"/>
        </w:rPr>
        <w:t>　　(二)以提高职工的素质为目标，抓好职工教育工作。</w:t>
      </w:r>
      <w:r>
        <w:rPr>
          <w:lang w:eastAsia="zh-CN"/>
        </w:rPr>
        <w:br/>
      </w:r>
      <w:r>
        <w:rPr>
          <w:lang w:eastAsia="zh-CN"/>
        </w:rPr>
        <w:t>　　培养一支德才兼备的职工队伍一直是机修工段工作的重点之一。为此，工段始终将职工培训工作放在首位，长抓不懈。早在年初，工段就制定全年的职工培训计划，力争将工作做到有条不紊。</w:t>
      </w:r>
      <w:r>
        <w:rPr>
          <w:lang w:eastAsia="zh-CN"/>
        </w:rPr>
        <w:br/>
      </w:r>
      <w:r>
        <w:rPr>
          <w:lang w:eastAsia="zh-CN"/>
        </w:rPr>
        <w:t>　　今年_月份，机修工段为了提高各工种的技术水平，增强职工们的实际操作能力，特对机修工段的焊工、钳工两大工种进行了一次“学理论、重实际”的全方位培训。这次培训是根据机修焊工返岗人员多，青工也较多的特点来组织此次培训的。工段为了确保培训质量，不让培训走过场，同时又针对工段生产繁忙的实际情况将培训每天分为上、下午两班，即大家轮流培训的方式，让大家生产学习两不误。通过三个星期的理论与实际培训，如今大家的业务能力及专业水平都得到较大提高。工段职工积极钻研岗位技能，参与群众性的“五小活动”，今年工段职工先后向公司提出了“320t分离式油压千斤顶导杆校直机改造”、“修复g4250_70锯床夹紧装置”、 “多用途弹性减振刀杆” 、“高纯铝调节支架改造” 、“u型板高效卷板器”等多项合理化建议，这些建议为公司减轻了劳动强度，降低成本，提高工作效率，缩短生产周期都做出了积极贡献。</w:t>
      </w:r>
      <w:r>
        <w:rPr>
          <w:lang w:eastAsia="zh-CN"/>
        </w:rPr>
        <w:br/>
      </w:r>
      <w:r>
        <w:rPr>
          <w:lang w:eastAsia="zh-CN"/>
        </w:rPr>
        <w:t>　　(三)加强职工思想政治工作，充分调动职工积极性。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日常的生产活动中，我们始终把思想政治工作的立足点放在围绕生产建设，极大调动职工积极性，今年上半年，工段制定了以工时为考核办法的效益工资二次分配方案，此方案体现多劳多得的分配方式，合理分配员工的`收入，充分调动职工工作的积极性，收到了一定的效果。</w:t>
      </w:r>
      <w:r>
        <w:rPr>
          <w:lang w:eastAsia="zh-CN"/>
        </w:rPr>
        <w:br/>
      </w:r>
      <w:r>
        <w:rPr>
          <w:lang w:eastAsia="zh-CN"/>
        </w:rPr>
        <w:t>　　在精神文明创建活动中，充分发挥职工的基本道德素质。工段利用报纸、黑板报等多种形式向职工进行思想教育。积极组织工段职工响应公司及车间组织的各类集体</w:t>
      </w:r>
      <w:r>
        <w:rPr>
          <w:lang w:eastAsia="zh-CN"/>
        </w:rPr>
        <w:br/>
      </w:r>
      <w:r>
        <w:rPr>
          <w:lang w:eastAsia="zh-CN"/>
        </w:rPr>
        <w:t>　　活动：庆“元旦”长跑、“三八”跳绳赛及男女混合排球等比赛活动，这些有益职工身心健康的活动，能够增强职工们的集体主义观念和集体荣誉感，充分调动职工的积极性和创造性。</w:t>
      </w:r>
      <w:r>
        <w:rPr>
          <w:lang w:eastAsia="zh-CN"/>
        </w:rPr>
        <w:br/>
      </w:r>
      <w:r>
        <w:rPr>
          <w:lang w:eastAsia="zh-CN"/>
        </w:rPr>
        <w:t>　　二、工作中存在的突出问题和不足</w:t>
      </w:r>
      <w:r>
        <w:rPr>
          <w:lang w:eastAsia="zh-CN"/>
        </w:rPr>
        <w:br/>
      </w:r>
      <w:r>
        <w:rPr>
          <w:lang w:eastAsia="zh-CN"/>
        </w:rPr>
        <w:t>　　1、随着企业规模发展，各类加工件制作和设备维修日益增加，在人员少，任务多的同时，急件加工、临时性任务较多，打乱正常的生产安排。</w:t>
      </w:r>
      <w:r>
        <w:rPr>
          <w:lang w:eastAsia="zh-CN"/>
        </w:rPr>
        <w:br/>
      </w:r>
      <w:r>
        <w:rPr>
          <w:lang w:eastAsia="zh-CN"/>
        </w:rPr>
        <w:t>　　2、工段引进新设备，新技术，职工没有经过系统培训，对设备维护和保养还存在难度，希望公司在今后职业培训方面着重于技术工人专业培训，使技术工人有机会学习新技术，新知识，提高他们整体技术水平，更好地为铝业公司多做贡献。</w:t>
      </w:r>
      <w:r>
        <w:rPr>
          <w:lang w:eastAsia="zh-CN"/>
        </w:rPr>
        <w:br/>
      </w:r>
      <w:r>
        <w:rPr>
          <w:lang w:eastAsia="zh-CN"/>
        </w:rPr>
        <w:t>　　3、设备多年运行已出现老化，虽长期保养和维护，在工作中精度不能达到，影响工件质量。</w:t>
      </w:r>
      <w:r>
        <w:rPr>
          <w:lang w:eastAsia="zh-CN"/>
        </w:rPr>
        <w:br/>
      </w:r>
      <w:r>
        <w:rPr>
          <w:lang w:eastAsia="zh-CN"/>
        </w:rPr>
        <w:t>　　4、二次分配方案还需要不断的完善和加强，合理体现多劳多得的分配形式。</w:t>
      </w:r>
      <w:r>
        <w:rPr>
          <w:lang w:eastAsia="zh-CN"/>
        </w:rPr>
        <w:br/>
      </w:r>
      <w:r>
        <w:rPr>
          <w:lang w:eastAsia="zh-CN"/>
        </w:rPr>
        <w:t>　　三、20__工作安排</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20__年铝业公司面对的市场形势将更加严峻，我们将继续和公司一起共同面对难关，抓好职工的思想教育,努力做好自己的本职工作。</w:t>
      </w:r>
      <w:r>
        <w:rPr>
          <w:lang w:eastAsia="zh-CN"/>
        </w:rPr>
        <w:br/>
      </w:r>
      <w:r>
        <w:rPr>
          <w:lang w:eastAsia="zh-CN"/>
        </w:rPr>
        <w:t>　　2、机修工段将继续围绕安全生产为中心，认真贯彻执行公司、车间下达的各项生产经营计划，把安全生产放在首位，保质保量完成上级下达的生产计划。</w:t>
      </w:r>
      <w:r>
        <w:rPr>
          <w:lang w:eastAsia="zh-CN"/>
        </w:rPr>
        <w:br/>
      </w:r>
      <w:r>
        <w:rPr>
          <w:lang w:eastAsia="zh-CN"/>
        </w:rPr>
        <w:t>　　3、合理安排作业场地，现场管理继续推行“5s”管理，实现清洁生产。加强美化车间内部工作环境，使职工能在一个干净清洁的环境里舒心的工作。</w:t>
      </w:r>
      <w:r>
        <w:rPr>
          <w:lang w:eastAsia="zh-CN"/>
        </w:rPr>
        <w:br/>
      </w:r>
      <w:r>
        <w:rPr>
          <w:lang w:eastAsia="zh-CN"/>
        </w:rPr>
        <w:t>　　4、维护好工段的所有设备，使它们随时都能保持一种高效的运转能力。</w:t>
      </w:r>
      <w:r>
        <w:rPr>
          <w:lang w:eastAsia="zh-CN"/>
        </w:rPr>
        <w:br/>
      </w:r>
      <w:r>
        <w:rPr>
          <w:lang w:eastAsia="zh-CN"/>
        </w:rPr>
        <w:t>　　5、继续加强职工队伍建设，提高职工队伍战斗力，使管理水平再上一个新台阶。加强员工培训，鉴于目前员工业务素质和思想素质有待提高，我们在明年将继续采取理论培训、现场培训、技能考核等方式进行培训。</w:t>
      </w:r>
      <w:r>
        <w:rPr>
          <w:lang w:eastAsia="zh-CN"/>
        </w:rPr>
        <w:br/>
      </w:r>
      <w:r>
        <w:rPr>
          <w:lang w:eastAsia="zh-CN"/>
        </w:rPr>
        <w:t>　　6、继续深化二次分配制度的改革，并在实施过程中根据情况进行调整。</w:t>
      </w:r>
      <w:r>
        <w:rPr>
          <w:lang w:eastAsia="zh-CN"/>
        </w:rPr>
        <w:br/>
      </w:r>
      <w:r>
        <w:rPr>
          <w:lang w:eastAsia="zh-CN"/>
        </w:rPr>
        <w:t xml:space="preserve">    最新技术员年终工作总结 篇8 </w:t>
      </w:r>
      <w:r>
        <w:rPr>
          <w:lang w:eastAsia="zh-CN"/>
        </w:rPr>
        <w:br/>
      </w:r>
      <w:r>
        <w:rPr>
          <w:lang w:eastAsia="zh-CN"/>
        </w:rPr>
        <w:t>　　一、现场实际操作方面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作为一名技术员，不仅要有过硬的专业理论文化知识，还应当具备丰富的现场实际操作经验。对于刚走出校门的学生来说后者是相当的欠缺，这就要求我们在平时的工作中掌握专业理论知识的同时多到施工现场去学习和积累一些基本的操作技能，勤动手多动脑。这样在学校学的理论知识和施工现场相结合就会成长的特别快。在现场的每个人都有可能是你的老师，虽然他们也许没有一定的专业文化知识，但是他们的施工经验却比我丰富。这就要求我们多问多想，不要觉得自己是个学生就不懂装懂。</w:t>
      </w:r>
      <w:r>
        <w:rPr>
          <w:lang w:eastAsia="zh-CN"/>
        </w:rPr>
        <w:br/>
      </w:r>
      <w:r>
        <w:rPr>
          <w:lang w:eastAsia="zh-CN"/>
        </w:rPr>
        <w:t>　　二、盘点仓库方面</w:t>
      </w:r>
      <w:r>
        <w:rPr>
          <w:lang w:eastAsia="zh-CN"/>
        </w:rPr>
        <w:br/>
      </w:r>
      <w:r>
        <w:rPr>
          <w:lang w:eastAsia="zh-CN"/>
        </w:rPr>
        <w:t>　　在此期间，由于我的实践经验不足，于是领导特意安排我在工作初期先从盘点仓库开始入手，这是一项比较单一而枯燥的工作。一开始的时候，我觉得这只不过是数数而已，有什么可学的。但当我拿着材料表，走进仓库的刹那，便意识到这项工作的艰巨性。那些元件小小，各式各样。完全不像我在书本上看到的一样。同一功能的元件，竟然有那么多的种类、型号、等级。我只能一件件的辨认、记录。最终，我在老师傅的助下，终于完成了这项工作，为我以后的.工作打下了一个坚实的基础。</w:t>
      </w:r>
      <w:r>
        <w:rPr>
          <w:lang w:eastAsia="zh-CN"/>
        </w:rPr>
        <w:br/>
      </w:r>
      <w:r>
        <w:rPr>
          <w:lang w:eastAsia="zh-CN"/>
        </w:rPr>
        <w:t>　　三、参与总变电柜的设计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此外，我在老师傅的带领下，还参与了总变电柜的设计。由最初的设计图纸，到定案，再到制作配电箱，最后投入使用。虽然这份图纸比较简单，但是我通过和老师傅一起工作，我学会了对工作认真、谨慎的态度。我知道就算这项工作不论多么简单，都需要一再的审查，亲自去现场确认，避免一切的失误。为了这份简单的图纸，我翻阅了量的资料，将在学所学的知识重新温习一遍才开始下笔，这个时候我对自己充满了自信。当图纸完成的时候，我充满了成就感，它就像是我的孩子一样，从我的手中诞生了，这种喜悦是无法用语言表达的。我发现我深深地爱上了这份充满趣味的工作。所以我要更加努力学习理论知识，结合实践，做好这份具有挑战性的工作。</w:t>
      </w:r>
      <w:r>
        <w:rPr>
          <w:lang w:eastAsia="zh-CN"/>
        </w:rPr>
        <w:br/>
      </w:r>
      <w:r>
        <w:rPr>
          <w:lang w:eastAsia="zh-CN"/>
        </w:rPr>
        <w:t>　　总之，在今后的工作中，我将不断的总结与省，以百倍的热情迎接新的挑战，在学习中进步和成熟起来，不断地鞭策自己并充实能量，提高自身素质与业务水平，以适应时代和企业的发展，与公司共同进步、共同成长。</w:t>
      </w:r>
      <w:r>
        <w:rPr>
          <w:lang w:eastAsia="zh-CN"/>
        </w:rPr>
        <w:br/>
      </w:r>
      <w:r>
        <w:rPr>
          <w:lang w:eastAsia="zh-CN"/>
        </w:rPr>
        <w:t xml:space="preserve">    最新技术员年终工作总结 篇9 </w:t>
      </w:r>
      <w:r>
        <w:rPr>
          <w:lang w:eastAsia="zh-CN"/>
        </w:rPr>
        <w:br/>
      </w:r>
      <w:r>
        <w:rPr>
          <w:lang w:eastAsia="zh-CN"/>
        </w:rPr>
        <w:t>　　本人于20__年毕业于天津中德职业技术学院电气自动化专业。毕业以后一直从事本专业相关的工作，从弱电到强电均有涉猎。现今在吉林康乃尔化学工业有限公司任职。任职期间在各位领导和同事的支持与帮助下，自己的思想、工作、学习等各方面都取得了一定的成绩，个人综合素质也得到一定的提高。现将近几年的工作成绩总结汇报如下：</w:t>
      </w:r>
      <w:r>
        <w:rPr>
          <w:lang w:eastAsia="zh-CN"/>
        </w:rPr>
        <w:br/>
      </w:r>
      <w:r>
        <w:rPr>
          <w:lang w:eastAsia="zh-CN"/>
        </w:rPr>
        <w:t>　　1.思想方面</w:t>
      </w:r>
      <w:r>
        <w:rPr>
          <w:lang w:eastAsia="zh-CN"/>
        </w:rPr>
        <w:br/>
      </w:r>
      <w:r>
        <w:rPr>
          <w:lang w:eastAsia="zh-CN"/>
        </w:rPr>
        <w:t>　　以主人翁的意识时刻关注公司发展，切身为公司和集体的利益着想，坚定公司会不断的发展壮大，对公司的未来充满了热情与期望。从做好本职工作入手，从身边点点滴滴的小时做起，持之以恒，不断提高自己的岗位技能，脚踏实地的做好本职工作。</w:t>
      </w:r>
      <w:r>
        <w:rPr>
          <w:lang w:eastAsia="zh-CN"/>
        </w:rPr>
        <w:br/>
      </w:r>
      <w:r>
        <w:rPr>
          <w:lang w:eastAsia="zh-CN"/>
        </w:rPr>
        <w:t>　　2.工作态度</w:t>
      </w:r>
      <w:r>
        <w:rPr>
          <w:lang w:eastAsia="zh-CN"/>
        </w:rPr>
        <w:br/>
      </w:r>
      <w:r>
        <w:rPr>
          <w:lang w:eastAsia="zh-CN"/>
        </w:rPr>
        <w:t>　　心态决定一个人的财富、事业、幸福、健康，有什么样的心态，就有什么样的人生，心态决定命运。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无论在工作还是在生活当中，我一直保持阳光心态，怀着一颗平常心去享受过程，把我和珍惜现在。热爱自己的本职工作，正确认真对待每一件事，戒骄戒躁、扎扎实实干好自己的事。在工作中我理解了“厚积薄发”的内涵，没有长时间的磨练和积累，难以成就一番事业。把如今的工作当做是一个积累的过程，积累经验，充实人生;也是一个沉淀的过程，沉淀知识，融会贯通;更是一个提高能力的过程，增长才敢，日渐成熟。我将努力工作，并牢牢把握自我，争取超越自我，从而走向成功。</w:t>
      </w:r>
      <w:r>
        <w:rPr>
          <w:lang w:eastAsia="zh-CN"/>
        </w:rPr>
        <w:br/>
      </w:r>
      <w:r>
        <w:rPr>
          <w:lang w:eastAsia="zh-CN"/>
        </w:rPr>
        <w:t>　　3.学习能力</w:t>
      </w:r>
      <w:r>
        <w:rPr>
          <w:lang w:eastAsia="zh-CN"/>
        </w:rPr>
        <w:br/>
      </w:r>
      <w:r>
        <w:rPr>
          <w:lang w:eastAsia="zh-CN"/>
        </w:rPr>
        <w:t>　　自参加工作以来我一直严格要求自己，认真对待自己的工作，自身很好的为自己定位，尽管工作上遇到种种困难，但是对于年轻人来说，也不失为一次锻炼自我，挑战自我的机遇。理论来源于生活高于生活应该还原回到生活，在这样一个工作环境内，有很多值得深究学习和探讨的地方，可以接触到各个方面的问题以及处理方法，不但开阔了自己的视野，更是增加了处理问题的能力，所以我时刻牢记要在工作中不断的学习，将理论与实际工作很好的结合在一起，在工作中不断地改变自我，总结经验，提升自身工作能力的同时，在工作中不断的学习，也在工作中逐渐成长。</w:t>
      </w:r>
      <w:r>
        <w:rPr>
          <w:lang w:eastAsia="zh-CN"/>
        </w:rPr>
        <w:br/>
      </w:r>
      <w:r>
        <w:rPr>
          <w:lang w:eastAsia="zh-CN"/>
        </w:rPr>
        <w:t>　　4.工作经历</w:t>
      </w:r>
      <w:r>
        <w:rPr>
          <w:lang w:eastAsia="zh-CN"/>
        </w:rPr>
        <w:br/>
      </w:r>
      <w:r>
        <w:rPr>
          <w:lang w:eastAsia="zh-CN"/>
        </w:rPr>
        <w:t>　　20__年实习期间在天津智导科技有限公司任工程部工程员，主要负责弱电通讯设备综合布线(包括网络，电话，监控以及手机3g信号覆盖)。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20__年在天津光电集团任ems事业部设备员，主要负责本部门电气设备的日常维护与保养。</w:t>
      </w:r>
      <w:r>
        <w:rPr>
          <w:lang w:eastAsia="zh-CN"/>
        </w:rPr>
        <w:br/>
      </w:r>
      <w:r>
        <w:rPr>
          <w:lang w:eastAsia="zh-CN"/>
        </w:rPr>
        <w:t>　　20__年在江苏中鲈科技有限公司任聚酯车间电仪技术员，主要负责保证聚酯车间电气仪表设备的正常运行，维护以及检修。</w:t>
      </w:r>
      <w:r>
        <w:rPr>
          <w:lang w:eastAsia="zh-CN"/>
        </w:rPr>
        <w:br/>
      </w:r>
      <w:r>
        <w:rPr>
          <w:lang w:eastAsia="zh-CN"/>
        </w:rPr>
        <w:t>　　20__年末至今在吉林康乃尔化学工业有限公司机动部电气，工作内容包括高压运行，低压维护，计量统计以及全厂消防设施的维护。</w:t>
      </w:r>
      <w:r>
        <w:rPr>
          <w:lang w:eastAsia="zh-CN"/>
        </w:rPr>
        <w:br/>
      </w:r>
      <w:r>
        <w:rPr>
          <w:lang w:eastAsia="zh-CN"/>
        </w:rPr>
        <w:t>　　5.总结</w:t>
      </w:r>
      <w:r>
        <w:rPr>
          <w:lang w:eastAsia="zh-CN"/>
        </w:rPr>
        <w:br/>
      </w:r>
      <w:r>
        <w:rPr>
          <w:lang w:eastAsia="zh-CN"/>
        </w:rPr>
        <w:t>　　在短短的几年工作中，我学习到了很多知识，虽然专业上理论知识还有很多欠缺，实际经验较少，但是作为一名有志向的年轻人，我认为经过自己的不断努力，在工作岗位上的认真历练，必定能够成立一名优秀的电气专业技术人员，更好地服务于岗位工作，为公司的蓬勃发展尽一份微薄之力，把工作做的更好，更出色。</w:t>
      </w:r>
      <w:r>
        <w:rPr>
          <w:lang w:eastAsia="zh-CN"/>
        </w:rPr>
        <w:br/>
      </w:r>
      <w:r>
        <w:rPr>
          <w:lang w:eastAsia="zh-CN"/>
        </w:rPr>
        <w:t xml:space="preserve">    最新技术员年终工作总结 篇10 </w:t>
      </w:r>
      <w:r>
        <w:rPr>
          <w:lang w:eastAsia="zh-CN"/>
        </w:rPr>
        <w:br/>
      </w:r>
      <w:r>
        <w:rPr>
          <w:lang w:eastAsia="zh-CN"/>
        </w:rPr>
        <w:t>　　20__年即将过去，新的一年即将开始，在这辞旧迎新之际，回顾一年来的工作历程，总结一年来工作中的经验、教训，有利于在以后的工作中扬长避短，更好的做好技术工作，下面分几个方面对一年来的工作进行一下总结：</w:t>
      </w:r>
      <w:r>
        <w:rPr>
          <w:lang w:eastAsia="zh-CN"/>
        </w:rPr>
        <w:br/>
      </w:r>
      <w:r>
        <w:rPr>
          <w:lang w:eastAsia="zh-CN"/>
        </w:rPr>
        <w:t>　　一、今年的主要工作</w:t>
      </w:r>
      <w:r>
        <w:rPr>
          <w:lang w:eastAsia="zh-CN"/>
        </w:rPr>
        <w:br/>
      </w:r>
      <w:r>
        <w:rPr>
          <w:lang w:eastAsia="zh-CN"/>
        </w:rPr>
        <w:t>　　作为安装处的技术员、预算员，我按照公司及安装处的各项规章制度，按时按质地完成施工处的各项经营管理工作。</w:t>
      </w:r>
      <w:r>
        <w:rPr>
          <w:lang w:eastAsia="zh-CN"/>
        </w:rPr>
        <w:br/>
      </w:r>
      <w:r>
        <w:rPr>
          <w:lang w:eastAsia="zh-CN"/>
        </w:rPr>
        <w:t>　　1、技术管理：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过去的一年中，共参加_幢新建工程的图纸会审工作，并及时将会审内容通知施工人员。图纸会审后及时编制施工组织设计及技术交底，并下发至施工人员手中。在施工过程中，多幢新建工程及在建工程又多次按甲方要求对水电暖工程进行了协商变更，由于设计图纸对于满足使用功能上的欠缺，在施工过程中经常发生甲方临时的变更，对于能够在施工前签证的变更，都做到了及时准确，而部分不能在施工前签证的，在施工完成后，立即进行了签证。</w:t>
      </w:r>
      <w:r>
        <w:rPr>
          <w:lang w:eastAsia="zh-CN"/>
        </w:rPr>
        <w:br/>
      </w:r>
      <w:r>
        <w:rPr>
          <w:lang w:eastAsia="zh-CN"/>
        </w:rPr>
        <w:t>　　2、资料管理：</w:t>
      </w:r>
      <w:r>
        <w:rPr>
          <w:lang w:eastAsia="zh-CN"/>
        </w:rPr>
        <w:br/>
      </w:r>
      <w:r>
        <w:rPr>
          <w:lang w:eastAsia="zh-CN"/>
        </w:rPr>
        <w:t>　　对于在建、新建工程均按照工程的形象进度，及时、准确的收集材料合格证、进行材料试验、隐蔽工程验收、检验批质量验收、分部分项工程质量验收，并且及时找甲方驻土地工程师、监理工程师签字盖章，从而做到了施工资料各检验批、分项分部、隐蔽验收、材料试验的日期能够与实际施工日期相吻合，满足资料编制的要求。</w:t>
      </w:r>
      <w:r>
        <w:rPr>
          <w:lang w:eastAsia="zh-CN"/>
        </w:rPr>
        <w:br/>
      </w:r>
      <w:r>
        <w:rPr>
          <w:lang w:eastAsia="zh-CN"/>
        </w:rPr>
        <w:t>　　3、预决算编制：</w:t>
      </w:r>
      <w:r>
        <w:rPr>
          <w:lang w:eastAsia="zh-CN"/>
        </w:rPr>
        <w:br/>
      </w:r>
      <w:r>
        <w:rPr>
          <w:lang w:eastAsia="zh-CN"/>
        </w:rPr>
        <w:t>　　今年共编制预决算份，预算造价__元，共审定工程幢，决算造价__元，累计审掉__元。</w:t>
      </w:r>
      <w:r>
        <w:rPr>
          <w:lang w:eastAsia="zh-CN"/>
        </w:rPr>
        <w:br/>
      </w:r>
      <w:r>
        <w:rPr>
          <w:lang w:eastAsia="zh-CN"/>
        </w:rPr>
        <w:t>　　二、具体的工作情况</w:t>
      </w:r>
      <w:r>
        <w:rPr>
          <w:lang w:eastAsia="zh-CN"/>
        </w:rPr>
        <w:br/>
      </w:r>
      <w:r>
        <w:rPr>
          <w:lang w:eastAsia="zh-CN"/>
        </w:rPr>
        <w:t>　　今年的技术管理、资料编制、预决算工作主要有以下特点：</w:t>
      </w:r>
      <w:r>
        <w:rPr>
          <w:lang w:eastAsia="zh-CN"/>
        </w:rPr>
        <w:br/>
      </w:r>
      <w:r>
        <w:rPr>
          <w:lang w:eastAsia="zh-CN"/>
        </w:rPr>
        <w:t>　　1、工作量大：承担了幢工程的技术管理及资料编制工作，并及时提供各工程的材料供应计划。</w:t>
      </w:r>
      <w:r>
        <w:rPr>
          <w:lang w:eastAsia="zh-CN"/>
        </w:rPr>
        <w:br/>
      </w:r>
      <w:r>
        <w:rPr>
          <w:lang w:eastAsia="zh-CN"/>
        </w:rPr>
        <w:t>　　2、工地位置分散，面广干线长：今年共有2幢住宅楼，西到钢帘线，东至技校，北到橡胶厂，各工地之间相距较远。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3、工程涉及建设单位、监理单位较多，各工程变、监理例会频繁。</w:t>
      </w:r>
      <w:r>
        <w:rPr>
          <w:lang w:eastAsia="zh-CN"/>
        </w:rPr>
        <w:br/>
      </w:r>
      <w:r>
        <w:rPr>
          <w:lang w:eastAsia="zh-CN"/>
        </w:rPr>
        <w:t>　　4、与多家建筑公司施工同一小区：在技校学生公寓、盐业住宅楼C#、D#、钢帘线车间，均与多家建筑公司相邻施工，工作的好坏，不只是个人问题，直接影响到公司的声誉。</w:t>
      </w:r>
      <w:r>
        <w:rPr>
          <w:lang w:eastAsia="zh-CN"/>
        </w:rPr>
        <w:br/>
      </w:r>
      <w:r>
        <w:rPr>
          <w:lang w:eastAsia="zh-CN"/>
        </w:rPr>
        <w:t>　　在这种情况下，如何做好技术管理及资料编制工作，保证工程施工质量，既让甲方、监理方满意，为公司赢得荣誉，同时又能保证预决算的编审、材料数量的提供，这个问题就摆在了我的面前。针对这种情况，合理安排好自己的工作，分清主次、抓住重点、兼顾其他。</w:t>
      </w:r>
      <w:r>
        <w:rPr>
          <w:lang w:eastAsia="zh-CN"/>
        </w:rPr>
        <w:br/>
      </w:r>
      <w:r>
        <w:rPr>
          <w:lang w:eastAsia="zh-CN"/>
        </w:rPr>
        <w:t>　　首先，以高层、高层为工作重点把大量时间安排在两幢高层住宅工地，并利用两幢高层住宅施工至标准层之际，编审其他工程的预决算及资料编制工作，同时大量翻阅规范、工艺规程，根据自己掌握的水电暖施工的`质量通病情况，每个工序施工前在技术交底中将具体的施工要求、注意事项、规范要求进行详细的编制，及时下发给现场施工人员，做好质量预控工作，最大限度的避免出现质量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在具体施工过程中，经常进行检查，发现问题及时通过施工队长责令施工人员进行整改。在管理、指导好两幢高层住宅楼施工的同时，安排好其它工地的资料编制工作，对催要资料的工程，经常加班、加点的进行编制，从而保证能够按期上交资料。对于工程变更，现场施工人员比较熟悉情况，在施工人员未撤离工地时及时整理，对甲方要求需绘制平面图、系统图的工程，多次利用晚上电脑闲置时进行电脑绘图，以便于更改；</w:t>
      </w:r>
      <w:r>
        <w:rPr>
          <w:lang w:eastAsia="zh-CN"/>
        </w:rPr>
        <w:br/>
      </w:r>
      <w:r>
        <w:rPr>
          <w:lang w:eastAsia="zh-CN"/>
        </w:rPr>
        <w:t>　　按摩中心给排水工程变更较大，需要绘制施工图，在工人马上要撤离的情况下，与连续加班多个晚上进行绘制，最后一晚，甚至加班至天亮，方在工人撤离当天，完成变更平面图、系统图，与施工人员、甲方共同进行现场签证。</w:t>
      </w:r>
      <w:r>
        <w:rPr>
          <w:lang w:eastAsia="zh-CN"/>
        </w:rPr>
        <w:br/>
      </w:r>
      <w:r>
        <w:rPr>
          <w:lang w:eastAsia="zh-CN"/>
        </w:rPr>
        <w:t>　　由于最近两年小工程较多，而自己去年刚接手安装工程预决算，对于工作内容、程序不是很熟悉，加上之前遗留未做决算的工程较多，从而在年初仍有大量完工工程的决算未能及时编制，仅仅依靠上班时间远远不能按时按质的完成工作任务。因此，年初即将部分已完工程图纸留于家中，充分利用晚上的时间编制预决算；</w:t>
      </w:r>
      <w:r>
        <w:rPr>
          <w:lang w:eastAsia="zh-CN"/>
        </w:rPr>
        <w:br/>
      </w:r>
      <w:r>
        <w:rPr>
          <w:lang w:eastAsia="zh-CN"/>
        </w:rPr>
        <w:t>　　其中，住宅楼3#、所办公楼、__小区H#等多幢工程的决算均是利用晚上时间编制完成的，从而保证了能够按时保质的完成决算编制工作。</w:t>
      </w:r>
      <w:r>
        <w:rPr>
          <w:lang w:eastAsia="zh-CN"/>
        </w:rPr>
        <w:br/>
      </w:r>
      <w:r>
        <w:rPr>
          <w:lang w:eastAsia="zh-CN"/>
        </w:rPr>
        <w:t xml:space="preserve">    最新技术员年终工作总结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时光飞逝，20__年即将过去，又将迎来崭新的一年。回顾这一年的工作历程，我担任车间四班班长时对工作尽心尽职，按时保质、保量完成车间交代的各项生产任务。带头遵守公司各项规章制度，对班组严格管理，班组建设表现较好，班组氛围融洽，与其它班组关系也较和谐。工作中异常突发事件处理及时到位，_月16压缩机跳停事故，100#600#紧急停车处理，处理中尽努力，为公司挽回经济损失，杜绝环保事故发生。工作中及时发现并处理跑冒滴漏现象，_月18日本班发现一楼A釜分布器四通管线内衬漏，泄漏较严重，第一时间T0611AB降量，A釜紧急停车。此事故若不能及时发现正确处理，将造成设备严重腐蚀，并造成停车影响整体生产。</w:t>
      </w:r>
      <w:r>
        <w:rPr>
          <w:lang w:eastAsia="zh-CN"/>
        </w:rPr>
        <w:br/>
      </w:r>
      <w:r>
        <w:rPr>
          <w:lang w:eastAsia="zh-CN"/>
        </w:rPr>
        <w:t>　　本人认真进行交接班前预检，积极组织好班前班后会，总结当班生产情况。工作中认真完成领导布置的每项工作，主动为上级分忧，督促组员遵守公司各项规章制度，自己起带头表率作用，并与组员一起搞好生产，从而较好完成了由本班负责的工作任务。督促组员每日做好工作笔记，严格按操作法操作，力求生产操作平稳，各项分析控制指标正常，当发生异常情况及时处理。现场巡检要求按巡检路线认真进行巡回检查，发现跑冒滴漏现象立即及时处理汇报。分配好班组工作，全力调动组员工作积极性，加深组员之间的互信，搞好班组团结。</w:t>
      </w:r>
      <w:r>
        <w:rPr>
          <w:lang w:eastAsia="zh-CN"/>
        </w:rPr>
        <w:br/>
      </w:r>
      <w:r>
        <w:rPr>
          <w:lang w:eastAsia="zh-CN"/>
        </w:rPr>
        <w:t>　　今年上半年根据公司生产部的需求到调度室学习，以本车间工作为重点，协助调度开展日常工作。在调度室期间，通过对各车间装置的学习，对全厂工艺有了一定的了解，通过理论学习与现场相结合，记住主要设备的参数位号和物料管线走向、特性。对全公司水、电、气的用户分配及物料消耗有了一定认识。学习调度员职责和职权，关注循环水PH值变化。对全公司应急预案进行学习。学会了如何给领导发生产信息，各车间产量消耗数据记录等工作。经过不断的学习、不断的进步，逐步的提升了自身的素质与技能。在调度室学到了很多东西，收获感触很多。</w:t>
      </w:r>
      <w:r>
        <w:rPr>
          <w:lang w:eastAsia="zh-CN"/>
        </w:rPr>
        <w:br/>
      </w:r>
      <w:r>
        <w:rPr>
          <w:lang w:eastAsia="zh-CN"/>
        </w:rPr>
        <w:t xml:space="preserve">    最新技术员年终工作总结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本人20__年6月毕业于宁夏建设职业技术学院土木工程专业。20__年7月受聘于宁夏对外建设总公司从事工程技术管理工作。自参加工作以来，遵守公司及所在项目部的各项规章制度，积极服从领导的工作安排，圆满完成工作任务，维护集体荣誉，思想上要求进步，积极响应公司的号召，认真贯彻执行公司文件及会议精神。工作积极努力，任劳任怨，不断充实完善自己。</w:t>
      </w:r>
      <w:r>
        <w:rPr>
          <w:lang w:eastAsia="zh-CN"/>
        </w:rPr>
        <w:br/>
      </w:r>
      <w:r>
        <w:rPr>
          <w:lang w:eastAsia="zh-CN"/>
        </w:rPr>
        <w:t>　　作为一名技术人员，我将工作定位为协助好技术负责人的工作和不断的自我学习充实，在参与建设的工程中，在完成工程的施工测量放线的同时，还协助技术负责人编制施工方案、技术交底，并负责工程技术资料的指导与编制，和施工员一起进行现场质量检查，以及协助安全员落实、督促、检查施工现场安全工作。灵武汽配城项目在工程施工过程中，我一直以积极的心态认真地对待自己的工作，在从事的各项工作中，都能尽职尽责，以求圆满的完成工作任务。“不要急于出成绩，埋下头来干工作”，是我的工作格言，提醒自己不要好高骛远，而要脚踏实地，多干实事，在实践中检验自己的知识并获得施工现场的经验累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施工现场工作更使我深深明白，在学校学习的东西和自己翻看规范、规程死记硬背的知识远不如实际经历过的记得牢固，而且好多学问更是书本里学不来的，完全是凭自己的经验。在这一年来的时间里，我一直在多看，多学，碰到施工现场的做法与书本里不一样的地方及时的向技术负责人、工长等虚心请教，尽管有时候得不到理论上的解释，但是却是很好的经验。刚工作时觉得技术资料工作、测量工作，质量检查工作都比较简单，而实际上却学问大着，一直觉得自己会，而实际操作起来才发觉自己的不足，时常事倍功半，缺乏效率。现在实践操作多了，方法掌握了，经验有了，才得心应手起来。比如说测量，重要的是要抓好其关键工作，个人认为，测量关键性的工作一是选择最佳施测方案，二是一定要进行复测以避免人为错误。</w:t>
      </w:r>
      <w:r>
        <w:rPr>
          <w:lang w:eastAsia="zh-CN"/>
        </w:rPr>
        <w:br/>
      </w:r>
      <w:r>
        <w:rPr>
          <w:lang w:eastAsia="zh-CN"/>
        </w:rPr>
        <w:t>　　另外，拿技术交底工作来说，并不是简单的把交底写完交给劳务施工队签字就完成工作了。而是在书面交底工作完成后，还要在工人的实际施工过程中跟踪、检查，发现未按或未完全按技术交底施工的工人，要耐心的给予讲解和指导，这样才能使分部分项工程做到位，避免返工，在保证施工进度的同时也保证了工程质量。</w:t>
      </w:r>
      <w:r>
        <w:rPr>
          <w:lang w:eastAsia="zh-CN"/>
        </w:rPr>
        <w:br/>
      </w:r>
      <w:r>
        <w:rPr>
          <w:lang w:eastAsia="zh-CN"/>
        </w:rPr>
        <w:t>　　工程施工中，安全更是不容忽视的主要环节，根据几年的工地实际经验简单谈谈安全方面。最重要的就是树立安全意识，首先在项目部管理人员心中必须有强烈的安全意识和责任感，只有项目部管理人员从心底认识到安全的重要性，才能用心做好这项工作。如果项目部管理人员抱着侥幸的心理去做这项工作，那在工程安全施工方面是致命的隐患。所以项目部管理人员必须将安全工作从心底认识并付诸实施。对于劳务队，首先要做的就是在工人进场以后要安排一次安全教育培训，同时要对劳务施工队进行安全技术交底。这些工作都做好后，</w:t>
      </w:r>
      <w:r>
        <w:rPr>
          <w:lang w:eastAsia="zh-CN"/>
        </w:rPr>
        <w:br/>
      </w:r>
    </w:p>
    <w:p w:rsidR="001B1F19" w14:textId="27C3F48A">
      <w:pPr>
        <w:rPr>
          <w:rFonts w:hint="eastAsia"/>
          <w:lang w:eastAsia="zh-CN"/>
        </w:rPr>
      </w:pPr>
      <w:r>
        <w:rPr>
          <w:lang w:eastAsia="zh-CN"/>
        </w:rPr>
        <w:t>　　就是具体实施，项目部管理人员要经常检查施工现场的安全工作，争取将安全隐患在萌芽状态时就彻底消灭掉。在安全方面特别注意的就是架体支撑、工人自身携带或佩戴的安全设施等。要时刻督促和检查工人必须佩戴安全设施后才允许进入施工现场进行工作，架体支撑在搭设过程中，必须进行严格的检查，要求施工班组严格按照施工规范或规程进行搭设施工，要做到无任何安全隐患，通过相关部门验收后可以进行下一步的工序施工。</w:t>
      </w:r>
      <w:r>
        <w:rPr>
          <w:lang w:eastAsia="zh-CN"/>
        </w:rPr>
        <w:br/>
      </w:r>
      <w:r>
        <w:rPr>
          <w:lang w:eastAsia="zh-CN"/>
        </w:rPr>
        <w:t>　　几年来的工程施工工作，使得自己的专业知识得到了长进和加深，工作能力，包括组织协调能力、管理能力和应变能力都得到了很大的提高，更重要的是获得了宝贵的工作经验的积累。几年来的工作表现也得到了项目部领导和同事们的认可。</w:t>
      </w:r>
      <w:r>
        <w:rPr>
          <w:lang w:eastAsia="zh-CN"/>
        </w:rPr>
        <w:br/>
      </w:r>
      <w:r>
        <w:rPr>
          <w:lang w:eastAsia="zh-CN"/>
        </w:rPr>
        <w:t>　　总之，在今后的工作中，我将以百倍的热情迎接新的挑战，在学习中进步和成熟起来，不断地鞭策自己并充实能量，提高自身素质与业务水平，以适应时代和企业的发展，与公司共同进步、共同成长。为宁夏对外建设总公司的发展贡献自己的力量。</w:t>
      </w:r>
      <w:r>
        <w:rPr>
          <w:lang w:eastAsia="zh-CN"/>
        </w:rPr>
        <w:br/>
      </w:r>
      <w:r>
        <w:rPr>
          <w:lang w:eastAsia="zh-CN"/>
        </w:rPr>
        <w:t xml:space="preserve">    最新技术员年终工作总结 篇13 </w:t>
      </w:r>
      <w:r>
        <w:rPr>
          <w:lang w:eastAsia="zh-CN"/>
        </w:rPr>
        <w:br/>
      </w:r>
      <w:r>
        <w:rPr>
          <w:lang w:eastAsia="zh-CN"/>
        </w:rPr>
        <w:t>　　时间弹指一挥间，又是一年快过去了。“凡事预则立”，年终工作需要尽快安排在计划表中。年终总结，是对一年来工作做出的客观评价的书面材料。怎么才能将的`年终工作总结写得全面呢？以下是收集整理的“20__人事专员年终工作总结20__字(模板8篇)”，希望对你有所帮助，动动手指请收藏一下！</w:t>
      </w:r>
      <w:r>
        <w:rPr>
          <w:lang w:eastAsia="zh-CN"/>
        </w:rPr>
        <w:br/>
      </w:r>
      <w:r>
        <w:rPr>
          <w:lang w:eastAsia="zh-CN"/>
        </w:rPr>
        <w:t xml:space="preserve">    最新技术员年终工作总结 篇14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https://d.book118.com/035323034022011113</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5323034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