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2024部门月工作总结（30篇）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2024部门月工作总结（精选30篇）</w:t>
      </w:r>
      <w:r>
        <w:rPr>
          <w:lang w:eastAsia="zh-CN"/>
        </w:rPr>
        <w:br/>
      </w:r>
      <w:r>
        <w:rPr>
          <w:lang w:eastAsia="zh-CN"/>
        </w:rPr>
        <w:t xml:space="preserve">    2024部门月工作总结 篇1 </w:t>
      </w:r>
      <w:r>
        <w:rPr>
          <w:lang w:eastAsia="zh-CN"/>
        </w:rPr>
        <w:br/>
      </w:r>
      <w:r>
        <w:rPr>
          <w:lang w:eastAsia="zh-CN"/>
        </w:rPr>
        <w:t>　　一、_月份的主要工作</w:t>
      </w:r>
      <w:r>
        <w:rPr>
          <w:lang w:eastAsia="zh-CN"/>
        </w:rPr>
        <w:br/>
      </w:r>
      <w:r>
        <w:rPr>
          <w:lang w:eastAsia="zh-CN"/>
        </w:rPr>
        <w:t>　　（一）档案工作</w:t>
      </w:r>
      <w:r>
        <w:rPr>
          <w:lang w:eastAsia="zh-CN"/>
        </w:rPr>
        <w:br/>
      </w:r>
      <w:r>
        <w:rPr>
          <w:lang w:eastAsia="zh-CN"/>
        </w:rPr>
        <w:t>　　1.做好档案业务指导工作。_月5-8日，对涧溪镇、明城办、河道局、广播电视台等单位开展档案业务指导工作。</w:t>
      </w:r>
      <w:r>
        <w:rPr>
          <w:lang w:eastAsia="zh-CN"/>
        </w:rPr>
        <w:br/>
      </w:r>
      <w:r>
        <w:rPr>
          <w:lang w:eastAsia="zh-CN"/>
        </w:rPr>
        <w:t>　　2.开展档案数字化二期工程。自今年年初启动馆藏档案数字化二期项目，_月，著录5890_条、实体卷拆分35890页、目录质检40_12条、整理1_4__9页。</w:t>
      </w:r>
      <w:r>
        <w:rPr>
          <w:lang w:eastAsia="zh-CN"/>
        </w:rPr>
        <w:br/>
      </w:r>
      <w:r>
        <w:rPr>
          <w:lang w:eastAsia="zh-CN"/>
        </w:rPr>
        <w:t>　　3.做好档案调阅利用服务工作。本月调阅、利用档案30余人次；做好对历史档案、革命历史档案进行裱糊工作；并做好政府办、发改委档案核查验收工作。</w:t>
      </w:r>
      <w:r>
        <w:rPr>
          <w:lang w:eastAsia="zh-CN"/>
        </w:rPr>
        <w:br/>
      </w:r>
      <w:r>
        <w:rPr>
          <w:lang w:eastAsia="zh-CN"/>
        </w:rPr>
        <w:t>　　4.做好重点建设项目档案工作。_月中旬，我局联合重点办调研了我市省重点建设项目档案管理工作情况，后于_月20日联合市发展和改革委员会制定、印发《明光市重点建设项目档案管理意见》。进一步规范我市重点建设项目档案管理工作，更好地为我市经济社会等各项建设事业服务。</w:t>
      </w:r>
      <w:r>
        <w:rPr>
          <w:lang w:eastAsia="zh-CN"/>
        </w:rPr>
        <w:br/>
      </w:r>
      <w:r>
        <w:rPr>
          <w:lang w:eastAsia="zh-CN"/>
        </w:rPr>
        <w:t>　　（二）史志工作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5.编纂《明光年鉴》。《明光年鉴》（201_卷）初稿已经完成，正在进行第一轮校核；同时开展《明光年鉴》（201_卷）相关材料收集和编纂工作。</w:t>
      </w:r>
      <w:r>
        <w:rPr>
          <w:lang w:eastAsia="zh-CN"/>
        </w:rPr>
        <w:br/>
      </w:r>
      <w:r>
        <w:rPr>
          <w:lang w:eastAsia="zh-CN"/>
        </w:rPr>
        <w:t>　　_.做好党史二卷编纂工作。催要和收集有关单位党史二卷专题资料；选题并打印1949-19_8年县委文件汇编，已完成1949-19_1年的打印工作，目前正打印19_2、19_3年文件并做好19_4-19_8年文件选题工作；同时做好《嘉山县志（1949—1990）》修订工作。</w:t>
      </w:r>
      <w:r>
        <w:rPr>
          <w:lang w:eastAsia="zh-CN"/>
        </w:rPr>
        <w:br/>
      </w:r>
      <w:r>
        <w:rPr>
          <w:lang w:eastAsia="zh-CN"/>
        </w:rPr>
        <w:t>　　_.参加纪念胡坦同志诞辰100周年座谈会。我局于5月中下旬、_月上旬通过走访的形式，征集关于胡坛同志的材料，编写发言稿。_月13日，安徽省新四军历史研究会在合肥举办纪念胡坦同志诞辰100周年座谈会。明光市委常委、办公室主任朱智青及档案史志局局长张卫宏应邀参加，并受到全国政协委员、全国政协外事委员会副主任杨多良等领导同志接见。</w:t>
      </w:r>
      <w:r>
        <w:rPr>
          <w:lang w:eastAsia="zh-CN"/>
        </w:rPr>
        <w:br/>
      </w:r>
      <w:r>
        <w:rPr>
          <w:lang w:eastAsia="zh-CN"/>
        </w:rPr>
        <w:t>　　8. 做好旧志整理和地情调研工作。督促中标单位，加快《民国嘉山县志》影印本印刷工作；同时做好地情人文研究会日常工作，编撰《人文明光》第八期；完成市人大关于中华传统文化继承和发扬工作情况调研材料编写工作。</w:t>
      </w:r>
      <w:r>
        <w:rPr>
          <w:lang w:eastAsia="zh-CN"/>
        </w:rPr>
        <w:br/>
      </w:r>
      <w:r>
        <w:rPr>
          <w:lang w:eastAsia="zh-CN"/>
        </w:rPr>
        <w:t>　　（三）其他工作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9.到石坝镇团结村开展扶贫走访慰问。_月31日、_月2日、_月9日局领导班子三次深入石坝镇团结村进行走访慰问，与镇、村干部一同完善“一户一档”资料，与所联系4户帮扶对象交谈，询问他们生活、生产和收入情况，与他们探讨今年的扶贫措施、资金等情况，积极为他们出谋划策，并为每户送去食用油等慰问品。</w:t>
      </w:r>
      <w:r>
        <w:rPr>
          <w:lang w:eastAsia="zh-CN"/>
        </w:rPr>
        <w:br/>
      </w:r>
      <w:r>
        <w:rPr>
          <w:lang w:eastAsia="zh-CN"/>
        </w:rPr>
        <w:t>　　10.开展招商引资工作。_月_日，上海御阚食品有限公司陆总一行_人，来明商讨投资建厂事宜，招商局侯志新副局长、我局蒋克煜主任在档案史志局会议室共同接待。上海御阚食品有限公司计划在明建面粉厂、食品厂，两位一体，原料加工成面粉后直接进入食品厂生产，预计投入基础建设3个亿，设备2个亿。</w:t>
      </w:r>
      <w:r>
        <w:rPr>
          <w:lang w:eastAsia="zh-CN"/>
        </w:rPr>
        <w:br/>
      </w:r>
      <w:r>
        <w:rPr>
          <w:lang w:eastAsia="zh-CN"/>
        </w:rPr>
        <w:t>　　二、_月份的工作计划</w:t>
      </w:r>
      <w:r>
        <w:rPr>
          <w:lang w:eastAsia="zh-CN"/>
        </w:rPr>
        <w:br/>
      </w:r>
      <w:r>
        <w:rPr>
          <w:lang w:eastAsia="zh-CN"/>
        </w:rPr>
        <w:t>　　一是做好省第五巡视组反馈问题整改工作；二是开展建党9_周年纪念活动；三是做好重点建设项目档案宣传、指导工作；四是开展领导干部党员教育日活动；五是继续开展《明光年鉴》（201_卷）版前校核，同时指导各单位做好《明光年鉴》（201_卷）编纂工作；六是继续做好档案数字化二期工程；七是继续督促中标单位加快《民国嘉山县志》影印本印刷工作；八是联系洽谈招商引资工作；九是开展地情人文研究会日常工作，出版发行《人文明光》第八期。</w:t>
      </w:r>
      <w:r>
        <w:rPr>
          <w:lang w:eastAsia="zh-CN"/>
        </w:rPr>
        <w:br/>
      </w:r>
      <w:r>
        <w:rPr>
          <w:lang w:eastAsia="zh-CN"/>
        </w:rPr>
        <w:t xml:space="preserve">    2024部门月工作总结 篇2 </w:t>
      </w:r>
      <w:r>
        <w:rPr>
          <w:lang w:eastAsia="zh-CN"/>
        </w:rPr>
        <w:br/>
      </w:r>
      <w:r>
        <w:rPr>
          <w:lang w:eastAsia="zh-CN"/>
        </w:rPr>
        <w:t>　　一、浦发银行</w:t>
      </w:r>
      <w:r>
        <w:rPr>
          <w:lang w:eastAsia="zh-CN"/>
        </w:rPr>
        <w:br/>
      </w:r>
      <w:r>
        <w:rPr>
          <w:lang w:eastAsia="zh-CN"/>
        </w:rPr>
        <w:t>　　1、逾期催收客户243户（有3户上门调查的客户，上门后都找到客户联系方式。严重逾期客户高川、蒋平，已经告知蒋平严重逾期的后果，本月初还未还清欠款，准备按程序进入清收）</w:t>
      </w:r>
      <w:r>
        <w:rPr>
          <w:lang w:eastAsia="zh-CN"/>
        </w:rPr>
        <w:br/>
      </w:r>
      <w:r>
        <w:rPr>
          <w:lang w:eastAsia="zh-CN"/>
        </w:rPr>
        <w:t>　　2、美林湾客户李涛，我们与借款人父亲已经达成协商好缴纳4个月保证金，并每月将月供款交到我公司来。</w:t>
      </w:r>
      <w:r>
        <w:rPr>
          <w:lang w:eastAsia="zh-CN"/>
        </w:rPr>
        <w:br/>
      </w:r>
      <w:r>
        <w:rPr>
          <w:lang w:eastAsia="zh-CN"/>
        </w:rPr>
        <w:t>　　二、民生银行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1、上门调查客户17户（有3户上门未找到借款人）。</w:t>
      </w:r>
      <w:r>
        <w:rPr>
          <w:lang w:eastAsia="zh-CN"/>
        </w:rPr>
        <w:br/>
      </w:r>
      <w:r>
        <w:rPr>
          <w:lang w:eastAsia="zh-CN"/>
        </w:rPr>
        <w:t>　　2、冯璐、顾新、顾伟、唐勇4案，已换发了公证执行文书，即将通过成都铁路运输中级人民法院执行局进入执行阶段。</w:t>
      </w:r>
      <w:r>
        <w:rPr>
          <w:lang w:eastAsia="zh-CN"/>
        </w:rPr>
        <w:br/>
      </w:r>
      <w:r>
        <w:rPr>
          <w:lang w:eastAsia="zh-CN"/>
        </w:rPr>
        <w:t>　　3、周玉蓉、尹雪英都已立案，还未安排开庭时间。</w:t>
      </w:r>
      <w:r>
        <w:rPr>
          <w:lang w:eastAsia="zh-CN"/>
        </w:rPr>
        <w:br/>
      </w:r>
      <w:r>
        <w:rPr>
          <w:lang w:eastAsia="zh-CN"/>
        </w:rPr>
        <w:t>　　4、尹虹的案子法院已经恢复审理，20__年_月_日开庭。</w:t>
      </w:r>
      <w:r>
        <w:rPr>
          <w:lang w:eastAsia="zh-CN"/>
        </w:rPr>
        <w:br/>
      </w:r>
      <w:r>
        <w:rPr>
          <w:lang w:eastAsia="zh-CN"/>
        </w:rPr>
        <w:t>　　三、中信银行</w:t>
      </w:r>
      <w:r>
        <w:rPr>
          <w:lang w:eastAsia="zh-CN"/>
        </w:rPr>
        <w:br/>
      </w:r>
      <w:r>
        <w:rPr>
          <w:lang w:eastAsia="zh-CN"/>
        </w:rPr>
        <w:t>　　1、本月新增逾期客户49户，上门调查18户，有4户未找到借款人都已张贴催收函和照相，也未主动联系我们。其他客户都已经联系上并都承诺还款。</w:t>
      </w:r>
      <w:r>
        <w:rPr>
          <w:lang w:eastAsia="zh-CN"/>
        </w:rPr>
        <w:br/>
      </w:r>
      <w:r>
        <w:rPr>
          <w:lang w:eastAsia="zh-CN"/>
        </w:rPr>
        <w:t>　　2、现一共接到催收306户，跟进重复逾期客户。</w:t>
      </w:r>
      <w:r>
        <w:rPr>
          <w:lang w:eastAsia="zh-CN"/>
        </w:rPr>
        <w:br/>
      </w:r>
      <w:r>
        <w:rPr>
          <w:lang w:eastAsia="zh-CN"/>
        </w:rPr>
        <w:t>　　3、温江法院李斌的案子已经结案，等银行划款，票据已交到法院。</w:t>
      </w:r>
      <w:r>
        <w:rPr>
          <w:lang w:eastAsia="zh-CN"/>
        </w:rPr>
        <w:br/>
      </w:r>
      <w:r>
        <w:rPr>
          <w:lang w:eastAsia="zh-CN"/>
        </w:rPr>
        <w:t>　　4、姚凤霞，案子进入二拍。</w:t>
      </w:r>
      <w:r>
        <w:rPr>
          <w:lang w:eastAsia="zh-CN"/>
        </w:rPr>
        <w:br/>
      </w:r>
      <w:r>
        <w:rPr>
          <w:lang w:eastAsia="zh-CN"/>
        </w:rPr>
        <w:t>　　5、朱仲文，已换发了公证执行文书，即将通过成都铁路运输中级人民法院执行局进入执行阶段。</w:t>
      </w:r>
      <w:r>
        <w:rPr>
          <w:lang w:eastAsia="zh-CN"/>
        </w:rPr>
        <w:br/>
      </w:r>
      <w:r>
        <w:rPr>
          <w:lang w:eastAsia="zh-CN"/>
        </w:rPr>
        <w:t>　　6、胡柏林，现该案在高新区人民法院执行局参与分配，本金和执行费已同意全额清偿，但利息只同意支付9000余元，现已向高新区人民法院执行局提交了《分配方案异议书》，提出我行对拍卖房屋享有抵押权，要求利息得到全额优先清偿，现正在交涉中。</w:t>
      </w:r>
      <w:r>
        <w:rPr>
          <w:lang w:eastAsia="zh-CN"/>
        </w:rPr>
        <w:br/>
      </w:r>
      <w:r>
        <w:rPr>
          <w:lang w:eastAsia="zh-CN"/>
        </w:rPr>
        <w:t>　　7、郭连素案子代理费收到33000元。</w:t>
      </w:r>
      <w:r>
        <w:rPr>
          <w:lang w:eastAsia="zh-CN"/>
        </w:rPr>
        <w:br/>
      </w:r>
      <w:r>
        <w:rPr>
          <w:lang w:eastAsia="zh-CN"/>
        </w:rPr>
        <w:t>　　8、中信催收本月收到21000元。</w:t>
      </w:r>
      <w:r>
        <w:rPr>
          <w:lang w:eastAsia="zh-CN"/>
        </w:rPr>
        <w:br/>
      </w:r>
      <w:r>
        <w:rPr>
          <w:lang w:eastAsia="zh-CN"/>
        </w:rPr>
        <w:t>　　四、包商银行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1、债务人、成都引力体育发展有限公司、帅岭、张竞开庭时间、20__年_月_日上午10时30分</w:t>
      </w:r>
      <w:r>
        <w:rPr>
          <w:lang w:eastAsia="zh-CN"/>
        </w:rPr>
        <w:br/>
      </w:r>
      <w:r>
        <w:rPr>
          <w:lang w:eastAsia="zh-CN"/>
        </w:rPr>
        <w:t>　　承办法官、肖彬书记员、傅继嘉联系电话、84525101</w:t>
      </w:r>
      <w:r>
        <w:rPr>
          <w:lang w:eastAsia="zh-CN"/>
        </w:rPr>
        <w:br/>
      </w:r>
      <w:r>
        <w:rPr>
          <w:lang w:eastAsia="zh-CN"/>
        </w:rPr>
        <w:t>　　案件情况、借款本金170036.83元；利息及罚息截止到20__年_月_日6255.07元；实现债权费用8610元；我所已经向贵行提供了债务人帅岭在双流的按揭房屋信息，要求对该房屋进行保全措施；但贵行提出现帅岭正在积极筹钱归还借款，而另一债务人张竞却没有任何还款行动，有鉴于此，为不打击帅岭的还款积极性，贵行要求对张竞的房产进行同时进行查封。但张竞在成都并无房产，只有在其妻子罗丹的名下有一套房产，但其结婚证信息在其户籍所在地成都市武侯区并没有查到，因此锦江区人民法院驳回了查封请求。现只有到张竞老家四川大足县竹阳镇建设路1041号或在罗丹老家四川渠县曲江镇营渠路8号才能查到其结婚证信息。</w:t>
      </w:r>
      <w:r>
        <w:rPr>
          <w:lang w:eastAsia="zh-CN"/>
        </w:rPr>
        <w:br/>
      </w:r>
      <w:r>
        <w:rPr>
          <w:lang w:eastAsia="zh-CN"/>
        </w:rPr>
        <w:t>　　2、债务人、邬明华、张素梅、张成跃</w:t>
      </w:r>
      <w:r>
        <w:rPr>
          <w:lang w:eastAsia="zh-CN"/>
        </w:rPr>
        <w:br/>
      </w:r>
      <w:r>
        <w:rPr>
          <w:lang w:eastAsia="zh-CN"/>
        </w:rPr>
        <w:t>　　开庭时间、20__年_月_日上午9时30分</w:t>
      </w:r>
      <w:r>
        <w:rPr>
          <w:lang w:eastAsia="zh-CN"/>
        </w:rPr>
        <w:br/>
      </w:r>
      <w:r>
        <w:rPr>
          <w:lang w:eastAsia="zh-CN"/>
        </w:rPr>
        <w:t>　　承办法官、秦萌书记员、高娜联系电话、84550273</w:t>
      </w:r>
      <w:r>
        <w:rPr>
          <w:lang w:eastAsia="zh-CN"/>
        </w:rPr>
        <w:br/>
      </w:r>
      <w:r>
        <w:rPr>
          <w:lang w:eastAsia="zh-CN"/>
        </w:rPr>
        <w:t>　　案件情况、借款本金92365.28元；利息及罚息截止到20__年_月_日3258.84元；实现债权费用4666元；已于20__年_月_日查封了张成跃所有的位于成都市成华区建设路54号新1栋1单元6楼11号住房一套。</w:t>
      </w:r>
      <w:r>
        <w:rPr>
          <w:lang w:eastAsia="zh-CN"/>
        </w:rPr>
        <w:br/>
      </w:r>
      <w:r>
        <w:rPr>
          <w:lang w:eastAsia="zh-CN"/>
        </w:rPr>
        <w:t>　　3、另外还有两个案件在立案过程中。</w:t>
      </w:r>
      <w:r>
        <w:rPr>
          <w:lang w:eastAsia="zh-CN"/>
        </w:rPr>
        <w:br/>
      </w:r>
      <w:r>
        <w:rPr>
          <w:lang w:eastAsia="zh-CN"/>
        </w:rPr>
        <w:t xml:space="preserve">    2024部门月工作总结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总结七月来的工作，自己的工作仍存在很多问题和不足，在工作方法和技巧上有待于向其他业务员和同行学习，重点做好以下几个方面的工作：</w:t>
      </w:r>
      <w:r>
        <w:rPr>
          <w:lang w:eastAsia="zh-CN"/>
        </w:rPr>
        <w:br/>
      </w:r>
      <w:r>
        <w:rPr>
          <w:lang w:eastAsia="zh-CN"/>
        </w:rPr>
        <w:t>　　一、针对__地区县局无权力采购的状况，计划对供电局继续工作不能松懈，在及时得到确切消息后做到有的放矢，同进应及时向领导汇报该局情景以便做省招标局工作。同时计划在大柳塔寻找有实力、关系的代理商，主要做神华集团神东煤炭有限公司的工作，以扩大销售渠道。</w:t>
      </w:r>
      <w:r>
        <w:rPr>
          <w:lang w:eastAsia="zh-CN"/>
        </w:rPr>
        <w:br/>
      </w:r>
      <w:r>
        <w:rPr>
          <w:lang w:eastAsia="zh-CN"/>
        </w:rPr>
        <w:t>　　二、已构成销售的电力局、电力局因__年农网改造暂停基本无用量，__年计划进取搜集市场信息并及时联系，力争参加招标构成规模销售。</w:t>
      </w:r>
      <w:r>
        <w:rPr>
          <w:lang w:eastAsia="zh-CN"/>
        </w:rPr>
        <w:br/>
      </w:r>
      <w:r>
        <w:rPr>
          <w:lang w:eastAsia="zh-CN"/>
        </w:rPr>
        <w:t>　　三、为积极配合代理销售，自己计划在确定产品品种后努力学习代理产品知识及性能、用途，以利代理产品迅速走入市场并构成销售。</w:t>
      </w:r>
      <w:r>
        <w:rPr>
          <w:lang w:eastAsia="zh-CN"/>
        </w:rPr>
        <w:br/>
      </w:r>
      <w:r>
        <w:rPr>
          <w:lang w:eastAsia="zh-CN"/>
        </w:rPr>
        <w:t xml:space="preserve">    2024部门月工作总结 篇4 </w:t>
      </w:r>
      <w:r>
        <w:rPr>
          <w:lang w:eastAsia="zh-CN"/>
        </w:rPr>
        <w:br/>
      </w:r>
      <w:r>
        <w:rPr>
          <w:lang w:eastAsia="zh-CN"/>
        </w:rPr>
        <w:t>　　销售工作如逆水行舟。不进则退。忙碌的一年即将结束，新的挑战就在眼前。回想起来，这一年，作为销售部经理，在公司领导的指导和同事的配合下，我积累了更多的实践经验，也学到了更多的理论知识。同时在工作中发明了自己的一些缺点。这整整一个月，具体工作总结如下。</w:t>
      </w:r>
      <w:r>
        <w:rPr>
          <w:lang w:eastAsia="zh-CN"/>
        </w:rPr>
        <w:br/>
      </w:r>
      <w:r>
        <w:rPr>
          <w:lang w:eastAsia="zh-CN"/>
        </w:rPr>
        <w:t>　　一、团队建设事迹及总结</w:t>
      </w:r>
      <w:r>
        <w:rPr>
          <w:lang w:eastAsia="zh-CN"/>
        </w:rPr>
        <w:br/>
      </w:r>
      <w:r>
        <w:rPr>
          <w:lang w:eastAsia="zh-CN"/>
        </w:rPr>
        <w:t>　　(一)部门团队建设事迹: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1、通过上级和下级的事迹，留住业务程度较高的销售人员。目前这个部门有五个销售人员，包括。其中20__年年度目标百万以上的优秀销售人员2名:。</w:t>
      </w:r>
      <w:r>
        <w:rPr>
          <w:lang w:eastAsia="zh-CN"/>
        </w:rPr>
        <w:br/>
      </w:r>
      <w:r>
        <w:rPr>
          <w:lang w:eastAsia="zh-CN"/>
        </w:rPr>
        <w:t>　　2.这个部门从零开始销售。目前有__个稳定销售代理，周六日有__个兼职销售代理。</w:t>
      </w:r>
      <w:r>
        <w:rPr>
          <w:lang w:eastAsia="zh-CN"/>
        </w:rPr>
        <w:br/>
      </w:r>
      <w:r>
        <w:rPr>
          <w:lang w:eastAsia="zh-CN"/>
        </w:rPr>
        <w:t>　　3.销售人员的工作积极性得到加强。具体体此刻主动追求客户等。</w:t>
      </w:r>
      <w:r>
        <w:rPr>
          <w:lang w:eastAsia="zh-CN"/>
        </w:rPr>
        <w:br/>
      </w:r>
      <w:r>
        <w:rPr>
          <w:lang w:eastAsia="zh-CN"/>
        </w:rPr>
        <w:t>　　4.团队的业绩得到了加强，合理的计划一经采纳就能实施。</w:t>
      </w:r>
      <w:r>
        <w:rPr>
          <w:lang w:eastAsia="zh-CN"/>
        </w:rPr>
        <w:br/>
      </w:r>
      <w:r>
        <w:rPr>
          <w:lang w:eastAsia="zh-CN"/>
        </w:rPr>
        <w:t>　　(二)团队建设总结:</w:t>
      </w:r>
      <w:r>
        <w:rPr>
          <w:lang w:eastAsia="zh-CN"/>
        </w:rPr>
        <w:br/>
      </w:r>
      <w:r>
        <w:rPr>
          <w:lang w:eastAsia="zh-CN"/>
        </w:rPr>
        <w:t>　　1.利用每天晨会和晚会的方法，准确掌握每个销售人员每天的客户状态。</w:t>
      </w:r>
      <w:r>
        <w:rPr>
          <w:lang w:eastAsia="zh-CN"/>
        </w:rPr>
        <w:br/>
      </w:r>
      <w:r>
        <w:rPr>
          <w:lang w:eastAsia="zh-CN"/>
        </w:rPr>
        <w:t>　　2.汇聚群众智慧，充分调动群众积极性。</w:t>
      </w:r>
      <w:r>
        <w:rPr>
          <w:lang w:eastAsia="zh-CN"/>
        </w:rPr>
        <w:br/>
      </w:r>
      <w:r>
        <w:rPr>
          <w:lang w:eastAsia="zh-CN"/>
        </w:rPr>
        <w:t>　　20__年房地产销售年度工作总结。每周拟定目标房源，提出目标房源的销售措施，与企划部商讨计划的实施，提高了计划的可行性，增强了销售人员的工作主动性。</w:t>
      </w:r>
      <w:r>
        <w:rPr>
          <w:lang w:eastAsia="zh-CN"/>
        </w:rPr>
        <w:br/>
      </w:r>
      <w:r>
        <w:rPr>
          <w:lang w:eastAsia="zh-CN"/>
        </w:rPr>
        <w:t>　　3.在客户减少的情况下，改变“坐卖”模式，组织部门人员走出营业部，到各大单位、写字楼拜访客户。</w:t>
      </w:r>
      <w:r>
        <w:rPr>
          <w:lang w:eastAsia="zh-CN"/>
        </w:rPr>
        <w:br/>
      </w:r>
      <w:r>
        <w:rPr>
          <w:lang w:eastAsia="zh-CN"/>
        </w:rPr>
        <w:t>　　4.在治理实践中，要通过建立部门销售之星等手段，不断提高销售人员的危机感和使命感，使销售人员的主动性不断加强。如果销售是逆水行舟，不进则退。“居安思危”的心理有利于工作主动性和有效性的提高。</w:t>
      </w:r>
      <w:r>
        <w:rPr>
          <w:lang w:eastAsia="zh-CN"/>
        </w:rPr>
        <w:br/>
      </w:r>
      <w:r>
        <w:rPr>
          <w:lang w:eastAsia="zh-CN"/>
        </w:rPr>
        <w:t>　　二，存在的问题及建议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(一)电子销售管理</w:t>
      </w:r>
      <w:r>
        <w:rPr>
          <w:lang w:eastAsia="zh-CN"/>
        </w:rPr>
        <w:br/>
      </w:r>
      <w:r>
        <w:rPr>
          <w:lang w:eastAsia="zh-CN"/>
        </w:rPr>
        <w:t>　　管理需要大量数据的支撑，相当于用望远镜拍摄，帮你看清靶心。每次开炮都要复习成绩，这样才能不断调整，努力达到目标精度。</w:t>
      </w:r>
      <w:r>
        <w:rPr>
          <w:lang w:eastAsia="zh-CN"/>
        </w:rPr>
        <w:br/>
      </w:r>
      <w:r>
        <w:rPr>
          <w:lang w:eastAsia="zh-CN"/>
        </w:rPr>
        <w:t>　　但是目前公司的销售数据管理还是靠秘书的纸笔做统计，还没有电子化。销售数据只能与财务部门每月一次的付款相关联。效率低，费工费钱，容错率低。</w:t>
      </w:r>
      <w:r>
        <w:rPr>
          <w:lang w:eastAsia="zh-CN"/>
        </w:rPr>
        <w:br/>
      </w:r>
      <w:r>
        <w:rPr>
          <w:lang w:eastAsia="zh-CN"/>
        </w:rPr>
        <w:t>　　我觉得正确的管理应该是每半个月一次，财务部门提供详细的数据给销售部门，帮助确定和调整销售管理。同时应配备相应的管理程序，以便销售秘书及时方便地将客户资源输入电脑。这不仅可以大大提高目前的工作效率，还可以作为公司的储备资料，便于以后各阶段的项目资源共享，有助于挖掘老客户资源。</w:t>
      </w:r>
      <w:r>
        <w:rPr>
          <w:lang w:eastAsia="zh-CN"/>
        </w:rPr>
        <w:br/>
      </w:r>
      <w:r>
        <w:rPr>
          <w:lang w:eastAsia="zh-CN"/>
        </w:rPr>
        <w:t>　　(二)精简销售团队</w:t>
      </w:r>
      <w:r>
        <w:rPr>
          <w:lang w:eastAsia="zh-CN"/>
        </w:rPr>
        <w:br/>
      </w:r>
      <w:r>
        <w:rPr>
          <w:lang w:eastAsia="zh-CN"/>
        </w:rPr>
        <w:t>　　随着公司目标的增加，销售团队也越来越宏大，销售部门的最高峰达到了__人。而我们万的月均销售额适合这样的团队吗？考虑到销售的成本，我认为我们的团队需要在不影响销售的情况下进行有效的整合。</w:t>
      </w:r>
      <w:r>
        <w:rPr>
          <w:lang w:eastAsia="zh-CN"/>
        </w:rPr>
        <w:br/>
      </w:r>
      <w:r>
        <w:rPr>
          <w:lang w:eastAsia="zh-CN"/>
        </w:rPr>
        <w:t>　　(三)销售产品的改进</w:t>
      </w:r>
      <w:r>
        <w:rPr>
          <w:lang w:eastAsia="zh-CN"/>
        </w:rPr>
        <w:br/>
      </w:r>
      <w:r>
        <w:rPr>
          <w:lang w:eastAsia="zh-CN"/>
        </w:rPr>
        <w:t>　　公司1-5期项目部分产品面积过大，总价过高，部分产品尚未上市销售。如果这些产品要在20__年销售，必须进行改进或者采取一些有效的推广手段。具体来说: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(1)__街11-22号，小户型:套，平均每套多平米，销售额多万元。目前没有高低楼梯，没有入户门，没有高低水，没有隔墙，所以卖不出去。</w:t>
      </w:r>
      <w:r>
        <w:rPr>
          <w:lang w:eastAsia="zh-CN"/>
        </w:rPr>
        <w:br/>
      </w:r>
      <w:r>
        <w:rPr>
          <w:lang w:eastAsia="zh-CN"/>
        </w:rPr>
        <w:t>　　(2)公司层主楼住宅:_套，平均每套多平米，销售额多万元。目前的问题是没有小区，面积太大，房型不规范，总价太高卖不出去。</w:t>
      </w:r>
      <w:r>
        <w:rPr>
          <w:lang w:eastAsia="zh-CN"/>
        </w:rPr>
        <w:br/>
      </w:r>
      <w:r>
        <w:rPr>
          <w:lang w:eastAsia="zh-CN"/>
        </w:rPr>
        <w:t>　　(3)一期建材市场主楼外立面:套，平米，销售额__万元以上。目前的问题是单套门面总价达到了万以上，这样的客户很少，已经卖了__年了，还没卖出去。建议公司分成专业市场铺面出售，或者先对外出租，出租出售。</w:t>
      </w:r>
      <w:r>
        <w:rPr>
          <w:lang w:eastAsia="zh-CN"/>
        </w:rPr>
        <w:br/>
      </w:r>
      <w:r>
        <w:rPr>
          <w:lang w:eastAsia="zh-CN"/>
        </w:rPr>
        <w:t>　　(4)花园复式楼:套，平均每套多平米，销售额多万元。目前的问题是面积太大，售楼部建议改造成露台复式楼或者改成两层出售。因为涉及产权、工程造价等问题，20__年没有进行改革。如果计划20__年出售，就要加快改革进度。</w:t>
      </w:r>
      <w:r>
        <w:rPr>
          <w:lang w:eastAsia="zh-CN"/>
        </w:rPr>
        <w:br/>
      </w:r>
      <w:r>
        <w:rPr>
          <w:lang w:eastAsia="zh-CN"/>
        </w:rPr>
        <w:t>　　以上是我对六月的总结。为了应对20__年即将到来的机遇和挑战，我将更加努力，更好地承担起自己的责任，加强理论学习，勇于实践，全面提高自己的业务水平和治理水平，为公司的发展投入全部精力。用发展和效益来回报公司，实现自己的人生价值。</w:t>
      </w:r>
      <w:r>
        <w:rPr>
          <w:lang w:eastAsia="zh-CN"/>
        </w:rPr>
        <w:br/>
      </w:r>
      <w:r>
        <w:rPr>
          <w:lang w:eastAsia="zh-CN"/>
        </w:rPr>
        <w:t xml:space="preserve">    2024部门月工作总结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转眼间11月即将结束，我们行政部这个月的工作也步入了尾声，在近一个月的时间里，我们每个人都学到了许多东西，取得了不小的进步，成长了很多，虽然工作中免不了有挫折缺陷，但是每个人得付出换来了我们行政部的辉煌。我们很荣幸能在行政部的位子上为咱公司的行政后勤工作出一份力。可以说这个月的时间是宝贵的，年会即将临近，正是我们行政部发挥自己最大作用的时候。</w:t>
      </w:r>
      <w:r>
        <w:rPr>
          <w:lang w:eastAsia="zh-CN"/>
        </w:rPr>
        <w:br/>
      </w:r>
      <w:r>
        <w:rPr>
          <w:lang w:eastAsia="zh-CN"/>
        </w:rPr>
        <w:t>　　在过去的这个月和即将开始的下个月，我们行政部部的情况可以从日常工作、开展及参与活动、12月的工作计划进行总结。</w:t>
      </w:r>
      <w:r>
        <w:rPr>
          <w:lang w:eastAsia="zh-CN"/>
        </w:rPr>
        <w:br/>
      </w:r>
      <w:r>
        <w:rPr>
          <w:lang w:eastAsia="zh-CN"/>
        </w:rPr>
        <w:t>　　一、日常工作</w:t>
      </w:r>
      <w:r>
        <w:rPr>
          <w:lang w:eastAsia="zh-CN"/>
        </w:rPr>
        <w:br/>
      </w:r>
      <w:r>
        <w:rPr>
          <w:lang w:eastAsia="zh-CN"/>
        </w:rPr>
        <w:t>　　在日常工作方面，首先我们能够按时完成公司分配下来的任务，每次任务都力求完美。这个月我们部门的主要工作有：</w:t>
      </w:r>
      <w:r>
        <w:rPr>
          <w:lang w:eastAsia="zh-CN"/>
        </w:rPr>
        <w:br/>
      </w:r>
      <w:r>
        <w:rPr>
          <w:lang w:eastAsia="zh-CN"/>
        </w:rPr>
        <w:t>　　1、准备公司的第三次旅游计划</w:t>
      </w:r>
      <w:r>
        <w:rPr>
          <w:lang w:eastAsia="zh-CN"/>
        </w:rPr>
        <w:br/>
      </w:r>
      <w:r>
        <w:rPr>
          <w:lang w:eastAsia="zh-CN"/>
        </w:rPr>
        <w:t>　　2、考察广州分公司来郑州的住宿酒店安排</w:t>
      </w:r>
      <w:r>
        <w:rPr>
          <w:lang w:eastAsia="zh-CN"/>
        </w:rPr>
        <w:br/>
      </w:r>
      <w:r>
        <w:rPr>
          <w:lang w:eastAsia="zh-CN"/>
        </w:rPr>
        <w:t>　　3、考察公司举行年会的场地</w:t>
      </w:r>
      <w:r>
        <w:rPr>
          <w:lang w:eastAsia="zh-CN"/>
        </w:rPr>
        <w:br/>
      </w:r>
      <w:r>
        <w:rPr>
          <w:lang w:eastAsia="zh-CN"/>
        </w:rPr>
        <w:t>　　4、联系年会沙画开场事宜</w:t>
      </w:r>
      <w:r>
        <w:rPr>
          <w:lang w:eastAsia="zh-CN"/>
        </w:rPr>
        <w:br/>
      </w:r>
      <w:r>
        <w:rPr>
          <w:lang w:eastAsia="zh-CN"/>
        </w:rPr>
        <w:t>　　5、筹备年会元旦节目</w:t>
      </w:r>
      <w:r>
        <w:rPr>
          <w:lang w:eastAsia="zh-CN"/>
        </w:rPr>
        <w:br/>
      </w:r>
      <w:r>
        <w:rPr>
          <w:lang w:eastAsia="zh-CN"/>
        </w:rPr>
        <w:t>　　6、对年会暖场动画视频进行了寻找和筛选。剩余时间配合其他部门进行工作和处理突发情况和临时工作。；在这六个方面我们根据不同的问题采取了不同的对策，并取得了不错的结果。</w:t>
      </w:r>
      <w:r>
        <w:rPr>
          <w:lang w:eastAsia="zh-CN"/>
        </w:rPr>
        <w:br/>
      </w:r>
      <w:r>
        <w:rPr>
          <w:lang w:eastAsia="zh-CN"/>
        </w:rPr>
        <w:t>　　（1）准备公司的出游计划。为了让员工之间的凝聚力和团结力不断加深，让员工感受到公司对员工的关怀，公司每年组织旅游计划，但是天公不作美，本月的周末天气几乎都是雨天，不适合出游计划。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4）联系年会沙画开场事宜。创新是一个民族发展的不竭动力。大到国家，小到个人，创新都是不断激励我们前进的动力。年会沙画作为开场更是体现了我们公司的创新意识。针对这一情况，我们行政部的三位员工每个人都分别联系了三家沙画，并且每个人都出了一份关于沙画的策划案，最后经过层层筛选和沟通，最后确定了诺雅沙画公司为我们制作沙画开场视频。经过一周的沟通，昨天正式把沙画脚本做出来，我们行政部也根据沙画脚本提出了自己的修改意见，沙画视频也是在有条不紊的进行中。</w:t>
      </w:r>
      <w:r>
        <w:rPr>
          <w:lang w:eastAsia="zh-CN"/>
        </w:rPr>
        <w:br/>
      </w:r>
      <w:r>
        <w:rPr>
          <w:lang w:eastAsia="zh-CN"/>
        </w:rPr>
        <w:t>　　（6）对年会暖场视频进行了寻找和筛选。为了增加年会的趣味性，让年会更加丰富多彩。我们行政部根据总经理的要求，寻找了一系列年会暖场视频。最后经过考察，发现袁影印象比较符合，正在进行更</w:t>
      </w:r>
      <w:r>
        <w:rPr>
          <w:lang w:eastAsia="zh-CN"/>
        </w:rPr>
        <w:br/>
      </w:r>
      <w:r>
        <w:rPr>
          <w:lang w:eastAsia="zh-CN"/>
        </w:rPr>
        <w:t>　　（2）年会奖品购买，节目表，奖券的制定。为了让每份工作都有计划地进行，在规定时间之前要把节目表奖券制定完成，另一方面要寻求最适合公司作为礼品的东西，在12月13号以前要把奖品的方案成型。以便于商品的购买。</w:t>
      </w:r>
      <w:r>
        <w:rPr>
          <w:lang w:eastAsia="zh-CN"/>
        </w:rPr>
        <w:br/>
      </w:r>
      <w:r>
        <w:rPr>
          <w:lang w:eastAsia="zh-CN"/>
        </w:rPr>
        <w:t>　　（4）培训课程方案。迎接广州分公司的到来之际，行政部需要针对具体的公司情况对广州分公司的人员进行一个系统的培训，以便于广州分公司的人员能够更快的体会公司的规章制度和企业文化。</w:t>
      </w:r>
      <w:r>
        <w:rPr>
          <w:lang w:eastAsia="zh-CN"/>
        </w:rPr>
        <w:br/>
      </w:r>
      <w:r>
        <w:rPr>
          <w:lang w:eastAsia="zh-CN"/>
        </w:rPr>
        <w:t>　　（6）圣诞节K歌聚会。圣诞节是一个狂欢的节日，为了让大家在繁忙的12月有一个放松心情的活动，所以关于圣诞节k歌的场地和预算，在规定时间内我们行政部也会稳步进行落实和考察。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弹指一挥间，20__年即将步入尾声，回顾过去、展望未来。虽然行政的工作是十分琐碎的，但是我们坚持努力的决心绝不会改变，在未来的一年里，我们行政部会更加努力，向公司展示我们行政部的风采，同时和公司其他部门协调合作，各尽其能创照崟昊公司更好的明天。</w:t>
      </w:r>
      <w:r>
        <w:rPr>
          <w:lang w:eastAsia="zh-CN"/>
        </w:rPr>
        <w:br/>
      </w:r>
      <w:r>
        <w:rPr>
          <w:lang w:eastAsia="zh-CN"/>
        </w:rPr>
        <w:t xml:space="preserve">    2024部门月工作总结 篇6 </w:t>
      </w:r>
      <w:r>
        <w:rPr>
          <w:lang w:eastAsia="zh-CN"/>
        </w:rPr>
        <w:br/>
      </w:r>
      <w:r>
        <w:rPr>
          <w:lang w:eastAsia="zh-CN"/>
        </w:rPr>
        <w:t>　　一、办公室：</w:t>
      </w:r>
      <w:r>
        <w:rPr>
          <w:lang w:eastAsia="zh-CN"/>
        </w:rPr>
        <w:br/>
      </w:r>
      <w:r>
        <w:rPr>
          <w:lang w:eastAsia="zh-CN"/>
        </w:rPr>
        <w:t>　　1、各中心按计划已进入管理分册第二阶段：服务规范，服务提供规范，质量控制规范的修改，并取得实质性进展；抽查幼教，彩印中心质量管理知识培训落实情况，效果较好；对彩印中心和校园管理中心质量管理运行情况实施了检查，质管办针对上月检查中出现的问题，再次复查了膳食中心，督促其整改；完成集团质量手册的第一遍修改。</w:t>
      </w:r>
      <w:r>
        <w:rPr>
          <w:lang w:eastAsia="zh-CN"/>
        </w:rPr>
        <w:br/>
      </w:r>
      <w:r>
        <w:rPr>
          <w:lang w:eastAsia="zh-CN"/>
        </w:rPr>
        <w:t>　　2、完成对幼教中心，浦口集团办公室，财务中心，物业，接待中心，集团办公室，工贸公司，教材中心，旅行社，监理公司，彩印中心，校园管理中心，运输中心，监理的固定资产检查。</w:t>
      </w:r>
      <w:r>
        <w:rPr>
          <w:lang w:eastAsia="zh-CN"/>
        </w:rPr>
        <w:br/>
      </w:r>
      <w:r>
        <w:rPr>
          <w:lang w:eastAsia="zh-CN"/>
        </w:rPr>
        <w:t>　　3、出版了4月份《后勤集团简报》。</w:t>
      </w:r>
      <w:r>
        <w:rPr>
          <w:lang w:eastAsia="zh-CN"/>
        </w:rPr>
        <w:br/>
      </w:r>
      <w:r>
        <w:rPr>
          <w:lang w:eastAsia="zh-CN"/>
        </w:rPr>
        <w:t>　　4、初步完成集团主页的修改，继续充实主页内容。本月累计收到各中心投稿19篇。</w:t>
      </w:r>
      <w:r>
        <w:rPr>
          <w:lang w:eastAsia="zh-CN"/>
        </w:rPr>
        <w:br/>
      </w:r>
      <w:r>
        <w:rPr>
          <w:lang w:eastAsia="zh-CN"/>
        </w:rPr>
        <w:t>　　5、学生食堂的监督共建活动开始实施。</w:t>
      </w:r>
      <w:r>
        <w:rPr>
          <w:lang w:eastAsia="zh-CN"/>
        </w:rPr>
        <w:br/>
      </w:r>
      <w:r>
        <w:rPr>
          <w:lang w:eastAsia="zh-CN"/>
        </w:rPr>
        <w:t>　　6、检查校园巡视制度执行的情况，记录齐全。</w:t>
      </w:r>
      <w:r>
        <w:rPr>
          <w:lang w:eastAsia="zh-CN"/>
        </w:rPr>
        <w:br/>
      </w:r>
      <w:r>
        <w:rPr>
          <w:lang w:eastAsia="zh-CN"/>
        </w:rPr>
        <w:t>　　7、进行五一长假前的安全大检查。</w:t>
      </w:r>
      <w:r>
        <w:rPr>
          <w:lang w:eastAsia="zh-CN"/>
        </w:rPr>
        <w:br/>
      </w:r>
      <w:r>
        <w:rPr>
          <w:lang w:eastAsia="zh-CN"/>
        </w:rPr>
        <w:t>　　二、人力资源部：</w:t>
      </w:r>
      <w:r>
        <w:rPr>
          <w:lang w:eastAsia="zh-CN"/>
        </w:rPr>
        <w:br/>
      </w:r>
      <w:r>
        <w:rPr>
          <w:lang w:eastAsia="zh-CN"/>
        </w:rPr>
        <w:t>　　1、对集团职工集体宿舍进行检查，对个别管理存在问题的单位要求制定或修改管理办法。</w:t>
      </w:r>
      <w:r>
        <w:rPr>
          <w:lang w:eastAsia="zh-CN"/>
        </w:rPr>
        <w:br/>
      </w:r>
      <w:r>
        <w:rPr>
          <w:lang w:eastAsia="zh-CN"/>
        </w:rPr>
        <w:t>　　2、与200多名非正式用工签订《劳务协议》。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3、完成劳动与社会保障的年审及社保基数的审报工作。</w:t>
      </w:r>
      <w:r>
        <w:rPr>
          <w:lang w:eastAsia="zh-CN"/>
        </w:rPr>
        <w:br/>
      </w:r>
      <w:r>
        <w:rPr>
          <w:lang w:eastAsia="zh-CN"/>
        </w:rPr>
        <w:t>　　4、按计划实施中层干部系列培训2次。</w:t>
      </w:r>
      <w:r>
        <w:rPr>
          <w:lang w:eastAsia="zh-CN"/>
        </w:rPr>
        <w:br/>
      </w:r>
      <w:r>
        <w:rPr>
          <w:lang w:eastAsia="zh-CN"/>
        </w:rPr>
        <w:t>　　5、印制完成《南京大学后勤服务集团常用服务礼貌用语》手册。</w:t>
      </w:r>
      <w:r>
        <w:rPr>
          <w:lang w:eastAsia="zh-CN"/>
        </w:rPr>
        <w:br/>
      </w:r>
      <w:r>
        <w:rPr>
          <w:lang w:eastAsia="zh-CN"/>
        </w:rPr>
        <w:t>　　6、完成20__年度工人技师审报工作。</w:t>
      </w:r>
      <w:r>
        <w:rPr>
          <w:lang w:eastAsia="zh-CN"/>
        </w:rPr>
        <w:br/>
      </w:r>
      <w:r>
        <w:rPr>
          <w:lang w:eastAsia="zh-CN"/>
        </w:rPr>
        <w:t>　　7、根据学校要求，完成部门经理及相关人员以上审报科级岗位的确认工作。</w:t>
      </w:r>
      <w:r>
        <w:rPr>
          <w:lang w:eastAsia="zh-CN"/>
        </w:rPr>
        <w:br/>
      </w:r>
      <w:r>
        <w:rPr>
          <w:lang w:eastAsia="zh-CN"/>
        </w:rPr>
        <w:t>　　8、完成中心主任绩效考核方法讨论稿。</w:t>
      </w:r>
      <w:r>
        <w:rPr>
          <w:lang w:eastAsia="zh-CN"/>
        </w:rPr>
        <w:br/>
      </w:r>
      <w:r>
        <w:rPr>
          <w:lang w:eastAsia="zh-CN"/>
        </w:rPr>
        <w:t>　　三、财务中心：</w:t>
      </w:r>
      <w:r>
        <w:rPr>
          <w:lang w:eastAsia="zh-CN"/>
        </w:rPr>
        <w:br/>
      </w:r>
      <w:r>
        <w:rPr>
          <w:lang w:eastAsia="zh-CN"/>
        </w:rPr>
        <w:t>　　1、完成各中心20__年目标责任书的签订工作。</w:t>
      </w:r>
      <w:r>
        <w:rPr>
          <w:lang w:eastAsia="zh-CN"/>
        </w:rPr>
        <w:br/>
      </w:r>
      <w:r>
        <w:rPr>
          <w:lang w:eastAsia="zh-CN"/>
        </w:rPr>
        <w:t>　　2、完成了对会计基础工作的检查。</w:t>
      </w:r>
      <w:r>
        <w:rPr>
          <w:lang w:eastAsia="zh-CN"/>
        </w:rPr>
        <w:br/>
      </w:r>
      <w:r>
        <w:rPr>
          <w:lang w:eastAsia="zh-CN"/>
        </w:rPr>
        <w:t>　　3、就加强会计人员考核与管理，会计人员待遇，会计核算的准确性与及时性进行了研讨。</w:t>
      </w:r>
      <w:r>
        <w:rPr>
          <w:lang w:eastAsia="zh-CN"/>
        </w:rPr>
        <w:br/>
      </w:r>
      <w:r>
        <w:rPr>
          <w:lang w:eastAsia="zh-CN"/>
        </w:rPr>
        <w:t>　　4、开展个人所得税法规及扣缴等问题的培训与宣传。</w:t>
      </w:r>
      <w:r>
        <w:rPr>
          <w:lang w:eastAsia="zh-CN"/>
        </w:rPr>
        <w:br/>
      </w:r>
      <w:r>
        <w:rPr>
          <w:lang w:eastAsia="zh-CN"/>
        </w:rPr>
        <w:t>　　四、动力中心：</w:t>
      </w:r>
      <w:r>
        <w:rPr>
          <w:lang w:eastAsia="zh-CN"/>
        </w:rPr>
        <w:br/>
      </w:r>
      <w:r>
        <w:rPr>
          <w:lang w:eastAsia="zh-CN"/>
        </w:rPr>
        <w:t>　　1、认真贯彻落实iso9000质量体系要求，对部门经理以上人员进行质量分目标的绩效考核培训，初步完成三级作业指导书的编制，进一步完善文件的可操作性和适宜性。</w:t>
      </w:r>
      <w:r>
        <w:rPr>
          <w:lang w:eastAsia="zh-CN"/>
        </w:rPr>
        <w:br/>
      </w:r>
      <w:r>
        <w:rPr>
          <w:lang w:eastAsia="zh-CN"/>
        </w:rPr>
        <w:t>　　2、完成对全校各开闭所和各分变电所配电设备的春季安全大检查，确保供电设备安全运行。</w:t>
      </w:r>
      <w:r>
        <w:rPr>
          <w:lang w:eastAsia="zh-CN"/>
        </w:rPr>
        <w:br/>
      </w:r>
      <w:r>
        <w:rPr>
          <w:lang w:eastAsia="zh-CN"/>
        </w:rPr>
        <w:t>　　3、完成了__省高层论坛，211工程验收等四次重要活动的保电保水工作。完成了mba大楼变电所投运前各项准备工作，并顺利送电。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4、完成第六组团新装开水炉和原有开水炉用能数据的调查，进行实测用能数据对比并做出分析报告；检查星湖漏水情况，做出分析报告。</w:t>
      </w:r>
      <w:r>
        <w:rPr>
          <w:lang w:eastAsia="zh-CN"/>
        </w:rPr>
        <w:br/>
      </w:r>
      <w:r>
        <w:rPr>
          <w:lang w:eastAsia="zh-CN"/>
        </w:rPr>
        <w:t>　　5、查抄全校水电表，催缴1季度水电费10万余元。</w:t>
      </w:r>
      <w:r>
        <w:rPr>
          <w:lang w:eastAsia="zh-CN"/>
        </w:rPr>
        <w:br/>
      </w:r>
      <w:r>
        <w:rPr>
          <w:lang w:eastAsia="zh-CN"/>
        </w:rPr>
        <w:t>　　6、根据集团要求，编制动力中心校园巡查制度，进一步加强了零修部的内部管理，全面提高了职工的综合素质和职业技能。</w:t>
      </w:r>
      <w:r>
        <w:rPr>
          <w:lang w:eastAsia="zh-CN"/>
        </w:rPr>
        <w:br/>
      </w:r>
      <w:r>
        <w:rPr>
          <w:lang w:eastAsia="zh-CN"/>
        </w:rPr>
        <w:t>　　7、按时完成了西苑，海外，中美一期的电缆的第一次改接工程，以及临时配电房拆除工程；完成了图书馆书库电表的安装和新教楼进水管水表的安装，并修复漏水点。</w:t>
      </w:r>
      <w:r>
        <w:rPr>
          <w:lang w:eastAsia="zh-CN"/>
        </w:rPr>
        <w:br/>
      </w:r>
      <w:r>
        <w:rPr>
          <w:lang w:eastAsia="zh-CN"/>
        </w:rPr>
        <w:t>　　五、监理：</w:t>
      </w:r>
      <w:r>
        <w:rPr>
          <w:lang w:eastAsia="zh-CN"/>
        </w:rPr>
        <w:br/>
      </w:r>
      <w:r>
        <w:rPr>
          <w:lang w:eastAsia="zh-CN"/>
        </w:rPr>
        <w:t>　　1、顺利通过本年度aaa资信等级评估工作。</w:t>
      </w:r>
      <w:r>
        <w:rPr>
          <w:lang w:eastAsia="zh-CN"/>
        </w:rPr>
        <w:br/>
      </w:r>
      <w:r>
        <w:rPr>
          <w:lang w:eastAsia="zh-CN"/>
        </w:rPr>
        <w:t>　　2、召开总监例会，对近期竣工项目较多的局面提出具体的工作指导，要求项目监理人员切实加强事前控制，做好收尾工程的预验收和整改工作。</w:t>
      </w:r>
      <w:r>
        <w:rPr>
          <w:lang w:eastAsia="zh-CN"/>
        </w:rPr>
        <w:br/>
      </w:r>
      <w:r>
        <w:rPr>
          <w:lang w:eastAsia="zh-CN"/>
        </w:rPr>
        <w:t>　　3、4月21日，公司总工办，工程部组织各项目总监，专业监理工程师在南大国际学术大厦工地进行现场观摩。对该项目建设过程中的运用的新材料及新工艺以及具体的控制心得开展现场说明，解答，为其他项目部起到工作指导的作用。</w:t>
      </w:r>
      <w:r>
        <w:rPr>
          <w:lang w:eastAsia="zh-CN"/>
        </w:rPr>
        <w:br/>
      </w:r>
      <w:r>
        <w:rPr>
          <w:lang w:eastAsia="zh-CN"/>
        </w:rPr>
        <w:t>　　4、结合__省建设厅正式开展的国家注册监理工程师再教育办法，公司总工办人员参加了首次《建设工程监理安全责任》的培训。预计全体注册人员将分6期完成本年度继续教育课程。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5、积极配合__市建委，__市质监站在我公司监理的银城东苑8万㎡住宅区进行《__市住宅工程质量分户验收管理办法》试点工作。同时，为本公司今后监理的其他住宅项目提供成功的实践经验。</w:t>
      </w:r>
      <w:r>
        <w:rPr>
          <w:lang w:eastAsia="zh-CN"/>
        </w:rPr>
        <w:br/>
      </w:r>
      <w:r>
        <w:rPr>
          <w:lang w:eastAsia="zh-CN"/>
        </w:rPr>
        <w:t>　　6、承接微结构实验室桩基工程及浦口校区隧道护坡，六组团配电房，鼓楼校区危险品仓库等零星工程监理任务。公司工程部及时调配人员进场开展现场监理工作。</w:t>
      </w:r>
      <w:r>
        <w:rPr>
          <w:lang w:eastAsia="zh-CN"/>
        </w:rPr>
        <w:br/>
      </w:r>
      <w:r>
        <w:rPr>
          <w:lang w:eastAsia="zh-CN"/>
        </w:rPr>
        <w:t>　　7、对公司所属各部门以及项目监理现场五一前的安全生产，防火，防盗和人员值班等情况进行了检查。</w:t>
      </w:r>
      <w:r>
        <w:rPr>
          <w:lang w:eastAsia="zh-CN"/>
        </w:rPr>
        <w:br/>
      </w:r>
      <w:r>
        <w:rPr>
          <w:lang w:eastAsia="zh-CN"/>
        </w:rPr>
        <w:t>　　六、物业：</w:t>
      </w:r>
      <w:r>
        <w:rPr>
          <w:lang w:eastAsia="zh-CN"/>
        </w:rPr>
        <w:br/>
      </w:r>
      <w:r>
        <w:rPr>
          <w:lang w:eastAsia="zh-CN"/>
        </w:rPr>
        <w:t>　　1、3月29日，在南苑报告厅顺利召开公司首届职工代表大会，标志着物业公司的民主管理进入了一个崭新的阶段。来自公司各部门的49名代表，代表公司500多名职工参会行使民主管理的职权。会议审议通过了《物业公司首届职工代表大会条例》，《物业公司职工奖惩办法》，《物业公司工资管理办法》，《物业公司部分岗位工作时间调整方案》等文件。</w:t>
      </w:r>
      <w:r>
        <w:rPr>
          <w:lang w:eastAsia="zh-CN"/>
        </w:rPr>
        <w:br/>
      </w:r>
      <w:r>
        <w:rPr>
          <w:lang w:eastAsia="zh-CN"/>
        </w:rPr>
        <w:t>　　2、根据职代会的精神，结合公司现状，采取多种途径对安保，公寓管理员的工作时间进行了调整，基本做到了符合国家相关法律，法规的要求；同时为保洁承包人员购买了集体商业保险，解决了保洁人员的后顾之忧。</w:t>
      </w:r>
      <w:r>
        <w:rPr>
          <w:lang w:eastAsia="zh-CN"/>
        </w:rPr>
        <w:br/>
      </w:r>
      <w:r>
        <w:rPr>
          <w:lang w:eastAsia="zh-CN"/>
        </w:rPr>
        <w:t>　　3、通过召开专题研讨会和征集部门意见等形式，完善和修订了一二级文件，使其更加贴近公司实际情况，易于操作。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4、针对本月份学校会议较多，接待任务较重的特点，有针对性了开展了礼仪礼貌培训，树立窗口形象，认真做好各项接待工作的后勤服务保障。本月鼓楼公用房成功接待教育部周济部长来访及科技一期部长论坛，新闻出版总署南京大学出版人才培养基地揭牌，文艺，名家讲话等会议40余场。</w:t>
      </w:r>
      <w:r>
        <w:rPr>
          <w:lang w:eastAsia="zh-CN"/>
        </w:rPr>
        <w:br/>
      </w:r>
      <w:r>
        <w:rPr>
          <w:lang w:eastAsia="zh-CN"/>
        </w:rPr>
        <w:t>　　5、积极贯彻落实消防安全工作，注重培养员工的安全防范意识和实际操作能力，对安全工作做到常抓不懈。4月14日邀请校保卫处对员工进行了消防安全知识培训，并进行了现场灭火演练，达到了理论与实际相结合的目的。</w:t>
      </w:r>
      <w:r>
        <w:rPr>
          <w:lang w:eastAsia="zh-CN"/>
        </w:rPr>
        <w:br/>
      </w:r>
      <w:r>
        <w:rPr>
          <w:lang w:eastAsia="zh-CN"/>
        </w:rPr>
        <w:t>　　6、按照集团对外围巡查工作的要求，切实采取有效措施，制定巡查路线，明确职责，组织人员进行定期检查，确保周边地区无重大安全隐患。</w:t>
      </w:r>
      <w:r>
        <w:rPr>
          <w:lang w:eastAsia="zh-CN"/>
        </w:rPr>
        <w:br/>
      </w:r>
      <w:r>
        <w:rPr>
          <w:lang w:eastAsia="zh-CN"/>
        </w:rPr>
        <w:t>　　7、针对每年四，五月份学生宿舍盗窃率较高的特点，采用认照片，闯楼幢等多种形式在学生公寓开展业务技能认人考核月活动，做好防盗工作的宣传与防预，保障学生公寓的安全。</w:t>
      </w:r>
      <w:r>
        <w:rPr>
          <w:lang w:eastAsia="zh-CN"/>
        </w:rPr>
        <w:br/>
      </w:r>
      <w:r>
        <w:rPr>
          <w:lang w:eastAsia="zh-CN"/>
        </w:rPr>
        <w:t>　　8、浦口学生公寓圆满完成01—03和22幢学生近1300多人搬迁和接收工作。为了做好这项工作，物管处成立了搬迁工作小组，制定了详细的搬迁方案，分工到人。3月25，26日，全体人员放弃了正常的休息，全部投入到搬迁工作中，确保了搬迁和接收任务的顺利完成，整个程中未发生一起安全事件。</w:t>
      </w:r>
      <w:r>
        <w:rPr>
          <w:lang w:eastAsia="zh-CN"/>
        </w:rPr>
        <w:br/>
      </w:r>
      <w:r>
        <w:rPr>
          <w:lang w:eastAsia="zh-CN"/>
        </w:rPr>
        <w:t>　　9、积极做好春季预防传染病宣传及防范工作，组织保洁承包人对办公大楼，学生宿舍楼的边角，楼梯扶手，烟灰桶等进行了集中清洁，消毒。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10、根据集团的要求，本月对公司的所有固定资产进行了清查，核实。</w:t>
      </w:r>
      <w:r>
        <w:rPr>
          <w:lang w:eastAsia="zh-CN"/>
        </w:rPr>
        <w:br/>
      </w:r>
      <w:r>
        <w:rPr>
          <w:lang w:eastAsia="zh-CN"/>
        </w:rPr>
        <w:t>　　11、游泳馆举办了国际芭蕾舞大师俄罗斯瓦吉姆·比萨列夫亲自授课的芭蕾舞演示，南京多家新闻媒体进行了现场采访。</w:t>
      </w:r>
      <w:r>
        <w:rPr>
          <w:lang w:eastAsia="zh-CN"/>
        </w:rPr>
        <w:br/>
      </w:r>
      <w:r>
        <w:rPr>
          <w:lang w:eastAsia="zh-CN"/>
        </w:rPr>
        <w:t>　　12、为接管中美中心做好准备。</w:t>
      </w:r>
      <w:r>
        <w:rPr>
          <w:lang w:eastAsia="zh-CN"/>
        </w:rPr>
        <w:br/>
      </w:r>
      <w:r>
        <w:rPr>
          <w:lang w:eastAsia="zh-CN"/>
        </w:rPr>
        <w:t>　　13、组织开展篮球比赛。</w:t>
      </w:r>
      <w:r>
        <w:rPr>
          <w:lang w:eastAsia="zh-CN"/>
        </w:rPr>
        <w:br/>
      </w:r>
      <w:r>
        <w:rPr>
          <w:lang w:eastAsia="zh-CN"/>
        </w:rPr>
        <w:t>　　七、集团浦口办：</w:t>
      </w:r>
      <w:r>
        <w:rPr>
          <w:lang w:eastAsia="zh-CN"/>
        </w:rPr>
        <w:br/>
      </w:r>
      <w:r>
        <w:rPr>
          <w:lang w:eastAsia="zh-CN"/>
        </w:rPr>
        <w:t>　　1、完成了中央大道，教学楼周边30盏路灯，电缆线的市场调研，招标，并且完成了安装调试，正式投入使用，反映较好。</w:t>
      </w:r>
      <w:r>
        <w:rPr>
          <w:lang w:eastAsia="zh-CN"/>
        </w:rPr>
        <w:br/>
      </w:r>
      <w:r>
        <w:rPr>
          <w:lang w:eastAsia="zh-CN"/>
        </w:rPr>
        <w:t>　　2、完成了1——3幢学生宿舍维修计划工程量的统计测算工作，为下一步维修工作做好准备。</w:t>
      </w:r>
      <w:r>
        <w:rPr>
          <w:lang w:eastAsia="zh-CN"/>
        </w:rPr>
        <w:br/>
      </w:r>
      <w:r>
        <w:rPr>
          <w:lang w:eastAsia="zh-CN"/>
        </w:rPr>
        <w:t>　　3、根据推土机，挖掘机的使用情况，在维保单位的协助下，完成推土机，挖掘机的维护保养工作。</w:t>
      </w:r>
      <w:r>
        <w:rPr>
          <w:lang w:eastAsia="zh-CN"/>
        </w:rPr>
        <w:br/>
      </w:r>
      <w:r>
        <w:rPr>
          <w:lang w:eastAsia="zh-CN"/>
        </w:rPr>
        <w:t>　　4、根据春季绿化的需要，工程机械组积极配合校园管理中心进行平整土地，挖树等工作。</w:t>
      </w:r>
      <w:r>
        <w:rPr>
          <w:lang w:eastAsia="zh-CN"/>
        </w:rPr>
        <w:br/>
      </w:r>
      <w:r>
        <w:rPr>
          <w:lang w:eastAsia="zh-CN"/>
        </w:rPr>
        <w:t>　　5、邀请__市高新公安分局消防大队的领导同志来校区从消防安全的角度，对新建学生食堂架空层为校区经营场所进行了布局和规划。</w:t>
      </w:r>
      <w:r>
        <w:rPr>
          <w:lang w:eastAsia="zh-CN"/>
        </w:rPr>
        <w:br/>
      </w:r>
      <w:r>
        <w:rPr>
          <w:lang w:eastAsia="zh-CN"/>
        </w:rPr>
        <w:t>　　6、邀请校区保卫办负责消防的同志给全体员工上了一堂消防安全知识课，并组织了考试。</w:t>
      </w:r>
      <w:r>
        <w:rPr>
          <w:lang w:eastAsia="zh-CN"/>
        </w:rPr>
        <w:br/>
      </w:r>
      <w:r>
        <w:rPr>
          <w:lang w:eastAsia="zh-CN"/>
        </w:rPr>
        <w:t>　　7、完成了招待所5，6楼11个凉台的封闭，对1—4楼8个房间的下水进行了疏通，并更换了排风扇24台。</w:t>
      </w:r>
      <w:r>
        <w:rPr>
          <w:lang w:eastAsia="zh-CN"/>
        </w:rPr>
        <w:br/>
      </w:r>
      <w:r>
        <w:rPr>
          <w:lang w:eastAsia="zh-CN"/>
        </w:rPr>
        <w:t>　　八、校管中心：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1、继续认真抓好了iso9000质量体系贯标工作，按计划进行了人员培训，完成了各项安全工作，确保当月安全生产无事故。</w:t>
      </w:r>
      <w:r>
        <w:rPr>
          <w:lang w:eastAsia="zh-CN"/>
        </w:rPr>
        <w:br/>
      </w:r>
      <w:r>
        <w:rPr>
          <w:lang w:eastAsia="zh-CN"/>
        </w:rPr>
        <w:t>　　2、完成了校园内及有关住宅小区危树的处理工作，杜绝安全隐患。</w:t>
      </w:r>
      <w:r>
        <w:rPr>
          <w:lang w:eastAsia="zh-CN"/>
        </w:rPr>
        <w:br/>
      </w:r>
      <w:r>
        <w:rPr>
          <w:lang w:eastAsia="zh-CN"/>
        </w:rPr>
        <w:t>　　3、继续加强了对基地原植苗木养护承包方养护工作的监督，指导，考核等，特别是近期的除杂草，防治病虫害等养护管理工作，以保证原植苗木的正常生长。</w:t>
      </w:r>
      <w:r>
        <w:rPr>
          <w:lang w:eastAsia="zh-CN"/>
        </w:rPr>
        <w:br/>
      </w:r>
      <w:r>
        <w:rPr>
          <w:lang w:eastAsia="zh-CN"/>
        </w:rPr>
        <w:t>　　4、加强对基地新植苗木，自产苗木的养护管理，自产苗木经济效益有所增加。</w:t>
      </w:r>
      <w:r>
        <w:rPr>
          <w:lang w:eastAsia="zh-CN"/>
        </w:rPr>
        <w:br/>
      </w:r>
      <w:r>
        <w:rPr>
          <w:lang w:eastAsia="zh-CN"/>
        </w:rPr>
        <w:t>　　5、加强了港龙园小区绿化工程完工后的养护管理工作，特别是近期降雨过程中的排水处理，现小区各类苗木生长正常。</w:t>
      </w:r>
      <w:r>
        <w:rPr>
          <w:lang w:eastAsia="zh-CN"/>
        </w:rPr>
        <w:br/>
      </w:r>
      <w:r>
        <w:rPr>
          <w:lang w:eastAsia="zh-CN"/>
        </w:rPr>
        <w:t>　　6、继续狠抓了两校区的各类植物的养护管理，特别是杂草的清除，病虫害的防治等，使得各类植物，特别是草坪生长情况良好。</w:t>
      </w:r>
      <w:r>
        <w:rPr>
          <w:lang w:eastAsia="zh-CN"/>
        </w:rPr>
        <w:br/>
      </w:r>
      <w:r>
        <w:rPr>
          <w:lang w:eastAsia="zh-CN"/>
        </w:rPr>
        <w:t>　　7、进一步完成了鼓楼校区古树名木的管理和登记建档工作。</w:t>
      </w:r>
      <w:r>
        <w:rPr>
          <w:lang w:eastAsia="zh-CN"/>
        </w:rPr>
        <w:br/>
      </w:r>
      <w:r>
        <w:rPr>
          <w:lang w:eastAsia="zh-CN"/>
        </w:rPr>
        <w:t>　　8、完成了集团校园巡视工作制度的落实与检查，严格执行日巡查记录和月巡视情况统计汇总，保证了巡视的措施得到真正的落实。</w:t>
      </w:r>
      <w:r>
        <w:rPr>
          <w:lang w:eastAsia="zh-CN"/>
        </w:rPr>
        <w:br/>
      </w:r>
      <w:r>
        <w:rPr>
          <w:lang w:eastAsia="zh-CN"/>
        </w:rPr>
        <w:t>　　9、重点加强了对西山竹园，名人园小竹园种植后的管养工作，强化了对新建竹园杂树，草，排水沟的清理工作。</w:t>
      </w:r>
      <w:r>
        <w:rPr>
          <w:lang w:eastAsia="zh-CN"/>
        </w:rPr>
        <w:br/>
      </w:r>
      <w:r>
        <w:rPr>
          <w:lang w:eastAsia="zh-CN"/>
        </w:rPr>
        <w:t>　　10、进一步加强了基地自繁小苗的扦插力度以及校园绿化建设后使用自产苗木的补充工作等，不断扩大基地苗木的使用后的经济效益。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11、完成了迎接学校211工程检查等有关突击性活动的环卫保洁，插彩旗，摆放花卉植物等各项任务。</w:t>
      </w:r>
      <w:r>
        <w:rPr>
          <w:lang w:eastAsia="zh-CN"/>
        </w:rPr>
        <w:br/>
      </w:r>
      <w:r>
        <w:rPr>
          <w:lang w:eastAsia="zh-CN"/>
        </w:rPr>
        <w:t>　　12、完成了五·一劳动节两校区花卉植物摆放的用花统计，采购等工作，同时完成了环境卫生保洁，挂彩灯，插彩旗，挂横幅等任务。</w:t>
      </w:r>
      <w:r>
        <w:rPr>
          <w:lang w:eastAsia="zh-CN"/>
        </w:rPr>
        <w:br/>
      </w:r>
      <w:r>
        <w:rPr>
          <w:lang w:eastAsia="zh-CN"/>
        </w:rPr>
        <w:t>　　13、完成了650大道少部份生长不好的行道树的更换，六组团前因施工未种植行道树的种植，运动场北侧，金陵学院——六组团间，名人园部份区域等区域绿化施工，调整等任务。</w:t>
      </w:r>
      <w:r>
        <w:rPr>
          <w:lang w:eastAsia="zh-CN"/>
        </w:rPr>
        <w:br/>
      </w:r>
      <w:r>
        <w:rPr>
          <w:lang w:eastAsia="zh-CN"/>
        </w:rPr>
        <w:t>　　九、工贸公司：</w:t>
      </w:r>
      <w:r>
        <w:rPr>
          <w:lang w:eastAsia="zh-CN"/>
        </w:rPr>
        <w:br/>
      </w:r>
      <w:r>
        <w:rPr>
          <w:lang w:eastAsia="zh-CN"/>
        </w:rPr>
        <w:t>　　1、召开企业负责人会议，加强安全工作特别是食品卫生安全的质量管理，并在巡视中加强对食品保质期和商品明码标价情况的检查。</w:t>
      </w:r>
      <w:r>
        <w:rPr>
          <w:lang w:eastAsia="zh-CN"/>
        </w:rPr>
        <w:br/>
      </w:r>
      <w:r>
        <w:rPr>
          <w:lang w:eastAsia="zh-CN"/>
        </w:rPr>
        <w:t>　　2、在后勤质管办的具体指导下，完成三级文件管理分册部分的修改，同时对服务规范，服务指导规范，质量控制规范进行修订和完善。</w:t>
      </w:r>
      <w:r>
        <w:rPr>
          <w:lang w:eastAsia="zh-CN"/>
        </w:rPr>
        <w:br/>
      </w:r>
      <w:r>
        <w:rPr>
          <w:lang w:eastAsia="zh-CN"/>
        </w:rPr>
        <w:t>　　3、认真落实员工培训计划，加强了iso9000标准，使用规范服务用语的宣传，教育，组织职工学习《食品卫生法》并进行书面测试，参培率，合格率均为100%。</w:t>
      </w:r>
      <w:r>
        <w:rPr>
          <w:lang w:eastAsia="zh-CN"/>
        </w:rPr>
        <w:br/>
      </w:r>
      <w:r>
        <w:rPr>
          <w:lang w:eastAsia="zh-CN"/>
        </w:rPr>
        <w:t>　　4、为满足不同学生的购物需要，为学生办实事，浦口超市开设了小商品自助式销售服务。</w:t>
      </w:r>
      <w:r>
        <w:rPr>
          <w:lang w:eastAsia="zh-CN"/>
        </w:rPr>
        <w:br/>
      </w:r>
      <w:r>
        <w:rPr>
          <w:lang w:eastAsia="zh-CN"/>
        </w:rPr>
        <w:t>　　5、在消费水平普遍上升的情况下，为降低经营成本让利于顾客，积极进行市场调研，现已有部分小商品采取自购方式，有效控制了商品价格的上涨。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6、冷冻部，洗涤部积极开拓市场，争取业务，经济效益比去年有所上升。</w:t>
      </w:r>
      <w:r>
        <w:rPr>
          <w:lang w:eastAsia="zh-CN"/>
        </w:rPr>
        <w:br/>
      </w:r>
      <w:r>
        <w:rPr>
          <w:lang w:eastAsia="zh-CN"/>
        </w:rPr>
        <w:t>　　十、教材供应中心：</w:t>
      </w:r>
      <w:r>
        <w:rPr>
          <w:lang w:eastAsia="zh-CN"/>
        </w:rPr>
        <w:br/>
      </w:r>
      <w:r>
        <w:rPr>
          <w:lang w:eastAsia="zh-CN"/>
        </w:rPr>
        <w:t>　　1、催收新老学生所欠教材费的工作。</w:t>
      </w:r>
      <w:r>
        <w:rPr>
          <w:lang w:eastAsia="zh-CN"/>
        </w:rPr>
        <w:br/>
      </w:r>
      <w:r>
        <w:rPr>
          <w:lang w:eastAsia="zh-CN"/>
        </w:rPr>
        <w:t>　　2、将多余卖不掉的剩余教材清仓核库并打印清单，通知书商或出版社退书（目前，已将南大出版社教材全部退回，退书率达70%）。</w:t>
      </w:r>
      <w:r>
        <w:rPr>
          <w:lang w:eastAsia="zh-CN"/>
        </w:rPr>
        <w:br/>
      </w:r>
      <w:r>
        <w:rPr>
          <w:lang w:eastAsia="zh-CN"/>
        </w:rPr>
        <w:t>　　3、对20__级新生滞后贷款的学生逐系进行核对，以进行结算或退费工作。</w:t>
      </w:r>
      <w:r>
        <w:rPr>
          <w:lang w:eastAsia="zh-CN"/>
        </w:rPr>
        <w:br/>
      </w:r>
      <w:r>
        <w:rPr>
          <w:lang w:eastAsia="zh-CN"/>
        </w:rPr>
        <w:t>　　4、到各个院系落实征订20__年秋季教材计划。</w:t>
      </w:r>
      <w:r>
        <w:rPr>
          <w:lang w:eastAsia="zh-CN"/>
        </w:rPr>
        <w:br/>
      </w:r>
      <w:r>
        <w:rPr>
          <w:lang w:eastAsia="zh-CN"/>
        </w:rPr>
        <w:t>　　十一、接待中心：</w:t>
      </w:r>
      <w:r>
        <w:rPr>
          <w:lang w:eastAsia="zh-CN"/>
        </w:rPr>
        <w:br/>
      </w:r>
      <w:r>
        <w:rPr>
          <w:lang w:eastAsia="zh-CN"/>
        </w:rPr>
        <w:t>　　1、4月份经营状况较好，各部门营业额总计152万元，其中南苑宾馆30万元，招待所15万元，南苑餐厅营业额48万元，南芳园餐厅近28万元。</w:t>
      </w:r>
      <w:r>
        <w:rPr>
          <w:lang w:eastAsia="zh-CN"/>
        </w:rPr>
        <w:br/>
      </w:r>
      <w:r>
        <w:rPr>
          <w:lang w:eastAsia="zh-CN"/>
        </w:rPr>
        <w:t>　　2、进一步做好三级文件的编订工作。根据集团iso9000办公室的安排，将中心三级文件的编写工作分配到各部门，力求使文件符合中心各部门的实际情况。</w:t>
      </w:r>
      <w:r>
        <w:rPr>
          <w:lang w:eastAsia="zh-CN"/>
        </w:rPr>
        <w:br/>
      </w:r>
      <w:r>
        <w:rPr>
          <w:lang w:eastAsia="zh-CN"/>
        </w:rPr>
        <w:t>　　3、加强对员工的培训，中心本月外聘专家对中心服务人员进行了培训。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南苑餐厅四月份在继续推广江鲜美食节的同时，加强对厨师的培训，餐厅派出厨师到向阳渔港考察学习，激发了广大厨师的创新热情，持续做好菜肴的创新工作。南芳园餐厅本月开始举办第三届龙虾美食节，取得了较好经济效益。</w:t>
      </w:r>
      <w:r>
        <w:rPr>
          <w:lang w:eastAsia="zh-CN"/>
        </w:rPr>
        <w:br/>
      </w:r>
      <w:r>
        <w:rPr>
          <w:lang w:eastAsia="zh-CN"/>
        </w:rPr>
        <w:t>　　5、客房部本月工作重点是做好会议接待，抓好营销工作，南苑宾馆和招待所满房率分别达到80%及90%以上。</w:t>
      </w:r>
      <w:r>
        <w:rPr>
          <w:lang w:eastAsia="zh-CN"/>
        </w:rPr>
        <w:br/>
      </w:r>
      <w:r>
        <w:rPr>
          <w:lang w:eastAsia="zh-CN"/>
        </w:rPr>
        <w:t>　　6、经过一段时期的调研，中心于本月正式与三个餐厅签订了目标管理及分配制度改革的相关协议。</w:t>
      </w:r>
      <w:r>
        <w:rPr>
          <w:lang w:eastAsia="zh-CN"/>
        </w:rPr>
        <w:br/>
      </w:r>
      <w:r>
        <w:rPr>
          <w:lang w:eastAsia="zh-CN"/>
        </w:rPr>
        <w:t>　　7、中心党支部组织党员及部分积极分子到根据地进行学习，考察，进一步巩固保先教育的成果。</w:t>
      </w:r>
      <w:r>
        <w:rPr>
          <w:lang w:eastAsia="zh-CN"/>
        </w:rPr>
        <w:br/>
      </w:r>
      <w:r>
        <w:rPr>
          <w:lang w:eastAsia="zh-CN"/>
        </w:rPr>
        <w:t>　　十二、膳食中心：</w:t>
      </w:r>
      <w:r>
        <w:rPr>
          <w:lang w:eastAsia="zh-CN"/>
        </w:rPr>
        <w:br/>
      </w:r>
      <w:r>
        <w:rPr>
          <w:lang w:eastAsia="zh-CN"/>
        </w:rPr>
        <w:t>　　1、抓好饮食卫生安全工作。中心根据号文，26日对卫生专管人员，食堂厨师长进行预防食物中毒发生与应急处理，集体用餐配送规范培训。采供部加强验货力度，组织人员到盐城，泰州，栖霞等地查看大米，为5月份招标工作做好了准备。</w:t>
      </w:r>
      <w:r>
        <w:rPr>
          <w:lang w:eastAsia="zh-CN"/>
        </w:rPr>
        <w:br/>
      </w:r>
      <w:r>
        <w:rPr>
          <w:lang w:eastAsia="zh-CN"/>
        </w:rPr>
        <w:t>　　2、做好供货商的`交流。25日，采供部召开供货商会议，有17家厂商参加。中心要求他们及时更新资质证书；送货及时，保质保量，不得把变质食品，三无产品流入食堂；经常通报市场行情，相互沟通交流原料价格。</w:t>
      </w:r>
      <w:r>
        <w:rPr>
          <w:lang w:eastAsia="zh-CN"/>
        </w:rPr>
        <w:br/>
      </w:r>
      <w:r>
        <w:rPr>
          <w:lang w:eastAsia="zh-CN"/>
        </w:rPr>
        <w:t>　　3、完成了《管理分册》第二阶段的修订。发动全员对《服务规范》，《服务提供规范》，《质量控制规范》逐条逐句修改，主要修改了各岗位职责，工作标准，增加了面点师，收银员岗位职责，工作标准，使之更加清晰，规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4、加强员工培训。中心办公室对新员工进行职业道德，服务七要素培训，并转发了集团《立足本职岗位，服务师生员工，永做合格党员，争创满意后勤》的报告；分管主任对厨师长进行了如何创新菜肴，怎样丰富供应品种的培训。</w:t>
      </w:r>
      <w:r>
        <w:rPr>
          <w:lang w:eastAsia="zh-CN"/>
        </w:rPr>
        <w:br/>
      </w:r>
      <w:r>
        <w:rPr>
          <w:lang w:eastAsia="zh-CN"/>
        </w:rPr>
        <w:t>　　5、完成了中心整体顾客满意率调查，做好了分析总结工作。对浦口校区食堂发放了顾客满意调查表，学生普遍反映食堂就餐拥挤，个别学生反映食堂的品种单调。经过分析统计，中心满意率85%，达到了集团的要求。同时根据学生的意见，要求食堂在品种，口味上多动脑，多创新。</w:t>
      </w:r>
      <w:r>
        <w:rPr>
          <w:lang w:eastAsia="zh-CN"/>
        </w:rPr>
        <w:br/>
      </w:r>
      <w:r>
        <w:rPr>
          <w:lang w:eastAsia="zh-CN"/>
        </w:rPr>
        <w:t>　　6、初步完成浦口校区新食堂的供应布局工作。10日召开经理会议，确定了新食堂的名称为：学生第五食堂，第六食堂，浦苑餐厅，清真餐厅，学生第五食堂分8个隔间，即卤菜，川菜，维扬菜，粤菜，西北风味，大娘水饺，另两个隔间确定了主要经营金陵小吃，铁板，砂锅，明炉等，同时各馆的具体策划明确到人。完成了不锈钢水池的招标工作，其他厨具的招标将在5月份完成。</w:t>
      </w:r>
      <w:r>
        <w:rPr>
          <w:lang w:eastAsia="zh-CN"/>
        </w:rPr>
        <w:br/>
      </w:r>
      <w:r>
        <w:rPr>
          <w:lang w:eastAsia="zh-CN"/>
        </w:rPr>
        <w:t>　　7、加强临时工宿舍管理。设立总值班制，总值班由各房间舍长轮流担任，负责监督公共卫生，及时汇报漏水漏电等工作；重新带领员工学习临时工住宿管理规定，并张贴到每个房间。</w:t>
      </w:r>
      <w:r>
        <w:rPr>
          <w:lang w:eastAsia="zh-CN"/>
        </w:rPr>
        <w:br/>
      </w:r>
      <w:r>
        <w:rPr>
          <w:lang w:eastAsia="zh-CN"/>
        </w:rPr>
        <w:t>　　8、加强通讯信息工作。根据集团信息工作考核办法，制定了中心考核办法，并下发到各部门；分校区召集部门信息员会议，讲述了通讯稿的要求及写法。本月中心总共收到10篇稿子，提交集团5篇。收集了部分饮食资料，为丰富中心网页做了准备。</w:t>
      </w:r>
      <w:r>
        <w:rPr>
          <w:lang w:eastAsia="zh-CN"/>
        </w:rPr>
        <w:br/>
      </w:r>
      <w:r>
        <w:rPr>
          <w:lang w:eastAsia="zh-CN"/>
        </w:rPr>
        <w:t>　　十三、彩印中心：</w:t>
      </w:r>
      <w:r>
        <w:rPr>
          <w:lang w:eastAsia="zh-CN"/>
        </w:rPr>
        <w:br/>
      </w:r>
      <w:r>
        <w:rPr>
          <w:lang w:eastAsia="zh-CN"/>
        </w:rPr>
        <w:t>　　1、本月完成产值20万元。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2、对iso9000质量体系文件修改。针对iso9000质量体系第二阶段修订任务，本月对服务规范，服务提供规范等进行修订，与集团同步，尽快完成第二阶段的修订工作。</w:t>
      </w:r>
      <w:r>
        <w:rPr>
          <w:lang w:eastAsia="zh-CN"/>
        </w:rPr>
        <w:br/>
      </w:r>
      <w:r>
        <w:rPr>
          <w:lang w:eastAsia="zh-CN"/>
        </w:rPr>
        <w:t>　　3、对新员工进行相关培训。四月份对机器操作工人，小胶印机器工人的进行iso9000质量体系培训，与之进行思想交流，使之符合本厂人力资源方面的要求。</w:t>
      </w:r>
      <w:r>
        <w:rPr>
          <w:lang w:eastAsia="zh-CN"/>
        </w:rPr>
        <w:br/>
      </w:r>
      <w:r>
        <w:rPr>
          <w:lang w:eastAsia="zh-CN"/>
        </w:rPr>
        <w:t>　　4、装订车间实行独立核算。从4月1日开始实行，与相关独立核算责任人签订核算协议，经过半个多月的运作，基本情况良好，但一些具体生产过程还有不少工作需要进一步磨合，协调和提高。</w:t>
      </w:r>
      <w:r>
        <w:rPr>
          <w:lang w:eastAsia="zh-CN"/>
        </w:rPr>
        <w:br/>
      </w:r>
      <w:r>
        <w:rPr>
          <w:lang w:eastAsia="zh-CN"/>
        </w:rPr>
        <w:t>　　十四、幼教中心：</w:t>
      </w:r>
      <w:r>
        <w:rPr>
          <w:lang w:eastAsia="zh-CN"/>
        </w:rPr>
        <w:br/>
      </w:r>
      <w:r>
        <w:rPr>
          <w:lang w:eastAsia="zh-CN"/>
        </w:rPr>
        <w:t>　　1、行政后勤工作方面：</w:t>
      </w:r>
      <w:r>
        <w:rPr>
          <w:lang w:eastAsia="zh-CN"/>
        </w:rPr>
        <w:br/>
      </w:r>
      <w:r>
        <w:rPr>
          <w:lang w:eastAsia="zh-CN"/>
        </w:rPr>
        <w:t>　　①继续落实基础设施的维修项目，进行了2，3号楼楼顶补漏，墙面粉刷，栏杆油漆等施工工作，改造工作基本完成。</w:t>
      </w:r>
      <w:r>
        <w:rPr>
          <w:lang w:eastAsia="zh-CN"/>
        </w:rPr>
        <w:br/>
      </w:r>
      <w:r>
        <w:rPr>
          <w:lang w:eastAsia="zh-CN"/>
        </w:rPr>
        <w:t>　　②组织专门人员进行安全检查，确保各项工作的顺利开展。</w:t>
      </w:r>
      <w:r>
        <w:rPr>
          <w:lang w:eastAsia="zh-CN"/>
        </w:rPr>
        <w:br/>
      </w:r>
      <w:r>
        <w:rPr>
          <w:lang w:eastAsia="zh-CN"/>
        </w:rPr>
        <w:t>　　③邀请专家来园指导资料工作，对照省级示范园验收标准进行了自查。</w:t>
      </w:r>
      <w:r>
        <w:rPr>
          <w:lang w:eastAsia="zh-CN"/>
        </w:rPr>
        <w:br/>
      </w:r>
      <w:r>
        <w:rPr>
          <w:lang w:eastAsia="zh-CN"/>
        </w:rPr>
        <w:t>　　④利用大量业余时间，对本中心的三级文件进行修改。</w:t>
      </w:r>
      <w:r>
        <w:rPr>
          <w:lang w:eastAsia="zh-CN"/>
        </w:rPr>
        <w:br/>
      </w:r>
      <w:r>
        <w:rPr>
          <w:lang w:eastAsia="zh-CN"/>
        </w:rPr>
        <w:t>　　⑤完成了门禁系统的线路改造，为新入园的孩子办理新卡。</w:t>
      </w:r>
      <w:r>
        <w:rPr>
          <w:lang w:eastAsia="zh-CN"/>
        </w:rPr>
        <w:br/>
      </w:r>
      <w:r>
        <w:rPr>
          <w:lang w:eastAsia="zh-CN"/>
        </w:rPr>
        <w:t>　　⑥组织相关人员召开伙委会，从不同角度了解伙食状况，根据建议及时调整。</w:t>
      </w:r>
      <w:r>
        <w:rPr>
          <w:lang w:eastAsia="zh-CN"/>
        </w:rPr>
        <w:br/>
      </w:r>
      <w:r>
        <w:rPr>
          <w:lang w:eastAsia="zh-CN"/>
        </w:rPr>
        <w:t>　　⑦根据班级及验收需要，配备相应的教具，玩具，电教等物品，保障各种活动的顺利开展。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2、教育教学方面：</w:t>
      </w:r>
      <w:r>
        <w:rPr>
          <w:lang w:eastAsia="zh-CN"/>
        </w:rPr>
        <w:br/>
      </w:r>
      <w:r>
        <w:rPr>
          <w:lang w:eastAsia="zh-CN"/>
        </w:rPr>
        <w:t>　　①成功地开展了__区实施新纲要，展示新成果活动。我园三位20__年工作的年轻教师向全区53所幼儿园的园长，骨干教师展示了本园教科研中期研究成果。三节教学活动得到了专家，园长们的一致肯定，年轻教师们在此活动中也得到了锻炼。</w:t>
      </w:r>
      <w:r>
        <w:rPr>
          <w:lang w:eastAsia="zh-CN"/>
        </w:rPr>
        <w:br/>
      </w:r>
      <w:r>
        <w:rPr>
          <w:lang w:eastAsia="zh-CN"/>
        </w:rPr>
        <w:t>　　②带领老师到其他幼儿园学习培训后，召开了全体教师会议，各班汇报自己班级的整改方案，并在日常工作中加以落实，园部进行了检查。</w:t>
      </w:r>
      <w:r>
        <w:rPr>
          <w:lang w:eastAsia="zh-CN"/>
        </w:rPr>
        <w:br/>
      </w:r>
      <w:r>
        <w:rPr>
          <w:lang w:eastAsia="zh-CN"/>
        </w:rPr>
        <w:t>　　③继续对各班进行半日活动，教学活动的检查了解，对出现的问题及时进行指导和纠正。</w:t>
      </w:r>
      <w:r>
        <w:rPr>
          <w:lang w:eastAsia="zh-CN"/>
        </w:rPr>
        <w:br/>
      </w:r>
      <w:r>
        <w:rPr>
          <w:lang w:eastAsia="zh-CN"/>
        </w:rPr>
        <w:t>　　④对省级示范园验收的所有教学活动，半日活动计划进行了多次试教，修改。</w:t>
      </w:r>
      <w:r>
        <w:rPr>
          <w:lang w:eastAsia="zh-CN"/>
        </w:rPr>
        <w:br/>
      </w:r>
      <w:r>
        <w:rPr>
          <w:lang w:eastAsia="zh-CN"/>
        </w:rPr>
        <w:t>　　⑤各教研组按计划认真进行课题研究，观摩研讨和反思，接受了南师大幼教专家的观摩指导。</w:t>
      </w:r>
      <w:r>
        <w:rPr>
          <w:lang w:eastAsia="zh-CN"/>
        </w:rPr>
        <w:br/>
      </w:r>
      <w:r>
        <w:rPr>
          <w:lang w:eastAsia="zh-CN"/>
        </w:rPr>
        <w:t>　　⑥针对我园的薄弱环节，邀请__区教研员刘萍老师来园指导游戏活动，不断提高各班游戏水平。</w:t>
      </w:r>
      <w:r>
        <w:rPr>
          <w:lang w:eastAsia="zh-CN"/>
        </w:rPr>
        <w:br/>
      </w:r>
      <w:r>
        <w:rPr>
          <w:lang w:eastAsia="zh-CN"/>
        </w:rPr>
        <w:t>　　⑦托班组教师在年级组长的带领下，开展了组内半日活动观摩。</w:t>
      </w:r>
      <w:r>
        <w:rPr>
          <w:lang w:eastAsia="zh-CN"/>
        </w:rPr>
        <w:br/>
      </w:r>
      <w:r>
        <w:rPr>
          <w:lang w:eastAsia="zh-CN"/>
        </w:rPr>
        <w:t>　　⑧组织了中大班幼儿到山田牛奶文化园，小班托班幼儿到玄武湖公园进行春游活动。</w:t>
      </w:r>
      <w:r>
        <w:rPr>
          <w:lang w:eastAsia="zh-CN"/>
        </w:rPr>
        <w:br/>
      </w:r>
      <w:r>
        <w:rPr>
          <w:lang w:eastAsia="zh-CN"/>
        </w:rPr>
        <w:t>　　⑨配合__区开展的我的教育故事征文活动，组织全体教师进行了征文比赛。</w:t>
      </w:r>
      <w:r>
        <w:rPr>
          <w:lang w:eastAsia="zh-CN"/>
        </w:rPr>
        <w:br/>
      </w:r>
      <w:r>
        <w:rPr>
          <w:lang w:eastAsia="zh-CN"/>
        </w:rPr>
        <w:t>　　3、卫生保健方面：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①继续按照省级示范园的验收标准，整理保健资料并归档。</w:t>
      </w:r>
      <w:r>
        <w:rPr>
          <w:lang w:eastAsia="zh-CN"/>
        </w:rPr>
        <w:br/>
      </w:r>
      <w:r>
        <w:rPr>
          <w:lang w:eastAsia="zh-CN"/>
        </w:rPr>
        <w:t>　　②开展了保育员工作经验介绍活动，并由保健室整理投稿于《南大幼儿报》，真正做到保教结合。</w:t>
      </w:r>
      <w:r>
        <w:rPr>
          <w:lang w:eastAsia="zh-CN"/>
        </w:rPr>
        <w:br/>
      </w:r>
      <w:r>
        <w:rPr>
          <w:lang w:eastAsia="zh-CN"/>
        </w:rPr>
        <w:t>　　③观摩了班级餐前餐后管理，不足之处及时提出并整改。</w:t>
      </w:r>
      <w:r>
        <w:rPr>
          <w:lang w:eastAsia="zh-CN"/>
        </w:rPr>
        <w:br/>
      </w:r>
      <w:r>
        <w:rPr>
          <w:lang w:eastAsia="zh-CN"/>
        </w:rPr>
        <w:t>　　④组织全体幼儿进行了六一体检，并做了详细评价，向家长发放了疾病矫治单。</w:t>
      </w:r>
      <w:r>
        <w:rPr>
          <w:lang w:eastAsia="zh-CN"/>
        </w:rPr>
        <w:br/>
      </w:r>
      <w:r>
        <w:rPr>
          <w:lang w:eastAsia="zh-CN"/>
        </w:rPr>
        <w:t>　　⑤配合市儿保所口腔科给患龋齿的幼儿进行补牙工作，受到了家长的欢迎。</w:t>
      </w:r>
      <w:r>
        <w:rPr>
          <w:lang w:eastAsia="zh-CN"/>
        </w:rPr>
        <w:br/>
      </w:r>
      <w:r>
        <w:rPr>
          <w:lang w:eastAsia="zh-CN"/>
        </w:rPr>
        <w:t>　　⑥发放四岁幼儿预防接种证，指导家长做好幼儿疫苗的接种工作。</w:t>
      </w:r>
      <w:r>
        <w:rPr>
          <w:lang w:eastAsia="zh-CN"/>
        </w:rPr>
        <w:br/>
      </w:r>
      <w:r>
        <w:rPr>
          <w:lang w:eastAsia="zh-CN"/>
        </w:rPr>
        <w:t>　　十五、运输中心：</w:t>
      </w:r>
      <w:r>
        <w:rPr>
          <w:lang w:eastAsia="zh-CN"/>
        </w:rPr>
        <w:br/>
      </w:r>
      <w:r>
        <w:rPr>
          <w:lang w:eastAsia="zh-CN"/>
        </w:rPr>
        <w:t>　　1、在集团iso9000质管办的工作指导下，对中心服务规范等条款组织人员进行修改。</w:t>
      </w:r>
      <w:r>
        <w:rPr>
          <w:lang w:eastAsia="zh-CN"/>
        </w:rPr>
        <w:br/>
      </w:r>
      <w:r>
        <w:rPr>
          <w:lang w:eastAsia="zh-CN"/>
        </w:rPr>
        <w:t>　　2、完成学校211工程验收，西藏大学的交流，发展办外事接待以及化院600人的重点实验室会议的用车。</w:t>
      </w:r>
      <w:r>
        <w:rPr>
          <w:lang w:eastAsia="zh-CN"/>
        </w:rPr>
        <w:br/>
      </w:r>
      <w:r>
        <w:rPr>
          <w:lang w:eastAsia="zh-CN"/>
        </w:rPr>
        <w:t>　　3、为尽快地建立网页调度系统，咨询苏州成信软件公司及有关高校的使用情况，目前调研工作的思路已初步形成。</w:t>
      </w:r>
      <w:r>
        <w:rPr>
          <w:lang w:eastAsia="zh-CN"/>
        </w:rPr>
        <w:br/>
      </w:r>
      <w:r>
        <w:rPr>
          <w:lang w:eastAsia="zh-CN"/>
        </w:rPr>
        <w:t>　　4、落实中心相关节约措施，努力降低成本支出，改革创新节油操作办法，检查核实节约项目到位的情况。</w:t>
      </w:r>
      <w:r>
        <w:rPr>
          <w:lang w:eastAsia="zh-CN"/>
        </w:rPr>
        <w:br/>
      </w:r>
      <w:r>
        <w:rPr>
          <w:lang w:eastAsia="zh-CN"/>
        </w:rPr>
        <w:t>　　5、根据季节性的变化，对大客车辆空调系统进行使用前的机械维护，做好使用前的准备工作。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6、本月经营状况，预计产值达50万元，与去年同期相比提高12%左右。1—4月份产值增加25万元，利润增加13万元左右。</w:t>
      </w:r>
      <w:r>
        <w:rPr>
          <w:lang w:eastAsia="zh-CN"/>
        </w:rPr>
        <w:br/>
      </w:r>
      <w:r>
        <w:rPr>
          <w:lang w:eastAsia="zh-CN"/>
        </w:rPr>
        <w:t>　　十六、旅行社：</w:t>
      </w:r>
      <w:r>
        <w:rPr>
          <w:lang w:eastAsia="zh-CN"/>
        </w:rPr>
        <w:br/>
      </w:r>
      <w:r>
        <w:rPr>
          <w:lang w:eastAsia="zh-CN"/>
        </w:rPr>
        <w:t>　　1、本月实现毛利45000余元。</w:t>
      </w:r>
      <w:r>
        <w:rPr>
          <w:lang w:eastAsia="zh-CN"/>
        </w:rPr>
        <w:br/>
      </w:r>
      <w:r>
        <w:rPr>
          <w:lang w:eastAsia="zh-CN"/>
        </w:rPr>
        <w:t>　　2、社会保障年审工作顺利结束。</w:t>
      </w:r>
      <w:r>
        <w:rPr>
          <w:lang w:eastAsia="zh-CN"/>
        </w:rPr>
        <w:br/>
      </w:r>
      <w:r>
        <w:rPr>
          <w:lang w:eastAsia="zh-CN"/>
        </w:rPr>
        <w:t>　　3、对业务组进行工作调整，专人负责前台散客接待，票务工作。</w:t>
      </w:r>
      <w:r>
        <w:rPr>
          <w:lang w:eastAsia="zh-CN"/>
        </w:rPr>
        <w:br/>
      </w:r>
      <w:r>
        <w:rPr>
          <w:lang w:eastAsia="zh-CN"/>
        </w:rPr>
        <w:t>　　4、承接老干部处，法学院150余名离退休教师出行并受到好评，有利于下步公司对退休市场的开发。</w:t>
      </w:r>
      <w:r>
        <w:rPr>
          <w:lang w:eastAsia="zh-CN"/>
        </w:rPr>
        <w:br/>
      </w:r>
      <w:r>
        <w:rPr>
          <w:lang w:eastAsia="zh-CN"/>
        </w:rPr>
        <w:t xml:space="preserve">    2024部门月工作总结 篇7 </w:t>
      </w:r>
      <w:r>
        <w:rPr>
          <w:lang w:eastAsia="zh-CN"/>
        </w:rPr>
        <w:br/>
      </w:r>
      <w:r>
        <w:rPr>
          <w:lang w:eastAsia="zh-CN"/>
        </w:rPr>
        <w:t>　　篇一：部门月工作总结范文</w:t>
      </w:r>
      <w:r>
        <w:rPr>
          <w:lang w:eastAsia="zh-CN"/>
        </w:rPr>
        <w:br/>
      </w:r>
      <w:r>
        <w:rPr>
          <w:lang w:eastAsia="zh-CN"/>
        </w:rPr>
        <w:t>　　今年是我行实施“超常规、跨跃式发展战略”的开局之年，也是实现三年发展规划的第一年。在分行党委的正确领导和关心支持下，我支行制定了周密的工作计划和工作措施，坚决贯彻年初支行工作会议所制定的“五个更”的工作思路，确保开好局，起好步。一年来全行干部职工团结一心，奋力拼搏，取得了丰硕的成果。</w:t>
      </w:r>
      <w:r>
        <w:rPr>
          <w:lang w:eastAsia="zh-CN"/>
        </w:rPr>
        <w:br/>
      </w:r>
      <w:r>
        <w:rPr>
          <w:lang w:eastAsia="zh-CN"/>
        </w:rPr>
        <w:t>　　一、业务经营呈现出超常规的发展态势：</w:t>
      </w:r>
      <w:r>
        <w:rPr>
          <w:lang w:eastAsia="zh-CN"/>
        </w:rPr>
        <w:br/>
      </w:r>
      <w:r>
        <w:rPr>
          <w:lang w:eastAsia="zh-CN"/>
        </w:rPr>
        <w:t>　　跟往年相比，今年我行发展已走上快车道，各项业务屡创新高，走出了一个发展的上升通道。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各项存款快速增长。至年底本外币总存款余额预计超过8.5亿元，比年初增加3.6亿。其中预计：人民币对公存款增加1.4亿、人民币储蓄增加5800万、人民币同业存款增加8000万；外汇存款增加1000万美元。全年日均比去年日均增1.5亿；外币对公存款增加成为我行存款增长的一个重要来源，同业存款和储蓄存款也大幅增加加，这种存款增长速度是过去所没有的。</w:t>
      </w:r>
      <w:r>
        <w:rPr>
          <w:lang w:eastAsia="zh-CN"/>
        </w:rPr>
        <w:br/>
      </w:r>
      <w:r>
        <w:rPr>
          <w:lang w:eastAsia="zh-CN"/>
        </w:rPr>
        <w:t>　　（2）贷款规模增加，结构不断优化。年末各项贷款约超过10个亿元，比年初增加3亿，主要增投于优良客户和按揭、消费贷款等低风险贷款；如PTA、投总、钨业、众达、海沧大道等大项目；信贷资产总体上仍保持较高质量，不良贷款占比低于3.5%，尤其是今年第一季度、第二季度不良贷款余额都比去年下降；但从存量上分析，呆滞贷款有所增加；表内收息率预计达100%以上，综合收息率预计达97%，收息水平居全辖前列。</w:t>
      </w:r>
      <w:r>
        <w:rPr>
          <w:lang w:eastAsia="zh-CN"/>
        </w:rPr>
        <w:br/>
      </w:r>
      <w:r>
        <w:rPr>
          <w:lang w:eastAsia="zh-CN"/>
        </w:rPr>
        <w:t>　　（3）经营利润成倍增加。至年末，我行创利水平预计可达1500万元（含结售汇收入），其中人民币利润约为770万，外汇利润约为45万美元，结售汇手续费收入约为350万元。人均利润达21万元。同过去几年的创利水平相比，今年我行的利润水平实现了跨跃式的发展。</w:t>
      </w:r>
      <w:r>
        <w:rPr>
          <w:lang w:eastAsia="zh-CN"/>
        </w:rPr>
        <w:br/>
      </w:r>
      <w:r>
        <w:rPr>
          <w:lang w:eastAsia="zh-CN"/>
        </w:rPr>
        <w:t>　　（4）中间业务大幅度增长。今年我行国际结算和结售汇总量稳居全辖第二位，已逼近第一位。预计全年将完成国际结算量2.5亿美元、结售汇约1亿美元。外汇业务收手续费收入有较大的增长，预计可达350万，相当于我利润的20%左右。银行承兑汇票业务和票据贴现业务也有大幅增长，成为另一个新的利润来源。</w:t>
      </w:r>
      <w:r>
        <w:rPr>
          <w:lang w:eastAsia="zh-CN"/>
        </w:rPr>
        <w:br/>
      </w:r>
      <w:r>
        <w:rPr>
          <w:lang w:eastAsia="zh-CN"/>
        </w:rPr>
        <w:t>　　二、主要工作措施和成功经验：</w:t>
      </w:r>
      <w:r>
        <w:rPr>
          <w:lang w:eastAsia="zh-CN"/>
        </w:rPr>
        <w:br/>
      </w:r>
      <w:r>
        <w:rPr>
          <w:lang w:eastAsia="zh-CN"/>
        </w:rPr>
        <w:t>　　（一）以业务经营为中心，突出重点，采取切实有效的措施，全方位推进各项业务工作快速发展。</w:t>
      </w:r>
      <w:r>
        <w:rPr>
          <w:lang w:eastAsia="zh-CN"/>
        </w:rPr>
        <w:br/>
      </w:r>
      <w:r>
        <w:rPr>
          <w:lang w:eastAsia="zh-CN"/>
        </w:rPr>
        <w:t xml:space="preserve">    2024部门月工作总结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这一个月中，学生会各部门都组织了活动，我们同样积极的参与了进去，在这一个月中我了解了什么叫做“家庭”，我们的学生会虽然分有不同的部门，分管不同的职责，但我们仍是一个家庭，不论是哪个部门主办的活动，不论活动规模的大小，作为学生会的一员，我们都会尽力协助，不论有什么困难我们都会共同面对。</w:t>
      </w:r>
      <w:r>
        <w:rPr>
          <w:lang w:eastAsia="zh-CN"/>
        </w:rPr>
        <w:br/>
      </w:r>
      <w:r>
        <w:rPr>
          <w:lang w:eastAsia="zh-CN"/>
        </w:rPr>
        <w:t>　　同样的，在办公室中，我也学到了什么叫“制度”，什么叫“规范”。从制表到策划，我充分了解到了办公室严谨的作风，同时也使我在做任何事时都想到要严谨、踏实，要规范，绝不能马虎对待。而到其他部门去做会议记录更能增强我们自己摘取信息的能力，虽然我还并未做过会议记录，但是，在接下来的一个月中，我相信，我的能力一定会更加突出，我会学到更多东西。</w:t>
      </w:r>
      <w:r>
        <w:rPr>
          <w:lang w:eastAsia="zh-CN"/>
        </w:rPr>
        <w:br/>
      </w:r>
      <w:r>
        <w:rPr>
          <w:lang w:eastAsia="zh-CN"/>
        </w:rPr>
        <w:t>　　每一次的例会，在办公室中被强调最多的就是礼貌问题，同样的，我也深知礼貌对于一个人有多么的重要，它可能就是他人眼中第一印象的标准，或者说是大部分时候的标准，在部长的一次又一次提示下，我更是时刻警醒自己的礼貌，我也相信，一个人的礼貌在某些时候可以代表着一个人的修养，所以，在今后的日子里，我一定更加重视礼貌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本月中，我被评为优秀部员，我自知自己做的不够优秀，但能够在本月中得到各位伙伴和部长的认可我还是很开心，请相信在接下来的日子里，我会更加激励自己做的更好，在下个月中有更加优异的表现，同样的，我们办公室的其他伙伴们都是非常优秀的，在下个月中我不一定仍然是优秀部员，但是，我做的一定比这个月更加优秀。</w:t>
      </w:r>
      <w:r>
        <w:rPr>
          <w:lang w:eastAsia="zh-CN"/>
        </w:rPr>
        <w:br/>
      </w:r>
      <w:r>
        <w:rPr>
          <w:lang w:eastAsia="zh-CN"/>
        </w:rPr>
        <w:t>　　在进办公室的第一个月里，我觉得部员与部长之间不够亲近，不愿之间也不够了解，同样的，我们与其他部门也不够熟，所以，我认为在部门内部和部门之间都要参加一些活动来使我们彼此更加了解。当然，这只是我们相识的第一个月，我们彼此需要时间来相处、磨合、了解。而在今后的每一天中，我相信我们会更加热络，我们会真正成为家人。我一直相信着，今后在办公室，在学生会我会学习到更多的东西来充实、改善并完善自己！</w:t>
      </w:r>
      <w:r>
        <w:rPr>
          <w:lang w:eastAsia="zh-CN"/>
        </w:rPr>
        <w:br/>
      </w:r>
      <w:r>
        <w:rPr>
          <w:lang w:eastAsia="zh-CN"/>
        </w:rPr>
        <w:t xml:space="preserve">    2024部门月工作总结 篇9 </w:t>
      </w:r>
      <w:r>
        <w:rPr>
          <w:lang w:eastAsia="zh-CN"/>
        </w:rPr>
        <w:br/>
      </w:r>
      <w:r>
        <w:rPr>
          <w:lang w:eastAsia="zh-CN"/>
        </w:rPr>
        <w:t>　　经过开学近两周的适应期，三月份青协的工作逐渐进入正轨。</w:t>
      </w:r>
      <w:r>
        <w:rPr>
          <w:lang w:eastAsia="zh-CN"/>
        </w:rPr>
        <w:br/>
      </w:r>
      <w:r>
        <w:rPr>
          <w:lang w:eastAsia="zh-CN"/>
        </w:rPr>
        <w:t>　　首先，办公室在三月份进行了两次部门例会。第一次会议的主要内容是新学期的部门人员调动和部门工作任务的重新分配。虽然部分同学由于各种原因选择了离开青协，但是很高兴上学期的大多数同志仍然继续留在青协发挥自己的力量。会上我们就上学期的工作进行了总结交流，并根据总结的工作经验教训重新安排了部门人员的工作。第二次会议主要是交流学习了活动的策划组织，并根据成员的建议确定了下一阶段的约五个部门活动，安排了相关的负责人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其次，我们还参加了一次青协全体例会。会上陈松向青协其他部门具体讲解了活动组织策划的流程和注意事项，还介绍了办公室前一阶段的工作和活动组织情况，并交流了下一阶段办公室将会开展的特色活动。卢杰具体介绍了办公室材料统计小组的成立目的和工作方式，青协的材料整理做了比较详细的介绍。居俊雅介绍了青协活动财务的统计和报销注意事项。</w:t>
      </w:r>
      <w:r>
        <w:rPr>
          <w:lang w:eastAsia="zh-CN"/>
        </w:rPr>
        <w:br/>
      </w:r>
      <w:r>
        <w:rPr>
          <w:lang w:eastAsia="zh-CN"/>
        </w:rPr>
        <w:t>　　由于开学时间相对比较短，三月份办公室只进行了“爱眼护眼公益宣传”一个部门活动。此次活动通过义务为同学洗眼镜、爱眼宣传和保护眼睛知识问答等环节，宣传了“爱眼护眼，珍爱光明”的主题，取得了预期的效果，也得到了同学们的肯定。</w:t>
      </w:r>
      <w:r>
        <w:rPr>
          <w:lang w:eastAsia="zh-CN"/>
        </w:rPr>
        <w:br/>
      </w:r>
      <w:r>
        <w:rPr>
          <w:lang w:eastAsia="zh-CN"/>
        </w:rPr>
        <w:t>　　此外，办公室活动考核小组的成员还先后参与了活动部的“阳光支教”、“让题库找到新主人”和义工部的“全国中小学生安全教育宣传”活动，了解了其他部门的工作，并对参与活动的人员进行了考核。同时积极整理活动的策划、图片、总结、费用等。认真履行了办公室的部门职责。</w:t>
      </w:r>
      <w:r>
        <w:rPr>
          <w:lang w:eastAsia="zh-CN"/>
        </w:rPr>
        <w:br/>
      </w:r>
      <w:r>
        <w:rPr>
          <w:lang w:eastAsia="zh-CN"/>
        </w:rPr>
        <w:t>　　办公室</w:t>
      </w:r>
      <w:r>
        <w:rPr>
          <w:lang w:eastAsia="zh-CN"/>
        </w:rPr>
        <w:br/>
      </w:r>
      <w:r>
        <w:rPr>
          <w:lang w:eastAsia="zh-CN"/>
        </w:rPr>
        <w:t>　　</w:t>
      </w:r>
      <w:r>
        <w:rPr>
          <w:lang w:eastAsia="zh-CN"/>
        </w:rPr>
        <w:br/>
      </w:r>
      <w:r>
        <w:rPr>
          <w:lang w:eastAsia="zh-CN"/>
        </w:rPr>
        <w:t>　　20__-4-</w:t>
      </w:r>
      <w:r>
        <w:rPr>
          <w:lang w:eastAsia="zh-CN"/>
        </w:rPr>
        <w:br/>
      </w:r>
      <w:r>
        <w:rPr>
          <w:lang w:eastAsia="zh-CN"/>
        </w:rPr>
        <w:t xml:space="preserve">    2024部门月工作总结 篇10 </w:t>
      </w:r>
      <w:r>
        <w:rPr>
          <w:lang w:eastAsia="zh-CN"/>
        </w:rPr>
        <w:br/>
      </w:r>
      <w:r>
        <w:rPr>
          <w:lang w:eastAsia="zh-CN"/>
        </w:rPr>
        <w:t>　　办公室：</w:t>
      </w:r>
      <w:r>
        <w:rPr>
          <w:lang w:eastAsia="zh-CN"/>
        </w:rPr>
        <w:br/>
      </w:r>
      <w:r>
        <w:rPr>
          <w:lang w:eastAsia="zh-CN"/>
        </w:rPr>
        <w:t>　　1，各中心按计划已进入管理分册第二阶段：服务规范，服务提供规范，质量控制规范的修改，并取得实质性进展；抽查幼教，彩印中心质量管理知识培训落实情况，效果较好；对彩印中心和校园管理中心质量管理运行情况实施了检查，质管办针对上月检查中出现的问题，再次复查了膳食中心，督促其整改；完成集团质量手册的第一遍修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2，完成对幼教中心，浦口集团办公室，财务中心，兰达物业，接待中心，集团办公室，工贸公司，教材中心，兰达旅行社，监理公司，彩印中心，校园管理中心，运输中心，兰达监理的固定资产检查。</w:t>
      </w:r>
      <w:r>
        <w:rPr>
          <w:lang w:eastAsia="zh-CN"/>
        </w:rPr>
        <w:br/>
      </w:r>
      <w:r>
        <w:rPr>
          <w:lang w:eastAsia="zh-CN"/>
        </w:rPr>
        <w:t>　　3，出版了4月份《后勤集团简报》。</w:t>
      </w:r>
      <w:r>
        <w:rPr>
          <w:lang w:eastAsia="zh-CN"/>
        </w:rPr>
        <w:br/>
      </w:r>
      <w:r>
        <w:rPr>
          <w:lang w:eastAsia="zh-CN"/>
        </w:rPr>
        <w:t>　　4，初步完成集团主页的修改，继续充实主页内容。本月累计收到各中心投稿19篇。</w:t>
      </w:r>
      <w:r>
        <w:rPr>
          <w:lang w:eastAsia="zh-CN"/>
        </w:rPr>
        <w:br/>
      </w:r>
      <w:r>
        <w:rPr>
          <w:lang w:eastAsia="zh-CN"/>
        </w:rPr>
        <w:t>　　5，学生食堂的监督共建活动开始实施。</w:t>
      </w:r>
      <w:r>
        <w:rPr>
          <w:lang w:eastAsia="zh-CN"/>
        </w:rPr>
        <w:br/>
      </w:r>
      <w:r>
        <w:rPr>
          <w:lang w:eastAsia="zh-CN"/>
        </w:rPr>
        <w:t>　　6，检查校园巡视制度执行的情况，记录齐全。</w:t>
      </w:r>
      <w:r>
        <w:rPr>
          <w:lang w:eastAsia="zh-CN"/>
        </w:rPr>
        <w:br/>
      </w:r>
      <w:r>
        <w:rPr>
          <w:lang w:eastAsia="zh-CN"/>
        </w:rPr>
        <w:t>　　7，进行"五一"长假前的安全大检查。</w:t>
      </w:r>
      <w:r>
        <w:rPr>
          <w:lang w:eastAsia="zh-CN"/>
        </w:rPr>
        <w:br/>
      </w:r>
      <w:r>
        <w:rPr>
          <w:lang w:eastAsia="zh-CN"/>
        </w:rPr>
        <w:t>　　人力资源部：</w:t>
      </w:r>
      <w:r>
        <w:rPr>
          <w:lang w:eastAsia="zh-CN"/>
        </w:rPr>
        <w:br/>
      </w:r>
      <w:r>
        <w:rPr>
          <w:lang w:eastAsia="zh-CN"/>
        </w:rPr>
        <w:t>　　1，对集团职工集体宿舍进行检查，对个别管理存在问题的单位要求制定或修改管理办法。</w:t>
      </w:r>
      <w:r>
        <w:rPr>
          <w:lang w:eastAsia="zh-CN"/>
        </w:rPr>
        <w:br/>
      </w:r>
      <w:r>
        <w:rPr>
          <w:lang w:eastAsia="zh-CN"/>
        </w:rPr>
        <w:t>　　2，与200多名非正式用工签订《劳务协议》。</w:t>
      </w:r>
      <w:r>
        <w:rPr>
          <w:lang w:eastAsia="zh-CN"/>
        </w:rPr>
        <w:br/>
      </w:r>
      <w:r>
        <w:rPr>
          <w:lang w:eastAsia="zh-CN"/>
        </w:rPr>
        <w:t>　　3，完成劳动与社会保障的年审及社保基数的审报工作。</w:t>
      </w:r>
      <w:r>
        <w:rPr>
          <w:lang w:eastAsia="zh-CN"/>
        </w:rPr>
        <w:br/>
      </w:r>
      <w:r>
        <w:rPr>
          <w:lang w:eastAsia="zh-CN"/>
        </w:rPr>
        <w:t>　　4，按计划实施中层干部系列培训2次。</w:t>
      </w:r>
      <w:r>
        <w:rPr>
          <w:lang w:eastAsia="zh-CN"/>
        </w:rPr>
        <w:br/>
      </w:r>
      <w:r>
        <w:rPr>
          <w:lang w:eastAsia="zh-CN"/>
        </w:rPr>
        <w:t>　　5，印制完成《南京大学后勤服务集团常用服务礼貌用语》手册。</w:t>
      </w:r>
      <w:r>
        <w:rPr>
          <w:lang w:eastAsia="zh-CN"/>
        </w:rPr>
        <w:br/>
      </w:r>
      <w:r>
        <w:rPr>
          <w:lang w:eastAsia="zh-CN"/>
        </w:rPr>
        <w:t>　　6，完成20__年度工人技师审报工作。</w:t>
      </w:r>
      <w:r>
        <w:rPr>
          <w:lang w:eastAsia="zh-CN"/>
        </w:rPr>
        <w:br/>
      </w:r>
      <w:r>
        <w:rPr>
          <w:lang w:eastAsia="zh-CN"/>
        </w:rPr>
        <w:t>　　7，根据学校要求，完成部门经理及相关人员以上审报科级岗位的确认工作。</w:t>
      </w:r>
      <w:r>
        <w:rPr>
          <w:lang w:eastAsia="zh-CN"/>
        </w:rPr>
        <w:br/>
      </w:r>
      <w:r>
        <w:rPr>
          <w:lang w:eastAsia="zh-CN"/>
        </w:rPr>
        <w:t>　　8，完成中心主任绩效考核方法讨论稿。</w:t>
      </w:r>
      <w:r>
        <w:rPr>
          <w:lang w:eastAsia="zh-CN"/>
        </w:rPr>
        <w:br/>
      </w:r>
      <w:r>
        <w:rPr>
          <w:lang w:eastAsia="zh-CN"/>
        </w:rPr>
        <w:t>　　财务中心：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1，完成各中心20__年目标责任书的签订工作。</w:t>
      </w:r>
      <w:r>
        <w:rPr>
          <w:lang w:eastAsia="zh-CN"/>
        </w:rPr>
        <w:br/>
      </w:r>
      <w:r>
        <w:rPr>
          <w:lang w:eastAsia="zh-CN"/>
        </w:rPr>
        <w:t>　　2，完成了对会计基础工作的检查。</w:t>
      </w:r>
      <w:r>
        <w:rPr>
          <w:lang w:eastAsia="zh-CN"/>
        </w:rPr>
        <w:br/>
      </w:r>
      <w:r>
        <w:rPr>
          <w:lang w:eastAsia="zh-CN"/>
        </w:rPr>
        <w:t>　　3，就加强会计人员考核与管理，会计人员待遇，会计核算的准确性与及时性进行了研讨。</w:t>
      </w:r>
      <w:r>
        <w:rPr>
          <w:lang w:eastAsia="zh-CN"/>
        </w:rPr>
        <w:br/>
      </w:r>
      <w:r>
        <w:rPr>
          <w:lang w:eastAsia="zh-CN"/>
        </w:rPr>
        <w:t>　　4，开展个人所得税法规及扣缴等问题的培训与宣传。</w:t>
      </w:r>
      <w:r>
        <w:rPr>
          <w:lang w:eastAsia="zh-CN"/>
        </w:rPr>
        <w:br/>
      </w:r>
      <w:r>
        <w:rPr>
          <w:lang w:eastAsia="zh-CN"/>
        </w:rPr>
        <w:t>　　动力中心：</w:t>
      </w:r>
      <w:r>
        <w:rPr>
          <w:lang w:eastAsia="zh-CN"/>
        </w:rPr>
        <w:br/>
      </w:r>
      <w:r>
        <w:rPr>
          <w:lang w:eastAsia="zh-CN"/>
        </w:rPr>
        <w:t>　　1，认真贯彻落实iso9000质量体系要求，对部门经理以上人员进行质量分目标的绩效考核培训，初步完成三级作业指导书的编制，进一步完善文件的可操作性和适宜性。</w:t>
      </w:r>
      <w:r>
        <w:rPr>
          <w:lang w:eastAsia="zh-CN"/>
        </w:rPr>
        <w:br/>
      </w:r>
      <w:r>
        <w:rPr>
          <w:lang w:eastAsia="zh-CN"/>
        </w:rPr>
        <w:t>　　2，完成对全校各开闭所和各分变电所配电设备的春季安全大检查，确保供电设备安全运行。</w:t>
      </w:r>
      <w:r>
        <w:rPr>
          <w:lang w:eastAsia="zh-CN"/>
        </w:rPr>
        <w:br/>
      </w:r>
      <w:r>
        <w:rPr>
          <w:lang w:eastAsia="zh-CN"/>
        </w:rPr>
        <w:t>　　3，完成了__省高层论坛，211工程验收等四次重要活动的保电保水工作。完成了mba大楼变电所投运前各项准备工作，并顺利送电。</w:t>
      </w:r>
      <w:r>
        <w:rPr>
          <w:lang w:eastAsia="zh-CN"/>
        </w:rPr>
        <w:br/>
      </w:r>
      <w:r>
        <w:rPr>
          <w:lang w:eastAsia="zh-CN"/>
        </w:rPr>
        <w:t>　　4，完成第六组团新装开水炉和原有开水炉用能数据的调查，进行实测用能数据对比并做出分析报告；检查星湖漏水情况，做出分析报告。</w:t>
      </w:r>
      <w:r>
        <w:rPr>
          <w:lang w:eastAsia="zh-CN"/>
        </w:rPr>
        <w:br/>
      </w:r>
      <w:r>
        <w:rPr>
          <w:lang w:eastAsia="zh-CN"/>
        </w:rPr>
        <w:t>　　5，查抄全校水电表，催缴1季度水电费10万余元。</w:t>
      </w:r>
      <w:r>
        <w:rPr>
          <w:lang w:eastAsia="zh-CN"/>
        </w:rPr>
        <w:br/>
      </w:r>
      <w:r>
        <w:rPr>
          <w:lang w:eastAsia="zh-CN"/>
        </w:rPr>
        <w:t>　　6，根据集团要求，编制动力中心校园巡查制度，进一步加强了零修部的内部管理，全面提高了职工的综合素质和职业技能。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7，按时完成了西苑，海外，中美一期的电缆的第一次改接工程，以及临时配电房拆除工程；完成了图书馆书库电表的安装和新教楼进水管水表的安装，并修复漏水点。</w:t>
      </w:r>
      <w:r>
        <w:rPr>
          <w:lang w:eastAsia="zh-CN"/>
        </w:rPr>
        <w:br/>
      </w:r>
      <w:r>
        <w:rPr>
          <w:lang w:eastAsia="zh-CN"/>
        </w:rPr>
        <w:t>　　兰达监理：</w:t>
      </w:r>
      <w:r>
        <w:rPr>
          <w:lang w:eastAsia="zh-CN"/>
        </w:rPr>
        <w:br/>
      </w:r>
      <w:r>
        <w:rPr>
          <w:lang w:eastAsia="zh-CN"/>
        </w:rPr>
        <w:t>　　1，顺利通过本年度"aaa"资信等级评估工作。</w:t>
      </w:r>
      <w:r>
        <w:rPr>
          <w:lang w:eastAsia="zh-CN"/>
        </w:rPr>
        <w:br/>
      </w:r>
      <w:r>
        <w:rPr>
          <w:lang w:eastAsia="zh-CN"/>
        </w:rPr>
        <w:t>　　2，召开总监例会，对近期竣工项目较多的局面提出具体的工作指导，要求项目监理人员切实加强事前控制，做好收尾工程的预验收和整改工作。</w:t>
      </w:r>
      <w:r>
        <w:rPr>
          <w:lang w:eastAsia="zh-CN"/>
        </w:rPr>
        <w:br/>
      </w:r>
      <w:r>
        <w:rPr>
          <w:lang w:eastAsia="zh-CN"/>
        </w:rPr>
        <w:t>　　3，4月21日，公司总工办，工程部组织各项目总监，专业监理工程师在南大国际学术大厦工地进行现场观摩。对该项目建设过程中的运用的新材料及新工艺以及具体的控制心得开展现场说明，解答，为其他项目部起到工作指导的作用。</w:t>
      </w:r>
      <w:r>
        <w:rPr>
          <w:lang w:eastAsia="zh-CN"/>
        </w:rPr>
        <w:br/>
      </w:r>
      <w:r>
        <w:rPr>
          <w:lang w:eastAsia="zh-CN"/>
        </w:rPr>
        <w:t>　　4，结合__省建设厅正式开展的国家注册监理工程师再教育办法，公司总工办人员参加了首次《建设工程监理安全责任》的培训。预计全体注册人员将分6期完成本年度继续教育课程。</w:t>
      </w:r>
      <w:r>
        <w:rPr>
          <w:lang w:eastAsia="zh-CN"/>
        </w:rPr>
        <w:br/>
      </w:r>
      <w:r>
        <w:rPr>
          <w:lang w:eastAsia="zh-CN"/>
        </w:rPr>
        <w:t>　　5，积极配合__市建委，__市质监站在我公司监理的银城东苑8万㎡住宅区进行《__市住宅工程质量分户验收管理办法》试点工作。同时，为本公司今后监理的其他住宅项目提供成功的实践经验。</w:t>
      </w:r>
      <w:r>
        <w:rPr>
          <w:lang w:eastAsia="zh-CN"/>
        </w:rPr>
        <w:br/>
      </w:r>
      <w:r>
        <w:rPr>
          <w:lang w:eastAsia="zh-CN"/>
        </w:rPr>
        <w:t>　　6，承接微结构实验室桩基工程及浦口校区隧道护坡，六组团配电房，鼓楼校区危险品仓库等零星工程监理任务。公司工程部及时调配人员进场开展现场监理工作。</w:t>
      </w:r>
      <w:r>
        <w:rPr>
          <w:lang w:eastAsia="zh-CN"/>
        </w:rPr>
        <w:br/>
      </w:r>
      <w:r>
        <w:rPr>
          <w:lang w:eastAsia="zh-CN"/>
        </w:rPr>
        <w:t>　　7，对公司所属各部门以及项目监理现场"五一"前的安全生产，防火，防盗和人员值班等情况进行了检查。</w:t>
      </w:r>
      <w:r>
        <w:rPr>
          <w:lang w:eastAsia="zh-CN"/>
        </w:rPr>
        <w:br/>
      </w:r>
      <w:r>
        <w:rPr>
          <w:lang w:eastAsia="zh-CN"/>
        </w:rPr>
        <w:t>　　兰达物业：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3月29日，在南苑报告厅顺利召开公司首届职工代表大会，标志着兰达物业公司的民主管理进入了一个崭新的阶段。来自公司各部门的49名代表，代表公司500多名职工参会行使民主管理的职权。会议审议通过了《兰达物业公司首届职工代表大会条例》，《兰达物业公司职工奖惩办法》，《兰达物业公司工资管理办法》，《兰达物业公司部分岗位工作时间调整方案》等文件。</w:t>
      </w:r>
      <w:r>
        <w:rPr>
          <w:lang w:eastAsia="zh-CN"/>
        </w:rPr>
        <w:br/>
      </w:r>
      <w:r>
        <w:rPr>
          <w:lang w:eastAsia="zh-CN"/>
        </w:rPr>
        <w:t>　　2，根据职代会的精神，结合公司现状，采取多种途径对安保，公寓管理员的工作时间进行了调整，基本做到了符合国家相关法律，法规的要求；同时为保洁承包人员购买了集体商业保险，解决了保洁人员的后顾之忧。</w:t>
      </w:r>
      <w:r>
        <w:rPr>
          <w:lang w:eastAsia="zh-CN"/>
        </w:rPr>
        <w:br/>
      </w:r>
      <w:r>
        <w:rPr>
          <w:lang w:eastAsia="zh-CN"/>
        </w:rPr>
        <w:t>　　3，通过召开专题研讨会和征集部门意见等形式，完善和修订了一二级文件，使其更加贴近公司实际情况，易于操作。</w:t>
      </w:r>
      <w:r>
        <w:rPr>
          <w:lang w:eastAsia="zh-CN"/>
        </w:rPr>
        <w:br/>
      </w:r>
      <w:r>
        <w:rPr>
          <w:lang w:eastAsia="zh-CN"/>
        </w:rPr>
        <w:t>　　4，针对本月份学校会议较多，接待任务较重的特点，有针对性了开展了礼仪礼貌培训，树立窗口形象，认真做好各项接待工作的后勤服务保障。本月鼓楼公用房成功接待教育部周济部长来访及科技一期"部长论坛"，"新闻出版总署南京大学出版人才培养基地揭牌"，"文艺，名家讲话"等会议40余场。</w:t>
      </w:r>
      <w:r>
        <w:rPr>
          <w:lang w:eastAsia="zh-CN"/>
        </w:rPr>
        <w:br/>
      </w:r>
      <w:r>
        <w:rPr>
          <w:lang w:eastAsia="zh-CN"/>
        </w:rPr>
        <w:t>　　5，积极贯彻落实消防安全工作，注重培养员工的安全防范意识和实际操作能力，对安全工作做到常抓不懈。4月14日邀请校保卫处对员工进行了消防安全知识培训，并进行了现场灭火演练，达到了理论与实际相结合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6，按照集团对外围巡查工作的要求，切实采取有效措施，制定巡查路线，明确职责，组织人员进行定期检查，确保周边地区无重大安全隐患。</w:t>
      </w:r>
      <w:r>
        <w:rPr>
          <w:lang w:eastAsia="zh-CN"/>
        </w:rPr>
        <w:br/>
      </w:r>
      <w:r>
        <w:rPr>
          <w:lang w:eastAsia="zh-CN"/>
        </w:rPr>
        <w:t>　　7，针对每年四，五月份学生宿舍盗窃率较高的特点，采用"认照片，闯楼幢"等多种形式在学生公寓开展"业务技能认人考核月"活动，做好防盗工作的宣传与防预，保障学生公寓的安全。</w:t>
      </w:r>
      <w:r>
        <w:rPr>
          <w:lang w:eastAsia="zh-CN"/>
        </w:rPr>
        <w:br/>
      </w:r>
      <w:r>
        <w:rPr>
          <w:lang w:eastAsia="zh-CN"/>
        </w:rPr>
        <w:t>　　8，浦口学生公寓圆满完成01—03和22幢学生近1300多人搬迁和接收工作。为了做好这项工作，物管处成立了搬迁工作小组，制定了详细的搬迁方案，分工到人。3月25，26日，全体人员放弃了正常的休息，全部投入到搬迁工作中，确保了搬迁和接收任务的顺利完成，整个程中未发生一起安全事件。</w:t>
      </w:r>
      <w:r>
        <w:rPr>
          <w:lang w:eastAsia="zh-CN"/>
        </w:rPr>
        <w:br/>
      </w:r>
      <w:r>
        <w:rPr>
          <w:lang w:eastAsia="zh-CN"/>
        </w:rPr>
        <w:t>　　9，积极做好春季预防传染病宣传及防范工作，组织保洁承包人对办公大楼，学生宿舍楼的边角，楼梯扶手，烟灰桶等进行了集中清洁，消毒。</w:t>
      </w:r>
      <w:r>
        <w:rPr>
          <w:lang w:eastAsia="zh-CN"/>
        </w:rPr>
        <w:br/>
      </w:r>
      <w:r>
        <w:rPr>
          <w:lang w:eastAsia="zh-CN"/>
        </w:rPr>
        <w:t>　　10，根据集团的要求，本月对公司的所有固定资产进行了清查，核实。</w:t>
      </w:r>
      <w:r>
        <w:rPr>
          <w:lang w:eastAsia="zh-CN"/>
        </w:rPr>
        <w:br/>
      </w:r>
      <w:r>
        <w:rPr>
          <w:lang w:eastAsia="zh-CN"/>
        </w:rPr>
        <w:t>　　11，游泳馆举办了国际芭蕾舞大师俄罗斯瓦吉姆·比萨列夫亲自授课的芭蕾舞演示，南京多家新闻媒体进行了现场采访。</w:t>
      </w:r>
      <w:r>
        <w:rPr>
          <w:lang w:eastAsia="zh-CN"/>
        </w:rPr>
        <w:br/>
      </w:r>
      <w:r>
        <w:rPr>
          <w:lang w:eastAsia="zh-CN"/>
        </w:rPr>
        <w:t>　　12，为接管中美中心做好准备。</w:t>
      </w:r>
      <w:r>
        <w:rPr>
          <w:lang w:eastAsia="zh-CN"/>
        </w:rPr>
        <w:br/>
      </w:r>
      <w:r>
        <w:rPr>
          <w:lang w:eastAsia="zh-CN"/>
        </w:rPr>
        <w:t>　　13，组织开展篮球比赛。</w:t>
      </w:r>
      <w:r>
        <w:rPr>
          <w:lang w:eastAsia="zh-CN"/>
        </w:rPr>
        <w:br/>
      </w:r>
      <w:r>
        <w:rPr>
          <w:lang w:eastAsia="zh-CN"/>
        </w:rPr>
        <w:t>　　集团浦口办：</w:t>
      </w:r>
      <w:r>
        <w:rPr>
          <w:lang w:eastAsia="zh-CN"/>
        </w:rPr>
        <w:br/>
      </w:r>
      <w:r>
        <w:rPr>
          <w:lang w:eastAsia="zh-CN"/>
        </w:rPr>
        <w:t>　　1，完成了中央大道，教学楼周边30盏路灯，电缆线的市场调研，招标，并且完成了安装调试，正式投入使用，反映较好。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xml:space="preserve">    2024部门月工作总结 篇11 </w:t>
      </w:r>
      <w:r>
        <w:rPr>
          <w:lang w:eastAsia="zh-CN"/>
        </w:rPr>
        <w:br/>
      </w:r>
      <w:r>
        <w:rPr>
          <w:lang w:eastAsia="zh-CN"/>
        </w:rPr>
        <w:t>　　因为工作需要，__年1月底至10月初，我在支行个人业务部担任部门经理。根据行党委的工作思路和支行个人业务发展的现状，确立了“注重传统业务，狠抓新业务，围绕新的经济增长点，促进个人业务收入的稳定快速地增长”的努力方向。具体工作汇报</w:t>
      </w:r>
      <w:r>
        <w:rPr>
          <w:lang w:eastAsia="zh-CN"/>
        </w:rPr>
        <w:br/>
      </w:r>
      <w:r>
        <w:rPr>
          <w:lang w:eastAsia="zh-CN"/>
        </w:rPr>
        <w:t>　　一、推动存款、贷款的稳定增长。在行党委的正确领导下，通过开展“春天行动”和“夏日激情”等各种劳动竞赛活动，周周督、天天催，推动储蓄存款和个人贷款业务稳定增长，在全行员工的共同努力之下，到9月末储蓄存款在年初余额的基础上，净增..万元，完成分行下达计划的64.1%，各项贷款比年初净增..万元，使近年来较好的“江临天下”和“山水江岸”两个楼盘落户农行。</w:t>
      </w:r>
      <w:r>
        <w:rPr>
          <w:lang w:eastAsia="zh-CN"/>
        </w:rPr>
        <w:br/>
      </w:r>
      <w:r>
        <w:rPr>
          <w:lang w:eastAsia="zh-CN"/>
        </w:rPr>
        <w:t>　　结合长江航道的优质运力，配合市分行三农个人金融业务部的调研，出台了《中国农业银行..市分行个人船舶按揭贷款管理办法（试行）》，支行成为首批可以开办个人船舶按揭贷款的支行。作为水上运输的大县，我们又多了一个新利润的经济增长点。</w:t>
      </w:r>
      <w:r>
        <w:rPr>
          <w:lang w:eastAsia="zh-CN"/>
        </w:rPr>
        <w:br/>
      </w:r>
      <w:r>
        <w:rPr>
          <w:lang w:eastAsia="zh-CN"/>
        </w:rPr>
        <w:t>　　二、推动三农工作的持续发展，全力降低三农贷款的风险。</w:t>
      </w:r>
      <w:r>
        <w:rPr>
          <w:lang w:eastAsia="zh-CN"/>
        </w:rPr>
        <w:br/>
      </w:r>
      <w:r>
        <w:rPr>
          <w:lang w:eastAsia="zh-CN"/>
        </w:rPr>
        <w:t>　　以“农商通”、“惠农卡”和“小额贷款”作为支撑点继续推动三农工作。收集农商通资料120多户，4月份组织农商通安装使用培训会，一次安装农商通60台，开通小额取现农商通20户，拓宽惠农卡的用卡环境。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与分管行长到三个三农网点实地摸底调研，针对“小额农贷不良贷款的增长”的现状和农户的实际情况，制定并落实“起诉一部分，震慑一部分，上门催收一部分，暂缓一部分”的方案，对于小额农贷的不良贷款，进行严防死堵。通过各种方法，全县共收回180万元，不良率控制在5%以下。</w:t>
      </w:r>
      <w:r>
        <w:rPr>
          <w:lang w:eastAsia="zh-CN"/>
        </w:rPr>
        <w:br/>
      </w:r>
      <w:r>
        <w:rPr>
          <w:lang w:eastAsia="zh-CN"/>
        </w:rPr>
        <w:t>　　三、狠抓新业务发展，理财产品和黄金销售实现零的突破。</w:t>
      </w:r>
      <w:r>
        <w:rPr>
          <w:lang w:eastAsia="zh-CN"/>
        </w:rPr>
        <w:br/>
      </w:r>
      <w:r>
        <w:rPr>
          <w:lang w:eastAsia="zh-CN"/>
        </w:rPr>
        <w:t>　　针对金融市场的新变化和客户的需求，从客户利益出发，推动理财产品的营销。首先自己带头营销理财产品250万元，其次制定了理财产品的奖励办法，再把理财产品的精神对主任、大堂经理和客户经理讲透彻。刚开始每有新的理财产品就将资料和重点打印交给大堂经理王小燕等人，将营销由点及面地推开。到9月底，共营销理财产品39416万元。</w:t>
      </w:r>
      <w:r>
        <w:rPr>
          <w:lang w:eastAsia="zh-CN"/>
        </w:rPr>
        <w:br/>
      </w:r>
      <w:r>
        <w:rPr>
          <w:lang w:eastAsia="zh-CN"/>
        </w:rPr>
        <w:t>　　针对黄金市场的升温与客户的要求，借市分行同意支行营业部开办实物黄金买卖的东风，在行领导的支持下，跑银监局、工商局、分行等以及内部各部门的协调，使5月份支行营业部实物黄金得以成功销售，并在当月组织营销实物黄金651克。在5月6月都获得了市分行三农行营业网点贵金属销售竞赛活动第二名及各三千元的奖励。</w:t>
      </w:r>
      <w:r>
        <w:rPr>
          <w:lang w:eastAsia="zh-CN"/>
        </w:rPr>
        <w:br/>
      </w:r>
      <w:r>
        <w:rPr>
          <w:lang w:eastAsia="zh-CN"/>
        </w:rPr>
        <w:t>　　四、注重信用卡业务的发展。</w:t>
      </w:r>
      <w:r>
        <w:rPr>
          <w:lang w:eastAsia="zh-CN"/>
        </w:rPr>
        <w:br/>
      </w:r>
      <w:r>
        <w:rPr>
          <w:lang w:eastAsia="zh-CN"/>
        </w:rPr>
        <w:t>　　严格控制信用卡增量的优质性，避免货币学中“劣币驱逐良币”的事情发生到白金信用卡的客户群体中。对于存量白金信用卡客户，改变“重发放、轻管理、缺教导”的</w:t>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xml:space="preserve"> 现状，对原有客户群体进行分类清理，恩威并举，引导客户正确使用白金信用卡正确消费，合理积分，避免恶意、恶意透支。高积分、高分期、高贡献率的客户给予继续使用和适当升额，低积分和无分期，一味客户给予降额和信用锁定，推动信用卡业务良性、健康、可持续的发展。</w:t>
      </w:r>
      <w:r>
        <w:rPr>
          <w:lang w:eastAsia="zh-CN"/>
        </w:rPr>
        <w:br/>
      </w:r>
      <w:r>
        <w:rPr>
          <w:lang w:eastAsia="zh-CN"/>
        </w:rPr>
        <w:t>　　在分行卡部和行领导的正确领导下，我带领个金部和网点客户经理，积极开拓信用卡消费分期还款以及信用卡分期付款购车业务。__年5月三农行中月新分期额230万元，月新增汽车台数12台，位居第二名；6月支行月新增分期额555万元，月新增汽车台数15台，位居第二名；7月支行月新增分期额868万元，月新增汽车台数26台，位居第二名，获分行对农行奖励费用6万元。在今年信用卡业务收入比去年同期增长157万元，增长率153%，对今年的中间业务收入中做出了较大贡献。</w:t>
      </w:r>
      <w:r>
        <w:rPr>
          <w:lang w:eastAsia="zh-CN"/>
        </w:rPr>
        <w:br/>
      </w:r>
      <w:r>
        <w:rPr>
          <w:lang w:eastAsia="zh-CN"/>
        </w:rPr>
        <w:t xml:space="preserve">    2024部门月工作总结 篇12 </w:t>
      </w:r>
      <w:r>
        <w:rPr>
          <w:lang w:eastAsia="zh-CN"/>
        </w:rPr>
        <w:br/>
      </w:r>
      <w:r>
        <w:rPr>
          <w:lang w:eastAsia="zh-CN"/>
        </w:rPr>
        <w:t>　　一、 发挥优势管理，狠抓基层建设</w:t>
      </w:r>
      <w:r>
        <w:rPr>
          <w:lang w:eastAsia="zh-CN"/>
        </w:rPr>
        <w:br/>
      </w:r>
      <w:r>
        <w:rPr>
          <w:lang w:eastAsia="zh-CN"/>
        </w:rPr>
        <w:t>　　1、优质服务、赢得信赖。</w:t>
      </w:r>
      <w:r>
        <w:rPr>
          <w:lang w:eastAsia="zh-CN"/>
        </w:rPr>
        <w:br/>
      </w:r>
      <w:r>
        <w:rPr>
          <w:lang w:eastAsia="zh-CN"/>
        </w:rPr>
        <w:t>　　公司通过引进新昌品牌管理，强化管理准则，加强管理人员的现场督导和质量检查，逐步完善安全岗位的窗口形象，不断提高自身的优质服务水准，得到了园区业主好评，赢得了业主的信赖，受业主委托物业安全管理部协助公司完成的接待工作上百次，其中人大代表团2次，全国中宣部领导3次，知名企业合作会6次，由于接待工作完成出色，安全管理部获得业主优质服务的赞誉。</w:t>
      </w:r>
      <w:r>
        <w:rPr>
          <w:lang w:eastAsia="zh-CN"/>
        </w:rPr>
        <w:br/>
      </w:r>
      <w:r>
        <w:rPr>
          <w:lang w:eastAsia="zh-CN"/>
        </w:rPr>
        <w:t>　　2、预防为主、重点布控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在公司总部的关心指导下，项目部通过制定各项安全方案等项消防预案，贯彻落实防火、防盗等六防措施，全年未发生一件意外安全事故。项目经理每天召开部门经理反馈会，通报情况提出要求。安全部安排干部员工勤于巡查、严密防控，在相关部门的配合下，实行群防、群检、群治，以确保园区万无一失。针对特别区域实行重点监控，在自行车场盗窃高发区实行严密布防，抓获盗窃者3人，为业主挽回直接损失数千元。由于完美时空园区安全管理的出色，因此被海淀区评为社会治安综合治理先进单位。</w:t>
      </w:r>
      <w:r>
        <w:rPr>
          <w:lang w:eastAsia="zh-CN"/>
        </w:rPr>
        <w:br/>
      </w:r>
      <w:r>
        <w:rPr>
          <w:lang w:eastAsia="zh-CN"/>
        </w:rPr>
        <w:t>　　3、完善设施、有备无患</w:t>
      </w:r>
      <w:r>
        <w:rPr>
          <w:lang w:eastAsia="zh-CN"/>
        </w:rPr>
        <w:br/>
      </w:r>
      <w:r>
        <w:rPr>
          <w:lang w:eastAsia="zh-CN"/>
        </w:rPr>
        <w:t>　　通过公司领导亲临现场指导，安保部将园区消防预案、设备设施、消防器材检查维护等各项工作，进行了不断的完善。制定园区消防设施设备维修保养计划，使园区消防设施设备不但做到正常运行而且延长使用年限。今年已对园区3656个光电探测器，进行了专业性检测，严格检查消防设施设备，提前对烟感系统报警点不准确进行专业性检测。保障线路畅通、正常使用，对大厅内应急疏散灯、安全出口进行补装和更换。同时对消防器材实行分区管理、检查、维护并落实到人。按照北京市政府及公司要求，组织园区业主进行消防演习，消防演习的成功演练，得到了国家相关部门及广大业主的好评。</w:t>
      </w:r>
      <w:r>
        <w:rPr>
          <w:lang w:eastAsia="zh-CN"/>
        </w:rPr>
        <w:br/>
      </w:r>
      <w:r>
        <w:rPr>
          <w:lang w:eastAsia="zh-CN"/>
        </w:rPr>
        <w:t>　　二、 严格管理、提升品质，改变观念、创新管理，</w:t>
      </w:r>
      <w:r>
        <w:rPr>
          <w:lang w:eastAsia="zh-CN"/>
        </w:rPr>
        <w:br/>
      </w:r>
      <w:r>
        <w:rPr>
          <w:lang w:eastAsia="zh-CN"/>
        </w:rPr>
        <w:t>　　1、按照项目年初制定的安全培训计划，安保部参照行业规范对保安员进行32次专题培训，重点讲解管理素质、服务意识、礼貌待客、专业技能、消防知识、突发事件分析等，通过讲解、点评、交流使保安员在思想认识和日常工作中皆有不同程度的感悟与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2、安全管理部按照各月计划对保安员进行岗位培训，对保安一线岗位做好培训工作。做到实际工作培训，分阶段、分内容进行考评，通过培训保安员整体素质提升了、服务水平提高了、业主满意度提高了，通过培训提高了保安员整体思想素质，服务态度和业务技能。</w:t>
      </w:r>
      <w:r>
        <w:rPr>
          <w:lang w:eastAsia="zh-CN"/>
        </w:rPr>
        <w:br/>
      </w:r>
      <w:r>
        <w:rPr>
          <w:lang w:eastAsia="zh-CN"/>
        </w:rPr>
        <w:t>　　3、在思想工作是一切工作的生命线的方针指引下，结合项目管理服务特点，按照项目部的要求，针对保安部的实际情况，引导保安员与时俱进、提升素质、转变观念。安保部教育安保人员要有紧迫感、应具有上进心、培养精气神、物业的管理服务不是高科技，没有什么深奥的学问。关键在人的主观能动性和责任心，是对公司的忠诚度和敬业精神、是对管理与服务内涵的真谛的理解及运用。安保部通过树立优秀标兵，激发大家积极进取，在完成项目给的管理工作和服务工作的过程中体现自身价值，并感受人生乐趣。通过思想教育工作，提升了保安员思想道德品质，涌现出多个拾金不昧的好保安，受到了业主的书面赞扬。通过工作实践的摸索，安保部还创作出物业保安员应知应会的规范准则并上交公司总部在全公司推广，不但使子海理想的每位一线保安员在为业主和客户服务时品质显著提升，而且使其他兄弟项目受益。</w:t>
      </w:r>
      <w:r>
        <w:rPr>
          <w:lang w:eastAsia="zh-CN"/>
        </w:rPr>
        <w:br/>
      </w:r>
      <w:r>
        <w:rPr>
          <w:lang w:eastAsia="zh-CN"/>
        </w:rPr>
        <w:t>　　安全管理部通过对20__年工作进行回顾和总结，总结过去、展望未来，整改不足之处并制定新一年的提升服务目标，以利于20__年安全管理部各项工作更好的全面展开</w:t>
      </w:r>
      <w:r>
        <w:rPr>
          <w:lang w:eastAsia="zh-CN"/>
        </w:rPr>
        <w:br/>
      </w:r>
      <w:r>
        <w:rPr>
          <w:lang w:eastAsia="zh-CN"/>
        </w:rPr>
        <w:t xml:space="preserve">    2024部门月工作总结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进入八月份以来，公司财会部根据公司的工作任务要求，认真落实了各项具体工作，基本上完成了公司领导交办的各项任务，现将八月份个人工作总结报告汇报如下：</w:t>
      </w:r>
      <w:r>
        <w:rPr>
          <w:lang w:eastAsia="zh-CN"/>
        </w:rPr>
        <w:br/>
      </w:r>
      <w:r>
        <w:rPr>
          <w:lang w:eastAsia="zh-CN"/>
        </w:rPr>
        <w:t>　　1.关于招聘项目部及仓库会计人员，落实培训工作的情况。</w:t>
      </w:r>
      <w:r>
        <w:rPr>
          <w:lang w:eastAsia="zh-CN"/>
        </w:rPr>
        <w:br/>
      </w:r>
      <w:r>
        <w:rPr>
          <w:lang w:eastAsia="zh-CN"/>
        </w:rPr>
        <w:t>　　在公司行政领导的关心及办公室积极配合下，目前公司财会部新来了几名大专以上的会计人员，为我公司各项目部及后勤仓库配备了有生力量，经过一段时间的会计岗位培训，这些新来的同志基本上达到了公司成本核算工作岗位管理要求，可以分配到各项目部及仓库工作，具体的分配请公司行政部门统一开工作岗位介绍信到各项目部和仓库报到;有关到岗人员每月具体工作的要求有公司财会部统一布置，做到内部报表口径一致，账表清楚，分析合理。从而来提高我公司成本核算工作的质量，充分发挥会计人员是企业经济参谋的作用，不断完善企业内部报销制度，为企业的发展和升级打下良好的基础管理工作，提升公司会计管理水平。</w:t>
      </w:r>
      <w:r>
        <w:rPr>
          <w:lang w:eastAsia="zh-CN"/>
        </w:rPr>
        <w:br/>
      </w:r>
      <w:r>
        <w:rPr>
          <w:lang w:eastAsia="zh-CN"/>
        </w:rPr>
        <w:t>　　2.关于公司租赁材料核算的专题分析情况。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长期以来，我公司的租赁材料核算一直比较混乱，某些租赁站的租金计算不太合理，造成我企业经济损失较大;如市星火钢管租赁站，租金中的重复计算较多，多算天数等，通过我财会部认真核对，进行专题分析，纠正了供应商不合理的计算方式，节约了企业租金支出，这项工作虽然比较繁，容易发生计算错误，但我们以耐心细致的工作态度逐笔进行核对，用科学的方法进行计算，博得了供应商的认可，双方在友好合作的气纷中确认签字，解决了以往的计算难题。</w:t>
      </w:r>
      <w:r>
        <w:rPr>
          <w:lang w:eastAsia="zh-CN"/>
        </w:rPr>
        <w:br/>
      </w:r>
      <w:r>
        <w:rPr>
          <w:lang w:eastAsia="zh-CN"/>
        </w:rPr>
        <w:t>　　3.往来账款核对工作情况。</w:t>
      </w:r>
      <w:r>
        <w:rPr>
          <w:lang w:eastAsia="zh-CN"/>
        </w:rPr>
        <w:br/>
      </w:r>
      <w:r>
        <w:rPr>
          <w:lang w:eastAsia="zh-CN"/>
        </w:rPr>
        <w:t>　　往来核对工作是我们财会部平时比较忙的事情，因目前各项目部工程进度较快，大量的建筑材料进场，以及各类施工机械进场作业，其发生的材料和台班费签证单据都来公司审核对账，为此我们财会部一直以公司利益为准绳，随时满足供应商的核对要求，不吊难，守信用，认真核对每笔业务，保证了下道工作流程的顺利进行，取得了供应商的好评，树立了企业形象。</w:t>
      </w:r>
      <w:r>
        <w:rPr>
          <w:lang w:eastAsia="zh-CN"/>
        </w:rPr>
        <w:br/>
      </w:r>
      <w:r>
        <w:rPr>
          <w:lang w:eastAsia="zh-CN"/>
        </w:rPr>
        <w:t>　　4.现金管理方面。</w:t>
      </w:r>
      <w:r>
        <w:rPr>
          <w:lang w:eastAsia="zh-CN"/>
        </w:rPr>
        <w:br/>
      </w:r>
      <w:r>
        <w:rPr>
          <w:lang w:eastAsia="zh-CN"/>
        </w:rPr>
        <w:t>　　我公司的现金流量是比较大的，每当工程款到位后出纳工作就很忙，一天要提几次款，为了防止差错和事故的发生，我财会部多次在会议上强调要注意安全，提高防范意识，但至今还存在一些问题，如当天提款数额随意性较大，造成银行预约困难，不能保证提款支付，影响工作展开。因些我们建议各部门用款前做好计划提前告诉财会部用款总额，让我们有时间向银行预约，从而来保证大家的用款，确保工程进度，使各项工作能顺利的开展。</w:t>
      </w:r>
      <w:r>
        <w:rPr>
          <w:lang w:eastAsia="zh-CN"/>
        </w:rPr>
        <w:br/>
      </w:r>
      <w:r>
        <w:rPr>
          <w:lang w:eastAsia="zh-CN"/>
        </w:rPr>
        <w:t>　　5.目前存在问题及下阶段的工作安排。</w:t>
      </w:r>
      <w:r>
        <w:rPr>
          <w:lang w:eastAsia="zh-CN"/>
        </w:rPr>
        <w:br/>
      </w:r>
    </w:p>
    <w:p w:rsidR="001B1F19" w14:textId="27C3F48A">
      <w:pPr>
        <w:rPr>
          <w:rFonts w:hint="eastAsia"/>
          <w:lang w:eastAsia="zh-CN"/>
        </w:rPr>
      </w:pPr>
      <w:r>
        <w:rPr>
          <w:lang w:eastAsia="zh-CN"/>
        </w:rPr>
        <w:t>　　A.目前财务部兼管的社保人事档案工作还不尽人意，资料存放随意性大，保管工作不符合要求，随着公司人员的不断增加，资料会越来越多，因些这项工作必须加强管理，为了确保个人社保资料不丢失，我们建议公司行政部门调拨一只有锁的柜子，做到缴纳社保费的员工人手一只档案袋，登记好袋中个人资料和有关证件，集中存放，方便查阅，保护个人隐私，防止无关人员随意查阅，请公司领导重视此项工作。</w:t>
      </w:r>
      <w:r>
        <w:rPr>
          <w:lang w:eastAsia="zh-CN"/>
        </w:rPr>
        <w:br/>
      </w:r>
      <w:r>
        <w:rPr>
          <w:lang w:eastAsia="zh-CN"/>
        </w:rPr>
        <w:t>　　B.下阶段公司财务部的工作重点主要是放在会计人员到岗后，运用网络系统远程查阅的方法来控制各项目部及仓库的成本和库存情况，具体的工作要求是：</w:t>
      </w:r>
      <w:r>
        <w:rPr>
          <w:lang w:eastAsia="zh-CN"/>
        </w:rPr>
        <w:br/>
      </w:r>
      <w:r>
        <w:rPr>
          <w:lang w:eastAsia="zh-CN"/>
        </w:rPr>
        <w:t>　　(1)当日发生的各项现金收支业务，经办人员应按公司的现金报销制度，填制有关报销凭证，项目部及后勤部负责人签字确认，会计审核后方可登记现金日记流水账(电脑账)，手续不符的会计人员拒绝报销。</w:t>
      </w:r>
      <w:r>
        <w:rPr>
          <w:lang w:eastAsia="zh-CN"/>
        </w:rPr>
        <w:br/>
      </w:r>
      <w:r>
        <w:rPr>
          <w:lang w:eastAsia="zh-CN"/>
        </w:rPr>
        <w:t>　　(2)项目部及后勤部负责人发生的用于工作上的业务招待费及支出，不管有正式发票和无正式发票的单据，包括自制的白条单据，一律必须填制相关报销凭证，并注明经办人、事由、金额及公司相关领导的签字认可，会计人员审核无误后，才可登记现金日记流水账同时记入间接费用明细账上的相关子目。</w:t>
      </w:r>
      <w:r>
        <w:rPr>
          <w:lang w:eastAsia="zh-CN"/>
        </w:rPr>
        <w:br/>
      </w:r>
      <w:r>
        <w:rPr>
          <w:lang w:eastAsia="zh-CN"/>
        </w:rPr>
        <w:t>　　(3)项目部及后勤部工作人员经领导批准向公司财会部领用的备用金，其请款单据需另外复印一份交各自的会计入账处理，以便月终时会计人员根据各人的实报单据(有正式发票的部份)，列出报销金额及领款人清单，报到公司财会部审核开具收据入账，同时冲减个人备用金借款往来账目，从而减少项目经理及后勤负责人的报销烦恼，集中精力管理好施工生产及后勤服务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https://d.book118.com/035333100341011103</w:t>
        </w:r>
      </w:hyperlink>
    </w:p>
    <w:p w:rsidR="001B1F19">
      <w:pPr>
        <w:rPr>
          <w:rFonts w:hint="eastAsia"/>
          <w:lang w:eastAsia="zh-CN"/>
        </w:rPr>
      </w:pPr>
    </w:p>
    <w:sectPr>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5333100341011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