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员工月工作总结（34篇）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员工月工作总结（通用34篇）</w:t>
      </w:r>
      <w:r>
        <w:rPr>
          <w:lang w:eastAsia="zh-CN"/>
        </w:rPr>
        <w:br/>
      </w:r>
      <w:r>
        <w:rPr>
          <w:lang w:eastAsia="zh-CN"/>
        </w:rPr>
        <w:t xml:space="preserve">    员工月工作总结 篇1 </w:t>
      </w:r>
      <w:r>
        <w:rPr>
          <w:lang w:eastAsia="zh-CN"/>
        </w:rPr>
        <w:br/>
      </w:r>
      <w:r>
        <w:rPr>
          <w:lang w:eastAsia="zh-CN"/>
        </w:rPr>
        <w:t>　　一个月时间就这样很快的结束了，回顾自己这月以来的工作，可以说是有很多的地方值得去回忆。作为一名行政助理，我要做的工作有很多，不过我始终觉得说起来也挺小事情的，这些小事都在我不断的工作中逐渐的去解决，自己的工作能力也得到了很大的提高。社会就是这样，有很多锻炼人的地方，我相信自己可以做好，不过这些都是需要自己一直不断的努力下去，我相信自己会做好的。在领导的关心支持和同事们的热情帮助下，不断加强自身建设，努力提高自身修养，认真履行岗位职责，较好地完成了各项工作任务。总结起来，主要有以下六个方面：</w:t>
      </w:r>
      <w:r>
        <w:rPr>
          <w:lang w:eastAsia="zh-CN"/>
        </w:rPr>
        <w:br/>
      </w:r>
      <w:r>
        <w:rPr>
          <w:lang w:eastAsia="zh-CN"/>
        </w:rPr>
        <w:t>　　一、严以律己，树立良好形象。</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严格遵守办公室的各项规章制度，时时处处以工作为先，大局为重，遇有紧急任务，加班加点，毫无怨言。领导下达了指令，会想方设法去完成。听从领导、服从分配，对于领导和办公室安排的每一份工作，不论大小，都高度重视，总是尽职尽责、认认真真地去完成，从不计较个人得失、打折扣、讲条件。经常自省自励，开展批评与自我批评，严格约束自己的一言一行、一举一动，树立起了办公室工作人员的良好形象。</w:t>
      </w:r>
      <w:r>
        <w:rPr>
          <w:lang w:eastAsia="zh-CN"/>
        </w:rPr>
        <w:br/>
      </w:r>
      <w:r>
        <w:rPr>
          <w:lang w:eastAsia="zh-CN"/>
        </w:rPr>
        <w:t>　　二、加强学习，不断提高业务素质。</w:t>
      </w:r>
      <w:r>
        <w:rPr>
          <w:lang w:eastAsia="zh-CN"/>
        </w:rPr>
        <w:br/>
      </w:r>
      <w:r>
        <w:rPr>
          <w:lang w:eastAsia="zh-CN"/>
        </w:rPr>
        <w:t>　　虚心的向同事学习，经常利用网络工具和同岗位的同事交流心得，逐步的完善自我。在工作中，时时处处以领导和优秀同事为榜样，不会的就学，不懂的就问，取人之长，补己之短，始终保持了谦虚谨慎勤奋好学的积极态度，综合能力显著提高。</w:t>
      </w:r>
      <w:r>
        <w:rPr>
          <w:lang w:eastAsia="zh-CN"/>
        </w:rPr>
        <w:br/>
      </w:r>
      <w:r>
        <w:rPr>
          <w:lang w:eastAsia="zh-CN"/>
        </w:rPr>
        <w:t>　　三、积极工作，完成各项任务。</w:t>
      </w:r>
      <w:r>
        <w:rPr>
          <w:lang w:eastAsia="zh-CN"/>
        </w:rPr>
        <w:br/>
      </w:r>
      <w:r>
        <w:rPr>
          <w:lang w:eastAsia="zh-CN"/>
        </w:rPr>
        <w:t>　　九月份有个中秋节，对于我们服务行业来讲，凡是节假日对我们的营业都有极大的冲击力。所以在节日来临之前，必须把各项工作的相关事宜一切准备妥当。按照领导的安排，认真做好各类文件、通知、打印、校对以及传达工作;全方位为领导搞好服务，常请示、勤汇报，努力做好参谋助手，为整个办公室工作有条不紊的开展发挥了积极作用。同时，经常深入基层调查研究，了解员工思想动态，为领导科学决策提供了可靠依据。</w:t>
      </w:r>
      <w:r>
        <w:rPr>
          <w:lang w:eastAsia="zh-CN"/>
        </w:rPr>
        <w:br/>
      </w:r>
      <w:r>
        <w:rPr>
          <w:lang w:eastAsia="zh-CN"/>
        </w:rPr>
        <w:t>　　四、人事管理方面。</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相对来讲，我们人事工作还存在很大需要改善的地方。这个月出现了一个严重的问题就是总公司已经下文要做好留人计划方案这项工作，即“与员工谈话”，可是还没落实好，有些部门做了，可是也没按要求做，由此可见这件事并未引起管理人员的高度重视，员工思想我们都没了解好，我们谈何留人。这几个月基本上是新进与离职的人员不相上下，本月是离职人数大于新进。从这里面可以看出做了解员工思想工作的重要_。其中这工作没完成有极大方面的原因是我没做好督查工作，这是我工作失职的表现。这件事体现了我的执行力不够强，在以后的工作中我要加强这方面的能力。</w:t>
      </w:r>
      <w:r>
        <w:rPr>
          <w:lang w:eastAsia="zh-CN"/>
        </w:rPr>
        <w:br/>
      </w:r>
      <w:r>
        <w:rPr>
          <w:lang w:eastAsia="zh-CN"/>
        </w:rPr>
        <w:t>　　五、加强注重细节工作态度，加强语言功底，消除紧张心理。</w:t>
      </w:r>
      <w:r>
        <w:rPr>
          <w:lang w:eastAsia="zh-CN"/>
        </w:rPr>
        <w:br/>
      </w:r>
      <w:r>
        <w:rPr>
          <w:lang w:eastAsia="zh-CN"/>
        </w:rPr>
        <w:t>　　文员工作，细心极其的关键。比如下一份文，我也会琢磨，可是会因为紧张让大脑产生短路，这种表现就像潘总说的一句话是缺乏运筹帷幄的处事能力，急了就乱了。不过她说这种能力也与经验有关，经历多了，自然也会有所提高的。</w:t>
      </w:r>
      <w:r>
        <w:rPr>
          <w:lang w:eastAsia="zh-CN"/>
        </w:rPr>
        <w:br/>
      </w:r>
      <w:r>
        <w:rPr>
          <w:lang w:eastAsia="zh-CN"/>
        </w:rPr>
        <w:t>　　六、个人方面的事情。</w:t>
      </w:r>
      <w:r>
        <w:rPr>
          <w:lang w:eastAsia="zh-CN"/>
        </w:rPr>
        <w:br/>
      </w:r>
      <w:r>
        <w:rPr>
          <w:lang w:eastAsia="zh-CN"/>
        </w:rPr>
        <w:t>　　这个月我的_感觉不是很高涨。领导吩咐做的事情，也做了，和同事们相处感觉也挺好的，觉得跟他们比以前都更熟了。可是我却发现自己在待人接物方面没有了刚开始的那种耐_，见面我也笑呵呵的，可是我自己觉得有点假了。我找过原因，可能真的是因为从学校出来工作这个过渡期做得不够好，产生了工作疲惫综合症。我总有自己还是个孩子的感觉，有很多事情是关乎到人情世故的东西，我觉得处理这些事情很累，也不懂得怎么样才能做好，真的很困惑，以致越来越没_。</w:t>
      </w:r>
      <w:r>
        <w:rPr>
          <w:lang w:eastAsia="zh-CN"/>
        </w:rPr>
        <w:br/>
      </w:r>
      <w:r>
        <w:rPr>
          <w:lang w:eastAsia="zh-CN"/>
        </w:rPr>
        <w:t>　　工作中虽然取得了一定成绩，但仍然存在着一些问题和不足，今后，我要一如既往地向领导们学习，发扬优点、克服不足，与时俱进，积极进取，力争使自己的_素质和业务水平在较短的时间内再上新台阶，以适应现代社会飞速发展的需要，从而更好地完成领导安排的各项工作任务。下一步，重点搞好以下几方面工作：</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一、强化服务意识，增强责任感、压力感，提高工作效率和服务质量。</w:t>
      </w:r>
      <w:r>
        <w:rPr>
          <w:lang w:eastAsia="zh-CN"/>
        </w:rPr>
        <w:br/>
      </w:r>
      <w:r>
        <w:rPr>
          <w:lang w:eastAsia="zh-CN"/>
        </w:rPr>
        <w:t>　　二、抽出时间，深入调查研究，努力掌握第一手资料，为更好地为领导服务打下坚实基础。</w:t>
      </w:r>
      <w:r>
        <w:rPr>
          <w:lang w:eastAsia="zh-CN"/>
        </w:rPr>
        <w:br/>
      </w:r>
      <w:r>
        <w:rPr>
          <w:lang w:eastAsia="zh-CN"/>
        </w:rPr>
        <w:t>　　三、进一步加强业务学习。坚持谦虚谨慎，不骄不躁的工作作风，发扬团结他人、谦虚学习的精神，虚心向领导学习，向办公室同事学习，不断提高自身素养。</w:t>
      </w:r>
      <w:r>
        <w:rPr>
          <w:lang w:eastAsia="zh-CN"/>
        </w:rPr>
        <w:br/>
      </w:r>
      <w:r>
        <w:rPr>
          <w:lang w:eastAsia="zh-CN"/>
        </w:rPr>
        <w:t>　　在未来的时间里，我一定再接再励，甘为人梯，做好后勤工作，让领导和其它员工踏踏实实安安心心的奋斗在自己的岗位上。现在我的工作对我来说，我自己感到还是十分的满意的，所以我会继续在我的工作上努力下去，我坚信自己可以做好。当然很多的现现实情况下，我有很多的事情要做。不过忙碌的生活也是很正常的，我坚信在以后的道路上，我会走的更好!</w:t>
      </w:r>
      <w:r>
        <w:rPr>
          <w:lang w:eastAsia="zh-CN"/>
        </w:rPr>
        <w:br/>
      </w:r>
      <w:r>
        <w:rPr>
          <w:lang w:eastAsia="zh-CN"/>
        </w:rPr>
        <w:t xml:space="preserve">    员工月工作总结 篇2 </w:t>
      </w:r>
      <w:r>
        <w:rPr>
          <w:lang w:eastAsia="zh-CN"/>
        </w:rPr>
        <w:br/>
      </w:r>
      <w:r>
        <w:rPr>
          <w:lang w:eastAsia="zh-CN"/>
        </w:rPr>
        <w:t>　　首先，是自己的自信心还是不是很足够，有时候给比较大的老板打电话，还是觉得底气不是很足够，一方面也是自己准备不足不知道该说什么，一方面是因为自己不够有自信，感觉说服不了对方，所有在自己心理就开始大心理战了，自己仍是觉得作为一名销售人员，自信是第一步，就像高经理跟我讲的，什么都可以没有，就是不能没有自信，不论何时何地就都必须绝对的的相信自己，可以先让自己有了勇气，然后培养自己的自信，无论发生了变化，自信是最基础的，也是成功所必须的，</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第二，关于公司对促销资源的`包装很好，通过本来促销的包装，让自己更能利用有利的说辞去促销成订单。</w:t>
      </w:r>
      <w:r>
        <w:rPr>
          <w:lang w:eastAsia="zh-CN"/>
        </w:rPr>
        <w:br/>
      </w:r>
      <w:r>
        <w:rPr>
          <w:lang w:eastAsia="zh-CN"/>
        </w:rPr>
        <w:t>　　第三，关于工作时间的安排不是很有道理，有时候一个早上都在开发未分类，导致了月初出单比较难一点，以后以后早上细分时间段来做开发客户和收割，这样即能保证自己的出单量，也能让新客户的不过出现，还能保证自己不会因为月初的出单比较难导致自己的信心不足。</w:t>
      </w:r>
      <w:r>
        <w:rPr>
          <w:lang w:eastAsia="zh-CN"/>
        </w:rPr>
        <w:br/>
      </w:r>
      <w:r>
        <w:rPr>
          <w:lang w:eastAsia="zh-CN"/>
        </w:rPr>
        <w:t>　　第四，对客户的判断和留还是扔判断不标准，有时候舍不得扔客户，导致了库内客户的太多，新客户增加不了，导致库内的客户流动不起来，一方面也会影响自己的出单量。</w:t>
      </w:r>
      <w:r>
        <w:rPr>
          <w:lang w:eastAsia="zh-CN"/>
        </w:rPr>
        <w:br/>
      </w:r>
      <w:r>
        <w:rPr>
          <w:lang w:eastAsia="zh-CN"/>
        </w:rPr>
        <w:t>　　第五，执行力的问题，每天50个有限电话、15个公海及5个新增，没有做好，曾有一段时间就是公海很少去跳入，可是研究表明，公海的客户依旧是出单的主要关键。</w:t>
      </w:r>
      <w:r>
        <w:rPr>
          <w:lang w:eastAsia="zh-CN"/>
        </w:rPr>
        <w:br/>
      </w:r>
      <w:r>
        <w:rPr>
          <w:lang w:eastAsia="zh-CN"/>
        </w:rPr>
        <w:t>　　第六。准备工作的不足够。每天感觉自己很忙碌但是就出单的效率不是很高，主要是在做二次跟进的时候自己准备工作方面做得比较差。</w:t>
      </w:r>
      <w:r>
        <w:rPr>
          <w:lang w:eastAsia="zh-CN"/>
        </w:rPr>
        <w:br/>
      </w:r>
      <w:r>
        <w:rPr>
          <w:lang w:eastAsia="zh-CN"/>
        </w:rPr>
        <w:t>　　第七，自己上门砍单能力还是不够有杀伤力，感觉自己说辞比较乱，不会讲故事，还有就是谈单时间把握不够到位，还有促销利用不够有气氛。</w:t>
      </w:r>
      <w:r>
        <w:rPr>
          <w:lang w:eastAsia="zh-CN"/>
        </w:rPr>
        <w:br/>
      </w:r>
      <w:r>
        <w:rPr>
          <w:lang w:eastAsia="zh-CN"/>
        </w:rPr>
        <w:t xml:space="preserve">    员工月工作总结 篇3 </w:t>
      </w:r>
      <w:r>
        <w:rPr>
          <w:lang w:eastAsia="zh-CN"/>
        </w:rPr>
        <w:br/>
      </w:r>
      <w:r>
        <w:rPr>
          <w:lang w:eastAsia="zh-CN"/>
        </w:rPr>
        <w:t>　　繁忙充实的一年，勇担重任，催人成熟。20__年是我完整在办公室负责文字综合、信息报送等工作的第一个年头，出_地完成了各项工作。</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是基本完成办文任务。全年完成各类大大小小常规材料300余篇，严格把关对外报送、对下颁发的各类文件文字表述，完成对6个行政村的全面调研，完成市级以上刊物调研论文3篇，文字综合工作基本能做到独当一面，让领导放心。</w:t>
      </w:r>
      <w:r>
        <w:rPr>
          <w:lang w:eastAsia="zh-CN"/>
        </w:rPr>
        <w:br/>
      </w:r>
      <w:r>
        <w:rPr>
          <w:lang w:eastAsia="zh-CN"/>
        </w:rPr>
        <w:t>　　二是协助完成办会任务。全年协助完成冬训、三个文明表彰、经济工作、能力作风系列报告、东城_企业家联谊、扬州人家新春联谊等较大会议筹备、组织工作。</w:t>
      </w:r>
      <w:r>
        <w:rPr>
          <w:lang w:eastAsia="zh-CN"/>
        </w:rPr>
        <w:br/>
      </w:r>
      <w:r>
        <w:rPr>
          <w:lang w:eastAsia="zh-CN"/>
        </w:rPr>
        <w:t>　　三是信息报送成效明显。以广陵情况、广陵时政、为载体，认真组织对上信息报送，全年共完成区级以上信息报送200余条。以《曲_情况》为抓手，_抓内部信息体系的建立健全，全年刊发31期，较好地完成了信息报送工作。</w:t>
      </w:r>
      <w:r>
        <w:rPr>
          <w:lang w:eastAsia="zh-CN"/>
        </w:rPr>
        <w:br/>
      </w:r>
      <w:r>
        <w:rPr>
          <w:lang w:eastAsia="zh-CN"/>
        </w:rPr>
        <w:t>　　四是创造_地完成其它工作。完成全年宣传纪录片的制作。代表街道参加全区“亚龙杯”法律知识竞赛，获得第一名。代表广陵区文化局参加市文化局举办的基层文化干部技能比赛，获得曲艺创作组第三名。</w:t>
      </w:r>
      <w:r>
        <w:rPr>
          <w:lang w:eastAsia="zh-CN"/>
        </w:rPr>
        <w:br/>
      </w:r>
      <w:r>
        <w:rPr>
          <w:lang w:eastAsia="zh-CN"/>
        </w:rPr>
        <w:t>　　积累成长的一年，瑕瑜互见，催人自身。20__年既让我在学习中不断提高自己，也让我在实践中找到差距。</w:t>
      </w:r>
      <w:r>
        <w:rPr>
          <w:lang w:eastAsia="zh-CN"/>
        </w:rPr>
        <w:br/>
      </w:r>
      <w:r>
        <w:rPr>
          <w:lang w:eastAsia="zh-CN"/>
        </w:rPr>
        <w:t>　　一是坚持理论学习提高_素养。坚持每天读书阅报，关心国家大事，了解时事_，及时学习掌握党的执政路线、方针、政策。坚持学习法律法规、经济、社会学知识，不断提高综合理论素质。坚持学习市、区重要文件和领导讲话，掌握地方发展思路和方向，为自己撰写文稿奠定坚实的理论基础。</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是坚持实践锻炼积累经验。实践出真知。坚持在实践中学习提高，常怀反思之心，对做过的事情及时总结，发现问题，及时改正。遇到不懂的问题及时向领导、同事虚心请教，在实践锻炼中不断增强工作业务能力。</w:t>
      </w:r>
      <w:r>
        <w:rPr>
          <w:lang w:eastAsia="zh-CN"/>
        </w:rPr>
        <w:br/>
      </w:r>
      <w:r>
        <w:rPr>
          <w:lang w:eastAsia="zh-CN"/>
        </w:rPr>
        <w:t>　　三是自身存在的问题和不足。作为一名年轻的同志，自身还存在这样那样的问题，主要表现：学习毅力不够强。常因工作忙、事情多，或因贪玩，放松自己学习，未能养成一个每天学习并长期坚持的良好习惯。处事方法不够老练。由于经验的不足，常常发现处理的办法不多，方式不多，事多易乱，有些事情处理得不够完满。思想方面不够成熟。遇到问题，遭到不公正待遇还抱有孩子气，容易情绪化。</w:t>
      </w:r>
      <w:r>
        <w:rPr>
          <w:lang w:eastAsia="zh-CN"/>
        </w:rPr>
        <w:br/>
      </w:r>
      <w:r>
        <w:rPr>
          <w:lang w:eastAsia="zh-CN"/>
        </w:rPr>
        <w:t xml:space="preserve">    员工月工作总结 篇4 </w:t>
      </w:r>
      <w:r>
        <w:rPr>
          <w:lang w:eastAsia="zh-CN"/>
        </w:rPr>
        <w:br/>
      </w:r>
      <w:r>
        <w:rPr>
          <w:lang w:eastAsia="zh-CN"/>
        </w:rPr>
        <w:t>　　综合办公室紧紧围绕“办文、办事、办公”三大工作职责，在项目部领导正确领导下，在兄弟科室的大力支持配合下，经过办公室全体人员的共同努力，2月份较好的完成了各项工作任务，现将工作情况总结如下：</w:t>
      </w:r>
      <w:r>
        <w:rPr>
          <w:lang w:eastAsia="zh-CN"/>
        </w:rPr>
        <w:br/>
      </w:r>
      <w:r>
        <w:rPr>
          <w:lang w:eastAsia="zh-CN"/>
        </w:rPr>
        <w:t>　　一、主要工作开展情况</w:t>
      </w:r>
      <w:r>
        <w:rPr>
          <w:lang w:eastAsia="zh-CN"/>
        </w:rPr>
        <w:br/>
      </w:r>
      <w:r>
        <w:rPr>
          <w:lang w:eastAsia="zh-CN"/>
        </w:rPr>
        <w:t>　　1、组织开展各类会议、活动工作。办公室按照项目部工作部署，认真做好各类会议材料准备及后勤保障工作，认真完成了组织召开的各类工作会议。</w:t>
      </w:r>
      <w:r>
        <w:rPr>
          <w:lang w:eastAsia="zh-CN"/>
        </w:rPr>
        <w:br/>
      </w:r>
      <w:r>
        <w:rPr>
          <w:lang w:eastAsia="zh-CN"/>
        </w:rPr>
        <w:t>　　2、努力提高办事水平。</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一是加强文件资料的管理工作，及时将各类收文送有关领导批阅，没有造成延误和遗失，并将一季度文件进行了统一归档，方便查阅。</w:t>
      </w:r>
      <w:r>
        <w:rPr>
          <w:lang w:eastAsia="zh-CN"/>
        </w:rPr>
        <w:br/>
      </w:r>
      <w:r>
        <w:rPr>
          <w:lang w:eastAsia="zh-CN"/>
        </w:rPr>
        <w:t>　　二是做好后勤管理，办公用品及时购置发放，确保了各区队、部门工作的正常运作。</w:t>
      </w:r>
      <w:r>
        <w:rPr>
          <w:lang w:eastAsia="zh-CN"/>
        </w:rPr>
        <w:br/>
      </w:r>
      <w:r>
        <w:rPr>
          <w:lang w:eastAsia="zh-CN"/>
        </w:rPr>
        <w:t>　　3、加强管理，提高服务质量。</w:t>
      </w:r>
      <w:r>
        <w:rPr>
          <w:lang w:eastAsia="zh-CN"/>
        </w:rPr>
        <w:br/>
      </w:r>
      <w:r>
        <w:rPr>
          <w:lang w:eastAsia="zh-CN"/>
        </w:rPr>
        <w:t>　　一是宿舍管理。以各区队员工人数为准分配宿舍房间，由办公室统一管理。</w:t>
      </w:r>
      <w:r>
        <w:rPr>
          <w:lang w:eastAsia="zh-CN"/>
        </w:rPr>
        <w:br/>
      </w:r>
      <w:r>
        <w:rPr>
          <w:lang w:eastAsia="zh-CN"/>
        </w:rPr>
        <w:t>　　二是食堂管理。不定期食品卫生抽查，每周一次卫生大检查，以确保食品安全。</w:t>
      </w:r>
      <w:r>
        <w:rPr>
          <w:lang w:eastAsia="zh-CN"/>
        </w:rPr>
        <w:br/>
      </w:r>
      <w:r>
        <w:rPr>
          <w:lang w:eastAsia="zh-CN"/>
        </w:rPr>
        <w:t>　　三是做好招待及安全保障工作。接待安排细致，并严格执行财务制度、流程，及时办理各类费用报批手续;加强车辆调度管理，对车辆出行、回位进行检查，时刻提醒驾驶员安全意识不放松。2月份共招待来客___位，车辆总行驶___公里。</w:t>
      </w:r>
      <w:r>
        <w:rPr>
          <w:lang w:eastAsia="zh-CN"/>
        </w:rPr>
        <w:br/>
      </w:r>
      <w:r>
        <w:rPr>
          <w:lang w:eastAsia="zh-CN"/>
        </w:rPr>
        <w:t>　　二、工作中的不足</w:t>
      </w:r>
      <w:r>
        <w:rPr>
          <w:lang w:eastAsia="zh-CN"/>
        </w:rPr>
        <w:br/>
      </w:r>
      <w:r>
        <w:rPr>
          <w:lang w:eastAsia="zh-CN"/>
        </w:rPr>
        <w:t>　　1、沟通协调，与部门间沟通还不够十分到位，造成部分工作被动。</w:t>
      </w:r>
      <w:r>
        <w:rPr>
          <w:lang w:eastAsia="zh-CN"/>
        </w:rPr>
        <w:br/>
      </w:r>
      <w:r>
        <w:rPr>
          <w:lang w:eastAsia="zh-CN"/>
        </w:rPr>
        <w:t>　　2、办公用品领用部分制度难以执行，例如：易耗品以旧换新制度，大部分领用者无法提供旧品。</w:t>
      </w:r>
      <w:r>
        <w:rPr>
          <w:lang w:eastAsia="zh-CN"/>
        </w:rPr>
        <w:br/>
      </w:r>
      <w:r>
        <w:rPr>
          <w:lang w:eastAsia="zh-CN"/>
        </w:rPr>
        <w:t>　　三、下一步工作计划</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办公室将一如既往做好领导交办的各项工作任务，并努力提高管理水平，继续完善各项管理制度，使办公室工作制度化、规范化，全面提升办公室的组织、协调、督促能力，改进工作方法，提高工作效率;积极做好后勤保障工作。希望各位领导、同仁继续支持办公室各项工作。</w:t>
      </w:r>
      <w:r>
        <w:rPr>
          <w:lang w:eastAsia="zh-CN"/>
        </w:rPr>
        <w:br/>
      </w:r>
      <w:r>
        <w:rPr>
          <w:lang w:eastAsia="zh-CN"/>
        </w:rPr>
        <w:t xml:space="preserve">    员工月工作总结 篇5 </w:t>
      </w:r>
      <w:r>
        <w:rPr>
          <w:lang w:eastAsia="zh-CN"/>
        </w:rPr>
        <w:br/>
      </w:r>
      <w:r>
        <w:rPr>
          <w:lang w:eastAsia="zh-CN"/>
        </w:rPr>
        <w:t>　　转眼间，来恒拓源有限公司的一个月挥手向我告别了，在这第二个月即将来临之际，回顾这一个月来的工作，我在公司领导及同事的支持与帮助下，严格要求自己，努力工作，按照公司的要求，较好的完成了自己的本职工作。通过两个月来的学习，工作模式上有了新的突破，创新思维也提升了不少，本人主要负责两个淘宝店铺的装修，海报设计和产品的上下架，还兼 职了客服，以下是我这2月份来的工作情况总结：</w:t>
      </w:r>
      <w:r>
        <w:rPr>
          <w:lang w:eastAsia="zh-CN"/>
        </w:rPr>
        <w:br/>
      </w:r>
      <w:r>
        <w:rPr>
          <w:lang w:eastAsia="zh-CN"/>
        </w:rPr>
        <w:t>　　通过同事的积极配合我顺利的完成了两个店铺的装修，当然对于五钻店铺的装修，我自己也不是很满意，从手机店铺的装修过渡到手表店铺的装修，在创意上面实在欠缺，有很多东西我没有更加细致的去完成，加之时间上很紧迫，整个店铺的所有装修都由我一个来完成，可以说工作量是非常大的，一般的美工都不会负责上架的，而我做到了，因为我要做给所有人看我到底有没有那个能力，所以在装修五钻店铺的时候我从一点资料都没有，到自己去扎资，再整合到编辑设计，没有一个人帮我，我真的好累，我为了尽快的完成工作，在晚上回家后也会找资料，但是最终在时间上来说还是很紧迫，我也只能大体的装修一下，以便进入下一个店铺的装修!就这样我在恒拓源的第一个月结束了。</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紧接着是皇冠店铺的装修，这次我有了经验，在装修和设计的风格上有了很大的提升，相对于五钻店来说，我装修的更加大气唯美，关于宝贝页面也得到了很大的优化，这次我更加自信了，我相信自己的能力，所以我更加的卖力的去做设计，我希望大家看到我的作品都说这个设计不错，有这样的意念支撑着我，我的工作热情更加的高涨了，所以皇冠店的装修没有用到一个月就完成了，当然还有细节需要我去完善!</w:t>
      </w:r>
      <w:r>
        <w:rPr>
          <w:lang w:eastAsia="zh-CN"/>
        </w:rPr>
        <w:br/>
      </w:r>
      <w:r>
        <w:rPr>
          <w:lang w:eastAsia="zh-CN"/>
        </w:rPr>
        <w:t>　　总体来说我自己对这两个月的工作还是肯定的，因为我知道只有经历才能成长。世界上没有完美的事情，每个人都有缺点，一旦遇到工作比较多的时候，容易急噪、粗心。我在平时遇到设计上的问题及时与同事沟通，向他们请教，与他们取长补短，共同完成工作任务。在跟客户沟通时积极的听取他们的意见和建议;不断努力学习提高自己;及时了解客户的.需求，不断根据客户的要求修改自己的设计作品。经过时间的洗礼，我的专业技能和发展会得到提升，相信在以后的工作中我会弥补这些不足，努力提高我的技能。</w:t>
      </w:r>
      <w:r>
        <w:rPr>
          <w:lang w:eastAsia="zh-CN"/>
        </w:rPr>
        <w:br/>
      </w:r>
      <w:r>
        <w:rPr>
          <w:lang w:eastAsia="zh-CN"/>
        </w:rPr>
        <w:t>　　也许我的个人观念和老板的不同，因为我总是把设计放在第一位，我希望很好的完成我的视觉营销，只有我的作品出色了，我才会备受关注，我才会肯定自己的能力，其实对于一个店铺来说，不是一次装修好，就可以永远不变了，这样的想法是错误的，因为人都会有审美疲劳的时候，所以店铺的装修和风格需要不时地更换，这样才能更好的吸引顾客的眼球，提高购买率。</w:t>
      </w:r>
      <w:r>
        <w:rPr>
          <w:lang w:eastAsia="zh-CN"/>
        </w:rPr>
        <w:br/>
      </w:r>
      <w:r>
        <w:rPr>
          <w:lang w:eastAsia="zh-CN"/>
        </w:rPr>
        <w:t>　　在接下来的日子里，只要我在公司一天我就会尽心尽力的去完成我的本职工作，服从公司的安排，这是我做人的原创。</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以上皆是我来公司后的感受，如有不对之处，欢迎老板批评指导!</w:t>
      </w:r>
      <w:r>
        <w:rPr>
          <w:lang w:eastAsia="zh-CN"/>
        </w:rPr>
        <w:br/>
      </w:r>
      <w:r>
        <w:rPr>
          <w:lang w:eastAsia="zh-CN"/>
        </w:rPr>
        <w:t xml:space="preserve">    员工月工作总结 篇6 </w:t>
      </w:r>
      <w:r>
        <w:rPr>
          <w:lang w:eastAsia="zh-CN"/>
        </w:rPr>
        <w:br/>
      </w:r>
      <w:r>
        <w:rPr>
          <w:lang w:eastAsia="zh-CN"/>
        </w:rPr>
        <w:t>　　经过这一个多月来的不断学习，以及同事、领导的关心和帮助，我已完全融入到了新欣公司这个大家庭中，个人的工作技能和工作水平有了显著的提高。现将我一个多月来的工作情况简要总结如下:</w:t>
      </w:r>
      <w:r>
        <w:rPr>
          <w:lang w:eastAsia="zh-CN"/>
        </w:rPr>
        <w:br/>
      </w:r>
      <w:r>
        <w:rPr>
          <w:lang w:eastAsia="zh-CN"/>
        </w:rPr>
        <w:t>　　一、以踏实的工作态度，适应办公室工作特点</w:t>
      </w:r>
      <w:r>
        <w:rPr>
          <w:lang w:eastAsia="zh-CN"/>
        </w:rPr>
        <w:br/>
      </w:r>
      <w:r>
        <w:rPr>
          <w:lang w:eastAsia="zh-CN"/>
        </w:rPr>
        <w:t>　　办公室作为企事业单位运转的一个重要枢纽部门，是单位内外工作沟通、协调、处理的综合部门，这就决定了办公室工作繁杂_。由于我们办公室人手少，工作量大，我和三位同事共同协作、共同努力，在遇到不懂得地方及时向她们请教学习，并优质高效的完成领导交办的各项任务。在这一个多月里，遇到各类活动和接待都不是很多，但我都能够积极配合做好后勤保障工作，与同事心往一处想，劲往一处使，不计较干多干少，只希望把领导交办的事情办妥、办好。</w:t>
      </w:r>
      <w:r>
        <w:rPr>
          <w:lang w:eastAsia="zh-CN"/>
        </w:rPr>
        <w:br/>
      </w:r>
      <w:r>
        <w:rPr>
          <w:lang w:eastAsia="zh-CN"/>
        </w:rPr>
        <w:t>　　二、加强学习，注重自身素质修养和提高领导要求</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们必须具有先进的观念，要用科学发展的眼光看待一切，才能适应公司未来的发展。因此，我通过网络、书籍及各类文件资料的学习，不断提高了自己的业务水平。工作中，能从单位大局出发，从单位整体利益出发，凡事都为单位着想，同事之间互帮互助，并保持融洽的工作气氛，形成了_、默契的工作氛围。另外，我还注重从工作及现实生活中汲取营养，认真学习文秘写作、景区建设与发展、宣传推介、档案管理等相关业务知识。同时，虚心向领导、同事请教学习，取长补短，来增强服务意识和大局意识。对办公室工作，能够提前思考，对任何工作都能做到_强、可_作_强、落实快捷等。</w:t>
      </w:r>
      <w:r>
        <w:rPr>
          <w:lang w:eastAsia="zh-CN"/>
        </w:rPr>
        <w:br/>
      </w:r>
      <w:r>
        <w:rPr>
          <w:lang w:eastAsia="zh-CN"/>
        </w:rPr>
        <w:t>　　三、坚持做事先做人，努力做好日常工作，热心为职工游客服务为了做好日常工作，热心为全局职工及游客服务，我做了下面的努力：</w:t>
      </w:r>
      <w:r>
        <w:rPr>
          <w:lang w:eastAsia="zh-CN"/>
        </w:rPr>
        <w:br/>
      </w:r>
      <w:r>
        <w:rPr>
          <w:lang w:eastAsia="zh-CN"/>
        </w:rPr>
        <w:t>　　1、出勤方面，每天都能提前十到二十分钟到达办公室，做好上班前的相关工作准备，并能及时打扫两位领导的办公室等。</w:t>
      </w:r>
      <w:r>
        <w:rPr>
          <w:lang w:eastAsia="zh-CN"/>
        </w:rPr>
        <w:br/>
      </w:r>
      <w:r>
        <w:rPr>
          <w:lang w:eastAsia="zh-CN"/>
        </w:rPr>
        <w:t>　　2、公文处理过程方面，严格按照国家事业单位公文处理办法中所规定的程序办事。发文时，能严格按照拟稿、核稿、会签、签发、印制、盖章、登记、发文等程序办理;收文时，按照收文登记、拟办、批办、分送、催办、立卷、归档等程序办理，没有出现错误的公文处理事情。</w:t>
      </w:r>
      <w:r>
        <w:rPr>
          <w:lang w:eastAsia="zh-CN"/>
        </w:rPr>
        <w:br/>
      </w:r>
      <w:r>
        <w:rPr>
          <w:lang w:eastAsia="zh-CN"/>
        </w:rPr>
        <w:t>　　3、纸张文档、电子文档的归档整理方面。在工作中，我特别注意对纸张资料的整理和保存，将有用的及时保存、归档，对于没用的及时销毁。因为很多文字_工作都是电脑作业，所以我在电脑中建立了个人工作资料档案库。并于每周星期五把工作过的资料集中整理，分类保存，以便今后查找。</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关系处理方面，在工作上能做到主动补位。并能与其他各科室人员加强沟通，密切配合，互相支持，保_整体工作不出现纰漏。在工作中我自己确定了一条工作原则，属于自己的工作要保质保量完成，不属于自己的工作范围的配合其他人员能完成的也要按时完成，做到了主动帮忙、热情服务。</w:t>
      </w:r>
      <w:r>
        <w:rPr>
          <w:lang w:eastAsia="zh-CN"/>
        </w:rPr>
        <w:br/>
      </w:r>
      <w:r>
        <w:rPr>
          <w:lang w:eastAsia="zh-CN"/>
        </w:rPr>
        <w:t>　　5、制度建设方面，以“科学管理为主，人_关怀为辅”的理念。为了加强对人、财、物、法、环的管理，在新任局长上任不久，根据会议精神集中精力对各项管理制度和岗位职责等二十几项制度进行了全面修改和完善,突出制度管理，严格照章办事，为管理工作的制度化、规范化作出了一定贡献。并且，这些管理制度的完善，充分体现了对事不对人的管理思想，使局内各项工作井然有序。</w:t>
      </w:r>
      <w:r>
        <w:rPr>
          <w:lang w:eastAsia="zh-CN"/>
        </w:rPr>
        <w:br/>
      </w:r>
      <w:r>
        <w:rPr>
          <w:lang w:eastAsia="zh-CN"/>
        </w:rPr>
        <w:t>　　四、严格要求自己，时刻_醒</w:t>
      </w:r>
      <w:r>
        <w:rPr>
          <w:lang w:eastAsia="zh-CN"/>
        </w:rPr>
        <w:br/>
      </w:r>
      <w:r>
        <w:rPr>
          <w:lang w:eastAsia="zh-CN"/>
        </w:rPr>
        <w:t>　　在工作中，我努力从每一件事情上进行总结，不断摸索，掌握方法，提高工作效率和工作质量，因为自己还是新同志，在为人处事、工作经验等方面经验还不足，在平时工作和生活中，我都能够做到虚心向老同志学习、请教，学习他们的长处，反思自己不足，不断提高_业务素质。我时刻提醒自己，要诚恳待人，态度端正，积极想办法，无论大事小事，我都要尽能力去做。在平时时刻要求自己，必须遵守劳动纪律、团结同志、从打扫卫生等小事做起，严格要求自己。以不求有功、但求无过信念，来对待所有事情。</w:t>
      </w:r>
      <w:r>
        <w:rPr>
          <w:lang w:eastAsia="zh-CN"/>
        </w:rPr>
        <w:br/>
      </w:r>
      <w:r>
        <w:rPr>
          <w:lang w:eastAsia="zh-CN"/>
        </w:rPr>
        <w:t>　　五、存在的不足</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在本职工作中还不够认真负责，岗位意识还有待进一步提高。不能严格要求自己，工作上存在自我放松的情况。由于办公室的工作繁杂，处理事情必须快、精、准。在这方面，我还有很多不足，比如在作会议记录时，没有抓住重点，记录不全，导致遗漏一些重要内容。</w:t>
      </w:r>
      <w:r>
        <w:rPr>
          <w:lang w:eastAsia="zh-CN"/>
        </w:rPr>
        <w:br/>
      </w:r>
      <w:r>
        <w:rPr>
          <w:lang w:eastAsia="zh-CN"/>
        </w:rPr>
        <w:t>　　2、对工作程序掌握不充分，对自身业务熟悉不全面，对工作缺少前瞻_和责任心，致使自己在工作中偶尔会遇到手忙脚乱的情况，甚至会出现一些不该出现的错误。</w:t>
      </w:r>
      <w:r>
        <w:rPr>
          <w:lang w:eastAsia="zh-CN"/>
        </w:rPr>
        <w:br/>
      </w:r>
      <w:r>
        <w:rPr>
          <w:lang w:eastAsia="zh-CN"/>
        </w:rPr>
        <w:t>　　3、缺少细心，办事不够谨慎。文秘工作是相对简单但又繁多的工作，这就要求我必须细心有良好的_素质，思路缜密。在这方面，我还不够细心，时有粗心大意、做事草率的情况。</w:t>
      </w:r>
      <w:r>
        <w:rPr>
          <w:lang w:eastAsia="zh-CN"/>
        </w:rPr>
        <w:br/>
      </w:r>
      <w:r>
        <w:rPr>
          <w:lang w:eastAsia="zh-CN"/>
        </w:rPr>
        <w:t>　　六、今后努力的方向</w:t>
      </w:r>
      <w:r>
        <w:rPr>
          <w:lang w:eastAsia="zh-CN"/>
        </w:rPr>
        <w:br/>
      </w:r>
      <w:r>
        <w:rPr>
          <w:lang w:eastAsia="zh-CN"/>
        </w:rPr>
        <w:t>　　1、今后在工作中还需多向领导、同事虚心请教学习，要多与大家进行协调、沟通，从大趋势、大格局中去思考、去谋划、取长补短，提高自身的工作水平。</w:t>
      </w:r>
      <w:r>
        <w:rPr>
          <w:lang w:eastAsia="zh-CN"/>
        </w:rPr>
        <w:br/>
      </w:r>
      <w:r>
        <w:rPr>
          <w:lang w:eastAsia="zh-CN"/>
        </w:rPr>
        <w:t>　　2、必须提高工作质量，要具备强烈的事业心、高度的责任感。在每一件事情做完以后，要进行思考、总结，真正使本职工作有计划、有落实。尤其是要找出工作中的不足，善于自我反省。</w:t>
      </w:r>
      <w:r>
        <w:rPr>
          <w:lang w:eastAsia="zh-CN"/>
        </w:rPr>
        <w:br/>
      </w:r>
      <w:r>
        <w:rPr>
          <w:lang w:eastAsia="zh-CN"/>
        </w:rPr>
        <w:t>　　3、爱岗敬业，勤劳奉献，不能为工作而工作，在日常工作中要主动出击而不是被动应付，要积极主动开展工作，摈弃浮躁等待的心态，善谋实干，肯干事，敢干事，能干事，会干事。</w:t>
      </w:r>
      <w:r>
        <w:rPr>
          <w:lang w:eastAsia="zh-CN"/>
        </w:rPr>
        <w:br/>
      </w:r>
      <w:r>
        <w:rPr>
          <w:lang w:eastAsia="zh-CN"/>
        </w:rPr>
        <w:t>　　4、平时需多注意锻炼自己的听知能力。在日常工作、会议、领导讲话等场合，做到有集中的注意力、灵敏的反应力、深刻的理解力、牢固的记忆力、机智的综合力和精湛的品评力;在办事过程中，做到没有根据的话不说，没有把握的事不做，不轻易许愿，言必行，行必果。</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总之，一个多月内在我们三个人的共同努力下，办公室的工作比起以前有了很大的进步，我认为自己从思想认识上、业务及理论知识上有了明显提高，这些进步是与全局新老同志们对我极大支持和帮助的结果离不开的，从老同志身上我学到了吃苦耐劳的敬业精神，从充满活力的新同志身上也为我增添了积极努力、奋发向上、勤奋工作的信心和力量。在此，我从内心深处表示衷心的感谢和致敬，也真诚地希望在今后的工作中，局领导、同事们能对我一如既往的给予关怀和支持，在工作、生活及其他方面做得不妥之处请同志们给予批评和指正，在新的一年里，我将更加努力工作，发扬成绩，改正不足。</w:t>
      </w:r>
      <w:r>
        <w:rPr>
          <w:lang w:eastAsia="zh-CN"/>
        </w:rPr>
        <w:br/>
      </w:r>
      <w:r>
        <w:rPr>
          <w:lang w:eastAsia="zh-CN"/>
        </w:rPr>
        <w:t xml:space="preserve">    员工月工作总结 篇7 </w:t>
      </w:r>
      <w:r>
        <w:rPr>
          <w:lang w:eastAsia="zh-CN"/>
        </w:rPr>
        <w:br/>
      </w:r>
      <w:r>
        <w:rPr>
          <w:lang w:eastAsia="zh-CN"/>
        </w:rPr>
        <w:t>　　随着工作的深入，我接触到了许多新的事物，也遇到了许多新的问题，而这些新的经历对于我来说都是一段新的磨练历程。回顾整个二月，我学会了很多，在接下来的工作中我会继续完善自己，在失败中不断总结经验和吸取教训;在和同事配合工作过程中学习他们先进的工作方法和理念;在沟通和交流过程中学会谅解他人。现将工作总结作如下汇报：</w:t>
      </w:r>
      <w:r>
        <w:rPr>
          <w:lang w:eastAsia="zh-CN"/>
        </w:rPr>
        <w:br/>
      </w:r>
      <w:r>
        <w:rPr>
          <w:lang w:eastAsia="zh-CN"/>
        </w:rPr>
        <w:t>　　一、工作方面：</w:t>
      </w:r>
      <w:r>
        <w:rPr>
          <w:lang w:eastAsia="zh-CN"/>
        </w:rPr>
        <w:br/>
      </w:r>
      <w:r>
        <w:rPr>
          <w:lang w:eastAsia="zh-CN"/>
        </w:rPr>
        <w:t>　　1、做好基本资料的整理，及时向工厂反映客户的状况、向工厂反映客户的信息。</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2、是做好订单跟踪：在下订单后要确认工厂是否排单，了解订单产品的生产进程，确定产品是否能够按期发货，最后还要确定客户是否准时收到我司产品。</w:t>
      </w:r>
      <w:r>
        <w:rPr>
          <w:lang w:eastAsia="zh-CN"/>
        </w:rPr>
        <w:br/>
      </w:r>
      <w:r>
        <w:rPr>
          <w:lang w:eastAsia="zh-CN"/>
        </w:rPr>
        <w:t>　　3、是货款回笼，与客户确认对帐清单并确认回传，及时将开票资料寄到财务处，做好开票的事项，最后确认客户财务收到税票并要求及时安排。</w:t>
      </w:r>
      <w:r>
        <w:rPr>
          <w:lang w:eastAsia="zh-CN"/>
        </w:rPr>
        <w:br/>
      </w:r>
      <w:r>
        <w:rPr>
          <w:lang w:eastAsia="zh-CN"/>
        </w:rPr>
        <w:t>　　4、维护老客户，持续经常与老客户联系，了解客户对产品需求的最新动向。另外要向客户推出公司最新产品，确定客户是否有需要。</w:t>
      </w:r>
      <w:r>
        <w:rPr>
          <w:lang w:eastAsia="zh-CN"/>
        </w:rPr>
        <w:br/>
      </w:r>
      <w:r>
        <w:rPr>
          <w:lang w:eastAsia="zh-CN"/>
        </w:rPr>
        <w:t>　　二、工作中存在的问题</w:t>
      </w:r>
      <w:r>
        <w:rPr>
          <w:lang w:eastAsia="zh-CN"/>
        </w:rPr>
        <w:br/>
      </w:r>
      <w:r>
        <w:rPr>
          <w:lang w:eastAsia="zh-CN"/>
        </w:rPr>
        <w:t>　　1、货期协调潜力不够强，一些货期比较急的货经常不能很好地满足客户的需求，货期一退再推，有些产品甚至要二十多天才能完成。这种状况导致了部分客户的抱怨。工作的条理性不够，在工作中经常会出现一些错误;对时间的分配和利用不够合理，使工作的效率大大地降低;不能很好地区分工作资料的主次性，从而影响了工作的整体进程。</w:t>
      </w:r>
      <w:r>
        <w:rPr>
          <w:lang w:eastAsia="zh-CN"/>
        </w:rPr>
        <w:br/>
      </w:r>
      <w:r>
        <w:rPr>
          <w:lang w:eastAsia="zh-CN"/>
        </w:rPr>
        <w:t>　　2、由于自身产品知识的缺乏和业务水平的局限，在与客户的沟通交流过程中不能很好地说服客户。这一方面我还需要继续学习去完善自身的产品知识和提高业务水平。</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产品质量问题在大货生产中是很难避免的，但是所有人都期望降低产品质量问题的发生率。据统计，上个月客户投诉我司产品存在质量问题的案例达十几起。举两个案例：邦威(盛丰)h0710136单撞钉，因为底钉在实际大货生产过程中不够锋利、穿透力不够强，导致客户在装钉过程中出现超多底钉打歪、打断、变形状况。这给客户带来了必须的损失，经过协调，客户要求我司尽快补回损耗的底钉1000粒;邦威(圣隆)h0710052单的工字扣，客户投诉我公司产品存在严重的质量问题，一个工字扣同时出现几种质量问题：掉漆、钮面变形、颜色不统一。这使我们和客户的沟通出现空前的尴尬场面。客户对我们的产品质量表示怀疑，也对我们的态度表示怀疑。他们觉得我们没有一点诚意。之后我们工厂采取了相应的措施解决了此次质量问题。但是之前糟糕的质量问题给客户带去了十分不好的影象对我们的信任度和满意度都大幅度降低。</w:t>
      </w:r>
      <w:r>
        <w:rPr>
          <w:lang w:eastAsia="zh-CN"/>
        </w:rPr>
        <w:br/>
      </w:r>
      <w:r>
        <w:rPr>
          <w:lang w:eastAsia="zh-CN"/>
        </w:rPr>
        <w:t>　　对于产品质量问题我觉得它是客观存在的，如果要求工厂生产的大货不发生质量问题，那时不现实的也是一种幼稚的想法。容忍必须限度的质量问题是每个业务员所务必做到的，如果一味地去埋怨工厂，只会让事情变得更加糟糕。如果说有什么能够弥补质量问题，那就是我们的态度。一旦发生质量问题我们就就应及时有效地去挽回损失和客户对我们的信任，拿出我们的诚意寻找并承认自己的过失之处，这才是首先要做的事情。</w:t>
      </w:r>
      <w:r>
        <w:rPr>
          <w:lang w:eastAsia="zh-CN"/>
        </w:rPr>
        <w:br/>
      </w:r>
      <w:r>
        <w:rPr>
          <w:lang w:eastAsia="zh-CN"/>
        </w:rPr>
        <w:t>　　三、自我剖析</w:t>
      </w:r>
      <w:r>
        <w:rPr>
          <w:lang w:eastAsia="zh-CN"/>
        </w:rPr>
        <w:br/>
      </w:r>
      <w:r>
        <w:rPr>
          <w:lang w:eastAsia="zh-CN"/>
        </w:rPr>
        <w:t>　　在心态方面，我存在两个问题：一是急躁心理、二是职责分散。我还需要进一步去调整和改变。</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紧张的工作中会经常产生急躁的心理状态，我曾尝试着去缓解这种状态，但是效果并不好。心理学解释导致急躁的心理有许多因素：工作环境、自身素质、生活习惯、工作方法等等，而我认为调整急躁的心理状态还需要从自己的生活习惯和工作方法做起，因为工作环境是客观的，而提高自身素质个性是心理方面的素质更不是一朝一夕的事情，此刻我能把握的就是调整自己的工作方法和自己的生活习惯。</w:t>
      </w:r>
      <w:r>
        <w:rPr>
          <w:lang w:eastAsia="zh-CN"/>
        </w:rPr>
        <w:br/>
      </w:r>
      <w:r>
        <w:rPr>
          <w:lang w:eastAsia="zh-CN"/>
        </w:rPr>
        <w:t>　　职责分散是为了提高工作效率的一种重要手段，但是工作分散心理却有着它消极的一面，当一件事情的职责被多个人分担后，没有人认为这件事是自己的事情，久而久之便没有人会去刻意关注这件事，在我身边我能感受到它是存在的。我想克服这种心理的方法就是培养和加强自身的团队合作精神。时刻都要把自己摆在一个团体的位置里，因为那里没有我只有我们。</w:t>
      </w:r>
      <w:r>
        <w:rPr>
          <w:lang w:eastAsia="zh-CN"/>
        </w:rPr>
        <w:br/>
      </w:r>
      <w:r>
        <w:rPr>
          <w:lang w:eastAsia="zh-CN"/>
        </w:rPr>
        <w:t>　　四、工作计划</w:t>
      </w:r>
      <w:r>
        <w:rPr>
          <w:lang w:eastAsia="zh-CN"/>
        </w:rPr>
        <w:br/>
      </w:r>
      <w:r>
        <w:rPr>
          <w:lang w:eastAsia="zh-CN"/>
        </w:rPr>
        <w:t>　　1、维护老客户：主要是订单跟踪，确保森马巴拉的大货能够准时出厂。做好森马巴拉秋季打样工作。</w:t>
      </w:r>
      <w:r>
        <w:rPr>
          <w:lang w:eastAsia="zh-CN"/>
        </w:rPr>
        <w:br/>
      </w:r>
      <w:r>
        <w:rPr>
          <w:lang w:eastAsia="zh-CN"/>
        </w:rPr>
        <w:t>　　2、做好货款回笼，上个月我在这一方面做地不好，被人敷衍的感受实在不好受，从此刻开始要多长一个心眼，俗话说：口说无凭，什么事情都要确认才行。</w:t>
      </w:r>
      <w:r>
        <w:rPr>
          <w:lang w:eastAsia="zh-CN"/>
        </w:rPr>
        <w:br/>
      </w:r>
      <w:r>
        <w:rPr>
          <w:lang w:eastAsia="zh-CN"/>
        </w:rPr>
        <w:t>　　3、对于新客户，必须要完全按照合同上的规范行事。尽快地获得新客户对我们的信任和支持。</w:t>
      </w:r>
      <w:r>
        <w:rPr>
          <w:lang w:eastAsia="zh-CN"/>
        </w:rPr>
        <w:br/>
      </w:r>
      <w:r>
        <w:rPr>
          <w:lang w:eastAsia="zh-CN"/>
        </w:rPr>
        <w:t>　　4、坚持学习产品知识和提高自身的业务水平，事物都是在时刻变化的，我需要不断补充新的知识来充实自己。坚持多出去走走，持续经常与客户的有效沟通和交流，真正了解客户需要什么产品。</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以上是我工作总结，不足之处还请领导多多指点和批评，在接下来的工作中，我会做好个人工作计划，争取将各项工作开展得更好。</w:t>
      </w:r>
      <w:r>
        <w:rPr>
          <w:lang w:eastAsia="zh-CN"/>
        </w:rPr>
        <w:br/>
      </w:r>
      <w:r>
        <w:rPr>
          <w:lang w:eastAsia="zh-CN"/>
        </w:rPr>
        <w:t xml:space="preserve">    员工月工作总结 篇8 </w:t>
      </w:r>
      <w:r>
        <w:rPr>
          <w:lang w:eastAsia="zh-CN"/>
        </w:rPr>
        <w:br/>
      </w:r>
      <w:r>
        <w:rPr>
          <w:lang w:eastAsia="zh-CN"/>
        </w:rPr>
        <w:t>　　在这个月的时间中我通过努力的工作，也有了一点收获，跨过年中，我感觉有必要对自己的工作做一下总结。目的在于吸取教训，提高自己，以至于把工作做的更好，自己有信心也有决心把接下来的工作做的更好。下面我对2月份的工作进行简要的总结：</w:t>
      </w:r>
      <w:r>
        <w:rPr>
          <w:lang w:eastAsia="zh-CN"/>
        </w:rPr>
        <w:br/>
      </w:r>
      <w:r>
        <w:rPr>
          <w:lang w:eastAsia="zh-CN"/>
        </w:rPr>
        <w:t>　　关于2月份工作我总结有如下几点：</w:t>
      </w:r>
      <w:r>
        <w:rPr>
          <w:lang w:eastAsia="zh-CN"/>
        </w:rPr>
        <w:br/>
      </w:r>
      <w:r>
        <w:rPr>
          <w:lang w:eastAsia="zh-CN"/>
        </w:rPr>
        <w:t>　　1、没有完成自定的业绩目标。</w:t>
      </w:r>
      <w:r>
        <w:rPr>
          <w:lang w:eastAsia="zh-CN"/>
        </w:rPr>
        <w:br/>
      </w:r>
      <w:r>
        <w:rPr>
          <w:lang w:eastAsia="zh-CN"/>
        </w:rPr>
        <w:t>　　2、完成了辖区联华花园城社区盘源进行了又一次整合细分，租售资源信息清晰。</w:t>
      </w:r>
      <w:r>
        <w:rPr>
          <w:lang w:eastAsia="zh-CN"/>
        </w:rPr>
        <w:br/>
      </w:r>
      <w:r>
        <w:rPr>
          <w:lang w:eastAsia="zh-CN"/>
        </w:rPr>
        <w:t>　　3、对笋盘与主推盘以及有效盘源重视度不够高，尤其表现在对主推盘的推荐不够积极配合，没有真正做到资源的合理有效利用。</w:t>
      </w:r>
      <w:r>
        <w:rPr>
          <w:lang w:eastAsia="zh-CN"/>
        </w:rPr>
        <w:br/>
      </w:r>
      <w:r>
        <w:rPr>
          <w:lang w:eastAsia="zh-CN"/>
        </w:rPr>
        <w:t>　　4、对经纪的管理鞭策不到位，让他们对工作产生一定的惰性甚至开小差。</w:t>
      </w:r>
      <w:r>
        <w:rPr>
          <w:lang w:eastAsia="zh-CN"/>
        </w:rPr>
        <w:br/>
      </w:r>
      <w:r>
        <w:rPr>
          <w:lang w:eastAsia="zh-CN"/>
        </w:rPr>
        <w:t>　　5、没有第一时间把握好业主及客人第一动态，导致有部分资源流失。</w:t>
      </w:r>
      <w:r>
        <w:rPr>
          <w:lang w:eastAsia="zh-CN"/>
        </w:rPr>
        <w:br/>
      </w:r>
      <w:r>
        <w:rPr>
          <w:lang w:eastAsia="zh-CN"/>
        </w:rPr>
        <w:t>　　6、关于公司的制度没有明确化，执行不到位。</w:t>
      </w:r>
      <w:r>
        <w:rPr>
          <w:lang w:eastAsia="zh-CN"/>
        </w:rPr>
        <w:br/>
      </w:r>
      <w:r>
        <w:rPr>
          <w:lang w:eastAsia="zh-CN"/>
        </w:rPr>
        <w:t>　　7、对新经纪工作心态与技能缺少相关的培训。</w:t>
      </w:r>
      <w:r>
        <w:rPr>
          <w:lang w:eastAsia="zh-CN"/>
        </w:rPr>
        <w:br/>
      </w:r>
      <w:r>
        <w:rPr>
          <w:lang w:eastAsia="zh-CN"/>
        </w:rPr>
        <w:t>　　8、个人自己具有一定的惰性，没有做好自己本分的工作。</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最后由于自己管理不到位不严厉，听到同行陆陆续续签单了，心里满是压抑的感觉，同时也为他们感到开心，因为证明我们这里是有市场的。但是我会坚持不懈的，我相信通过自己的努力，争取使自己的业务管理水平提到一个更高的高度，把自己的所学到的东西运用到工作当中，并利用这些知识教会战友达到我自己的目标。希望带出一支战无不胜，攻无不胜的圣神之军，与战友们齐心协力，共同完成团队年度目标。</w:t>
      </w:r>
      <w:r>
        <w:rPr>
          <w:lang w:eastAsia="zh-CN"/>
        </w:rPr>
        <w:br/>
      </w:r>
      <w:r>
        <w:rPr>
          <w:lang w:eastAsia="zh-CN"/>
        </w:rPr>
        <w:t>　　20__年新的季度已经来临，新的任务摆在眼前，艰巨而圣神。作为公司分行主管，我深感自己肩负担子有多么重，但是相信我们会把这份压力化作动力，以高昂的斗志，饱满的热情，全心身带领我们的精英团队投入新的工作中去，为实现我们的全年度工作销售任务不懈努力。最后，预祝20__年度的销售任务圆满完成。</w:t>
      </w:r>
      <w:r>
        <w:rPr>
          <w:lang w:eastAsia="zh-CN"/>
        </w:rPr>
        <w:br/>
      </w:r>
      <w:r>
        <w:rPr>
          <w:lang w:eastAsia="zh-CN"/>
        </w:rPr>
        <w:t xml:space="preserve">    员工月工作总结 篇9 </w:t>
      </w:r>
      <w:r>
        <w:rPr>
          <w:lang w:eastAsia="zh-CN"/>
        </w:rPr>
        <w:br/>
      </w:r>
      <w:r>
        <w:rPr>
          <w:lang w:eastAsia="zh-CN"/>
        </w:rPr>
        <w:t>　　我于20__年3月26日入职，至今工作已满三个月了。时光飞逝，在紧张、忙碌而又充实的工作中，在公司领导和同事们的帮助下，我边学习，边工作，有进步也有不足。下面就我入职三个月以来的工作，做出如下总结：</w:t>
      </w:r>
      <w:r>
        <w:rPr>
          <w:lang w:eastAsia="zh-CN"/>
        </w:rPr>
        <w:br/>
      </w:r>
      <w:r>
        <w:rPr>
          <w:lang w:eastAsia="zh-CN"/>
        </w:rPr>
        <w:t>　　一、招聘工作：</w:t>
      </w:r>
      <w:r>
        <w:rPr>
          <w:lang w:eastAsia="zh-CN"/>
        </w:rPr>
        <w:br/>
      </w:r>
      <w:r>
        <w:rPr>
          <w:lang w:eastAsia="zh-CN"/>
        </w:rPr>
        <w:t>　　1、发布招聘信息;</w:t>
      </w:r>
      <w:r>
        <w:rPr>
          <w:lang w:eastAsia="zh-CN"/>
        </w:rPr>
        <w:br/>
      </w:r>
      <w:r>
        <w:rPr>
          <w:lang w:eastAsia="zh-CN"/>
        </w:rPr>
        <w:t>　　对日常招聘岗位进行分析，包括：岗位工作内容、任职资格、岗位梳理，都有哪些。对以上这些入职条件进行分析后，根据岗位的情况，选择相应的人群，从而选择相应的招聘渠道，找到合适的人员。8月份重点完成了产业营销省内6市人才招聘信息网上刊登。</w:t>
      </w:r>
      <w:r>
        <w:rPr>
          <w:lang w:eastAsia="zh-CN"/>
        </w:rPr>
        <w:br/>
      </w:r>
      <w:r>
        <w:rPr>
          <w:lang w:eastAsia="zh-CN"/>
        </w:rPr>
        <w:t>　　2、建立有效的人才库;对有用的人才及时储备，以便临时招聘用工时，有人可选，有人用;至今人才库，存储有效简历共31份。</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3、招聘情况统计表：8-10月份</w:t>
      </w:r>
      <w:r>
        <w:rPr>
          <w:lang w:eastAsia="zh-CN"/>
        </w:rPr>
        <w:br/>
      </w:r>
      <w:r>
        <w:rPr>
          <w:lang w:eastAsia="zh-CN"/>
        </w:rPr>
        <w:t>　　4、在招聘工作中遇到的问题与建议：</w:t>
      </w:r>
      <w:r>
        <w:rPr>
          <w:lang w:eastAsia="zh-CN"/>
        </w:rPr>
        <w:br/>
      </w:r>
      <w:r>
        <w:rPr>
          <w:lang w:eastAsia="zh-CN"/>
        </w:rPr>
        <w:t>　　A：专业技术人员招聘难、招聘任务不能及时完成;</w:t>
      </w:r>
      <w:r>
        <w:rPr>
          <w:lang w:eastAsia="zh-CN"/>
        </w:rPr>
        <w:br/>
      </w:r>
      <w:r>
        <w:rPr>
          <w:lang w:eastAsia="zh-CN"/>
        </w:rPr>
        <w:t>　　建议与对策：</w:t>
      </w:r>
      <w:r>
        <w:rPr>
          <w:lang w:eastAsia="zh-CN"/>
        </w:rPr>
        <w:br/>
      </w:r>
      <w:r>
        <w:rPr>
          <w:lang w:eastAsia="zh-CN"/>
        </w:rPr>
        <w:t>　　1、加大招聘职位的宣传力度、增加招聘渠道。(如报纸、各类招聘会);对于稀缺的人才可委托猎头公司进行招聘。</w:t>
      </w:r>
      <w:r>
        <w:rPr>
          <w:lang w:eastAsia="zh-CN"/>
        </w:rPr>
        <w:br/>
      </w:r>
      <w:r>
        <w:rPr>
          <w:lang w:eastAsia="zh-CN"/>
        </w:rPr>
        <w:t>　　2、在淡季人才需求量较少的时候，要进行人才储备。可招聘应届毕业生，加大培训力度，并对现有的人员进行淘汰。获得人力的化，节省人力资源成本。为用工旺季做人才储备;</w:t>
      </w:r>
      <w:r>
        <w:rPr>
          <w:lang w:eastAsia="zh-CN"/>
        </w:rPr>
        <w:br/>
      </w:r>
      <w:r>
        <w:rPr>
          <w:lang w:eastAsia="zh-CN"/>
        </w:rPr>
        <w:t>　　二、薪酬相关：</w:t>
      </w:r>
      <w:r>
        <w:rPr>
          <w:lang w:eastAsia="zh-CN"/>
        </w:rPr>
        <w:br/>
      </w:r>
      <w:r>
        <w:rPr>
          <w:lang w:eastAsia="zh-CN"/>
        </w:rPr>
        <w:t>　　8月份参与了薪酬评定方案、预订中心预订员考核提成方案以及预订中心业务员考核提成方案的修订。9月份完成薪酬调查问卷的设计，并于10月份完成薪酬调研问卷，同时回收7家单位的有效问卷进行的汇总，完成薪酬调查问卷汇总分析报告;完成总部员工薪酬套级及对比分析;完成主管至经理级薪酬套级以及数据的对比。通过参与这几项公司政策的学习、调整与修改极大的帮助了我对公司及各分公司薪酬制度的了解。</w:t>
      </w:r>
      <w:r>
        <w:rPr>
          <w:lang w:eastAsia="zh-CN"/>
        </w:rPr>
        <w:br/>
      </w:r>
      <w:r>
        <w:rPr>
          <w:lang w:eastAsia="zh-CN"/>
        </w:rPr>
        <w:t>　　三、部门常规性工作：</w:t>
      </w:r>
      <w:r>
        <w:rPr>
          <w:lang w:eastAsia="zh-CN"/>
        </w:rPr>
        <w:br/>
      </w:r>
      <w:r>
        <w:rPr>
          <w:lang w:eastAsia="zh-CN"/>
        </w:rPr>
        <w:t>　　1、日常工作：考勤的整理、统计;述职报告的整理汇总;集团人员的餐补、劳保费用、高温福利的统计汇总;集团人员的生日统计及蛋糕卡的发放;集团人员的入职登记、背景调查以及离职人员办理等相关手续与各基本资料的收集整理。</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2、领导安排的临时性工作;</w:t>
      </w:r>
      <w:r>
        <w:rPr>
          <w:lang w:eastAsia="zh-CN"/>
        </w:rPr>
        <w:br/>
      </w:r>
      <w:r>
        <w:rPr>
          <w:lang w:eastAsia="zh-CN"/>
        </w:rPr>
        <w:t>　　四、分析：</w:t>
      </w:r>
      <w:r>
        <w:rPr>
          <w:lang w:eastAsia="zh-CN"/>
        </w:rPr>
        <w:br/>
      </w:r>
      <w:r>
        <w:rPr>
          <w:lang w:eastAsia="zh-CN"/>
        </w:rPr>
        <w:t>　　A：个人能力分析：</w:t>
      </w:r>
      <w:r>
        <w:rPr>
          <w:lang w:eastAsia="zh-CN"/>
        </w:rPr>
        <w:br/>
      </w:r>
      <w:r>
        <w:rPr>
          <w:lang w:eastAsia="zh-CN"/>
        </w:rPr>
        <w:t>　　(一)自己的优劣势与岗位匹配情况的认识</w:t>
      </w:r>
      <w:r>
        <w:rPr>
          <w:lang w:eastAsia="zh-CN"/>
        </w:rPr>
        <w:br/>
      </w:r>
      <w:r>
        <w:rPr>
          <w:lang w:eastAsia="zh-CN"/>
        </w:rPr>
        <w:t>　　优势：有一定的亲和力;具备一定的沟通、协调能力，细致、认真、有耐心，服从指挥;能虚心的听取别人的建议，认同宋城集团的企业文化;具备一定的人力资源管理知识及经验，心态平和。</w:t>
      </w:r>
      <w:r>
        <w:rPr>
          <w:lang w:eastAsia="zh-CN"/>
        </w:rPr>
        <w:br/>
      </w:r>
      <w:r>
        <w:rPr>
          <w:lang w:eastAsia="zh-CN"/>
        </w:rPr>
        <w:t>　　劣势：考虑事情不细致;缺乏对人力资源管理知识的整体系统整合，缺乏劳动法规的深度研究，以及缺乏一定的主动性。</w:t>
      </w:r>
      <w:r>
        <w:rPr>
          <w:lang w:eastAsia="zh-CN"/>
        </w:rPr>
        <w:br/>
      </w:r>
      <w:r>
        <w:rPr>
          <w:lang w:eastAsia="zh-CN"/>
        </w:rPr>
        <w:t>　　(二)需改进和提高的方面</w:t>
      </w:r>
      <w:r>
        <w:rPr>
          <w:lang w:eastAsia="zh-CN"/>
        </w:rPr>
        <w:br/>
      </w:r>
      <w:r>
        <w:rPr>
          <w:lang w:eastAsia="zh-CN"/>
        </w:rPr>
        <w:t>　　1、提高自身执行力。在取得成绩的同时，不可否认我的执行力还有些欠缺，在以后的工作中建立危机意识，做任何事情都为自己规定明确的时间段，提高自身的执行力。</w:t>
      </w:r>
      <w:r>
        <w:rPr>
          <w:lang w:eastAsia="zh-CN"/>
        </w:rPr>
        <w:br/>
      </w:r>
      <w:r>
        <w:rPr>
          <w:lang w:eastAsia="zh-CN"/>
        </w:rPr>
        <w:t>　　2、政策法规——持续性学习</w:t>
      </w:r>
      <w:r>
        <w:rPr>
          <w:lang w:eastAsia="zh-CN"/>
        </w:rPr>
        <w:br/>
      </w:r>
      <w:r>
        <w:rPr>
          <w:lang w:eastAsia="zh-CN"/>
        </w:rPr>
        <w:t>　　我现在的岗位是人事专员，结合工作实际，劳动法规以及政策性知识的学习将成为我学习的侧重点</w:t>
      </w:r>
      <w:r>
        <w:rPr>
          <w:lang w:eastAsia="zh-CN"/>
        </w:rPr>
        <w:br/>
      </w:r>
      <w:r>
        <w:rPr>
          <w:lang w:eastAsia="zh-CN"/>
        </w:rPr>
        <w:t>　　(三)常态性学习：</w:t>
      </w:r>
      <w:r>
        <w:rPr>
          <w:lang w:eastAsia="zh-CN"/>
        </w:rPr>
        <w:br/>
      </w:r>
      <w:r>
        <w:rPr>
          <w:lang w:eastAsia="zh-CN"/>
        </w:rPr>
        <w:t>　　1、充分学习公司的各相关制度、文件;有助于个人与企业愿景的统一、协调发展。</w:t>
      </w:r>
      <w:r>
        <w:rPr>
          <w:lang w:eastAsia="zh-CN"/>
        </w:rPr>
        <w:br/>
      </w:r>
      <w:r>
        <w:rPr>
          <w:lang w:eastAsia="zh-CN"/>
        </w:rPr>
        <w:t>　　2、对今后工作分析</w:t>
      </w:r>
      <w:r>
        <w:rPr>
          <w:lang w:eastAsia="zh-CN"/>
        </w:rPr>
        <w:br/>
      </w:r>
      <w:r>
        <w:rPr>
          <w:lang w:eastAsia="zh-CN"/>
        </w:rPr>
        <w:t>　　①针对工作中不足进行改进;</w:t>
      </w:r>
      <w:r>
        <w:rPr>
          <w:lang w:eastAsia="zh-CN"/>
        </w:rPr>
        <w:br/>
      </w:r>
      <w:r>
        <w:rPr>
          <w:lang w:eastAsia="zh-CN"/>
        </w:rPr>
        <w:t>　　②在人力资源更加深入的学习;</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③针对工作中进展不顺利的问题，滤清思路从新整理;</w:t>
      </w:r>
      <w:r>
        <w:rPr>
          <w:lang w:eastAsia="zh-CN"/>
        </w:rPr>
        <w:br/>
      </w:r>
      <w:r>
        <w:rPr>
          <w:lang w:eastAsia="zh-CN"/>
        </w:rPr>
        <w:t>　　五：总结</w:t>
      </w:r>
      <w:r>
        <w:rPr>
          <w:lang w:eastAsia="zh-CN"/>
        </w:rPr>
        <w:br/>
      </w:r>
      <w:r>
        <w:rPr>
          <w:lang w:eastAsia="zh-CN"/>
        </w:rPr>
        <w:t>　　我能胜任本职工作，与领导交给我的其它工作。这与领导的指导和同事们的帮助是分不开的，在此再次对领导和同事们表示衷心的感谢!以上是我近三个月以来，工作、思想情况的总结。我将会一如既往去工作，以认真、勤劳、务实的态度鞭策自己，始终如一的努力工作。尽的努力，完成领导交给我的一切任务。</w:t>
      </w:r>
      <w:r>
        <w:rPr>
          <w:lang w:eastAsia="zh-CN"/>
        </w:rPr>
        <w:br/>
      </w:r>
      <w:r>
        <w:rPr>
          <w:lang w:eastAsia="zh-CN"/>
        </w:rPr>
        <w:t xml:space="preserve">    员工月工作总结 篇10 </w:t>
      </w:r>
      <w:r>
        <w:rPr>
          <w:lang w:eastAsia="zh-CN"/>
        </w:rPr>
        <w:br/>
      </w:r>
      <w:r>
        <w:rPr>
          <w:lang w:eastAsia="zh-CN"/>
        </w:rPr>
        <w:t>　　两个月已经过去，我对自己所从事的出纳工作已经比较熟悉，也能胜任这项工作。以前在会计师事务所做业务助理工作时，对出纳的工作情况比较了解。而且在这两个月里，我在公司的领导下，在公司同仁的帮助下，在新的岗位中，我对本公司经营模式和管理制度有了全新的认识和深入的学习。现对本职工作总结如下：</w:t>
      </w:r>
      <w:r>
        <w:rPr>
          <w:lang w:eastAsia="zh-CN"/>
        </w:rPr>
        <w:br/>
      </w:r>
      <w:r>
        <w:rPr>
          <w:lang w:eastAsia="zh-CN"/>
        </w:rPr>
        <w:t>　　一、一个人面对新的城市、新的工作，一切都将是新开始，都有一个从生疏到熟悉及精通的过程，万事开头难，一个良好的心态——虚心的、积极的心态是干好一切工作的根本。刚开始的几天是关键，于是我努力把自己的心态调整到最佳，以适应新的环境、应对新的工作挑战。</w:t>
      </w:r>
      <w:r>
        <w:rPr>
          <w:lang w:eastAsia="zh-CN"/>
        </w:rPr>
        <w:br/>
      </w:r>
      <w:r>
        <w:rPr>
          <w:lang w:eastAsia="zh-CN"/>
        </w:rPr>
        <w:t>　　二、在这期间，在财务和内勤上我作了如下具体工作。</w:t>
      </w:r>
      <w:r>
        <w:rPr>
          <w:lang w:eastAsia="zh-CN"/>
        </w:rPr>
        <w:br/>
      </w:r>
      <w:r>
        <w:rPr>
          <w:lang w:eastAsia="zh-CN"/>
        </w:rPr>
        <w:t>　　1、严格按照财务制度的要求，办理费用报销，现金、支票的收付业务。</w:t>
      </w:r>
      <w:r>
        <w:rPr>
          <w:lang w:eastAsia="zh-CN"/>
        </w:rPr>
        <w:br/>
      </w:r>
      <w:r>
        <w:rPr>
          <w:lang w:eastAsia="zh-CN"/>
        </w:rPr>
        <w:t>　　2、每月第八个工作日按时作好单位职工的薪金发放。</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3、及时登记现金、银行存款日记帐。月末编制出纳报告单。</w:t>
      </w:r>
      <w:r>
        <w:rPr>
          <w:lang w:eastAsia="zh-CN"/>
        </w:rPr>
        <w:br/>
      </w:r>
      <w:r>
        <w:rPr>
          <w:lang w:eastAsia="zh-CN"/>
        </w:rPr>
        <w:t>　　4、填写税务申报表。</w:t>
      </w:r>
      <w:r>
        <w:rPr>
          <w:lang w:eastAsia="zh-CN"/>
        </w:rPr>
        <w:br/>
      </w:r>
      <w:r>
        <w:rPr>
          <w:lang w:eastAsia="zh-CN"/>
        </w:rPr>
        <w:t>　　5、完成财务负责人交待的工作。</w:t>
      </w:r>
      <w:r>
        <w:rPr>
          <w:lang w:eastAsia="zh-CN"/>
        </w:rPr>
        <w:br/>
      </w:r>
      <w:r>
        <w:rPr>
          <w:lang w:eastAsia="zh-CN"/>
        </w:rPr>
        <w:t>　　经过两个月的，我在工作也取得了一些成效。出纳工作看似简单，做起来却难，以前的工作经验对我从事新的工作有一定的帮助，但很多事情还需要重新认识和体会，学习和实践相互融合才能产出成果，成绩的取得离不开单位领导的耐心教诲和无形的身教，离不开公司同仁的关心和支持。</w:t>
      </w:r>
      <w:r>
        <w:rPr>
          <w:lang w:eastAsia="zh-CN"/>
        </w:rPr>
        <w:br/>
      </w:r>
      <w:r>
        <w:rPr>
          <w:lang w:eastAsia="zh-CN"/>
        </w:rPr>
        <w:t>　　三、要作好出纳工作绝不可以用“轻松”来形容，绝非“雕虫小技”，它是经济工作的第一线，财务收支的关口，在公司的经营管理中占有重要的地位。作为一个合格的出纳，必须具备以下的基本要求：</w:t>
      </w:r>
      <w:r>
        <w:rPr>
          <w:lang w:eastAsia="zh-CN"/>
        </w:rPr>
        <w:br/>
      </w:r>
      <w:r>
        <w:rPr>
          <w:lang w:eastAsia="zh-CN"/>
        </w:rPr>
        <w:t>　　1、学习、了解和掌握政策法规和公司制度，不断提高自己的业务水平和知识技能。</w:t>
      </w:r>
      <w:r>
        <w:rPr>
          <w:lang w:eastAsia="zh-CN"/>
        </w:rPr>
        <w:br/>
      </w:r>
      <w:r>
        <w:rPr>
          <w:lang w:eastAsia="zh-CN"/>
        </w:rPr>
        <w:t>　　2、学会制订本职岗位工作内部控制制度，发挥财务控制、监督的作用。</w:t>
      </w:r>
      <w:r>
        <w:rPr>
          <w:lang w:eastAsia="zh-CN"/>
        </w:rPr>
        <w:br/>
      </w:r>
      <w:r>
        <w:rPr>
          <w:lang w:eastAsia="zh-CN"/>
        </w:rPr>
        <w:t>　　3、出纳人员要恪守良好的职业道德。</w:t>
      </w:r>
      <w:r>
        <w:rPr>
          <w:lang w:eastAsia="zh-CN"/>
        </w:rPr>
        <w:br/>
      </w:r>
      <w:r>
        <w:rPr>
          <w:lang w:eastAsia="zh-CN"/>
        </w:rPr>
        <w:t>　　4、很好的沟通能力。特别是和工商、税务、社保等单位的外联沟通能力。当然，在今后的工作中除了恪守以上的基本四点外，我还要不断的努力学习国家出台的新的财经法律法规和先进的企业管理制度，以适应不断变化的社会环境和今后公司开展的工作。</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四、出纳人员要有较强的安全意识，现金、有价证券、票据、各种印鉴，既要有内部的保管分工，各负其责，并相互牵制。</w:t>
      </w:r>
      <w:r>
        <w:rPr>
          <w:lang w:eastAsia="zh-CN"/>
        </w:rPr>
        <w:br/>
      </w:r>
      <w:r>
        <w:rPr>
          <w:lang w:eastAsia="zh-CN"/>
        </w:rPr>
        <w:t>　　以上是我对本人两个月工作的一些体会和总结。在以后的工作和学习中我还将不懈的努力和拼搏，与时俱进，做好本职工作，与公司的发展同步。同时，我要特别感谢公司领导和各位同仁在工作和生活中给予我的支持和关心，这是对我工作最大的肯定和鼓舞，我真诚的表示感谢!</w:t>
      </w:r>
      <w:r>
        <w:rPr>
          <w:lang w:eastAsia="zh-CN"/>
        </w:rPr>
        <w:br/>
      </w:r>
      <w:r>
        <w:rPr>
          <w:lang w:eastAsia="zh-CN"/>
        </w:rPr>
        <w:t xml:space="preserve">    员工月工作总结 篇11 </w:t>
      </w:r>
      <w:r>
        <w:rPr>
          <w:lang w:eastAsia="zh-CN"/>
        </w:rPr>
        <w:br/>
      </w:r>
      <w:r>
        <w:rPr>
          <w:lang w:eastAsia="zh-CN"/>
        </w:rPr>
        <w:t>　　20__年在公司领导下，坚持预防为主、防治结合、加强教育、群防群治的原则，通过安全教育，增强员工的安全意识和自我防护能力；通过齐抓共管，营造员工关心和支持安全工作的局面，从而切实保障员工安全和财产不受损失，维护厂区正常的生产秩序。</w:t>
      </w:r>
      <w:r>
        <w:rPr>
          <w:lang w:eastAsia="zh-CN"/>
        </w:rPr>
        <w:br/>
      </w:r>
      <w:r>
        <w:rPr>
          <w:lang w:eastAsia="zh-CN"/>
        </w:rPr>
        <w:t>　　一、领导重视 措施有力</w:t>
      </w:r>
      <w:r>
        <w:rPr>
          <w:lang w:eastAsia="zh-CN"/>
        </w:rPr>
        <w:br/>
      </w:r>
      <w:r>
        <w:rPr>
          <w:lang w:eastAsia="zh-CN"/>
        </w:rPr>
        <w:t>　　为进一步做好安全教育工作，切实加强对安全教育工作的领导,把安全工作列入重要议事日程，公司总经理直接抓，分管部门具体抓，办公室、保卫科具体分工负责组织实施。</w:t>
      </w:r>
      <w:r>
        <w:rPr>
          <w:lang w:eastAsia="zh-CN"/>
        </w:rPr>
        <w:br/>
      </w:r>
      <w:r>
        <w:rPr>
          <w:lang w:eastAsia="zh-CN"/>
        </w:rPr>
        <w:t>　　二、制度保证 措施到位</w:t>
      </w:r>
      <w:r>
        <w:rPr>
          <w:lang w:eastAsia="zh-CN"/>
        </w:rPr>
        <w:br/>
      </w:r>
      <w:r>
        <w:rPr>
          <w:lang w:eastAsia="zh-CN"/>
        </w:rPr>
        <w:t>　　1、建立安全保卫工作领导责任制和责任追究制。将安全保卫工作列入各有关处室的目标考核内容，并进行严格考核，严格执行责任追究制度，对造成重大安全事故的，要严肃追究有关领导及直接责任人的责任。</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签订责任书。公司与科室和车间主任层层签订责任书，明确各自的职责。明确了应做的工作和应负的责任。将安全教育工作作为对员工考核的重要内容，实行一票否决制度。贯彻“谁主管，谁负责”的原则，做到职责明确，责任到人。</w:t>
      </w:r>
      <w:r>
        <w:rPr>
          <w:lang w:eastAsia="zh-CN"/>
        </w:rPr>
        <w:br/>
      </w:r>
      <w:r>
        <w:rPr>
          <w:lang w:eastAsia="zh-CN"/>
        </w:rPr>
        <w:t>　　3、不断完善安全保卫工作规章制度。建立安全保卫工作的各项规章制度，并根据安全保卫工作形势的发展，不断完善充实。建立健全定期检查和日常防范相结合的安全管理制度，以及员工管理、门卫值班、巡逻值班、防火防灾、食品卫生管理、防火安全管理、健康体检等规章制度.严禁组织员工从事不符合国家有关规定的危险性工作.对涉及厂区安全保卫的各项工作，都要做到有章可循，违章必究，不留盲点，不出漏洞。</w:t>
      </w:r>
      <w:r>
        <w:rPr>
          <w:lang w:eastAsia="zh-CN"/>
        </w:rPr>
        <w:br/>
      </w:r>
      <w:r>
        <w:rPr>
          <w:lang w:eastAsia="zh-CN"/>
        </w:rPr>
        <w:t>　　4、建立安全意外事故处置预案制度。建立事故处置领导小组，制定了意外事故处置预案制度。</w:t>
      </w:r>
      <w:r>
        <w:rPr>
          <w:lang w:eastAsia="zh-CN"/>
        </w:rPr>
        <w:br/>
      </w:r>
      <w:r>
        <w:rPr>
          <w:lang w:eastAsia="zh-CN"/>
        </w:rPr>
        <w:t>　　三、齐抓共管 群防群治</w:t>
      </w:r>
      <w:r>
        <w:rPr>
          <w:lang w:eastAsia="zh-CN"/>
        </w:rPr>
        <w:br/>
      </w:r>
      <w:r>
        <w:rPr>
          <w:lang w:eastAsia="zh-CN"/>
        </w:rPr>
        <w:t>　　安全教育工作是一项社会性的系统工程，需要社会、公司、家庭的密切配合。我们积极与市公安、卫生、综合治理等部门通力合作，做好公司安全保卫工作，学校组织开展一系列道德、法制教育活动，取得了良好的教育效果。</w:t>
      </w:r>
      <w:r>
        <w:rPr>
          <w:lang w:eastAsia="zh-CN"/>
        </w:rPr>
        <w:br/>
      </w:r>
      <w:r>
        <w:rPr>
          <w:lang w:eastAsia="zh-CN"/>
        </w:rPr>
        <w:t>　　四、加强教育，促进自护</w:t>
      </w:r>
      <w:r>
        <w:rPr>
          <w:lang w:eastAsia="zh-CN"/>
        </w:rPr>
        <w:br/>
      </w:r>
      <w:r>
        <w:rPr>
          <w:lang w:eastAsia="zh-CN"/>
        </w:rPr>
        <w:t>　　要确保安全，根本在于提高安全意识、自我防范和自护自救能力，抓好安全教育，是公司安全工作的基础。我们以安全教育周为重点，经常性地对员工开展安全教育，特别是抓好交通、大型活动等的安全教育。</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认真做好安全教育周工作。安全教育周以厂区安全为主题，在安全教育周期间，组织学习安全教育工作文件，对厂区易发事故类型、重点部位保护、工作薄弱环节、各类人员安全意识与安全技能等方面，开展深入全面的大检查，消除隐患，有针对地扎实地开展教育和防范工作。</w:t>
      </w:r>
      <w:r>
        <w:rPr>
          <w:lang w:eastAsia="zh-CN"/>
        </w:rPr>
        <w:br/>
      </w:r>
      <w:r>
        <w:rPr>
          <w:lang w:eastAsia="zh-CN"/>
        </w:rPr>
        <w:t>　　五、加强检查，及时整改</w:t>
      </w:r>
      <w:r>
        <w:rPr>
          <w:lang w:eastAsia="zh-CN"/>
        </w:rPr>
        <w:br/>
      </w:r>
      <w:r>
        <w:rPr>
          <w:lang w:eastAsia="zh-CN"/>
        </w:rPr>
        <w:t>　　开展常规检查。把安全教育工作作为重点检查内容之一。对厂区进行全面的安全检查。冬季公司对电线和宿舍区进行防火安全检查。</w:t>
      </w:r>
      <w:r>
        <w:rPr>
          <w:lang w:eastAsia="zh-CN"/>
        </w:rPr>
        <w:br/>
      </w:r>
      <w:r>
        <w:rPr>
          <w:lang w:eastAsia="zh-CN"/>
        </w:rPr>
        <w:t>　　在这段日子中，感谢公司对我的培养，非常感谢在此期间对我的悉心指导，让我知道了自己的不足，慢慢地提高了自身的处事能力，我一定会以积极主动，自信，充满激情的心态去工作。</w:t>
      </w:r>
      <w:r>
        <w:rPr>
          <w:lang w:eastAsia="zh-CN"/>
        </w:rPr>
        <w:br/>
      </w:r>
      <w:r>
        <w:rPr>
          <w:lang w:eastAsia="zh-CN"/>
        </w:rPr>
        <w:t xml:space="preserve">    员工月工作总结 篇12 </w:t>
      </w:r>
      <w:r>
        <w:rPr>
          <w:lang w:eastAsia="zh-CN"/>
        </w:rPr>
        <w:br/>
      </w:r>
      <w:r>
        <w:rPr>
          <w:lang w:eastAsia="zh-CN"/>
        </w:rPr>
        <w:t>　　__月来，自觉服从组织和领导的安排，努力做好各项工作，较好地完成了各项工作任务。由于财会工作繁事、杂事多，其工作都具有事务性和突发性的特点，因此结合具体状况，月的财务会计个人工作总结如下：</w:t>
      </w:r>
      <w:r>
        <w:rPr>
          <w:lang w:eastAsia="zh-CN"/>
        </w:rPr>
        <w:br/>
      </w:r>
      <w:r>
        <w:rPr>
          <w:lang w:eastAsia="zh-CN"/>
        </w:rPr>
        <w:t>　　__月顺利完成的工作：</w:t>
      </w:r>
      <w:r>
        <w:rPr>
          <w:lang w:eastAsia="zh-CN"/>
        </w:rPr>
        <w:br/>
      </w:r>
      <w:r>
        <w:rPr>
          <w:lang w:eastAsia="zh-CN"/>
        </w:rPr>
        <w:t>　　1、以认真的态度用心参加西安市财政局集中所得税培训，做好财务软件记账及系统的维护。</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2、及时准确的完成各月记账、结账和账务处理工作，及时准确地填报市各类月度、季度、年终统计报表，按时向各部门报送。完成了税务申报与缴纳，以及往来银行间的业务和各种日常费用的缴纳。</w:t>
      </w:r>
      <w:r>
        <w:rPr>
          <w:lang w:eastAsia="zh-CN"/>
        </w:rPr>
        <w:br/>
      </w:r>
      <w:r>
        <w:rPr>
          <w:lang w:eastAsia="zh-CN"/>
        </w:rPr>
        <w:t>　　3、对各类财务会计档案，进行了分类、装订、归档。</w:t>
      </w:r>
      <w:r>
        <w:rPr>
          <w:lang w:eastAsia="zh-CN"/>
        </w:rPr>
        <w:br/>
      </w:r>
      <w:r>
        <w:rPr>
          <w:lang w:eastAsia="zh-CN"/>
        </w:rPr>
        <w:t>　　__年学习方面和个人修养和综合素质的提升：</w:t>
      </w:r>
      <w:r>
        <w:rPr>
          <w:lang w:eastAsia="zh-CN"/>
        </w:rPr>
        <w:br/>
      </w:r>
      <w:r>
        <w:rPr>
          <w:lang w:eastAsia="zh-CN"/>
        </w:rPr>
        <w:t>　　1、认真学习财经方面的各项规定，自觉按照国家的财经政策和程序办事。</w:t>
      </w:r>
      <w:r>
        <w:rPr>
          <w:lang w:eastAsia="zh-CN"/>
        </w:rPr>
        <w:br/>
      </w:r>
      <w:r>
        <w:rPr>
          <w:lang w:eastAsia="zh-CN"/>
        </w:rPr>
        <w:t>　　2、透过报纸杂志、电脑网络和电视新闻等媒体，加强政治思想和品德修养。</w:t>
      </w:r>
      <w:r>
        <w:rPr>
          <w:lang w:eastAsia="zh-CN"/>
        </w:rPr>
        <w:br/>
      </w:r>
      <w:r>
        <w:rPr>
          <w:lang w:eastAsia="zh-CN"/>
        </w:rPr>
        <w:t>　　3、不断改善学习方法，讲求学习效果，“在工作中学习，在学习中工作”，坚持学以致用，注重融会贯通，理论联系实际，用新的知识、新的思维和新的启示，巩固和丰富综合知识，使自身综合潜力不断得到提高。</w:t>
      </w:r>
      <w:r>
        <w:rPr>
          <w:lang w:eastAsia="zh-CN"/>
        </w:rPr>
        <w:br/>
      </w:r>
      <w:r>
        <w:rPr>
          <w:lang w:eastAsia="zh-CN"/>
        </w:rPr>
        <w:t>　　4、努力钻研业务知识，用心参加相关部门组织的各种业务技能的培训，始终把增强服务意识作为一切工作的基础;始终把工作放在严谨、细致、扎实、求实上，脚踏实地工作。</w:t>
      </w:r>
      <w:r>
        <w:rPr>
          <w:lang w:eastAsia="zh-CN"/>
        </w:rPr>
        <w:br/>
      </w:r>
      <w:r>
        <w:rPr>
          <w:lang w:eastAsia="zh-CN"/>
        </w:rPr>
        <w:t>　　__月中仍然存在的不足：</w:t>
      </w:r>
      <w:r>
        <w:rPr>
          <w:lang w:eastAsia="zh-CN"/>
        </w:rPr>
        <w:br/>
      </w:r>
      <w:r>
        <w:rPr>
          <w:lang w:eastAsia="zh-CN"/>
        </w:rPr>
        <w:t>　　尽管我们完成了今年的各项工作任务，但务必看到工作存在的不足：</w:t>
      </w:r>
      <w:r>
        <w:rPr>
          <w:lang w:eastAsia="zh-CN"/>
        </w:rPr>
        <w:br/>
      </w:r>
      <w:r>
        <w:rPr>
          <w:lang w:eastAsia="zh-CN"/>
        </w:rPr>
        <w:t>　　1、只干工作，不善于总结，所以有些工作费力气大，但与收效不成比例，事倍功半的现象时有发生，今后要逐步学习用科学的方法，善总结、勤思考，逐步到达事半功倍的的效果。</w:t>
      </w:r>
      <w:r>
        <w:rPr>
          <w:lang w:eastAsia="zh-CN"/>
        </w:rPr>
        <w:br/>
      </w:r>
      <w:r>
        <w:rPr>
          <w:lang w:eastAsia="zh-CN"/>
        </w:rPr>
        <w:t>　　2、忙于应付事务性工作多，深入探讨、思考、认认真真的研究条件及财务管理办法、工作制度少，工作有广度，没深度。</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3、理论水平不高，当前社会财务会计知识和业务更新换代比较快，缺乏对新的业务知识和会计法规的系统学习，导致了财务会计基础知识和财务会计基础工作缺乏，影响来工作水平的提高。</w:t>
      </w:r>
      <w:r>
        <w:rPr>
          <w:lang w:eastAsia="zh-CN"/>
        </w:rPr>
        <w:br/>
      </w:r>
      <w:r>
        <w:rPr>
          <w:lang w:eastAsia="zh-CN"/>
        </w:rPr>
        <w:t>　　__月严格履行财务会计岗位职责，扎实做好本职工作：</w:t>
      </w:r>
      <w:r>
        <w:rPr>
          <w:lang w:eastAsia="zh-CN"/>
        </w:rPr>
        <w:br/>
      </w:r>
      <w:r>
        <w:rPr>
          <w:lang w:eastAsia="zh-CN"/>
        </w:rPr>
        <w:t>　　1、善于总结，提出自己的意见和推荐，为领导决策带给准确依据，不断提高单位管理水平和经济效益。总结经验，建立健全良好的工作机制。</w:t>
      </w:r>
      <w:r>
        <w:rPr>
          <w:lang w:eastAsia="zh-CN"/>
        </w:rPr>
        <w:br/>
      </w:r>
      <w:r>
        <w:rPr>
          <w:lang w:eastAsia="zh-CN"/>
        </w:rPr>
        <w:t>　　2、不断学习、更新知识、转变观念、完善自我，跟上时代发展的步伐。</w:t>
      </w:r>
      <w:r>
        <w:rPr>
          <w:lang w:eastAsia="zh-CN"/>
        </w:rPr>
        <w:br/>
      </w:r>
      <w:r>
        <w:rPr>
          <w:lang w:eastAsia="zh-CN"/>
        </w:rPr>
        <w:t xml:space="preserve">    员工月工作总结 篇13 </w:t>
      </w:r>
      <w:r>
        <w:rPr>
          <w:lang w:eastAsia="zh-CN"/>
        </w:rPr>
        <w:br/>
      </w:r>
      <w:r>
        <w:rPr>
          <w:lang w:eastAsia="zh-CN"/>
        </w:rPr>
        <w:t>　　__月，是一个忙碌的月份，也是一个燥热的季节，是从春天跨越到夏天的一月，是公司从年初的工作跳跃到年中的一月，对于我们公司而言，对我自己__月的工作来说，每年这个时候都是我最为忙碌的时候，也是公司业务最多的时候，是我们所有的员工最辛苦，但是也是最努力的一个月，__月总是在忙碌之间一晃而过，也正是因为工作的繁重，我才觉得__月过的比往常的每一个月都要迅速。在这个月末之际，我也对自己的这个月的工作作出一个总结，如有不妥之处还望领导指导。</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__月份的工作是非常的繁重的，但是我也并没有因此就感到任何的辛苦，因为我喜欢自己的工作，工作的繁忙也会让我感到自己的生活非常的充实，同时也非常的满足，因为自己一直以来的工作能力只有在工作忙的时候才能更好的展示出来，所以从五一劳动节假期结束之后，我就迅速的调整自己的工作状态，收拾好自己的心情，以及将自己上一个月的工作彻底的收尾，对自己上月到这个月一直都需要跟进的工作很好的整理出来，安排好自己每一天的工作，对四月的工作做好回顾，对自己工作上的问题也在__月的工作当中及时的去完成和改善，所以__月的时候，不仅仅完成了自己当月的工作的任务，也对自己在之前工作上的问题很好的得到了一定的解决和完善，在工作的过程当中，我及时的完成自己每一天的工作，做到今日事，今日毕，也尽力的做到完美和极致，对一些工作可以收尾的我也会及时的收尾，让自己的工作条例变得更加的清晰，在工作的时候，也会注重自己的工作态度，我一直都觉得态度是可以决定一切的，所以我也对自己的要求很高，保持自己专业的工作态度，注意自己在公司的一言一行，做到足够的端正和合理，绝对不会因为自己个人因素而影响到公司的工作。</w:t>
      </w:r>
      <w:r>
        <w:rPr>
          <w:lang w:eastAsia="zh-CN"/>
        </w:rPr>
        <w:br/>
      </w:r>
      <w:r>
        <w:rPr>
          <w:lang w:eastAsia="zh-CN"/>
        </w:rPr>
        <w:t>　　因为自己的努力和上进，以及公司全体员工齐心协力，我在__月的工作完成的非常的顺利，尽管自己的工作如此的繁重，但是我也依旧的做好了自己的分内之事，在下一个月，在六月份我也会继续努力和加油的，对已经过去的__月也会做好结尾工作，为下月的工作提供的基础，不仅仅是下一个月，未来每个月，只要我还在公司一天，我就会做好自己的工作，将自己的工作做到极致和美好，为公司带来通过自己的努力和力量所得的价值。</w:t>
      </w:r>
      <w:r>
        <w:rPr>
          <w:lang w:eastAsia="zh-CN"/>
        </w:rPr>
        <w:br/>
      </w:r>
      <w:r>
        <w:rPr>
          <w:lang w:eastAsia="zh-CN"/>
        </w:rPr>
        <w:t xml:space="preserve">    员工月工作总结 篇14 </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时间依然遵循其亘古不变的规律延续着，又一个年头成为历史，依然如过去的诸多年一样，过去的20__年，同样有着许多美好的回忆和诸多的感慨。20__年对于白酒界是个多事之秋，虽然1年的全球性金融危机的影响已有所好转，但整体经济的回暖尚需一段时间的过度。国家对白酒消费税的调整，也在业界引起了一段时间的骚动，紧接着又是全国性的严打酒驾和地方性的禁酒令，对于白酒界来说更是雪上加霜。在这样坎坷的一年里，我们蹒跚着一路走来，其中的喜悦和忧伤、激情和无奈、困惑和感动，真的是无限感慨。</w:t>
      </w:r>
      <w:r>
        <w:rPr>
          <w:lang w:eastAsia="zh-CN"/>
        </w:rPr>
        <w:br/>
      </w:r>
      <w:r>
        <w:rPr>
          <w:lang w:eastAsia="zh-CN"/>
        </w:rPr>
        <w:t>　　一、负责区域的销售业绩回顾与分析</w:t>
      </w:r>
      <w:r>
        <w:rPr>
          <w:lang w:eastAsia="zh-CN"/>
        </w:rPr>
        <w:br/>
      </w:r>
      <w:r>
        <w:rPr>
          <w:lang w:eastAsia="zh-CN"/>
        </w:rPr>
        <w:t>　　（一）、业绩回顾</w:t>
      </w:r>
      <w:r>
        <w:rPr>
          <w:lang w:eastAsia="zh-CN"/>
        </w:rPr>
        <w:br/>
      </w:r>
      <w:r>
        <w:rPr>
          <w:lang w:eastAsia="zh-CN"/>
        </w:rPr>
        <w:t>　　1、整年度总现金回款11多万，超额完成公司规定的任务;</w:t>
      </w:r>
      <w:r>
        <w:rPr>
          <w:lang w:eastAsia="zh-CN"/>
        </w:rPr>
        <w:br/>
      </w:r>
      <w:r>
        <w:rPr>
          <w:lang w:eastAsia="zh-CN"/>
        </w:rPr>
        <w:t>　　2、成功开发了四个新客户;</w:t>
      </w:r>
      <w:r>
        <w:rPr>
          <w:lang w:eastAsia="zh-CN"/>
        </w:rPr>
        <w:br/>
      </w:r>
      <w:r>
        <w:rPr>
          <w:lang w:eastAsia="zh-CN"/>
        </w:rPr>
        <w:t>　　3、奠定了公司在鲁西南，以济宁为中心的重点区域市场的运作的基础工作;</w:t>
      </w:r>
      <w:r>
        <w:rPr>
          <w:lang w:eastAsia="zh-CN"/>
        </w:rPr>
        <w:br/>
      </w:r>
      <w:r>
        <w:rPr>
          <w:lang w:eastAsia="zh-CN"/>
        </w:rPr>
        <w:t>　　（二）、业绩分析</w:t>
      </w:r>
      <w:r>
        <w:rPr>
          <w:lang w:eastAsia="zh-CN"/>
        </w:rPr>
        <w:br/>
      </w:r>
      <w:r>
        <w:rPr>
          <w:lang w:eastAsia="zh-CN"/>
        </w:rPr>
        <w:t>　　1、虽然完成了公司规定的现金回款的任务，但距我自己制定的2万的目标，相差甚远。主要原因有：</w:t>
      </w:r>
      <w:r>
        <w:rPr>
          <w:lang w:eastAsia="zh-CN"/>
        </w:rPr>
        <w:br/>
      </w:r>
      <w:r>
        <w:rPr>
          <w:lang w:eastAsia="zh-CN"/>
        </w:rPr>
        <w:t>　　a、上半年的重点市场定位不明确不坚定，首先定位于平邑，但由于平邑市场的特殊性（地方保护）和后来经销商的重心转移向啤酒，最终改变了我的初衷。其次看好了泗水市场，虽然市场环境很好，但经销商配合度太差，又无奈放弃。直至后来选择了金乡“天元副食”，已近年底了！</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b、新客户拓展速度太慢，且客户质量差（大都小是客户、实力小）;</w:t>
      </w:r>
      <w:r>
        <w:rPr>
          <w:lang w:eastAsia="zh-CN"/>
        </w:rPr>
        <w:br/>
      </w:r>
      <w:r>
        <w:rPr>
          <w:lang w:eastAsia="zh-CN"/>
        </w:rPr>
        <w:t>　　c、公司服务滞后，特别是发货，这样不但影响了市场，同时也影响了经销商的销售信心;</w:t>
      </w:r>
      <w:r>
        <w:rPr>
          <w:lang w:eastAsia="zh-CN"/>
        </w:rPr>
        <w:br/>
      </w:r>
      <w:r>
        <w:rPr>
          <w:lang w:eastAsia="zh-CN"/>
        </w:rPr>
        <w:t>　　2、新客户开放面，虽然落实了4个新客户，但离我本人制定的6个的目标还差两个，且这4个客户中有3个是小客户，销量也很差。这主要在于我本人主观上造成的，为了回款而不太注重客户质量。俗话说“选择比努力重要”，经销商的“实力、网络、配送能力、配合度、投入意识”等，直接决定了市场运作的质量。</w:t>
      </w:r>
      <w:r>
        <w:rPr>
          <w:lang w:eastAsia="zh-CN"/>
        </w:rPr>
        <w:br/>
      </w:r>
      <w:r>
        <w:rPr>
          <w:lang w:eastAsia="zh-CN"/>
        </w:rPr>
        <w:t>　　3、我公司在山东已运作了整整三年，这三年来的失误就在于没有做到“重点抓、抓重点”，所以吸取前几年的经验教训，今年我个人也把寻找重点市场纳入了我的常规工作之中，最终于9年11月份决定以金乡为核心运作济宁市场，通过两个月的市场运作也摸索了一部分经验，为明年的运作奠定了基础。</w:t>
      </w:r>
      <w:r>
        <w:rPr>
          <w:lang w:eastAsia="zh-CN"/>
        </w:rPr>
        <w:br/>
      </w:r>
      <w:r>
        <w:rPr>
          <w:lang w:eastAsia="zh-CN"/>
        </w:rPr>
        <w:t>　　二、个人的成长和不足</w:t>
      </w:r>
      <w:r>
        <w:rPr>
          <w:lang w:eastAsia="zh-CN"/>
        </w:rPr>
        <w:br/>
      </w:r>
      <w:r>
        <w:rPr>
          <w:lang w:eastAsia="zh-CN"/>
        </w:rPr>
        <w:t>　　在公司领导和各位同事关心和支持下，9年我个人无论是在业务拓展、组织协调、管理等各方面都有了一定程度的提升，同时也存在着许多不足之处。</w:t>
      </w:r>
      <w:r>
        <w:rPr>
          <w:lang w:eastAsia="zh-CN"/>
        </w:rPr>
        <w:br/>
      </w:r>
      <w:r>
        <w:rPr>
          <w:lang w:eastAsia="zh-CN"/>
        </w:rPr>
        <w:t>　　1、心态的自我调节能力增强了;</w:t>
      </w:r>
      <w:r>
        <w:rPr>
          <w:lang w:eastAsia="zh-CN"/>
        </w:rPr>
        <w:br/>
      </w:r>
      <w:r>
        <w:rPr>
          <w:lang w:eastAsia="zh-CN"/>
        </w:rPr>
        <w:t>　　2、学习能力、对市场的预见性和控制力能力增强了;</w:t>
      </w:r>
      <w:r>
        <w:rPr>
          <w:lang w:eastAsia="zh-CN"/>
        </w:rPr>
        <w:br/>
      </w:r>
      <w:r>
        <w:rPr>
          <w:lang w:eastAsia="zh-CN"/>
        </w:rPr>
        <w:t>　　3、处理应急问题、对他人的心理状态的把握能力增强了;</w:t>
      </w:r>
      <w:r>
        <w:rPr>
          <w:lang w:eastAsia="zh-CN"/>
        </w:rPr>
        <w:br/>
      </w:r>
      <w:r>
        <w:rPr>
          <w:lang w:eastAsia="zh-CN"/>
        </w:rPr>
        <w:t>　　4、对整体市场认识的高度有待提升;</w:t>
      </w:r>
      <w:r>
        <w:rPr>
          <w:lang w:eastAsia="zh-CN"/>
        </w:rPr>
        <w:br/>
      </w:r>
      <w:r>
        <w:rPr>
          <w:lang w:eastAsia="zh-CN"/>
        </w:rPr>
        <w:t>　　5、团队的管理经验和整体区域市场的运作能力有待提升。</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三、1年以前的部分老市场的工作开展和问题处理</w:t>
      </w:r>
      <w:r>
        <w:rPr>
          <w:lang w:eastAsia="zh-CN"/>
        </w:rPr>
        <w:br/>
      </w:r>
      <w:r>
        <w:rPr>
          <w:lang w:eastAsia="zh-CN"/>
        </w:rPr>
        <w:t>　　由于以前我们对市场的把握和费用的管控不力，导致1年以前的市场都遗留有费用矛盾的问题。经同公司领导协商，以“和谐发展”为原则，采取“一地一策”的方针，针对不同市场各个解决。通过对各市场问题逐一解决，虽然前期有些阻力，后来也都接受了且运行较平稳，彻底解决了以前那种对厂家过于依赖的心理。</w:t>
      </w:r>
      <w:r>
        <w:rPr>
          <w:lang w:eastAsia="zh-CN"/>
        </w:rPr>
        <w:br/>
      </w:r>
      <w:r>
        <w:rPr>
          <w:lang w:eastAsia="zh-CN"/>
        </w:rPr>
        <w:t>　　四、“办事处加经销商”运作模式运作区域市场</w:t>
      </w:r>
      <w:r>
        <w:rPr>
          <w:lang w:eastAsia="zh-CN"/>
        </w:rPr>
        <w:br/>
      </w:r>
      <w:r>
        <w:rPr>
          <w:lang w:eastAsia="zh-CN"/>
        </w:rPr>
        <w:t>　　根据公司实际情况和近年来的市场状况，我们一直都在摸索着一条适合自己的路子，真正把我们一开始就倡导的“办事处加经销商”合作方式运用好，但必须符合以下条件：</w:t>
      </w:r>
      <w:r>
        <w:rPr>
          <w:lang w:eastAsia="zh-CN"/>
        </w:rPr>
        <w:br/>
      </w:r>
      <w:r>
        <w:rPr>
          <w:lang w:eastAsia="zh-CN"/>
        </w:rPr>
        <w:t>　　1、市场环境要好，即使不是太好但也不能太差，比如地方保护过于严重、地方酒太强等;</w:t>
      </w:r>
      <w:r>
        <w:rPr>
          <w:lang w:eastAsia="zh-CN"/>
        </w:rPr>
        <w:br/>
      </w:r>
      <w:r>
        <w:rPr>
          <w:lang w:eastAsia="zh-CN"/>
        </w:rPr>
        <w:t>　　2、经销商的质量一定要好，比如“实力、网络、配送、配合度”等办事处运作的具体事宜：</w:t>
      </w:r>
      <w:r>
        <w:rPr>
          <w:lang w:eastAsia="zh-CN"/>
        </w:rPr>
        <w:br/>
      </w:r>
      <w:r>
        <w:rPr>
          <w:lang w:eastAsia="zh-CN"/>
        </w:rPr>
        <w:t>　　1、管理办事处化，业务人员本土化;</w:t>
      </w:r>
      <w:r>
        <w:rPr>
          <w:lang w:eastAsia="zh-CN"/>
        </w:rPr>
        <w:br/>
      </w:r>
      <w:r>
        <w:rPr>
          <w:lang w:eastAsia="zh-CN"/>
        </w:rPr>
        <w:t>　　2、产品大众化，主要定位为中档消费人群;</w:t>
      </w:r>
      <w:r>
        <w:rPr>
          <w:lang w:eastAsia="zh-CN"/>
        </w:rPr>
        <w:br/>
      </w:r>
      <w:r>
        <w:rPr>
          <w:lang w:eastAsia="zh-CN"/>
        </w:rPr>
        <w:t>　　3、运作渠道化、个性化，以流通渠道为主，重点操作大客户;</w:t>
      </w:r>
      <w:r>
        <w:rPr>
          <w:lang w:eastAsia="zh-CN"/>
        </w:rPr>
        <w:br/>
      </w:r>
      <w:r>
        <w:rPr>
          <w:lang w:eastAsia="zh-CN"/>
        </w:rPr>
        <w:t>　　4、重点扶持一级商，办事处真正体现到协销的作用;</w:t>
      </w:r>
      <w:r>
        <w:rPr>
          <w:lang w:eastAsia="zh-CN"/>
        </w:rPr>
        <w:br/>
      </w:r>
      <w:r>
        <w:rPr>
          <w:lang w:eastAsia="zh-CN"/>
        </w:rPr>
        <w:t>　　五、对公司的几点建议</w:t>
      </w:r>
      <w:r>
        <w:rPr>
          <w:lang w:eastAsia="zh-CN"/>
        </w:rPr>
        <w:br/>
      </w:r>
      <w:r>
        <w:rPr>
          <w:lang w:eastAsia="zh-CN"/>
        </w:rPr>
        <w:t>　　1、加强产品方面的硬件投入，产品的第一印象要给人一种“物有所值、物超所值”的感觉，在没有品牌力的情况下一定要体现出“产品力”;</w:t>
      </w:r>
      <w:r>
        <w:rPr>
          <w:lang w:eastAsia="zh-CN"/>
        </w:rPr>
        <w:br/>
      </w:r>
    </w:p>
    <w:p w:rsidR="001B1F19" w14:textId="27C3F48A">
      <w:pPr>
        <w:rPr>
          <w:lang w:eastAsia="zh-CN"/>
        </w:rPr>
      </w:pPr>
      <w:r>
        <w:rPr>
          <w:lang w:eastAsia="zh-CN"/>
        </w:rPr>
        <w:t>　　2、完善各种规章制度和薪酬体制，使之更能充分发挥人员的主观能动性;</w:t>
      </w:r>
      <w:r>
        <w:rPr>
          <w:lang w:eastAsia="zh-CN"/>
        </w:rPr>
        <w:br/>
      </w:r>
      <w:r>
        <w:rPr>
          <w:lang w:eastAsia="zh-CN"/>
        </w:rPr>
        <w:t>　　3、集中优势资源聚焦样板市场，真正做到“重点抓、抓重点”;</w:t>
      </w:r>
      <w:r>
        <w:rPr>
          <w:lang w:eastAsia="zh-CN"/>
        </w:rPr>
        <w:br/>
      </w:r>
      <w:r>
        <w:rPr>
          <w:lang w:eastAsia="zh-CN"/>
        </w:rPr>
        <w:t>　　4、注重品牌形象的塑造。</w:t>
      </w:r>
      <w:r>
        <w:rPr>
          <w:lang w:eastAsia="zh-CN"/>
        </w:rPr>
        <w:br/>
      </w:r>
      <w:r>
        <w:rPr>
          <w:lang w:eastAsia="zh-CN"/>
        </w:rPr>
        <w:t>　　总之20__年的功也好过也好，都已成为历史，迎接我们的将是崭新的20__年，站在1年的门槛上，我们看到的是希望、是丰收和硕果累累！</w:t>
      </w:r>
      <w:r>
        <w:rPr>
          <w:lang w:eastAsia="zh-CN"/>
        </w:rPr>
        <w:br/>
      </w:r>
      <w:r>
        <w:rPr>
          <w:lang w:eastAsia="zh-CN"/>
        </w:rPr>
        <w:t xml:space="preserve">    员工月工作总结 篇15 </w:t>
      </w:r>
      <w:r>
        <w:rPr>
          <w:lang w:eastAsia="zh-CN"/>
        </w:rPr>
        <w:br/>
      </w:r>
      <w:r>
        <w:rPr>
          <w:lang w:eastAsia="zh-CN"/>
        </w:rPr>
        <w:t>　　一、万事开头难。</w:t>
      </w:r>
      <w:r>
        <w:rPr>
          <w:lang w:eastAsia="zh-CN"/>
        </w:rPr>
        <w:br/>
      </w:r>
      <w:r>
        <w:rPr>
          <w:lang w:eastAsia="zh-CN"/>
        </w:rPr>
        <w:t>　　从一开始就要有心，有心才能办好事。俗话说万事开头难，一切事情都要有个很好的开头，工作自然如此，在来公司之前我就已做好充分的心理准备，无论工作是怎样的我都要认真对待，细心完成。工作重，要不气不馁不抱怨，工作轻，要不骄不躁足耐心。只有好心态，才有工作的好心情，进而才有好效率。</w:t>
      </w:r>
      <w:r>
        <w:rPr>
          <w:lang w:eastAsia="zh-CN"/>
        </w:rPr>
        <w:br/>
      </w:r>
      <w:r>
        <w:rPr>
          <w:lang w:eastAsia="zh-CN"/>
        </w:rPr>
        <w:t>　　二、谦虚使人进步。</w:t>
      </w:r>
      <w:r>
        <w:rPr>
          <w:lang w:eastAsia="zh-CN"/>
        </w:rPr>
        <w:br/>
      </w:r>
      <w:r>
        <w:rPr>
          <w:lang w:eastAsia="zh-CN"/>
        </w:rPr>
        <w:t>　　生活是个大讲台，许多东西都要虚心受教。在学校学做人，在社会学做事。生活处处有学习。工作自然也是如此，刚来时，我被指派跟着阿姨尝试、学习。在此期间，我越来越懂得谦逊，谦虚使人进步，骄傲使人落后。世界之大，有许多东西是我所不知道的，我只有谦逊，不断学习，不断充实自己，才能有一个更好的自己。</w:t>
      </w:r>
      <w:r>
        <w:rPr>
          <w:lang w:eastAsia="zh-CN"/>
        </w:rPr>
        <w:br/>
      </w:r>
      <w:r>
        <w:rPr>
          <w:lang w:eastAsia="zh-CN"/>
        </w:rPr>
        <w:t>　　三、众人拾柴火焰高。</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https://d.book118.com/036010121014010100</w:t>
        </w:r>
      </w:hyperlink>
    </w:p>
    <w:p w:rsidR="001B1F19">
      <w:pPr>
        <w:rPr>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601012101401010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