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班干部工作总结范文（31篇）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班干部工作总结范文（精选31篇）</w:t>
      </w:r>
      <w:r>
        <w:rPr>
          <w:lang w:eastAsia="zh-CN"/>
        </w:rPr>
        <w:br/>
      </w:r>
      <w:r>
        <w:rPr>
          <w:lang w:eastAsia="zh-CN"/>
        </w:rPr>
        <w:t xml:space="preserve">    班干部工作总结范文 篇1 </w:t>
      </w:r>
      <w:r>
        <w:rPr>
          <w:lang w:eastAsia="zh-CN"/>
        </w:rPr>
        <w:br/>
      </w:r>
      <w:r>
        <w:rPr>
          <w:lang w:eastAsia="zh-CN"/>
        </w:rPr>
        <w:t>　　团结永远是一面鲜红的旗帜,它汇集了班集体力量,增强班级凝聚力。08会展班这支优秀的队伍在任何时刻都紧密团结在班干部周围,凝聚成一道铜墙铁壁,以坚韧的姿态去对抗风雨,迎接挑战。</w:t>
      </w:r>
      <w:r>
        <w:rPr>
          <w:lang w:eastAsia="zh-CN"/>
        </w:rPr>
        <w:br/>
      </w:r>
      <w:r>
        <w:rPr>
          <w:lang w:eastAsia="zh-CN"/>
        </w:rPr>
        <w:t>　　信念源于精神,团结奋进的精神帮助我们克服班级建设所遇的巨大困难。</w:t>
      </w:r>
      <w:r>
        <w:rPr>
          <w:lang w:eastAsia="zh-CN"/>
        </w:rPr>
        <w:br/>
      </w:r>
      <w:r>
        <w:rPr>
          <w:lang w:eastAsia="zh-CN"/>
        </w:rPr>
        <w:t>　　__大胜利召开标志着一个创新时代的来临。创新的话题延续着整个人类历史,却从未被提到今天的历史高度，受到如此重视与关注。它是一个国家立足的关键,更是中华民族历经上下五千年经久不衰的灵魂。</w:t>
      </w:r>
      <w:r>
        <w:rPr>
          <w:lang w:eastAsia="zh-CN"/>
        </w:rPr>
        <w:br/>
      </w:r>
      <w:r>
        <w:rPr>
          <w:lang w:eastAsia="zh-CN"/>
        </w:rPr>
        <w:t>　　我们从一开始就注重创新,提出创新建班,用全新的理念创建先进班集体,开拓属于我们的崭新领域。全班在班主任的指引下,紧密团结在班干部周围,大胆创新、勇于创新,结合当前新形势,果断地提出并实施了一系列的大胆举措。在此过程中,我们不断引进新观念、新思路,改进工作，这些新的举措取得了良好的效果，获得了骄人的成绩，更受到了广大师生的一致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一个人的创新是有限的，一个集体的创新则是不可估量的。团结有了创新的剑则攻无不克，勇往直前；创新有了团结的盾则坚韧顽强，永立不败。二者紧密结合，相互促进了班级的繁荣。“团结奋进，开拓创新”，08会展班一定将拥有光辉灿烂的明天！</w:t>
      </w:r>
      <w:r>
        <w:rPr>
          <w:lang w:eastAsia="zh-CN"/>
        </w:rPr>
        <w:br/>
      </w:r>
      <w:r>
        <w:rPr>
          <w:lang w:eastAsia="zh-CN"/>
        </w:rPr>
        <w:t>　　(一)以德为旗,锐意进取</w:t>
      </w:r>
      <w:r>
        <w:rPr>
          <w:lang w:eastAsia="zh-CN"/>
        </w:rPr>
        <w:br/>
      </w:r>
      <w:r>
        <w:rPr>
          <w:lang w:eastAsia="zh-CN"/>
        </w:rPr>
        <w:t>　　“思想是行动的指南”,在建设有中国特色社会主义市场经济的大好形式下,沐浴着知识经济的春风,作为跨世纪大学生的我们,更应该以良好的精神风貌迎接新一轮的挑战。我们这个集体，始终把思想建设放在首要位置，作为首要任务长抓不懈，开创了一个德风浓厚、德为旗帜的良好局面。</w:t>
      </w:r>
      <w:r>
        <w:rPr>
          <w:lang w:eastAsia="zh-CN"/>
        </w:rPr>
        <w:br/>
      </w:r>
      <w:r>
        <w:rPr>
          <w:lang w:eastAsia="zh-CN"/>
        </w:rPr>
        <w:t>　　随着时光的推移，班级各项工作也逐步走上正轨，在抓好学习的前提下，班级积极响应学校院系的号召，参与各项活动，同时，发挥班级的凝聚力和灵活性，开展了丰富多彩的有班级特色的文体活动，使大家在繁忙的学习任务下有时间放松一下，也使大家在活动中增进了彼此的友谊，班级的团结向上。总之，在过去的一学年中，我班在注入新鲜血液后，能紧紧围绕学校和班级的中心工作。我们班干部能坚持以全心全意为同学服务为核心，以提高同学们的综合素质为目的的基础上，着重提倡发挥同学的主体意识、个性意识，锻炼同学们的创新意识，把团结奋进、求实创新作为工作的指导方针。团委和班干之间紧密配合，在班主任的指导下开展工作，在同学的监督下执行工作，使我班的各项工作井然有序，现已成为团结奋进、求实创新的优良作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以下从德、智、体三大方面来全面总结20__－20__学年度我班所取得的成绩。</w:t>
      </w:r>
      <w:r>
        <w:rPr>
          <w:lang w:eastAsia="zh-CN"/>
        </w:rPr>
        <w:br/>
      </w:r>
      <w:r>
        <w:rPr>
          <w:lang w:eastAsia="zh-CN"/>
        </w:rPr>
        <w:t>　　（二）骅骝开道路，鹰隼出风尘</w:t>
      </w:r>
      <w:r>
        <w:rPr>
          <w:lang w:eastAsia="zh-CN"/>
        </w:rPr>
        <w:br/>
      </w:r>
      <w:r>
        <w:rPr>
          <w:lang w:eastAsia="zh-CN"/>
        </w:rPr>
        <w:t>　　——艰辛与辉煌同在，团结与奋进并举</w:t>
      </w:r>
      <w:r>
        <w:rPr>
          <w:lang w:eastAsia="zh-CN"/>
        </w:rPr>
        <w:br/>
      </w:r>
      <w:r>
        <w:rPr>
          <w:lang w:eastAsia="zh-CN"/>
        </w:rPr>
        <w:t>　　如果说“思想是行动的指南”，那么拥有一个英明而勤勉的导航人，以及一套效率高、不断创新、全心全意为同学服务的干部队伍，则是一个集体成功的法宝。而我们班就拥有这个先决条件。</w:t>
      </w:r>
      <w:r>
        <w:rPr>
          <w:lang w:eastAsia="zh-CN"/>
        </w:rPr>
        <w:br/>
      </w:r>
      <w:r>
        <w:rPr>
          <w:lang w:eastAsia="zh-CN"/>
        </w:rPr>
        <w:t>　　1.班主任工作尽职尽责，关怀细致入微</w:t>
      </w:r>
      <w:r>
        <w:rPr>
          <w:lang w:eastAsia="zh-CN"/>
        </w:rPr>
        <w:br/>
      </w:r>
      <w:r>
        <w:rPr>
          <w:lang w:eastAsia="zh-CN"/>
        </w:rPr>
        <w:t>　　班主任的心理素质对学生带来的影响是其他任何教育手段所无法取代的，因为班主任的心理素质既是一种教育才能，更是一种巨大的教育力量。班主任的心理素质表现为情感、意志、兴趣、能力、性格诸多因素。所以，我们的班主任安老师对心理素质的提高，非常重视；而且在对学生的了解程度，对学生关心的问题非常注意；他在与我们交往的过程中，是作为班集体中的一分子，而不是在心理上将自己置于者的位置；他对我班的学生的个人隐私是非常尊重的，对我们是尽可能信任；因此，我们班主任的工作体现出了清晰的民主性的特征。“教育者充满民主的爱心，必然表现为教师对学生人格的尊重，并且把自己视为与学生一起在求知道路上探索前进的朋友和同志”，所以，在同学们的学习和生活方面，他尽他所能的去关心和帮助我们，对琐碎的日常教育工作，精神是饱满的、头脑是清晰的，作风是雷厉风行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们的班主任安老师对学生的格外的认真，无论是同学们的学习，还是生活，是考勤，还是课外活动，他都会认真对待。担任我们班班主任之初，他就认真分析、查阅了每位学生的档案，在了解每一位学生的同时，认真选拔了团委，并且经常到班，了解学生的学习和生活的情况，并进行思想工作，出现问题及时处理；对于团委和班干部，他经常召开会议，及时了解班干部的工作情况，针对每个干部的工作情况进行及时的调整和引导，并且对于在思想上想不通的同学进行认真的开导，充分做到使大家不带情绪，配合好班干部的工作，并且认真学习好每一门学科。他对涉及到同学们切身利益的事情特别重视，坚持公开、公平、公正，力求做到让每一位同学满意。</w:t>
      </w:r>
      <w:r>
        <w:rPr>
          <w:lang w:eastAsia="zh-CN"/>
        </w:rPr>
        <w:br/>
      </w:r>
      <w:r>
        <w:rPr>
          <w:lang w:eastAsia="zh-CN"/>
        </w:rPr>
        <w:t>　　作为一个班主任，不仅要有很强的责任心，还要有丰富的知识，使学生在与你的接触中有所得，学生往往需要接触频率最高的就是班主任为之答疑、解惑。这就要求班主任有深厚的社会和自然科学功底，有广博的文化和艺术素养。有终身学习和不断创新能力。在现代教育实践中，学生知识结构体系越来越庞大，思想更加活跃，与此相适应的是行为方式更具有不定型性，新情况层出不穷，因此广博的文化和艺术素养也必不可少。他严格考勤纪律，及时与任课老师沟通，对于有迟到和旷课现象的同学进行认真的开导和严厉的批评，使他们真正认识到迟到和旷课的严重性。</w:t>
      </w:r>
      <w:r>
        <w:rPr>
          <w:lang w:eastAsia="zh-CN"/>
        </w:rPr>
        <w:br/>
      </w:r>
      <w:r>
        <w:rPr>
          <w:lang w:eastAsia="zh-CN"/>
        </w:rPr>
        <w:t>　　安老师对同学关怀备至，经常深入宿舍和同学交流思想，了解情况，深切关注同学们的生活，始终做着我们在生活中坚强的后盾。我们以有这样一位带给我们母亲般温暖的班主任而感到无比的喜悦和激动。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2.团结的集体，成熟团队</w:t>
      </w:r>
      <w:r>
        <w:rPr>
          <w:lang w:eastAsia="zh-CN"/>
        </w:rPr>
        <w:br/>
      </w:r>
      <w:r>
        <w:rPr>
          <w:lang w:eastAsia="zh-CN"/>
        </w:rPr>
        <w:t>　　班干部是一个班级的“灯塔”、“领头羊”。班级的发展靠团结，班级的团结靠团委，已经成为大家的共识，20__~20__年的团委搭建完毕之初，便定下了这样的基调。在班主任的精心指导下，我们班干部，从工作伊始，就各自明确了“责任区”，不定期召开团委会议，对班上的阶段性工作进行商议，并制定后期工作安排。严密的制度，明确的分工，默契的协作，让这一切有了切实的保障，从而有效的加强了对同学们的。班级班干部作为学校团组织的一个基本细胞，是各级团组织的基石，它有着直接、全面接触同学的特点，对上级团组织负责。</w:t>
      </w:r>
      <w:r>
        <w:rPr>
          <w:lang w:eastAsia="zh-CN"/>
        </w:rPr>
        <w:br/>
      </w:r>
      <w:r>
        <w:rPr>
          <w:lang w:eastAsia="zh-CN"/>
        </w:rPr>
        <w:t>　　我班干部及时进行深入的讨论与研究，广泛征求同学们的意见和建议，在以后的每次团日活动中弥补在以往工作中的不足之处，这些举措大大的改进了我班的活动，从实际出发，联系社会热点问题，受到同学们的极大欢迎，这给我班团日活动的开展画下了一个圆满的句号。</w:t>
      </w:r>
      <w:r>
        <w:rPr>
          <w:lang w:eastAsia="zh-CN"/>
        </w:rPr>
        <w:br/>
      </w:r>
      <w:r>
        <w:rPr>
          <w:lang w:eastAsia="zh-CN"/>
        </w:rPr>
        <w:t>　　（三）百舸争流，雄鸠颉颃</w:t>
      </w:r>
      <w:r>
        <w:rPr>
          <w:lang w:eastAsia="zh-CN"/>
        </w:rPr>
        <w:br/>
      </w:r>
      <w:r>
        <w:rPr>
          <w:lang w:eastAsia="zh-CN"/>
        </w:rPr>
        <w:t>　　古有“文武之道，一张一弛”，今有素质教育，在知识更迭如此迅速的今天，同学们认识到仅有知识，难以在市场经济下立足、取胜，于是班内出现了举办各种活动、参加各种活动的风潮，班尽显风流。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班级活动是团集体形成的重要载体。建设一个优秀的班干部要通过各种活动来实现。因为集体活动可以产生凝聚力，起到促进班级学生团结的作用。组织好的活动对学生有很强的吸引力，通过活动，能使学生的目标趋于一致，这是集体团结的基础。在活动中，学生的集体主人翁意识能得到增强，人人都觉得应该对集体负责，这样学生之间共同的东西增多了，大家都能步调一致，而这又是集体团结的必要条件。其次集体活动能够起到改变集体面貌的作用。组织良好的活动会有利地调动学生的积极性。集体活动的过程是每一个学生发挥主体积极性的过程，不仅能使不同的学生受到教育，而且能使他们按集体的要求重新塑造自己，使自己不断进步。好的活动能使学生精神面貌发生深刻的变化，有的甚至是某些有问题学生转化的契机。学生个体的变化，势必会影响到集体，使集体面貌发生变化。这些变化主要反映在集体精神面貌上，如更加朝气蓬勃，更加积极向上，更能为集体荣誉感所驱动等。另外，集体活动可以密切师生关系。集体活动其实也是师生共同活动的过程，组织活动的过程也是师生感情交流的过程，是师生加强了解的过程。通过活动，师生心心相印。师生齐心协力为优秀班干部的建立打下坚实的基础。</w:t>
      </w:r>
      <w:r>
        <w:rPr>
          <w:lang w:eastAsia="zh-CN"/>
        </w:rPr>
        <w:br/>
      </w:r>
      <w:r>
        <w:rPr>
          <w:lang w:eastAsia="zh-CN"/>
        </w:rPr>
        <w:t>　　因此，我班班干部很重视在文体方面开展工作，鼓励每一个学生积极参与。</w:t>
      </w:r>
      <w:r>
        <w:rPr>
          <w:lang w:eastAsia="zh-CN"/>
        </w:rPr>
        <w:br/>
      </w:r>
      <w:r>
        <w:rPr>
          <w:lang w:eastAsia="zh-CN"/>
        </w:rPr>
        <w:t>　　在文艺方面，我们积极配学校工作，参加了学校篮球赛，我班有十位同学参加了，让大家在紧张学习的同时，放松一下，得到了同学们的好评。虽然之后出现了状况,文艺委员能积极配合班干部的工作，在过去的一年中，表现的很积极、很投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好的学习成绩，离不开好的身体条件，我班在学习成绩领跑的同时，也很注意加强身体素质加强，因此，在体育方面，我们要求同学们积极参加各种体育活动，还亲自组织了一些同学们喜欢的体育活动。体育健儿在操场上飒爽英姿，尽展强壮体魄。总之，我们想尽一切办法，让同学们达到德、智、体全面发展，达到21世纪大学生的标准要求。</w:t>
      </w:r>
      <w:r>
        <w:rPr>
          <w:lang w:eastAsia="zh-CN"/>
        </w:rPr>
        <w:br/>
      </w:r>
      <w:r>
        <w:rPr>
          <w:lang w:eastAsia="zh-CN"/>
        </w:rPr>
        <w:t>　　班干部的目标是指团员共同具有的期望和追求，是班干部在各项活动中所要达到的预期目的。一个班级有无共同目标，这一目标能否调动绝大多数成员为它的实现而共同努力，是团集体能否形成的关键所在。因为目标是所在所有团员所期望达到的成就或结果，是全体同学努力的方向，它对于团集体发展成为优良班干部有强大的推动作用。而要成为优秀班干部，必须从德、智、体各方面全面衡量，因此，我班干部很重视文体方面的发展，到现在为止，我们班已取得了丰硕的成果，很多优秀的同学都脱颖而出。</w:t>
      </w:r>
      <w:r>
        <w:rPr>
          <w:lang w:eastAsia="zh-CN"/>
        </w:rPr>
        <w:br/>
      </w:r>
      <w:r>
        <w:rPr>
          <w:lang w:eastAsia="zh-CN"/>
        </w:rPr>
        <w:t>　　（四）长风破浪会有时，直挂云帆济沧海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回顾我班20__~20__年一个年度的学习工作生活，虽然节奏很快但更多的生活更多的感动让我们不禁回味。其实，生活就是本来并没有什么，更多的是在平凡中发现感动，而08会展班这个团队中的每个人无时不刻不在创造着并分享着这份团队的和谐带来的亲切。走过一个学年，高一给了我们更加成熟的生活体验，也更加离不开这个团队。大家在每次学习时的探讨，在每次聊天时的共鸣，在每次聚餐的时候的碰杯，在每次看球的喝彩，构成了班级的向心力，更加为能生活班这个优秀的团队而感到骄傲与自豪。</w:t>
      </w:r>
      <w:r>
        <w:rPr>
          <w:lang w:eastAsia="zh-CN"/>
        </w:rPr>
        <w:br/>
      </w:r>
      <w:r>
        <w:rPr>
          <w:lang w:eastAsia="zh-CN"/>
        </w:rPr>
        <w:t>　　20__~20__学年我们班获得了“优秀班干部”这一光荣称号，无论是过去还是今天，我们班都无愧于这一神圣称号。我们正在用一言一行，用实际行动来诠释我们年轻、向上的心；来展示我们象牙塔内学子拼搏进取的心；以我们最火热的心，以我们饱满的激情，以我们丰富的知识，以我们向上的精神，投入到更高的要求，更高层次的工作中去！名副其实，不负众望！</w:t>
      </w:r>
      <w:r>
        <w:rPr>
          <w:lang w:eastAsia="zh-CN"/>
        </w:rPr>
        <w:br/>
      </w:r>
      <w:r>
        <w:rPr>
          <w:lang w:eastAsia="zh-CN"/>
        </w:rPr>
        <w:t>　　忆往昔，峥嵘岁月，笑看昨日累累硕果，我们欣喜、欣慰。翘首展望未来，尤感任重道远。然而，我们坚信：在知识经济飞速发展的今天，在校各级领导、老师的关怀下我们班40位同学定能开创新的光辉篇章，谱写一曲新时代的青春之歌。</w:t>
      </w:r>
      <w:r>
        <w:rPr>
          <w:lang w:eastAsia="zh-CN"/>
        </w:rPr>
        <w:br/>
      </w:r>
      <w:r>
        <w:rPr>
          <w:lang w:eastAsia="zh-CN"/>
        </w:rPr>
        <w:t>　　不过，我们班集也发生了几件不太好的事，让老师受累了，希望老师能体谅，我本人也有错误，没能调解好自己的情绪使得工作和学习没能完成老师对我的期望，我非常想为班级再努力，服务大家。</w:t>
      </w:r>
      <w:r>
        <w:rPr>
          <w:lang w:eastAsia="zh-CN"/>
        </w:rPr>
        <w:br/>
      </w:r>
      <w:r>
        <w:rPr>
          <w:lang w:eastAsia="zh-CN"/>
        </w:rPr>
        <w:t>　　但是，如果客观条件不允许，我愿意同意老师的安排。</w:t>
      </w:r>
      <w:r>
        <w:rPr>
          <w:lang w:eastAsia="zh-CN"/>
        </w:rPr>
        <w:br/>
      </w:r>
      <w:r>
        <w:rPr>
          <w:lang w:eastAsia="zh-CN"/>
        </w:rPr>
        <w:t xml:space="preserve">    班干部工作总结范文 篇2 </w:t>
      </w:r>
      <w:r>
        <w:rPr>
          <w:lang w:eastAsia="zh-CN"/>
        </w:rPr>
        <w:br/>
      </w:r>
      <w:r>
        <w:rPr>
          <w:lang w:eastAsia="zh-CN"/>
        </w:rPr>
        <w:t>　　学期即将结束，回顾这一学期来，我班在各个方面都取得了较好成绩。</w:t>
      </w:r>
      <w:r>
        <w:rPr>
          <w:lang w:eastAsia="zh-CN"/>
        </w:rPr>
        <w:br/>
      </w:r>
      <w:r>
        <w:rPr>
          <w:lang w:eastAsia="zh-CN"/>
        </w:rPr>
        <w:t>　　1、常规方面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本学期，我们班在实现“深入加强日常管理，使学生初步学会自我管理，逐渐建立不断成熟的意识”的班级目标上多出了很多的工作。在这项工作中，我们我们围绕着三点来工作：</w:t>
      </w:r>
      <w:r>
        <w:rPr>
          <w:lang w:eastAsia="zh-CN"/>
        </w:rPr>
        <w:br/>
      </w:r>
      <w:r>
        <w:rPr>
          <w:lang w:eastAsia="zh-CN"/>
        </w:rPr>
        <w:t>　　1）明确班级常规，提出具体要求，2）落实管理过程，采取自上而下的管理方式，3）明确管理职责，落实具体检查及时。总之，我们在初一的基础上，扬长避短，争取使在稳步发展的基础上，寻求新的突破与新的提高。</w:t>
      </w:r>
      <w:r>
        <w:rPr>
          <w:lang w:eastAsia="zh-CN"/>
        </w:rPr>
        <w:br/>
      </w:r>
      <w:r>
        <w:rPr>
          <w:lang w:eastAsia="zh-CN"/>
        </w:rPr>
        <w:t>　　2、干部队伍建设及其工作情景</w:t>
      </w:r>
      <w:r>
        <w:rPr>
          <w:lang w:eastAsia="zh-CN"/>
        </w:rPr>
        <w:br/>
      </w:r>
      <w:r>
        <w:rPr>
          <w:lang w:eastAsia="zh-CN"/>
        </w:rPr>
        <w:t>　　本学期开学初，我们班进行了班级干部改选。经过明确的分工，我们的新班委会成员是：，班委会在成立后，大家都能进取工作，经常不定期的在一齐研究工作。经过了一段时间的磨合，各位班委的工作已经步入正轨。经过2个月一齐工作，使我们之间增添了不少默契。</w:t>
      </w:r>
      <w:r>
        <w:rPr>
          <w:lang w:eastAsia="zh-CN"/>
        </w:rPr>
        <w:br/>
      </w:r>
      <w:r>
        <w:rPr>
          <w:lang w:eastAsia="zh-CN"/>
        </w:rPr>
        <w:t>　　3、活动方面</w:t>
      </w:r>
      <w:r>
        <w:rPr>
          <w:lang w:eastAsia="zh-CN"/>
        </w:rPr>
        <w:br/>
      </w:r>
      <w:r>
        <w:rPr>
          <w:lang w:eastAsia="zh-CN"/>
        </w:rPr>
        <w:t>　　这学期学校和班级开展的活动有：</w:t>
      </w:r>
      <w:r>
        <w:rPr>
          <w:lang w:eastAsia="zh-CN"/>
        </w:rPr>
        <w:br/>
      </w:r>
      <w:r>
        <w:rPr>
          <w:lang w:eastAsia="zh-CN"/>
        </w:rPr>
        <w:t>　　一开学，我们班进行了入学以来第一次值周工作，在值周工作中我们班增强班级凝聚力，并很好的完成了值周工作，受到了学校领导和教师的好评。</w:t>
      </w:r>
      <w:r>
        <w:rPr>
          <w:lang w:eastAsia="zh-CN"/>
        </w:rPr>
        <w:br/>
      </w:r>
      <w:r>
        <w:rPr>
          <w:lang w:eastAsia="zh-CN"/>
        </w:rPr>
        <w:t>　　值周工作结束后，我们召开了“班级表彰会”。在表彰会上，许多同学获得了奖状。虽说，一张奖状并不是什么贵重的奖励，可是他们得到了学校和班级的肯定，每个人心里都美滋滋的。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9月10日“庆教师节”活动。今年形式与往年不一样，这次我们是写出你最想对教师说的一两句话，一是对教师提出的意见或提议，二是你说出平时没机会跟教师说的知心话，或者是你对教师工作的想法。这些留言给了教师们增添一份喜悦，并有这种形式报答了教师的培育之恩。</w:t>
      </w:r>
      <w:r>
        <w:rPr>
          <w:lang w:eastAsia="zh-CN"/>
        </w:rPr>
        <w:br/>
      </w:r>
      <w:r>
        <w:rPr>
          <w:lang w:eastAsia="zh-CN"/>
        </w:rPr>
        <w:t>　　9月底，我校举办了一年一度的校运会。我们进取鼓励同学们参加，刻苦训练，充分发挥了团队精神，做到友谊第一，比赛第二。同时，我们排练了运动员入场式，统一的服装和整齐的口号，展现了我们班的特色，张扬了我们班的活力。在班牌设计中，我们还获得了优胜奖。同时，不参加比赛的同学还组成了拉拉队。他们虽不在运动场上竞技，却也为我们的运动健将加油鼓劲，呐喊助威，打出了一番气势。虽然我们没有取得梦想的成绩，但我们也尽力了。比赛后我们还及时进行了讨论，总结了失败的原因，争取在下一次比赛中取得好成绩。</w:t>
      </w:r>
      <w:r>
        <w:rPr>
          <w:lang w:eastAsia="zh-CN"/>
        </w:rPr>
        <w:br/>
      </w:r>
      <w:r>
        <w:rPr>
          <w:lang w:eastAsia="zh-CN"/>
        </w:rPr>
        <w:t>　　10月份，在我们的班会上班主任__教师经过两节班会对我们进行了礼貌的教育。分别是《做有教养的人》和《谈话的艺术》。教师教给我们该怎样去做礼貌的人。</w:t>
      </w:r>
      <w:r>
        <w:rPr>
          <w:lang w:eastAsia="zh-CN"/>
        </w:rPr>
        <w:br/>
      </w:r>
      <w:r>
        <w:rPr>
          <w:lang w:eastAsia="zh-CN"/>
        </w:rPr>
        <w:t>　　11月份初，我们班召开了我们自我设计和组织的“为团旗添光彩，争做礼貌信息人之弘扬民族精神，培养爱国情怀”主题团日活动和“情系奥运，礼貌礼仪伴我行”主题班会。在短暂的45分钟活动中，我们全班同学在演讲和游戏受了教育。礼貌礼仪知识问答把整个活动推向了高潮，同学们踊跃地参与，并评出了相应的奖项，使同学们受到了深刻的教育和启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11月中旬，我们班又要迎来了第二次值周工作，我们在上一次工作的基础上，扬长避短，顺利地完成了工作。再一次受到教师的好评。此时，学校也举办了学科竞赛。在竞赛上，我们班的各个学科“精英”获得了好成绩。其中，我们班设计的英语杂志获得了二等奖。</w:t>
      </w:r>
      <w:r>
        <w:rPr>
          <w:lang w:eastAsia="zh-CN"/>
        </w:rPr>
        <w:br/>
      </w:r>
      <w:r>
        <w:rPr>
          <w:lang w:eastAsia="zh-CN"/>
        </w:rPr>
        <w:t>　　11月底，学校艺术节拉开序幕。我们全班参加了学校组织的“爱国歌曲演唱会”，我们充分利用了课余时间来排练，齐心协力，团结互助。在经过初赛和复赛我们进入了决赛。在决赛上我们的一首《红旗飘飘》唱出了我们的爱国之情！最终以全校第二的成绩为班级争得了荣誉。</w:t>
      </w:r>
      <w:r>
        <w:rPr>
          <w:lang w:eastAsia="zh-CN"/>
        </w:rPr>
        <w:br/>
      </w:r>
      <w:r>
        <w:rPr>
          <w:lang w:eastAsia="zh-CN"/>
        </w:rPr>
        <w:t>　　接下来的12月初，艺术节其他的比赛项目相继开始。同学踊跃报名参与，每个人都想站在绚丽的舞台上表现自我。同时发挥他们的特长，为班级争得荣誉。在比赛没有开始之前，各位选手抓紧排练，常常是练到快静校了才肯离去。这一切一切使我们班委会成员和教师很是感动。经过紧张的初赛，班中的几个节目被选，并在12月31日学校欢庆元旦的联欢会，让同学教师们一睹了他们的风采。</w:t>
      </w:r>
      <w:r>
        <w:rPr>
          <w:lang w:eastAsia="zh-CN"/>
        </w:rPr>
        <w:br/>
      </w:r>
      <w:r>
        <w:rPr>
          <w:lang w:eastAsia="zh-CN"/>
        </w:rPr>
        <w:t>　　4、团支部方面</w:t>
      </w:r>
      <w:r>
        <w:rPr>
          <w:lang w:eastAsia="zh-CN"/>
        </w:rPr>
        <w:br/>
      </w:r>
      <w:r>
        <w:rPr>
          <w:lang w:eastAsia="zh-CN"/>
        </w:rPr>
        <w:t>　　经过一个学期的努力，我们支部获得了“_学年度校级优秀团支部”的荣誉称号。在本学期我们的团员表现良好，此刻也已从原本的5名团员发展到13名。本学期，团支部将以“为团旗添光彩，争做礼貌信息人”为主题开展各项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开学初，_同学经过了团支部的检查和考验领到了团员证，成为了正式的团员。10月底，我们选出了4名同学去团校培训，学习中国共产主义青年团章程，明白中国共产主义青年团的性质、奋斗目标、在现阶段的基本任务、基本要求、入团标准、团旗、团徽、团歌、团员证以及简介。</w:t>
      </w:r>
      <w:r>
        <w:rPr>
          <w:lang w:eastAsia="zh-CN"/>
        </w:rPr>
        <w:br/>
      </w:r>
      <w:r>
        <w:rPr>
          <w:lang w:eastAsia="zh-CN"/>
        </w:rPr>
        <w:t>　　10月在主题征文《关爱我们身边的动物朋友》中，同学们表现的也十分好，得到了学校团委的表扬，同时班中也获得了保护动物协会的20__年挂历一份。</w:t>
      </w:r>
      <w:r>
        <w:rPr>
          <w:lang w:eastAsia="zh-CN"/>
        </w:rPr>
        <w:br/>
      </w:r>
      <w:r>
        <w:rPr>
          <w:lang w:eastAsia="zh-CN"/>
        </w:rPr>
        <w:t>　　10月底，校长向我们颁发了“奥运向我们走来的”任务书，我们班将会做体操项目的义务讲解员。11月初，我们召开了“为团旗添光彩，争做礼貌信息人之弘扬民族精神，培养爱国情怀”主题团日活动。</w:t>
      </w:r>
      <w:r>
        <w:rPr>
          <w:lang w:eastAsia="zh-CN"/>
        </w:rPr>
        <w:br/>
      </w:r>
      <w:r>
        <w:rPr>
          <w:lang w:eastAsia="zh-CN"/>
        </w:rPr>
        <w:t>　　11月上旬，团委规定我们每周四中午作为团支部爱心基地活动时间，我们团员和入团进取分子进取参与到活动中来，使每次活动的进展都很顺利。</w:t>
      </w:r>
      <w:r>
        <w:rPr>
          <w:lang w:eastAsia="zh-CN"/>
        </w:rPr>
        <w:br/>
      </w:r>
      <w:r>
        <w:rPr>
          <w:lang w:eastAsia="zh-CN"/>
        </w:rPr>
        <w:t>　　12月下旬，团支部召开了第三次团员发展会。吴京和王琳同学在团旗下宣读了入团志愿书，加入了中国共青团。</w:t>
      </w:r>
      <w:r>
        <w:rPr>
          <w:lang w:eastAsia="zh-CN"/>
        </w:rPr>
        <w:br/>
      </w:r>
      <w:r>
        <w:rPr>
          <w:lang w:eastAsia="zh-CN"/>
        </w:rPr>
        <w:t>　　12年1月，我支部召开了团员“重温誓词”的活动。经过此次活动增强了各位团员的意识，鼓励每名团员都能做到“吃苦在前，享受在后”。</w:t>
      </w:r>
      <w:r>
        <w:rPr>
          <w:lang w:eastAsia="zh-CN"/>
        </w:rPr>
        <w:br/>
      </w:r>
      <w:r>
        <w:rPr>
          <w:lang w:eastAsia="zh-CN"/>
        </w:rPr>
        <w:t>　　5、学风建设</w:t>
      </w:r>
      <w:r>
        <w:rPr>
          <w:lang w:eastAsia="zh-CN"/>
        </w:rPr>
        <w:br/>
      </w:r>
      <w:r>
        <w:rPr>
          <w:lang w:eastAsia="zh-CN"/>
        </w:rPr>
        <w:t>　　我班学风建设主要是由的学习委员负责。并要求早读、课堂、午自习做到安静、有序。笔迹、作业做到干净、整齐。严格的要求，使我班在期中考试中取得了较好的成绩。我们班将一齐努力争取获得“学风建设优良班”的称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6、后进生的督促管理工作</w:t>
      </w:r>
      <w:r>
        <w:rPr>
          <w:lang w:eastAsia="zh-CN"/>
        </w:rPr>
        <w:br/>
      </w:r>
      <w:r>
        <w:rPr>
          <w:lang w:eastAsia="zh-CN"/>
        </w:rPr>
        <w:t>　　本学期，经过全班同学的努力，我们班没有出现一例因违纪（除吸烟）而受到学校处分的学生。</w:t>
      </w:r>
      <w:r>
        <w:rPr>
          <w:lang w:eastAsia="zh-CN"/>
        </w:rPr>
        <w:br/>
      </w:r>
      <w:r>
        <w:rPr>
          <w:lang w:eastAsia="zh-CN"/>
        </w:rPr>
        <w:t>　　7、班级目前存在的问题及解决措施</w:t>
      </w:r>
      <w:r>
        <w:rPr>
          <w:lang w:eastAsia="zh-CN"/>
        </w:rPr>
        <w:br/>
      </w:r>
      <w:r>
        <w:rPr>
          <w:lang w:eastAsia="zh-CN"/>
        </w:rPr>
        <w:t>　　首先，班级要尽快构成优良的班风，使之能体现出我们班良好的精神风貌，在学校树立一个良好的形象。每个人都有自我的优缺点，我们应当互相取长补短。譬如，有的同学有迟到的坏习惯，这样不仅仅会影响别的同学，还会对班级十项评比不利。此时我们应当帮忙其改掉这种坏习惯。在班内我们能够针对某一点，进行奖惩措施，以激励同学们共同投入到班风建设中来。其次，有些同学对学校的制度、纪律管理产生“逆反”心理，导致思想、行为自由散漫，不利于班风建设。在这个方面上我想班委会强化管理落实，避免说做不一，并及时进行阶段性总结。最终，使同学们提高自我管理的本事。</w:t>
      </w:r>
      <w:r>
        <w:rPr>
          <w:lang w:eastAsia="zh-CN"/>
        </w:rPr>
        <w:br/>
      </w:r>
      <w:r>
        <w:rPr>
          <w:lang w:eastAsia="zh-CN"/>
        </w:rPr>
        <w:t>　　最终，要提高同学们的学习进取性。没有学习进取性，学习绩效必定不会高，如此班级的整体成绩也不会高。学习自觉性因人而异。自觉性不高的同学长期下去对班级的成绩考评会有很大影响。要提高学习进取性，我们首先要从课代表抓起，使课代表带动成绩较低的同学，并开展互帮互助小组。</w:t>
      </w:r>
      <w:r>
        <w:rPr>
          <w:lang w:eastAsia="zh-CN"/>
        </w:rPr>
        <w:br/>
      </w:r>
      <w:r>
        <w:rPr>
          <w:lang w:eastAsia="zh-CN"/>
        </w:rPr>
        <w:t xml:space="preserve">    班干部工作总结范文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这个学期我在班上担当了文艺委员的职责。像朋友一样，我对于我的工作渐渐的从陌生到熟悉，踏过很长的成长之路，也留下了许多并不是很完美很踏实的脚印。当新的晨风快吹过小村口时，枯枝间渗出来的暖阳告诉我现在可以暂停下脚步，整理行装，再去丈量新的路。鞋上斑驳的泥泞和零星的露水诉说我曾经走过的风景，那将是今后开路的武器。</w:t>
      </w:r>
      <w:r>
        <w:rPr>
          <w:lang w:eastAsia="zh-CN"/>
        </w:rPr>
        <w:br/>
      </w:r>
      <w:r>
        <w:rPr>
          <w:lang w:eastAsia="zh-CN"/>
        </w:rPr>
        <w:t>　　我们在《经典老歌会》上的歌，唱响在淡妆的天幕下，唱响在每一颗驿动的心里。我们在《舞林大会》上的舞动，舞在寂雨的街口，舞在江南小镇的青石板上。我们在《新老生联谊会》上留下阿尔忒弥斯的轻吻，留下我们记忆里一段标记着叫美好的地方….</w:t>
      </w:r>
      <w:r>
        <w:rPr>
          <w:lang w:eastAsia="zh-CN"/>
        </w:rPr>
        <w:br/>
      </w:r>
      <w:r>
        <w:rPr>
          <w:lang w:eastAsia="zh-CN"/>
        </w:rPr>
        <w:t>　　在这些组织的活动中，我尽了自己最大的努力去配合，积极的组织的大家去参与，并且也取得了一些微不足道的成绩。不过通过这些活动，我最多的是去在乎自己所暴露的问题，比如人员的组织不到位，同学们不敢去展示自己的才能，导致活动缺少人员参与；自己对活动的宣传力度不够，导致同学们缺少对活动本身的了解，也同时影响的对活动参与的积极性；在组织活动的同时，忽略了大多数同学的爱好偏向问题，以致活动的节目丧失了对同学们的吸引力;对表演节目的准备练习力度还不够，导致节目的质量参差不齐；并且一味的去配合院和系里下达的活动和比赛，却没有积极地组织本班同学都可以参加的和属于本班自己的文艺活动。这是我本学期遗憾和不足的地方之一。在下学期的工作中，我会着重的解决以上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其实，对待工作真的像是对待朋友。这一个学期的工作让我有许多心得。班委的工作是要靠同学们的支持和维护的，班委工作做得好与坏取决于同学们是否配合与服从他的工作。要想同学们配合与服从就需要班委去做思想工作，要多与同学沟通要善于与同学沟通，只有这样才能把工作落实到位。做好工作需要有足够的热情去做，假如失去了热情那么做什么事都是徒劳无功。班委要树立起良好的风貌，要起带头作用。做事时要有严谨严肃的态度去对待。遇到困难与突发事情时要时刻保持冷静，切误轻举妄动。在工作时要抱着事不成不罢休的精神，努力做好本职工作，发挥个人的领导能力。假如班上的同学不配合工作，那么班委是需要有足够的耐心去对待去说明，使同学们能够明白这个工作的重要性。人是最容易感受到孤独的动物，往往在生活中弥漫孤独的气息时，我会在影子中看见在寂寞中流浪的自己。有人说，孤独是一种态度，其实，我认为孤独不一定是一种态度，但是它可以衍生很多种态度。我不知道这些态度是否可以用来生活或者是对待工作，但是我知道它确实被很多人奉为准则，或者清楚地讲是借口。在我的.准则中，我只有一条，要么不做，要做就要做到最好。这可能是单纯想要追求完美的思想，但这就是我对待我工作的全部逻辑。钢琴上的黑键与白键像两根平行线，像是永远没有交集，但是却缺一不可；我们就像是大提琴上的g弦，永远在不起眼的位置，但是却是不可或缺的部分，有一天我们像《g弦之歌》一样演绎柏拉图式的完美。</w:t>
      </w:r>
      <w:r>
        <w:rPr>
          <w:lang w:eastAsia="zh-CN"/>
        </w:rPr>
        <w:br/>
      </w:r>
      <w:r>
        <w:rPr>
          <w:lang w:eastAsia="zh-CN"/>
        </w:rPr>
        <w:t>　　在大学的时光里，很多人会感到自己在无聊中煎熬。所以，安排多一点的文艺活动真的很重要。在下学期的计划中，我们有了新的目标和要求。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首先，积极地配合学校，学院开展的文艺活动。积极地参加，并争取取得一个比较好的成绩。</w:t>
      </w:r>
      <w:r>
        <w:rPr>
          <w:lang w:eastAsia="zh-CN"/>
        </w:rPr>
        <w:br/>
      </w:r>
      <w:r>
        <w:rPr>
          <w:lang w:eastAsia="zh-CN"/>
        </w:rPr>
        <w:t>　　其次，每逢节日积极地组织一些庆祝活动，丰富同学们的文娱生活；</w:t>
      </w:r>
      <w:r>
        <w:rPr>
          <w:lang w:eastAsia="zh-CN"/>
        </w:rPr>
        <w:br/>
      </w:r>
      <w:r>
        <w:rPr>
          <w:lang w:eastAsia="zh-CN"/>
        </w:rPr>
        <w:t>　　最后，要加大对活动的宣传力度和加强对节目的练习以及对人员的组织安排</w:t>
      </w:r>
      <w:r>
        <w:rPr>
          <w:lang w:eastAsia="zh-CN"/>
        </w:rPr>
        <w:br/>
      </w:r>
      <w:r>
        <w:rPr>
          <w:lang w:eastAsia="zh-CN"/>
        </w:rPr>
        <w:t>　　我的目标是将我们班级变成艺术学院文艺能力上最强的班级，虽然这是个很漫长的过程，不过我可以一步一步的去将寓言变成现实。</w:t>
      </w:r>
      <w:r>
        <w:rPr>
          <w:lang w:eastAsia="zh-CN"/>
        </w:rPr>
        <w:br/>
      </w:r>
      <w:r>
        <w:rPr>
          <w:lang w:eastAsia="zh-CN"/>
        </w:rPr>
        <w:t xml:space="preserve">    班干部工作总结范文 篇4 </w:t>
      </w:r>
      <w:r>
        <w:rPr>
          <w:lang w:eastAsia="zh-CN"/>
        </w:rPr>
        <w:br/>
      </w:r>
      <w:r>
        <w:rPr>
          <w:lang w:eastAsia="zh-CN"/>
        </w:rPr>
        <w:t>　　_年春天，阔别校园多年的我从新走进顺义广播电视大学的校园，走进了春行政管理本科这个优秀的班级体中。老师、同学、明亮的教师、整齐的桌椅板凳这一切是那么的熟悉又是那么的陌生。从新成为一名学生本是让我很兴奋的事了，出乎我意料的是班主任老师决定由我来担任这个班的班长。如何当好班干部？从何处入手？怎样服务和管理好这个具有80多人的班级？带着这一系列的疑问我上岗了。</w:t>
      </w:r>
      <w:r>
        <w:rPr>
          <w:lang w:eastAsia="zh-CN"/>
        </w:rPr>
        <w:br/>
      </w:r>
      <w:r>
        <w:rPr>
          <w:lang w:eastAsia="zh-CN"/>
        </w:rPr>
        <w:t>　　虽然没有什么做班干部的经验，但是我很有信心。这项工作对我来说是个挑战，既然班主任这么信任我，我就一定会做好。为此，我制定了一个工作计划，以便更好的为班级服务为同学们服务</w:t>
      </w:r>
      <w:r>
        <w:rPr>
          <w:lang w:eastAsia="zh-CN"/>
        </w:rPr>
        <w:br/>
      </w:r>
      <w:r>
        <w:rPr>
          <w:lang w:eastAsia="zh-CN"/>
        </w:rPr>
        <w:t>　　一、营造良好的学习氛围，共同进步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由于广播电视大学的学习方式是以各种媒体学习为主，面授课程学习为辅，一个良好的学习氛围对全班学生的学习是相当重要的。因此我在搜狐网上建立了网名为“网聚20__行政管理本科”的网上班级，建立了这样的一个网上平台更便于同学之间的交流、学习、互相了解、互相帮助。这里有大家从电大各个网站摘下的学习资料，有大家平时面授课上的笔记，有大家的学习心得。对于班级校友录我花费很多业余时间来进行维护，尽量把这个网上班级做的动感、漂亮，让大家走进班级校友录就会有一种温馨的感觉，让班级变成一个和谐的大家庭。短短几个月“网聚20__行政管理本科”就已经跃居顺义电大校友录的首位了。</w:t>
      </w:r>
      <w:r>
        <w:rPr>
          <w:lang w:eastAsia="zh-CN"/>
        </w:rPr>
        <w:br/>
      </w:r>
      <w:r>
        <w:rPr>
          <w:lang w:eastAsia="zh-CN"/>
        </w:rPr>
        <w:t>　　虽然说我们的学习方式是以各种媒体学习为主，但是对于很少的面授课更是不能疏忽。我作为班干部务必要起好带头作用，课堂之上积极思考，主动配合老师的教学活动；课堂之后配合班主任把全班分为十至十五个人一组的学习小组，选出组长，由组长带领大家一起讨论一起学习，对习题展开讨论，加深对知识的理解。作为班干部，我还会经常将课堂笔记整理成资料发到网络校友录上给大家共享，整理笔记不仅帮助因工作忙碌不能按时上课的同学，也能加深我对课堂知识的记忆，因此我们班的很多同学也都主动参与到课堂笔记整理的学习过程中来，将自己发现的有关学习资料的信息及时提供给大家共享。长期坚持下来，大家都形成了良好的学习习惯，并在学习上取得了很大的进步。</w:t>
      </w:r>
      <w:r>
        <w:rPr>
          <w:lang w:eastAsia="zh-CN"/>
        </w:rPr>
        <w:br/>
      </w:r>
      <w:r>
        <w:rPr>
          <w:lang w:eastAsia="zh-CN"/>
        </w:rPr>
        <w:t>　　二、加强课后沟通，增强学习信心和班级凝聚力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一个班级是由很多的同学组成的，大家来自不同的工作岗位，年龄不同，性格不同，如何才能让班级体中的成员互相沟通互相了解那！开学不久，在班主任和学习委员的策划和帮助下我们全体行管本科的同学利用课余时间开了一次班会，我主持了这次班会，并做了如何使用班级校友录和移动QQ群的演示课件，让很多还不怎么熟悉网络的同学更容易，更便捷的接触网络学习。班会中大家自我介绍，宣布组长名单，由组长发言，提出各种对于建立好班级的意见和建议，在轻松的气氛里，大家畅所欲言，分享工作生活学习的点滴，相互鼓励。这些我都一一记下。最后由校领导给我们进行了总结发言，表扬了我们班的这次班会，而且要在全校发扬下去，因为我们这次班会是顺义电大史无前例的。这次班会对于我们全班同学的沟通起到了很好的作用。我想今后我还会陆续配合班主任开展各种大大小小的户内外活动，让大家在轻松的环境里交流学习心得，增强学习信心，共同进步，更好的增强班级凝聚力。这样一来谁还会说电大的学习孤单艰苦呢？</w:t>
      </w:r>
      <w:r>
        <w:rPr>
          <w:lang w:eastAsia="zh-CN"/>
        </w:rPr>
        <w:br/>
      </w:r>
      <w:r>
        <w:rPr>
          <w:lang w:eastAsia="zh-CN"/>
        </w:rPr>
        <w:t>　　三、促进相互交流，提高自身素质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作为一名班干部，我除了严格要求自己认真学习外，还需促进同学之间的学习交流和思想沟通。在平时我会经常利用网络或者电话跟同学聊天、交流，把大家平时对于班级的管理、授课老师教学质量等问题反映给老师，让同学和老师之间的交流更加密切。另外我还经常组织不定期的学习讨论，大家遇到与学习相关的疑问，都及时主动与班主任老师取得联系，如若是课本知识方面的疑问，则能认真的查书求证或是向授课老师请教，得到准确答案后及时告之同学。</w:t>
      </w:r>
      <w:r>
        <w:rPr>
          <w:lang w:eastAsia="zh-CN"/>
        </w:rPr>
        <w:br/>
      </w:r>
      <w:r>
        <w:rPr>
          <w:lang w:eastAsia="zh-CN"/>
        </w:rPr>
        <w:t>　　四、班干部就要以身作则，用实际行动感染大家、帮助大家</w:t>
      </w:r>
      <w:r>
        <w:rPr>
          <w:lang w:eastAsia="zh-CN"/>
        </w:rPr>
        <w:br/>
      </w:r>
      <w:r>
        <w:rPr>
          <w:lang w:eastAsia="zh-CN"/>
        </w:rPr>
        <w:t>　　不论是在生活中、工作中还是在我们这样的一个大集体中，做事也好，学习也罢绝对不能光说不练，嘴上说的和实际做的大相径庭，这样下来，大家就会对你产生不信任感。因此，我一直严格要求自己。一个学期以来，我一直坚持上课提前半个小时到，去问问班主任老师那里有没有什么需要我帮忙的事情，比如发书，宣布通知等。课后帮助授课老师收拾教学设备。这样虽然比较辛苦，但是一个学期下来，我得到了班主任老师和很多同学的认可，我很欣慰，我知道我的付出是有收获的！</w:t>
      </w:r>
      <w:r>
        <w:rPr>
          <w:lang w:eastAsia="zh-CN"/>
        </w:rPr>
        <w:br/>
      </w:r>
      <w:r>
        <w:rPr>
          <w:lang w:eastAsia="zh-CN"/>
        </w:rPr>
        <w:t>　　总而言之，以上四点就是我本学期的一个总结，是这样说的也是这样做的。我感谢大家把班长这个工作交给我，能为大家服务是我的荣幸。当然，我知道我自身还有很多缺点，但是请老师和同学放心我会认真吸取经验教训，不断的完善自己。希望以后能有机会与更多的同学老师和校领导交流思想，更好地做好班级工作，营造更好的学习新风尚，能让全班同学在忙碌的工作之余享受更好的学习生活。在此我还要要深深地感谢顺义广播电视大学的校领导和班主任邓捷英老师，感谢你们提供给我们学习的机会和日常的关心帮助，为我们创造的学习环境，让我们学在其中，也乐在其中。最后，我希望顺义广播电视大学20__行政管理本科的全体同学身体健康，学习进步！同时也请大家相信，我会在今后的工作中更加努力，请你们拭目以待，谢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班干部工作总结范文 篇5 </w:t>
      </w:r>
      <w:r>
        <w:rPr>
          <w:lang w:eastAsia="zh-CN"/>
        </w:rPr>
        <w:br/>
      </w:r>
      <w:r>
        <w:rPr>
          <w:lang w:eastAsia="zh-CN"/>
        </w:rPr>
        <w:t>　　转眼之间，大学第一学期即将结束，作为班长，我的工作是统筹并协调各班委管理好班级日常事务，协助同学们在生活、学习等方面实现从中学到大学的转变，并努力创立优良的班风学风。回顾这学期，在辅导员老师的监督指导下，助教的带领下，积极开展班级建设，并根据本班同学的特点和实际需求，积极组织开展各种丰富多彩的活动，同时狠抓学习不放松。其间，有必须的成果，可是同时也存在许多不足，现总结如下：</w:t>
      </w:r>
      <w:r>
        <w:rPr>
          <w:lang w:eastAsia="zh-CN"/>
        </w:rPr>
        <w:br/>
      </w:r>
      <w:r>
        <w:rPr>
          <w:lang w:eastAsia="zh-CN"/>
        </w:rPr>
        <w:t>　　一、加强学习活动的开展，促进学生成绩的巩固和提高。</w:t>
      </w:r>
      <w:r>
        <w:rPr>
          <w:lang w:eastAsia="zh-CN"/>
        </w:rPr>
        <w:br/>
      </w:r>
      <w:r>
        <w:rPr>
          <w:lang w:eastAsia="zh-CN"/>
        </w:rPr>
        <w:t>　　1.学习是学生的第一任务。本学期，开学初开展以《新起点.新征程.新规划》的主题班会，让大家明确了自我的身份，大学生也是学生，也要学习。</w:t>
      </w:r>
      <w:r>
        <w:rPr>
          <w:lang w:eastAsia="zh-CN"/>
        </w:rPr>
        <w:br/>
      </w:r>
      <w:r>
        <w:rPr>
          <w:lang w:eastAsia="zh-CN"/>
        </w:rPr>
        <w:t>　　2.针对早.晚自习，副班长每一天必点到，加强了班上同学的出勤意识。同学们学习积极性强，出勤率较高；在平时上课和团体活动中同学们较少有迟到、缺席、早退的现象。</w:t>
      </w:r>
      <w:r>
        <w:rPr>
          <w:lang w:eastAsia="zh-CN"/>
        </w:rPr>
        <w:br/>
      </w:r>
      <w:r>
        <w:rPr>
          <w:lang w:eastAsia="zh-CN"/>
        </w:rPr>
        <w:t>　　3.期末考试来临之际，大家学习很认真，都在十分认真的备考。</w:t>
      </w:r>
      <w:r>
        <w:rPr>
          <w:lang w:eastAsia="zh-CN"/>
        </w:rPr>
        <w:br/>
      </w:r>
      <w:r>
        <w:rPr>
          <w:lang w:eastAsia="zh-CN"/>
        </w:rPr>
        <w:t>　　二、积极开展班级建设，异常是班级思想作风建设和班委建设。</w:t>
      </w:r>
      <w:r>
        <w:rPr>
          <w:lang w:eastAsia="zh-CN"/>
        </w:rPr>
        <w:br/>
      </w:r>
      <w:r>
        <w:rPr>
          <w:lang w:eastAsia="zh-CN"/>
        </w:rPr>
        <w:t>　　1.在平时，我注意同学们的思想动态，发现并解决问题。对于个别“钉子户”与他们谈心，让其解决不爱上早晚自习的陋习。</w:t>
      </w:r>
      <w:r>
        <w:rPr>
          <w:lang w:eastAsia="zh-CN"/>
        </w:rPr>
        <w:br/>
      </w:r>
      <w:r>
        <w:rPr>
          <w:lang w:eastAsia="zh-CN"/>
        </w:rPr>
        <w:t>　　2.建立了班级qq群，便于联络班级同学情感、及时传达各种信息。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3.我们以自我服务、自我管理、自我教育为班委的工作原则，以热情、及时、高效、务实为班委的工作宗旨，着力加强班委队伍建设。经过不定期召开班委例会，讨论工作上的问题，商量解决办法，加深了班委之间的默契。明确各班委职责，在大型活动中全体配合，在其他活动中各司其职，这样就加强了班委的整体意识和职责意识，使得班级各项事务基本能够顺利完成。</w:t>
      </w:r>
      <w:r>
        <w:rPr>
          <w:lang w:eastAsia="zh-CN"/>
        </w:rPr>
        <w:br/>
      </w:r>
      <w:r>
        <w:rPr>
          <w:lang w:eastAsia="zh-CN"/>
        </w:rPr>
        <w:t>　　4.与其他五个班班长经常沟通，定期交流工作、学习经验，取长补短，促进班委会的更好发展。</w:t>
      </w:r>
      <w:r>
        <w:rPr>
          <w:lang w:eastAsia="zh-CN"/>
        </w:rPr>
        <w:br/>
      </w:r>
      <w:r>
        <w:rPr>
          <w:lang w:eastAsia="zh-CN"/>
        </w:rPr>
        <w:t>　　三、加强同学之间的友谊和班级凝聚力，组织各种健康向上的活动。</w:t>
      </w:r>
      <w:r>
        <w:rPr>
          <w:lang w:eastAsia="zh-CN"/>
        </w:rPr>
        <w:br/>
      </w:r>
      <w:r>
        <w:rPr>
          <w:lang w:eastAsia="zh-CN"/>
        </w:rPr>
        <w:t>　　号召同学们积极参加院、系、班各项活动，经过这些丰富多彩的活动，使同学们的精神世界得到充实，在必须程度上调动了广大同学参与团体活动的积极性，充实了本班的学校生活。</w:t>
      </w:r>
      <w:r>
        <w:rPr>
          <w:lang w:eastAsia="zh-CN"/>
        </w:rPr>
        <w:br/>
      </w:r>
      <w:r>
        <w:rPr>
          <w:lang w:eastAsia="zh-CN"/>
        </w:rPr>
        <w:t>　　1.开学初组织了一场全班大动员的辩论赛，很好的联络了班级同学感情，促进彼此之间的相互熟悉。</w:t>
      </w:r>
      <w:r>
        <w:rPr>
          <w:lang w:eastAsia="zh-CN"/>
        </w:rPr>
        <w:br/>
      </w:r>
      <w:r>
        <w:rPr>
          <w:lang w:eastAsia="zh-CN"/>
        </w:rPr>
        <w:t>　　2.由我们负责组织举办了《新起点.新征程.新规划》《崇尚科学，反对迷信》等主题班会。同学们积极参与，懂得了大学对于人生的重要性，理性生活，丰富了知识。</w:t>
      </w:r>
      <w:r>
        <w:rPr>
          <w:lang w:eastAsia="zh-CN"/>
        </w:rPr>
        <w:br/>
      </w:r>
      <w:r>
        <w:rPr>
          <w:lang w:eastAsia="zh-CN"/>
        </w:rPr>
        <w:t>　　3.我们与周日组织班上同学去鸣九山庄户外烧烤，班上的同学都玩的很开心，很好的促进班上的团结与相互的交流。</w:t>
      </w:r>
      <w:r>
        <w:rPr>
          <w:lang w:eastAsia="zh-CN"/>
        </w:rPr>
        <w:br/>
      </w:r>
      <w:r>
        <w:rPr>
          <w:lang w:eastAsia="zh-CN"/>
        </w:rPr>
        <w:t>　　4.在迎新晚会上，我们网工一班无疑是一朵奇葩，舞蹈《雷雷雷》让现场high翻了，舞台剧《灰姑娘》更是让大家乐透了，一首《最美的太阳》让大家感受到了天籁。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5.与11月24日至11月26日的院运动会，班上同学积极参与，努力拼搏，大家表现都很优秀。</w:t>
      </w:r>
      <w:r>
        <w:rPr>
          <w:lang w:eastAsia="zh-CN"/>
        </w:rPr>
        <w:br/>
      </w:r>
      <w:r>
        <w:rPr>
          <w:lang w:eastAsia="zh-CN"/>
        </w:rPr>
        <w:t>　　6.我们在英语课上组织同学们观看英语电影，陶冶了同学们的情操，又丰富了同学们的课余生活，更增强了同学们的英语听说本事。</w:t>
      </w:r>
      <w:r>
        <w:rPr>
          <w:lang w:eastAsia="zh-CN"/>
        </w:rPr>
        <w:br/>
      </w:r>
      <w:r>
        <w:rPr>
          <w:lang w:eastAsia="zh-CN"/>
        </w:rPr>
        <w:t>　　7.同学们还积极参加院部各项活动，既获得了综合素质分，又丰富了自我的课余生活。</w:t>
      </w:r>
      <w:r>
        <w:rPr>
          <w:lang w:eastAsia="zh-CN"/>
        </w:rPr>
        <w:br/>
      </w:r>
      <w:r>
        <w:rPr>
          <w:lang w:eastAsia="zh-CN"/>
        </w:rPr>
        <w:t>　　四、日常生活</w:t>
      </w:r>
      <w:r>
        <w:rPr>
          <w:lang w:eastAsia="zh-CN"/>
        </w:rPr>
        <w:br/>
      </w:r>
      <w:r>
        <w:rPr>
          <w:lang w:eastAsia="zh-CN"/>
        </w:rPr>
        <w:t>　　团支书时刻关心同学们的生活状况。我们班委也时常同班上同学交流、一齐学习、玩耍。在班上同学过生日时，大家团体唱生日歌，为他（她）庆祝，这些都让大家感受到了班团体的温暖。</w:t>
      </w:r>
      <w:r>
        <w:rPr>
          <w:lang w:eastAsia="zh-CN"/>
        </w:rPr>
        <w:br/>
      </w:r>
      <w:r>
        <w:rPr>
          <w:lang w:eastAsia="zh-CN"/>
        </w:rPr>
        <w:t xml:space="preserve">    班干部工作总结范文 篇6 </w:t>
      </w:r>
      <w:r>
        <w:rPr>
          <w:lang w:eastAsia="zh-CN"/>
        </w:rPr>
        <w:br/>
      </w:r>
      <w:r>
        <w:rPr>
          <w:lang w:eastAsia="zh-CN"/>
        </w:rPr>
        <w:t>　　一个班级，相当于一个小社会，要做要管的事很多。一个班级如果离开班主任，事情就结了球；离开少数班干部，问题就成了堆，便很难说这个班的学生人人是集体的主人了。人人都是集体的主人的基本标志之一，就是班级的事，事事有人管：班级的人，人人有事做。为此新学期我班举行了做集体的主人之班干部竞聘演讲，为了达到良好的效果，让孩子们先了解了各个岗位的职责，并指导了竞聘的站姿，注意事项，孩子们经过两周时间的充分的准备，效果比二年级进步了很多，就连内向的孩子也能勇敢的站在讲台上坚持把准备的话说完，对于他们是一个极大的挑战，真的很不容易，通过本次竞聘，收获有以下几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1、在充分了解岗位职能的前提下，部分孩子根据自己的经验能够创造性的将自己竞聘的岗位职能散发出来，从而调整岗位职责。</w:t>
      </w:r>
      <w:r>
        <w:rPr>
          <w:lang w:eastAsia="zh-CN"/>
        </w:rPr>
        <w:br/>
      </w:r>
      <w:r>
        <w:rPr>
          <w:lang w:eastAsia="zh-CN"/>
        </w:rPr>
        <w:t>　　2、部分内向的孩子得到了极大的锻炼，迈出了敢于挑战自己的第一步。</w:t>
      </w:r>
      <w:r>
        <w:rPr>
          <w:lang w:eastAsia="zh-CN"/>
        </w:rPr>
        <w:br/>
      </w:r>
      <w:r>
        <w:rPr>
          <w:lang w:eastAsia="zh-CN"/>
        </w:rPr>
        <w:t>　　3、由于各个岗位是孩子们竞聘的，会更加认真负责，通过全班同学的投票选举各个岗位最终定了下来，孩子们的凝聚力、执行力增强了。</w:t>
      </w:r>
      <w:r>
        <w:rPr>
          <w:lang w:eastAsia="zh-CN"/>
        </w:rPr>
        <w:br/>
      </w:r>
      <w:r>
        <w:rPr>
          <w:lang w:eastAsia="zh-CN"/>
        </w:rPr>
        <w:t xml:space="preserve">    班干部工作总结范文 篇7 </w:t>
      </w:r>
      <w:r>
        <w:rPr>
          <w:lang w:eastAsia="zh-CN"/>
        </w:rPr>
        <w:br/>
      </w:r>
      <w:r>
        <w:rPr>
          <w:lang w:eastAsia="zh-CN"/>
        </w:rPr>
        <w:t>　　1学习</w:t>
      </w:r>
      <w:r>
        <w:rPr>
          <w:lang w:eastAsia="zh-CN"/>
        </w:rPr>
        <w:br/>
      </w:r>
      <w:r>
        <w:rPr>
          <w:lang w:eastAsia="zh-CN"/>
        </w:rPr>
        <w:t>　　本班学风一直保持不错，学习主动性较高。部分同学具有较高的学习热情，主要集中在专业知识和体育专项的学习。同学会自发去参观各种讲座丰富课余生活，提高知识水平，开阔视野，也增加了个人对专业的学习热情!本班同学能够自觉去图书馆内查阅各种资料，拓展课外知识。同时充分利用图书馆良好的学习环境进行自习，同学之间也能够相互督促结伴学习，形成不错的学习风气。期末，学习委员以及班上的学习精英会及时整理复习资料供大家参考，形成资源共享，互帮互助结对子的良好气氛。学习上存在惰性的同学受团体的影响也会加入其中。在同学们的共同努力下，期末成绩还算理想，班上不少同学都获得了奖学金，其中一等奖学金有四名，二等有九名，三等有三名，国家励志奖学金一名，三好三名，优秀干部二名等。</w:t>
      </w:r>
      <w:r>
        <w:rPr>
          <w:lang w:eastAsia="zh-CN"/>
        </w:rPr>
        <w:br/>
      </w:r>
      <w:r>
        <w:rPr>
          <w:lang w:eastAsia="zh-CN"/>
        </w:rPr>
        <w:t>　　2党建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本班现有39名同学，其中四名预备党员，党积极分子若干，相信在团干部的共同努力下我们班会有越来越多的入党积极分子，本班入党积极分子的热情都表较高，能够积极找入党积极分子谈话，定期向党组织提交思想汇报。本学期，有三名同学发展成预备党员。在发展大会上，本班积极分子表现较为突出，能够积极发言，入党积极性有目共睹。</w:t>
      </w:r>
      <w:r>
        <w:rPr>
          <w:lang w:eastAsia="zh-CN"/>
        </w:rPr>
        <w:br/>
      </w:r>
      <w:r>
        <w:rPr>
          <w:lang w:eastAsia="zh-CN"/>
        </w:rPr>
        <w:t>　　我们定期召集党积极分子与入党联系开会，一来学习上级下达的思想，完成上级不布置的任务;二来加强积极分子与入党联系人的联系，是入党联系人更好的了解积极分子的情况为发展优秀党员奠定基础。</w:t>
      </w:r>
      <w:r>
        <w:rPr>
          <w:lang w:eastAsia="zh-CN"/>
        </w:rPr>
        <w:br/>
      </w:r>
      <w:r>
        <w:rPr>
          <w:lang w:eastAsia="zh-CN"/>
        </w:rPr>
        <w:t>　　3生活方面</w:t>
      </w:r>
      <w:r>
        <w:rPr>
          <w:lang w:eastAsia="zh-CN"/>
        </w:rPr>
        <w:br/>
      </w:r>
      <w:r>
        <w:rPr>
          <w:lang w:eastAsia="zh-CN"/>
        </w:rPr>
        <w:t>　　寝室方面，本班卫生保持情况较好，未有不合格的情况。本班现有17名同学享受的国家补助，这几位同学都是班上优秀的同学，学习努力工作努力，生活勤俭节约。平日活动中，我们会考虑到这部分同学在行的接受能力。我们会考虑活动的预期消费，并听取这部分同学的意见。因为大家都还是学生，没有经济来源。我们会避免消费过高的活动。上学期几名同学自觉捐出自己的思想品德奖学金捐出来做班费，作为班级活动的经费。</w:t>
      </w:r>
      <w:r>
        <w:rPr>
          <w:lang w:eastAsia="zh-CN"/>
        </w:rPr>
        <w:br/>
      </w:r>
      <w:r>
        <w:rPr>
          <w:lang w:eastAsia="zh-CN"/>
        </w:rPr>
        <w:t>　　4活动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在过去的大学生活里，班级的凝聚力主要表现在各种班级活动中。团日活动中，我们组织团支部去敬老院献爱心活动，在清明期间我们还组织烈士陵园扫墓。活动颇有意义，但集体活动总少不了欢声笑语，我们不仅体味到活动本身的意义，而且增进朋友们之间的距离。同学们能积极参加户外活动，出勤率都很高。同时我们还邀请外班同学一起参加，本班同学也都十分热情邀请自己的外班好友，为活动增加了不少人气。这种方式也增加了班与班的交流，增进了彼此的感情。</w:t>
      </w:r>
      <w:r>
        <w:rPr>
          <w:lang w:eastAsia="zh-CN"/>
        </w:rPr>
        <w:br/>
      </w:r>
      <w:r>
        <w:rPr>
          <w:lang w:eastAsia="zh-CN"/>
        </w:rPr>
        <w:t>　　上学期临近暑假，借暑期实践活动我们组织了两次外出活动，这次实践活动，调动的是大家的力量。前期班委将准备工作尽量完善好，将计划完善好，好让活动进行的更加顺利，也是希望活动结果达到圆满的效果。在班委与同学共同努力下，活动进行的非常顺利。活动形式多样，分工明确，分成的小组都能打造出一个精干的团队。班委同学们都在此次活动中得到了锻炼，也积累了实践活动的经验。相信在今后的活动中，我们能组织的更为周全。除班级的集体活动，本班以个人为单位参加活动的同学也特别多。如本班健美操队的同学代表学校多次出席四川的各种比赛，取得了骄人的成绩。有参加其他学院承办的科技节的DV大赛获得二等奖的好成绩等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但是大家对学校安排的活动有抵触情绪，相对不喜欢的项目抵触情绪比较严重，很多时候，同学们需要经过较长时间的说服才愿意去参加活动。这个问题我认为主要是两个方面造成的：一方面是我们班委会教育工作做的不够好。另一方面是学校在安排某些活动时欠考虑，导致活动的进程和事前宣传的不一致，进而破坏了学生们各自的生活安排，产生抵触情绪。这个问题我想采取的方法是：自愿优先，分组轮流：即如果有人愿意主动的参与到活动中，我们鼓掌欢迎，但是如果自愿者数量不足，那采取分组轮流制：即按学号或者其他方式，轮流代表班级参加活动。</w:t>
      </w:r>
      <w:r>
        <w:rPr>
          <w:lang w:eastAsia="zh-CN"/>
        </w:rPr>
        <w:br/>
      </w:r>
      <w:r>
        <w:rPr>
          <w:lang w:eastAsia="zh-CN"/>
        </w:rPr>
        <w:t xml:space="preserve">    班干部工作总结范文 篇8 </w:t>
      </w:r>
      <w:r>
        <w:rPr>
          <w:lang w:eastAsia="zh-CN"/>
        </w:rPr>
        <w:br/>
      </w:r>
      <w:r>
        <w:rPr>
          <w:lang w:eastAsia="zh-CN"/>
        </w:rPr>
        <w:t>　　本学期，在老师与班干部的管理下，我班的学习质量与态度有大大好转，也有部分做得不足的，先将个人认为客观几项列出：</w:t>
      </w:r>
      <w:r>
        <w:rPr>
          <w:lang w:eastAsia="zh-CN"/>
        </w:rPr>
        <w:br/>
      </w:r>
      <w:r>
        <w:rPr>
          <w:lang w:eastAsia="zh-CN"/>
        </w:rPr>
        <w:t>　　一.本学期班级素质及班干部工作态度的好转。</w:t>
      </w:r>
      <w:r>
        <w:rPr>
          <w:lang w:eastAsia="zh-CN"/>
        </w:rPr>
        <w:br/>
      </w:r>
      <w:r>
        <w:rPr>
          <w:lang w:eastAsia="zh-CN"/>
        </w:rPr>
        <w:t>　　（1）.班干部对自己的工作有了一定认识，工作态度也大大转变，基本上做到了自己的本分。</w:t>
      </w:r>
      <w:r>
        <w:rPr>
          <w:lang w:eastAsia="zh-CN"/>
        </w:rPr>
        <w:br/>
      </w:r>
      <w:r>
        <w:rPr>
          <w:lang w:eastAsia="zh-CN"/>
        </w:rPr>
        <w:t>　　（2）.课前，从以前的吵吵闹闹到现在的课前读书或背诗，大大提升了学习效率，这也是归功于老师与组织委员的管理。</w:t>
      </w:r>
      <w:r>
        <w:rPr>
          <w:lang w:eastAsia="zh-CN"/>
        </w:rPr>
        <w:br/>
      </w:r>
      <w:r>
        <w:rPr>
          <w:lang w:eastAsia="zh-CN"/>
        </w:rPr>
        <w:t>　　（3）.班干部们的组织能力也有所变化，工作效率也有了很大的提升，虽然偶尔时间上安排不过来，但工作质量与以前相比较有很大的进步。</w:t>
      </w:r>
      <w:r>
        <w:rPr>
          <w:lang w:eastAsia="zh-CN"/>
        </w:rPr>
        <w:br/>
      </w:r>
      <w:r>
        <w:rPr>
          <w:lang w:eastAsia="zh-CN"/>
        </w:rPr>
        <w:t>　　（4）.班级的卫生也有了极大的好转，从以前的满是零食包装到现在的明显减少，这都是归功于老师的组织与班干部们的管理、同学们的配合。</w:t>
      </w:r>
      <w:r>
        <w:rPr>
          <w:lang w:eastAsia="zh-CN"/>
        </w:rPr>
        <w:br/>
      </w:r>
      <w:r>
        <w:rPr>
          <w:lang w:eastAsia="zh-CN"/>
        </w:rPr>
        <w:t>　　（5）.值日的效率也大大好转，每位值日同学都有了很大的责任心，在这一方面极其显示出了同学们的团结，今天你为我，明天我为你!</w:t>
      </w:r>
      <w:r>
        <w:rPr>
          <w:lang w:eastAsia="zh-CN"/>
        </w:rPr>
        <w:br/>
      </w:r>
      <w:r>
        <w:rPr>
          <w:lang w:eastAsia="zh-CN"/>
        </w:rPr>
        <w:t>　　二.本学期班级的“瑕疵”与班干部的不足。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（1）.虽然每一位同学都比以前稍团结了些，但在一些较难控制的情况下会有一些不和谐的景象，望每一位同学能自我控制一下，作为班干部的我们也要在这种场合里管理一下秩序，这是本则。</w:t>
      </w:r>
      <w:r>
        <w:rPr>
          <w:lang w:eastAsia="zh-CN"/>
        </w:rPr>
        <w:br/>
      </w:r>
      <w:r>
        <w:rPr>
          <w:lang w:eastAsia="zh-CN"/>
        </w:rPr>
        <w:t>　　（2）.值日同学虽然有了很大的责任心，但在晨扫时很会拖拖拉拉，在这里我也要做一下自我批评，作为班干部的我理应挺身而出来管理，可我却加入了他们的行列，这是我自己的不足与疏忽。</w:t>
      </w:r>
      <w:r>
        <w:rPr>
          <w:lang w:eastAsia="zh-CN"/>
        </w:rPr>
        <w:br/>
      </w:r>
      <w:r>
        <w:rPr>
          <w:lang w:eastAsia="zh-CN"/>
        </w:rPr>
        <w:t>　　（3）.个别小组长及班干部也有没写作业的现象，在这里我也就不指名了。班干部是什么？班干部就是组织能力强、学习态度好、工作态度好、品学兼优的好学生，同学们的好榜样，老师们的得力助手。在这里，我敢很了当的说，我们班没有这么十全十美的人才，但我相信只要同学们一起努力，班干部们一起加把劲儿，这种十全十美的人将在我们班满天飞。</w:t>
      </w:r>
      <w:r>
        <w:rPr>
          <w:lang w:eastAsia="zh-CN"/>
        </w:rPr>
        <w:br/>
      </w:r>
      <w:r>
        <w:rPr>
          <w:lang w:eastAsia="zh-CN"/>
        </w:rPr>
        <w:t>　　三.自我反思。</w:t>
      </w:r>
      <w:r>
        <w:rPr>
          <w:lang w:eastAsia="zh-CN"/>
        </w:rPr>
        <w:br/>
      </w:r>
      <w:r>
        <w:rPr>
          <w:lang w:eastAsia="zh-CN"/>
        </w:rPr>
        <w:t>　　我本是一个普普通通的劳动委员，可能是因为我的工作能力及责任心较强，老师把我提升到了副班长的职位，在此我也十分感谢老师的信任。以下是我个人认为我本学期的优点及不足：</w:t>
      </w:r>
      <w:r>
        <w:rPr>
          <w:lang w:eastAsia="zh-CN"/>
        </w:rPr>
        <w:br/>
      </w:r>
      <w:r>
        <w:rPr>
          <w:lang w:eastAsia="zh-CN"/>
        </w:rPr>
        <w:t>　　优点:</w:t>
      </w:r>
      <w:r>
        <w:rPr>
          <w:lang w:eastAsia="zh-CN"/>
        </w:rPr>
        <w:br/>
      </w:r>
      <w:r>
        <w:rPr>
          <w:lang w:eastAsia="zh-CN"/>
        </w:rPr>
        <w:t>　　(1).组织能力较强，带领同学们完成一个个艰难的任务;对于老师布置的任务、工作上的需求我即使熬夜也要把任务完成，做起事来就是一股劲儿，我要做的事就一定要办到，我就是这样一个人。</w:t>
      </w:r>
      <w:r>
        <w:rPr>
          <w:lang w:eastAsia="zh-CN"/>
        </w:rPr>
        <w:br/>
      </w:r>
      <w:r>
        <w:rPr>
          <w:lang w:eastAsia="zh-CN"/>
        </w:rPr>
        <w:t>　　（2）.在每一次活动时，我都积极参与，不管是胜败，我都没有皱眉头，成功了吧！也就笑一笑而已，若是失败了，我也没什么大不了，俗话说得好，失败是成功之母!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(3).本学期，我也获得了不少荣誉：班级“四好少年”手抄报一等奖、班级“综合实践学习活动”一等奖、校级街舞三等奖等。</w:t>
      </w:r>
      <w:r>
        <w:rPr>
          <w:lang w:eastAsia="zh-CN"/>
        </w:rPr>
        <w:br/>
      </w:r>
      <w:r>
        <w:rPr>
          <w:lang w:eastAsia="zh-CN"/>
        </w:rPr>
        <w:t>　　不足：</w:t>
      </w:r>
      <w:r>
        <w:rPr>
          <w:lang w:eastAsia="zh-CN"/>
        </w:rPr>
        <w:br/>
      </w:r>
      <w:r>
        <w:rPr>
          <w:lang w:eastAsia="zh-CN"/>
        </w:rPr>
        <w:t>　　（1）.虽然一贯任劳任怨，但一忍再忍后的我脾气可不小，动不动就会拿别人发泄，这一点是我最大的不足。</w:t>
      </w:r>
      <w:r>
        <w:rPr>
          <w:lang w:eastAsia="zh-CN"/>
        </w:rPr>
        <w:br/>
      </w:r>
      <w:r>
        <w:rPr>
          <w:lang w:eastAsia="zh-CN"/>
        </w:rPr>
        <w:t>　　（2）.在每一次活动阶段我总会一心对待这项活动，你们可能会说这是组织性强的原因，但我在为活动付出时，根本没有把学习当一回事，只是顾着那项活动，学习一下就会有转折。</w:t>
      </w:r>
      <w:r>
        <w:rPr>
          <w:lang w:eastAsia="zh-CN"/>
        </w:rPr>
        <w:br/>
      </w:r>
      <w:r>
        <w:rPr>
          <w:lang w:eastAsia="zh-CN"/>
        </w:rPr>
        <w:t>　　（3）.我的学习成绩一直不是很稳定，一会好好，一会坏坏，一会儿对这个十分用心，一会儿又对那项科目十分喜爱，总而言之，我的成绩总是像坡路，一会儿陡一会儿又是下坡。</w:t>
      </w:r>
      <w:r>
        <w:rPr>
          <w:lang w:eastAsia="zh-CN"/>
        </w:rPr>
        <w:br/>
      </w:r>
      <w:r>
        <w:rPr>
          <w:lang w:eastAsia="zh-CN"/>
        </w:rPr>
        <w:t>　　本学期将要结束，我的工作也快要结束了，以上就是我本学期的总体工作总结及个人反思，若有何不足之处，望老师同学们多多提醒，我也会时时刻刻警戒自己要查漏补缺，对工作要好好完成。相信我吧！在接下来两个月的休息段，我一定会好好的取长补短，让我成为你们心目中真正组织能力强、学习态度好、工作态度好、品学兼优的好学生、好班干部、好副班长吧!</w:t>
      </w:r>
      <w:r>
        <w:rPr>
          <w:lang w:eastAsia="zh-CN"/>
        </w:rPr>
        <w:br/>
      </w:r>
      <w:r>
        <w:rPr>
          <w:lang w:eastAsia="zh-CN"/>
        </w:rPr>
        <w:t xml:space="preserve">    班干部工作总结范文 篇9 </w:t>
      </w:r>
      <w:r>
        <w:rPr>
          <w:lang w:eastAsia="zh-CN"/>
        </w:rPr>
        <w:br/>
      </w:r>
      <w:r>
        <w:rPr>
          <w:lang w:eastAsia="zh-CN"/>
        </w:rPr>
        <w:t>　　工作总结范文网为您提供多种工作总结范文，实习工作总结，教学工作总结，各岗位工作总结等相关文章供您参考，希望对您的文书写作有所帮助。下面为大家提供的工作总结范文，希望大家参考。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美好的时光总是过得很快，总觉得刚走过大一的朦胧生活，大二又过去了。这样算来，在大学做班委已经俩年了，通过这俩年的锻炼，每个学期都有不同的收获，总可以学到书本上很多学不到的东西，不仅锻炼自己各方面能力，还使大学生活过得更加充实。</w:t>
      </w:r>
      <w:r>
        <w:rPr>
          <w:lang w:eastAsia="zh-CN"/>
        </w:rPr>
        <w:br/>
      </w:r>
      <w:r>
        <w:rPr>
          <w:lang w:eastAsia="zh-CN"/>
        </w:rPr>
        <w:t>　　今年，我依旧选择团支书这一岗位。通过这俩年的锻炼，不仅学会了与人沟通，而且还大大提高了办事能力。不仅要把辅导员的信息传达给班上每位同学，使班上同学能够更好更快的了解到学校的最新消息，而且还要在班上同学之间游刃有余，使班上工作更容易入手，也使班级更团结更融洽。以下就是我们班委这一个月的工作情况：</w:t>
      </w:r>
      <w:r>
        <w:rPr>
          <w:lang w:eastAsia="zh-CN"/>
        </w:rPr>
        <w:br/>
      </w:r>
      <w:r>
        <w:rPr>
          <w:lang w:eastAsia="zh-CN"/>
        </w:rPr>
        <w:t>　　在学习方面，大家的学习积极性这个月普遍的提高了，一下子都积极主动起来了，都在为精彩的大学生活奋斗着。希望大家发挥积极进取的学习精神，创造一个良好的学习环境，让大家在良好的学习氛围中互帮互学共同进步，为实现班级的和谐稳定快速发展而努力奋斗。</w:t>
      </w:r>
      <w:r>
        <w:rPr>
          <w:lang w:eastAsia="zh-CN"/>
        </w:rPr>
        <w:br/>
      </w:r>
      <w:r>
        <w:rPr>
          <w:lang w:eastAsia="zh-CN"/>
        </w:rPr>
        <w:t>　　在工作方面，特别是活动方面，鼓励同学们积极参加系里以及院里的各种活动和比赛，同时丰富同学们的课余生活，而且还可以成为同学们互相了解的纽带。我们还开展了多次有意义的主题班会活动，加强同学们之间的交流和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生活方面，我们班委会成员会积极主动的去关心和帮助遇到困难的同学，作为班上的团支书，大家的生活状态以及思想动态都是我工作的一个重点和中心，这学期我会更加主动的到各个宿舍去了解大家的动态，尽自己最大的努力去帮助遇到困难的同学。</w:t>
      </w:r>
      <w:r>
        <w:rPr>
          <w:lang w:eastAsia="zh-CN"/>
        </w:rPr>
        <w:br/>
      </w:r>
      <w:r>
        <w:rPr>
          <w:lang w:eastAsia="zh-CN"/>
        </w:rPr>
        <w:t>　　在班风建设这一块，我班继续坚持以“团结，勤奋，创新，进取”为班风，不断建设并完善活动及各项制度。我们的目标是把班级建设成为我们温馨的家，让同学们生活在一个温暖的，和谐的环境中，这样更有利于大家的学习。</w:t>
      </w:r>
      <w:r>
        <w:rPr>
          <w:lang w:eastAsia="zh-CN"/>
        </w:rPr>
        <w:br/>
      </w:r>
      <w:r>
        <w:rPr>
          <w:lang w:eastAsia="zh-CN"/>
        </w:rPr>
        <w:t>　　我自认为一直以来我都很爱我的班集体，但之前从来没有过像现在这么强烈的主人公的感觉，说真的我真的怕自己做不好，带不好头然后愧对这个班，愧对我们同学。这除了我的个人因素外，我认为跟同学们的积极性也有关，有时同学们对班集体的活动不是很热情，每到这时作为班干的我会感到很失败，因为没有组织好大家，同时也很心酸。</w:t>
      </w:r>
      <w:r>
        <w:rPr>
          <w:lang w:eastAsia="zh-CN"/>
        </w:rPr>
        <w:br/>
      </w:r>
      <w:r>
        <w:rPr>
          <w:lang w:eastAsia="zh-CN"/>
        </w:rPr>
        <w:t>　　对于我的团支书工作，也还存在很多不足的地方。首先，花在团支书工作上的时间还是不够多，因为我除了班上的这个职务外，还加入了学校的协会和社团，同时我还报了培训班。现在的我虽然每天都很充实，但是却不踏实，虽然我已经很尽力了，但还是伴随着后悔。经过一个月的工作，其中发现我们的优点同时我们不足的地方也表现了出来，但我坚信下个月我们班委会在原有的基础上更上一层楼，其中不足的地方也会尽快努力的去改正，相信626数学班在各位班委的共同努力下会越来越好。</w:t>
      </w:r>
      <w:r>
        <w:rPr>
          <w:lang w:eastAsia="zh-CN"/>
        </w:rPr>
        <w:br/>
      </w:r>
      <w:r>
        <w:rPr>
          <w:lang w:eastAsia="zh-CN"/>
        </w:rPr>
        <w:t xml:space="preserve">    班干部工作总结范文 篇10 </w:t>
      </w:r>
      <w:r>
        <w:rPr>
          <w:lang w:eastAsia="zh-CN"/>
        </w:rPr>
        <w:br/>
      </w:r>
      <w:r>
        <w:rPr>
          <w:lang w:eastAsia="zh-CN"/>
        </w:rPr>
        <w:t>　　刚进入中学的我们，似乎对这一切还不是很了解，但是在这学期中，担任班长的我，其实感触还是挺多的。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作为班长，很多时候是要做决定的，这和我以往的做事可是完全不同的。有时候就会觉得很不习惯，但是既然已经决定承担责任了，就应该认真的做好每一件事。</w:t>
      </w:r>
      <w:r>
        <w:rPr>
          <w:lang w:eastAsia="zh-CN"/>
        </w:rPr>
        <w:br/>
      </w:r>
      <w:r>
        <w:rPr>
          <w:lang w:eastAsia="zh-CN"/>
        </w:rPr>
        <w:t>　　在这个学期里，我认为我们班干部的工作做得还是不够到位，在工作中，可能还是不习惯吧，总喜欢依赖老师。我知道这一点是不太好的，但是我们真的很难接受。就像“举行班干部例会”吧，我们班干部例行会议开展的不是很多，总共才3次，还是在老师的催促之下才开始这么做的。这样就显得工作很被动，这很明显就是我的责任。如果我可以更早的开展会议，那么可能很多班级的常规事务就不会没有人做的了。</w:t>
      </w:r>
      <w:r>
        <w:rPr>
          <w:lang w:eastAsia="zh-CN"/>
        </w:rPr>
        <w:br/>
      </w:r>
      <w:r>
        <w:rPr>
          <w:lang w:eastAsia="zh-CN"/>
        </w:rPr>
        <w:t>　　其次，我觉得通过这一学期的工作，我也积累了一些学习的经验，更让我明白了团结的含义。“团结就是力量”，这句话是很普通的，但是却蕴含了无穷的真理。唯一我认为做的比较好的就是我们没有在轻易就能得分的地方失误，那就是表格的上交。很多时候其实互相之间只要多一个提醒，那么就不会出现失误。</w:t>
      </w:r>
      <w:r>
        <w:rPr>
          <w:lang w:eastAsia="zh-CN"/>
        </w:rPr>
        <w:br/>
      </w:r>
      <w:r>
        <w:rPr>
          <w:lang w:eastAsia="zh-CN"/>
        </w:rPr>
        <w:t>　　下学期，我们还有机会当班干部，一定会在最后的时间里改正不足，发扬优点，做的更好！</w:t>
      </w:r>
      <w:r>
        <w:rPr>
          <w:lang w:eastAsia="zh-CN"/>
        </w:rPr>
        <w:br/>
      </w:r>
      <w:r>
        <w:rPr>
          <w:lang w:eastAsia="zh-CN"/>
        </w:rPr>
        <w:t xml:space="preserve">    班干部工作总结范文 篇11 </w:t>
      </w:r>
      <w:r>
        <w:rPr>
          <w:lang w:eastAsia="zh-CN"/>
        </w:rPr>
        <w:br/>
      </w:r>
      <w:r>
        <w:rPr>
          <w:lang w:eastAsia="zh-CN"/>
        </w:rPr>
        <w:t>　　大学的第一个学期过去了，从担任班级联络员到班长的竞选再到此刻的寒假，似乎那一切只是昨日的事情。担任班级班长让我学会处理很多事情，但也曾碰到很多的困难。虽然最后都慢慢的解决了一些，但是仍然留有遗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竞选班长时，我想为班级做一些事情，也想锻炼自己。并且还承诺会帮大家做我们班的成长记录。这一些在这个学期都做到了，但是并没有做的完美，存在很多漏洞。</w:t>
      </w:r>
      <w:r>
        <w:rPr>
          <w:lang w:eastAsia="zh-CN"/>
        </w:rPr>
        <w:br/>
      </w:r>
      <w:r>
        <w:rPr>
          <w:lang w:eastAsia="zh-CN"/>
        </w:rPr>
        <w:t>　　在担任班长期间，首先要获得大家的信任，所以人际关系的处理成了一个重要的环节。这方面我还能较好的处理。</w:t>
      </w:r>
      <w:r>
        <w:rPr>
          <w:lang w:eastAsia="zh-CN"/>
        </w:rPr>
        <w:br/>
      </w:r>
      <w:r>
        <w:rPr>
          <w:lang w:eastAsia="zh-CN"/>
        </w:rPr>
        <w:t>　　在组织活动时，我有时候过于情绪化或者理想化，过少的思考了班级同学的参与兴趣，还有前期的'准备和活动时间等等。之后稍稍的进行了改善，多长了个心眼，思考全面再进行，但组织潜力还需提高。</w:t>
      </w:r>
      <w:r>
        <w:rPr>
          <w:lang w:eastAsia="zh-CN"/>
        </w:rPr>
        <w:br/>
      </w:r>
      <w:r>
        <w:rPr>
          <w:lang w:eastAsia="zh-CN"/>
        </w:rPr>
        <w:t>　　作为班长要进行班委任务的分配，这个问题便很沉重，毕竟当班委各司其职的时候，有时候很难让其他班委(指的是职责不是那方面的)介入，但是在考试来临时，学委的工作过重，还有活动多时，组织委员和团支书的事情繁重等等。在这个学期里，分配任务时，我会让班委互相帮忙，当任务繁重的时候向我提出，我再进行分配。有段时间，我让班委将自己的任务写在任务，再分配，但效果不好。所以暂时只能在班委会时进行搭档分配。班委在工作上都很尽职，同学的信任度也在慢慢提升。</w:t>
      </w:r>
      <w:r>
        <w:rPr>
          <w:lang w:eastAsia="zh-CN"/>
        </w:rPr>
        <w:br/>
      </w:r>
      <w:r>
        <w:rPr>
          <w:lang w:eastAsia="zh-CN"/>
        </w:rPr>
        <w:t>　　同学对班级管理上有自己的推荐和意见。开始时没有及时的了解和处理，之后辅导员助理推荐使用班级意见簿，效果很好，让我能够明白同学的不满和误解在哪里。并且对其进行解释和改善。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同学之间较陌生，在这个学期由于不是像高中固定教室，导致同学之间沟通较少，在几次活动下来同学们互相熟络，但团结度有待提升</w:t>
      </w:r>
      <w:r>
        <w:rPr>
          <w:lang w:eastAsia="zh-CN"/>
        </w:rPr>
        <w:br/>
      </w:r>
      <w:r>
        <w:rPr>
          <w:lang w:eastAsia="zh-CN"/>
        </w:rPr>
        <w:t>　　经过这个学期，担任班长中所暴露出来的问题有</w:t>
      </w:r>
      <w:r>
        <w:rPr>
          <w:lang w:eastAsia="zh-CN"/>
        </w:rPr>
        <w:br/>
      </w:r>
      <w:r>
        <w:rPr>
          <w:lang w:eastAsia="zh-CN"/>
        </w:rPr>
        <w:t>　　个人</w:t>
      </w:r>
      <w:r>
        <w:rPr>
          <w:lang w:eastAsia="zh-CN"/>
        </w:rPr>
        <w:br/>
      </w:r>
      <w:r>
        <w:rPr>
          <w:lang w:eastAsia="zh-CN"/>
        </w:rPr>
        <w:t>　　1.事情安排上不完善。易拖泥带水</w:t>
      </w:r>
      <w:r>
        <w:rPr>
          <w:lang w:eastAsia="zh-CN"/>
        </w:rPr>
        <w:br/>
      </w:r>
      <w:r>
        <w:rPr>
          <w:lang w:eastAsia="zh-CN"/>
        </w:rPr>
        <w:t>　　2.在本学期后半段对个人的要求松懈。</w:t>
      </w:r>
      <w:r>
        <w:rPr>
          <w:lang w:eastAsia="zh-CN"/>
        </w:rPr>
        <w:br/>
      </w:r>
      <w:r>
        <w:rPr>
          <w:lang w:eastAsia="zh-CN"/>
        </w:rPr>
        <w:t>　　班级里</w:t>
      </w:r>
      <w:r>
        <w:rPr>
          <w:lang w:eastAsia="zh-CN"/>
        </w:rPr>
        <w:br/>
      </w:r>
      <w:r>
        <w:rPr>
          <w:lang w:eastAsia="zh-CN"/>
        </w:rPr>
        <w:t>　　1.同学参与活动的用心性不高，配合度尚可。</w:t>
      </w:r>
      <w:r>
        <w:rPr>
          <w:lang w:eastAsia="zh-CN"/>
        </w:rPr>
        <w:br/>
      </w:r>
      <w:r>
        <w:rPr>
          <w:lang w:eastAsia="zh-CN"/>
        </w:rPr>
        <w:t>　　2.所办的活动形式较为单一，也较少</w:t>
      </w:r>
      <w:r>
        <w:rPr>
          <w:lang w:eastAsia="zh-CN"/>
        </w:rPr>
        <w:br/>
      </w:r>
      <w:r>
        <w:rPr>
          <w:lang w:eastAsia="zh-CN"/>
        </w:rPr>
        <w:t>　　3.班委开展工作有时得到同学的配合度不高</w:t>
      </w:r>
      <w:r>
        <w:rPr>
          <w:lang w:eastAsia="zh-CN"/>
        </w:rPr>
        <w:br/>
      </w:r>
      <w:r>
        <w:rPr>
          <w:lang w:eastAsia="zh-CN"/>
        </w:rPr>
        <w:t>　　下一个学期的工作中，我会努力去克服这些问题。尤其在班级活动组织上提升同学们用心性，并且增加同学之间的沟通交流。</w:t>
      </w:r>
      <w:r>
        <w:rPr>
          <w:lang w:eastAsia="zh-CN"/>
        </w:rPr>
        <w:br/>
      </w:r>
      <w:r>
        <w:rPr>
          <w:lang w:eastAsia="zh-CN"/>
        </w:rPr>
        <w:t xml:space="preserve">    班干部工作总结范文 篇12 </w:t>
      </w:r>
      <w:r>
        <w:rPr>
          <w:lang w:eastAsia="zh-CN"/>
        </w:rPr>
        <w:br/>
      </w:r>
      <w:r>
        <w:rPr>
          <w:lang w:eastAsia="zh-CN"/>
        </w:rPr>
        <w:t>　　不知不觉，转眼间一个学期过去了.此时此时，感触许多.说实话，透过了一个学期的锻炼，我觉得自己已经根本可以胜任学习委员的作业.学习委员相对其他班委来讲作业或许多了一点，并且一般事情琐碎，并不像班长团支书那样负责一个总的统筹与协调.但学委又是至关重要的一个职位，他是衔接教师与学生之间的一个桥梁，我的主要任务就是处理好班内同学的有关学习业务，以此削减同学们的挂科率.因而，我也觉的学委真的不好干，尤其是到了此时期末，真的很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起初当听到选我为学习委员时我真的没有想到，学习委员很重要的一条就是心要细，身要正.我当时也很清楚如果当了学委它能带给我何种改变.因而，我便透过各种途径了解学委该做什么，该怎样做才能做.上网去了解，问前任学委魏思卉，与其他班的学委去沟通沟通，学习他们怎么做的等等.也正因为这样，我一开始就有了有必要了解和信心来干好学委的作业.之后，我便又透过各种途径搜集同学们的生活学习情况，对班内的同学们的学习情况有了一个大致的了解.我随后又与各科任的教师沟通，了解他们对咱们的各种期望和要求，及时反思自己的作业.</w:t>
      </w:r>
      <w:r>
        <w:rPr>
          <w:lang w:eastAsia="zh-CN"/>
        </w:rPr>
        <w:br/>
      </w:r>
      <w:r>
        <w:rPr>
          <w:lang w:eastAsia="zh-CN"/>
        </w:rPr>
        <w:t>　　上一年，是魏思卉当学委，她比较严峻，因而咱们班上一年的成果考得十分的好.我们也都很高兴.但咱们班也有不足，我看了一下成果，上一年咱们班的分数在很大有必要程度上也与教师对咱们班的喜爱有关.我不明白本年咱们班的成果会怎样，我经常看《文理青年》上的那些优异班级，同样是大学生，同样在一个学校，但说句实话，我总感觉咱们班此时班级之间气氛并不是不是很好，班内或许也有各种琐碎的矛盾；我觉得这都是影响咱们成果的一个绊脚石.咱们班尽管组织了一系列的班级大众活动，来提高班级的凝聚力，加强沟通，增进感情.如:与英汉复语班举行联谊会；搞各种各样的团组织生活，生日会，我觉得影响力甚微，收益和成效都不大.因而在有必要程度上讲咱们班心并不是太齐，大众荣誉感也不行强.因而开班委会咱们我们也都聚在一齐商量该怎么来改变，因为说句实话这也是影响成果的一个很大的因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咱们班的同学性格都很外向，许多教师也很喜爱，我觉得这是一个好事，因而我准备弄一到两个传媒兴趣小组，以此来带动班内的气氛.许多的课程到目前为止许多同学都不太喜爱，学习用心性也就不高了.尽管是大学，但我觉得关于部分同学，仍是需求透过有必要的方法去进行引导的.因而我正在谋划兴趣小组这件事，让我们都能从中找到找的适合自己的事情，使自己酷爱学习，这样，许多的.问题也都方便的解决了.许多同学其实并不是真正的喜爱编导这个专业，或许各有所目的，比如我就不是，我期望自己能成为一个高中的语文教师.因而说我也正在想办法让每个人对自己的未来想做的行当有所准备，这样也算是尽了我这个学委的一点职责.</w:t>
      </w:r>
      <w:r>
        <w:rPr>
          <w:lang w:eastAsia="zh-CN"/>
        </w:rPr>
        <w:br/>
      </w:r>
      <w:r>
        <w:rPr>
          <w:lang w:eastAsia="zh-CN"/>
        </w:rPr>
        <w:t>　　这一个学期自己收获真的不小，也很繁忙，有时真的都不明白在繁忙什么.学委这个职位真的很难，很难能做到完美，很不好做.因而我心里也一向绷着一根弦，生怕自己干的不好耽误了我们，影响了教师的教学进度.一个学期很快，在不知不觉中就这么过去了.我通过反思，说实话有许多的作业没有做好，许多的作业想法没有有力的去执行.期望自己能在下学期干得更好吧！咱们班这学期开了三次班委会，尽管次数不多，但我觉得每次都效率很高.当然，一个班内的联合首要的就是班委的联合.说实在的，感谢班长及其他班委对我作业的支撑，我想咱们班委之间只要相互配合，协作，构成一致的阵线.同学之间相互信任，相互帮助.那这个班级将会越来越好.</w:t>
      </w:r>
      <w:r>
        <w:rPr>
          <w:lang w:eastAsia="zh-CN"/>
        </w:rPr>
        <w:br/>
      </w:r>
      <w:r>
        <w:rPr>
          <w:lang w:eastAsia="zh-CN"/>
        </w:rPr>
        <w:t xml:space="preserve">    班干部工作总结范文 篇13 </w:t>
      </w:r>
      <w:r>
        <w:rPr>
          <w:lang w:eastAsia="zh-CN"/>
        </w:rPr>
        <w:br/>
      </w:r>
    </w:p>
    <w:p w:rsidR="001B1F19" w14:textId="27C3F48A">
      <w:pPr>
        <w:rPr>
          <w:rFonts w:hint="eastAsia"/>
          <w:lang w:eastAsia="zh-CN"/>
        </w:rPr>
      </w:pPr>
      <w:r>
        <w:rPr>
          <w:lang w:eastAsia="zh-CN"/>
        </w:rPr>
        <w:t>　　一个学期结束了，初一（4）班的全体学生在学习方面、生活自理能力方面、品德方面和语言行为方面都有明显的进步。作为一个普通班，在期中考试中有两人进入前一百名，一人进入前三十名，而且被评为德育先进班级一次，后期优等生越来越多。下面将我在本学期的工作如下：</w:t>
      </w:r>
      <w:r>
        <w:rPr>
          <w:lang w:eastAsia="zh-CN"/>
        </w:rPr>
        <w:br/>
      </w:r>
      <w:r>
        <w:rPr>
          <w:lang w:eastAsia="zh-CN"/>
        </w:rPr>
        <w:t>　　注重品德教育，架设学校与家长沟通的桥梁</w:t>
      </w:r>
      <w:r>
        <w:rPr>
          <w:lang w:eastAsia="zh-CN"/>
        </w:rPr>
        <w:br/>
      </w:r>
      <w:r>
        <w:rPr>
          <w:lang w:eastAsia="zh-CN"/>
        </w:rPr>
        <w:t>　　面对初一的学生，他们还具有小学生的语言和行为习惯，时而出现打架骂人等不良现象。俗话说“先成人，后成材”，说明了品德的重要性。在实际工作中，每周要求学生自我反思，自我，班干部，班主任。同时，通过家校联系单、家长会与家长沟通。学生的生活环境是学校、家庭社会，初中生是世界观形成的关键时期，对事物的看法和处理是否有正确的观点，老师的引导尤其重要。在每周的班会上都要进行生活中和社会中的事例分析，使之明辨是非和哲理。</w:t>
      </w:r>
      <w:r>
        <w:rPr>
          <w:lang w:eastAsia="zh-CN"/>
        </w:rPr>
        <w:br/>
      </w:r>
      <w:r>
        <w:rPr>
          <w:lang w:eastAsia="zh-CN"/>
        </w:rPr>
        <w:t>　　注重调节学生</w:t>
      </w:r>
      <w:r>
        <w:rPr>
          <w:lang w:eastAsia="zh-CN"/>
        </w:rPr>
        <w:br/>
      </w:r>
      <w:r>
        <w:rPr>
          <w:lang w:eastAsia="zh-CN"/>
        </w:rPr>
        <w:t>　　很多学生受次离开家庭，离开父母，进入寄宿学校学习，什么都要靠自己去做，而且还要面对繁重的学习和竞争的压力，有些同学出现不适应以及心理失衡。我作为班主任，平时做到了注意观察学生，和他们打成一片，做他们的知心朋友，协助他们战胜各种困难。对待心理失衡的学生，做到耐心疏导，联合学生和学生干部做好协调工作。经过一个学期的努力，学生基本上走上了正常发展的轨道。</w:t>
      </w:r>
      <w:r>
        <w:rPr>
          <w:lang w:eastAsia="zh-CN"/>
        </w:rPr>
        <w:br/>
      </w:r>
      <w:r>
        <w:rPr>
          <w:lang w:eastAsia="zh-CN"/>
        </w:rPr>
        <w:t>　　提高自身修养，树立良好的教师形象</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https://d.book118.com/036125202113010044</w:t>
        </w:r>
      </w:hyperlink>
    </w:p>
    <w:p w:rsidR="001B1F19">
      <w:pPr>
        <w:rPr>
          <w:rFonts w:hint="eastAsia"/>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36125202113010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