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学生会宣传部工作计划模板（31篇）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精选学生会宣传部工作计划模板（精选31篇）</w:t>
      </w:r>
      <w:r>
        <w:rPr>
          <w:lang w:eastAsia="zh-CN"/>
        </w:rPr>
        <w:br/>
      </w:r>
      <w:r>
        <w:rPr>
          <w:lang w:eastAsia="zh-CN"/>
        </w:rPr>
        <w:t xml:space="preserve">    精选学生会宣传部工作计划模板 篇1 </w:t>
      </w:r>
      <w:r>
        <w:rPr>
          <w:lang w:eastAsia="zh-CN"/>
        </w:rPr>
        <w:br/>
      </w:r>
      <w:r>
        <w:rPr>
          <w:lang w:eastAsia="zh-CN"/>
        </w:rPr>
        <w:t>　　在过去的一年里,我校宣传部在学校指导和带领下,本着全心全意为同学们服务的宗旨,以独立自主、和谐优质为原则，以实现学生的自主管理为目标，我们的本职工作做好的同时，配合学校做好其他工作，结合我校学生的特点，积极、创新地在同学中开展各种丰富多彩的校园活动，活跃校园文化氛围;做好学校与同学们之间的桥梁和纽带，加强师生间的沟通，为构建和谐校园作出了自己的贡献。我们的工作得到了同学的肯定。所以我们宣传部应该在去年的工作基础上再进一步，将我们的工作做的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宣传部是学生会的喉舌，也是学生会的一个门面，它负责全院各种活动的宣传，通过各种宣传渠道，传递系团委、学生会工作信息，并根据形式需要，对学生进行有效的思想教育。其主要工作就是及时有效地把系团委和学生会的信息传达出去，让广大同学尽快知晓，并且定期制作主题鲜明、形式多样的宣传板报、反映全院师生的精神面貌和学生学习生活情况;同时作为学生会的一个部门，它还负有组织各项校园文化活动，增进校园文化交流，丰富校园文化生活的职责。并且要求协助其他部处作好各项活动的宣传，充当鼓号手和开路先锋的角色。</w:t>
      </w:r>
      <w:r>
        <w:rPr>
          <w:lang w:eastAsia="zh-CN"/>
        </w:rPr>
        <w:br/>
      </w:r>
      <w:r>
        <w:rPr>
          <w:lang w:eastAsia="zh-CN"/>
        </w:rPr>
        <w:t>　　新的一年开始了，校学生会的各项工作已经紧锣密鼓的展开,我们宣传部也将饱满的精神面貌做好新学期的部门工作，在上学期，我学系宣传部全体干部、干事相互协作，积极配合，最终使我部门各项工作及活动顺利开展并取得相应效果，完成了计划任务。但我们自身的宣传工作也存在着一定缺陷，为了吸取在以往工作中经验教训，展现一个优秀部门的实干精神，为更好地开展20__年下半年学生会宣传部的各项工作，真正做到有计划、有步骤的进行各项工作，同时使我们的工作做出特色和成效，作为新一届的宣传部部长,更是深感肩上责任之重。我们对新学期的工作主要划分为两个大部分：加强部门自身建设和加强本部门与其他部门的交往。针对学生会提出的 “团结、严谨、求实、创新”的工作理念，我部作出了学生会宣传部新学期的工作计划。内容如下：</w:t>
      </w:r>
      <w:r>
        <w:rPr>
          <w:lang w:eastAsia="zh-CN"/>
        </w:rPr>
        <w:br/>
      </w:r>
      <w:r>
        <w:rPr>
          <w:lang w:eastAsia="zh-CN"/>
        </w:rPr>
        <w:t>　　一、工作目标：</w:t>
      </w:r>
      <w:r>
        <w:rPr>
          <w:lang w:eastAsia="zh-CN"/>
        </w:rPr>
        <w:br/>
      </w:r>
      <w:r>
        <w:rPr>
          <w:lang w:eastAsia="zh-CN"/>
        </w:rPr>
        <w:t>　　1. 加强宣传部的纽带作用，积极配合个方面的工作。加强各部门的联系，积极主动的行使宣传职能，为我校学生会的宣传工作再添亮点;</w:t>
      </w:r>
      <w:r>
        <w:rPr>
          <w:lang w:eastAsia="zh-CN"/>
        </w:rPr>
        <w:br/>
      </w:r>
      <w:r>
        <w:rPr>
          <w:lang w:eastAsia="zh-CN"/>
        </w:rPr>
        <w:t>　　2. 积极挖掘和培养宣传人才，为我校宣传工作注入更多新鲜血液;</w:t>
      </w:r>
      <w:r>
        <w:rPr>
          <w:lang w:eastAsia="zh-CN"/>
        </w:rPr>
        <w:br/>
      </w:r>
      <w:r>
        <w:rPr>
          <w:lang w:eastAsia="zh-CN"/>
        </w:rPr>
        <w:t>　　3. 充分利用好展板和橱窗栏，做好院会活动总结和宣传工作;</w:t>
      </w:r>
      <w:r>
        <w:rPr>
          <w:lang w:eastAsia="zh-CN"/>
        </w:rPr>
        <w:br/>
      </w:r>
      <w:r>
        <w:rPr>
          <w:lang w:eastAsia="zh-CN"/>
        </w:rPr>
        <w:t>　　4. 改革宣传部内部的运行机制。让每个人的能力都得以发挥，得以提高，拥有锻炼的空间;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5. 把宣传部建设成一个人性化的温暖大家庭。</w:t>
      </w:r>
      <w:r>
        <w:rPr>
          <w:lang w:eastAsia="zh-CN"/>
        </w:rPr>
        <w:br/>
      </w:r>
      <w:r>
        <w:rPr>
          <w:lang w:eastAsia="zh-CN"/>
        </w:rPr>
        <w:t>　　二、加强部门自身建设和部门间的交流：</w:t>
      </w:r>
      <w:r>
        <w:rPr>
          <w:lang w:eastAsia="zh-CN"/>
        </w:rPr>
        <w:br/>
      </w:r>
      <w:r>
        <w:rPr>
          <w:lang w:eastAsia="zh-CN"/>
        </w:rPr>
        <w:t>　　1.进一步完善部门内部的规章制度，提高工作成员的工作积极性，提高工作质量。</w:t>
      </w:r>
      <w:r>
        <w:rPr>
          <w:lang w:eastAsia="zh-CN"/>
        </w:rPr>
        <w:br/>
      </w:r>
      <w:r>
        <w:rPr>
          <w:lang w:eastAsia="zh-CN"/>
        </w:rPr>
        <w:t>　　2.细化部门内的工作记录，详细记录每位干事在任职期间所做的工作事迹，并将添加部内的会议记录。</w:t>
      </w:r>
      <w:r>
        <w:rPr>
          <w:lang w:eastAsia="zh-CN"/>
        </w:rPr>
        <w:br/>
      </w:r>
      <w:r>
        <w:rPr>
          <w:lang w:eastAsia="zh-CN"/>
        </w:rPr>
        <w:t>　　3.节约经费开支，为保证此项工作开展，每次海报幕布等打印所出经费均采取透明制度，以收据为证。</w:t>
      </w:r>
      <w:r>
        <w:rPr>
          <w:lang w:eastAsia="zh-CN"/>
        </w:rPr>
        <w:br/>
      </w:r>
      <w:r>
        <w:rPr>
          <w:lang w:eastAsia="zh-CN"/>
        </w:rPr>
        <w:t>　　4.鼓励部门成员与其他部门成员交往，及时了解其他部门信息，把工作状态由原来的被动转为主动，协助其他部门工作的完成，以更好的起到宣传作用。</w:t>
      </w:r>
      <w:r>
        <w:rPr>
          <w:lang w:eastAsia="zh-CN"/>
        </w:rPr>
        <w:br/>
      </w:r>
      <w:r>
        <w:rPr>
          <w:lang w:eastAsia="zh-CN"/>
        </w:rPr>
        <w:t>　　5. 尽可能的美化校园的宣传环境，增强宣传部的宣传力度。</w:t>
      </w:r>
      <w:r>
        <w:rPr>
          <w:lang w:eastAsia="zh-CN"/>
        </w:rPr>
        <w:br/>
      </w:r>
      <w:r>
        <w:rPr>
          <w:lang w:eastAsia="zh-CN"/>
        </w:rPr>
        <w:t>　　6、部长例会每周与各部碰头，了解他们的工作计划和动态。部内每周举行一次例会，安排下周工作和总结工作情况;</w:t>
      </w:r>
      <w:r>
        <w:rPr>
          <w:lang w:eastAsia="zh-CN"/>
        </w:rPr>
        <w:br/>
      </w:r>
      <w:r>
        <w:rPr>
          <w:lang w:eastAsia="zh-CN"/>
        </w:rPr>
        <w:t>　　7、积极主动开展校园文化活动，丰富校园文化内涵，并配合各部处活动，积极进行宣传;</w:t>
      </w:r>
      <w:r>
        <w:rPr>
          <w:lang w:eastAsia="zh-CN"/>
        </w:rPr>
        <w:br/>
      </w:r>
      <w:r>
        <w:rPr>
          <w:lang w:eastAsia="zh-CN"/>
        </w:rPr>
        <w:t>　　8、每次活动后详细的记载工作情况，同时详细记载材料使用情况;</w:t>
      </w:r>
      <w:r>
        <w:rPr>
          <w:lang w:eastAsia="zh-CN"/>
        </w:rPr>
        <w:br/>
      </w:r>
      <w:r>
        <w:rPr>
          <w:lang w:eastAsia="zh-CN"/>
        </w:rPr>
        <w:t>　　9、将工作主力转向大一干事，逐渐锻炼干事们独立工作的能力。</w:t>
      </w:r>
      <w:r>
        <w:rPr>
          <w:lang w:eastAsia="zh-CN"/>
        </w:rPr>
        <w:br/>
      </w:r>
      <w:r>
        <w:rPr>
          <w:lang w:eastAsia="zh-CN"/>
        </w:rPr>
        <w:t>　　10、每次大型活动后，或者至少每个月都必须将院里参加活动的情况加以总结，以照片和图文的形式备案并在橱窗里张贴;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11、部长、副部平时要热心关心干事，在学习和生活上予以帮助。</w:t>
      </w:r>
      <w:r>
        <w:rPr>
          <w:lang w:eastAsia="zh-CN"/>
        </w:rPr>
        <w:br/>
      </w:r>
      <w:r>
        <w:rPr>
          <w:lang w:eastAsia="zh-CN"/>
        </w:rPr>
        <w:t>　　三、工作重点：</w:t>
      </w:r>
      <w:r>
        <w:rPr>
          <w:lang w:eastAsia="zh-CN"/>
        </w:rPr>
        <w:br/>
      </w:r>
      <w:r>
        <w:rPr>
          <w:lang w:eastAsia="zh-CN"/>
        </w:rPr>
        <w:t>　　首先，海报、喷绘、通讯稿的宣传是我们宣传部的主要阵地，也是同学们获得信息的重要渠道，其宣传的力量和效果不言而喻，我部会发挥好学校的喉舌作用，为学校即将开展的系迎新晚会，百科知识竞赛等活动做好宣传工作。我们可在原有工作习惯上，锐意创新，时刻保持宣传形式的多样化新颖化。校园内单一的常规宣传模式已经在某些程度上给大家造成了视觉疲劳，如何在宣传方式上创新，将成为决定宣传效果好坏的重要因素。因此，宣传部将开拓更多的宣传途径，或是改良传单、海报的版面来吸引同学们对于活动信息的关注。此外，往日的宣传工作，每每将重点放在前期宣传上，因而也就忽略了在活动举办后的后续报道。后期宣传不仅是面向大众的重要一笔，更是组织对于活动的一次总结。</w:t>
      </w:r>
      <w:r>
        <w:rPr>
          <w:lang w:eastAsia="zh-CN"/>
        </w:rPr>
        <w:br/>
      </w:r>
      <w:r>
        <w:rPr>
          <w:lang w:eastAsia="zh-CN"/>
        </w:rPr>
        <w:t>　　其次，达到海报，喷绘、通讯稿宣传的结合。使宣传的效果最大化。宣传不仅是一个部门的工作，做好宣传需要每个部门的协调配合。活动前，我部会积极与主管部门做好相关的沟通，包括横幅、海报，制作要求，活动现场的摄影需求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再次，加强新进成员的培训，以老带新，注意新老交替的适应过程，努力使各部员在工作中积极主动，充分发挥自己的主观能动性，讲求创新。宣传部的工作任务在学生会各部中是相对比较繁忙的.我们将会在指定时间内完成学生会及各部委托的任务,做好各项活动的宣传工作。完善宣传部自身的建设,把宣传部建设成一个团结积极向上的整体.宣传部各个成员将在工作中努力提高自身素质,并积极主动的工作,丰富宣传形式,在工作中推陈出新,不断提高自己。</w:t>
      </w:r>
      <w:r>
        <w:rPr>
          <w:lang w:eastAsia="zh-CN"/>
        </w:rPr>
        <w:br/>
      </w:r>
      <w:r>
        <w:rPr>
          <w:lang w:eastAsia="zh-CN"/>
        </w:rPr>
        <w:t>　　最后，利用宣传部作为学生会宣传部和同学们之间的纽带，利用他们把我们的信息带给大众，把我们的工作开展的更彻底。使同学们能了解最新活动信息的同时，也通过他们把同学们的心声反馈给我们。做到上情下达，下情上达，使我们的宣传工作能更有目的性的开展。</w:t>
      </w:r>
      <w:r>
        <w:rPr>
          <w:lang w:eastAsia="zh-CN"/>
        </w:rPr>
        <w:br/>
      </w:r>
      <w:r>
        <w:rPr>
          <w:lang w:eastAsia="zh-CN"/>
        </w:rPr>
        <w:t>　　这里需要着重提出的是:我部将积极的配合其它部的工作,团结各部以及各成员去应对本学期即将到来的挑战. 在今后的工作中,要尽职尽则,要尽心尽力,要以饱满的热情,要以端正的态度去做好每一件工作.争取使宣传部的工作取得更好的效果,在新的一学年内有大的进步,争做优秀,为创建优秀的部门做出我们自己应有的努力。我相信，只要学生会宣传部能够上下同心，共同努力，在各部门的协助下，在老师的指导和帮助下，宣传部会越5走越远，越走越好。</w:t>
      </w:r>
      <w:r>
        <w:rPr>
          <w:lang w:eastAsia="zh-CN"/>
        </w:rPr>
        <w:br/>
      </w:r>
      <w:r>
        <w:rPr>
          <w:lang w:eastAsia="zh-CN"/>
        </w:rPr>
        <w:t>　　大学生活的几年里，是我们人生最美好的时刻，这一段时光你一定不要错过，因为这一段时光真的是很值得珍惜和记忆。这里有你可爱的同学，幽默的教师，繁华的城市和旷达的校园，真的是很值得回味。</w:t>
      </w:r>
      <w:r>
        <w:rPr>
          <w:lang w:eastAsia="zh-CN"/>
        </w:rPr>
        <w:br/>
      </w:r>
      <w:r>
        <w:rPr>
          <w:lang w:eastAsia="zh-CN"/>
        </w:rPr>
        <w:t xml:space="preserve">    精选学生会宣传部工作计划模板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20__年春季学期工作计划新的学期已经开始，新的挑战也即将到来。在新的学期里，我将总结上学期的工作经验，继续我在医学院团委学生会宣传部里的工作和学习，以下是我对自己在新的工作日里的要求和工作计划：</w:t>
      </w:r>
      <w:r>
        <w:rPr>
          <w:lang w:eastAsia="zh-CN"/>
        </w:rPr>
        <w:br/>
      </w:r>
      <w:r>
        <w:rPr>
          <w:lang w:eastAsia="zh-CN"/>
        </w:rPr>
        <w:t>　　1、端正工作态度，发挥自己在部门里的作用，认真高效并且尽可能提前完成自己的任务。既然已经决定要好好的继续呆在宣传部这个大家庭，就要尽到自己的职责，对得起自己的岗位。</w:t>
      </w:r>
      <w:r>
        <w:rPr>
          <w:lang w:eastAsia="zh-CN"/>
        </w:rPr>
        <w:br/>
      </w:r>
      <w:r>
        <w:rPr>
          <w:lang w:eastAsia="zh-CN"/>
        </w:rPr>
        <w:t>　　2、与宣传部的小伙伴们和谐相处，多多交流自己的想法，多多听取别人的意见和建议，和新来的小伙伴和谐相处。呆在宣传部是锻炼自己团队协作的好机会，特别是在画板子的时候，更加体现出团队协作的重要性。</w:t>
      </w:r>
      <w:r>
        <w:rPr>
          <w:lang w:eastAsia="zh-CN"/>
        </w:rPr>
        <w:br/>
      </w:r>
      <w:r>
        <w:rPr>
          <w:lang w:eastAsia="zh-CN"/>
        </w:rPr>
        <w:t>　　3、发挥自己的创意，争取给部门组织的活动更多有用的建议，同部门里的每个人把部门建设的更好，让咱们宣传部在学生会中能够有更加深远的影响。在其他部门需要我的时候我会更加认真的工作，为宣传部给其他兄弟部门留下好的印象。</w:t>
      </w:r>
      <w:r>
        <w:rPr>
          <w:lang w:eastAsia="zh-CN"/>
        </w:rPr>
        <w:br/>
      </w:r>
      <w:r>
        <w:rPr>
          <w:lang w:eastAsia="zh-CN"/>
        </w:rPr>
        <w:t>　　4、在这学期新增的每周制负责人活动中很好地完成自己的工作，并利用这次机会进行每周总结，在每周例会的工作总结中也可以增加自己的上台经验以及对语言的组织表达能力。</w:t>
      </w:r>
      <w:r>
        <w:rPr>
          <w:lang w:eastAsia="zh-CN"/>
        </w:rPr>
        <w:br/>
      </w:r>
      <w:r>
        <w:rPr>
          <w:lang w:eastAsia="zh-CN"/>
        </w:rPr>
        <w:t xml:space="preserve">    精选学生会宣传部工作计划模板 篇3 </w:t>
      </w:r>
      <w:r>
        <w:rPr>
          <w:lang w:eastAsia="zh-CN"/>
        </w:rPr>
        <w:br/>
      </w:r>
      <w:r>
        <w:rPr>
          <w:lang w:eastAsia="zh-CN"/>
        </w:rPr>
        <w:t>　　一、新形式的挑战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宣传部，由于其工作的性质，本身就决定了这是一项重要但完成起来特别是出色地完成确实不是轻而易举的事；而今没有了秘书处，又少了新力量的融入，就显得特别困难。当然，这也不只是宣传部，也是院学生会所面临的事情。但是对于宣传部来说，这就意味着原来由十几个人共同协作的事情要由七八个人去做，原来要结合十几个人智慧结晶的方案要由七八个人去定夺，而且平心而论，我们部里的精英并不是现在留下的几个（当然也包括我），这对于一个依靠人才前进的部门来说可是万分不利的局面。</w:t>
      </w:r>
      <w:r>
        <w:rPr>
          <w:lang w:eastAsia="zh-CN"/>
        </w:rPr>
        <w:br/>
      </w:r>
      <w:r>
        <w:rPr>
          <w:lang w:eastAsia="zh-CN"/>
        </w:rPr>
        <w:t>　　二、应对措施</w:t>
      </w:r>
      <w:r>
        <w:rPr>
          <w:lang w:eastAsia="zh-CN"/>
        </w:rPr>
        <w:br/>
      </w:r>
      <w:r>
        <w:rPr>
          <w:lang w:eastAsia="zh-CN"/>
        </w:rPr>
        <w:t>　　首先，耐力的重要性是无与伦比的。面对困难，我们只有具备了坚持下去的信念，才能有战胜困难的可能性。如果这个组织缺乏这样的人，它早就运转不下去了，同时，我也相信，留下来的同志都是非常有耐力的，能够将学生会维系下去。</w:t>
      </w:r>
      <w:r>
        <w:rPr>
          <w:lang w:eastAsia="zh-CN"/>
        </w:rPr>
        <w:br/>
      </w:r>
      <w:r>
        <w:rPr>
          <w:lang w:eastAsia="zh-CN"/>
        </w:rPr>
        <w:t>　　但注重耐心的同时，我们也不能忽略了策略。就比如说我们如何处理同副部们之间的联系上，我想应该做到两点：一是要用以前建立起来的同事关系解决各种问题，而绝不能过分依赖行政关系去强制命令。在我们铭记自己是一部之长记住自己责任的同时，我们也不能忘了，所有副部都是同我们一样经过一年努力而坚持到今天的，所以单纯的命令是绝不能解决问题的。二是我们应该在工作中建立自己的威信；就个人来说就是干各种事情我们一定要走在最前头，对于任务一定不要滥加推脱，从而使副部们能够从内心里接受；就副部来说，对他们应该采取牵制而不是压制的策略，我们要积极引导，并且不要总是整天一些鸡毛蒜皮的小事就把他们叫来，这样她们会很反感的，我想与其让她们带着抵触情绪干事，到不如“养兵千日，用兵一时”，平时一些我们自己能解决的事情就不劳烦她们了，但一有需要他们的时候，我要求她们必须要到，这样才能用最少的人解决最多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对于今年一年的活动安排，主席已经交代过让我们部将年度重要日程记下来，然而重新确定其中几件重要的活动来办，以减轻我们宣传部的负担，在这我代表本部所有人员向上级的体谅表示感谢，并且我们一定会以努力工作作为回报。</w:t>
      </w:r>
      <w:r>
        <w:rPr>
          <w:lang w:eastAsia="zh-CN"/>
        </w:rPr>
        <w:br/>
      </w:r>
      <w:r>
        <w:rPr>
          <w:lang w:eastAsia="zh-CN"/>
        </w:rPr>
        <w:t>　　另外，我会结合本部情况，以及学生会事项进程开展一些自己部里的活动，但因人力有限，我会请其他部同事予以帮助。</w:t>
      </w:r>
      <w:r>
        <w:rPr>
          <w:lang w:eastAsia="zh-CN"/>
        </w:rPr>
        <w:br/>
      </w:r>
      <w:r>
        <w:rPr>
          <w:lang w:eastAsia="zh-CN"/>
        </w:rPr>
        <w:t>　　三、活动计划及工作展望</w:t>
      </w:r>
      <w:r>
        <w:rPr>
          <w:lang w:eastAsia="zh-CN"/>
        </w:rPr>
        <w:br/>
      </w:r>
      <w:r>
        <w:rPr>
          <w:lang w:eastAsia="zh-CN"/>
        </w:rPr>
        <w:t>　　1、负责本学期的学生会各部举办活动以及所有的其它学生工作的具体时间、地点、内容的通知。</w:t>
      </w:r>
      <w:r>
        <w:rPr>
          <w:lang w:eastAsia="zh-CN"/>
        </w:rPr>
        <w:br/>
      </w:r>
      <w:r>
        <w:rPr>
          <w:lang w:eastAsia="zh-CN"/>
        </w:rPr>
        <w:t>　　2、重大节日的宣传工作。在确定具体日期后，根据需要做好文化节的对外宣传。</w:t>
      </w:r>
      <w:r>
        <w:rPr>
          <w:lang w:eastAsia="zh-CN"/>
        </w:rPr>
        <w:br/>
      </w:r>
      <w:r>
        <w:rPr>
          <w:lang w:eastAsia="zh-CN"/>
        </w:rPr>
        <w:t>　　3、在网上做好历史系重大事件的宣传工作。和网络信息部合作，及时，完整地把历史系各重要活动粘贴到网上，使同学们能了解活动的具体内容和进展过程。</w:t>
      </w:r>
      <w:r>
        <w:rPr>
          <w:lang w:eastAsia="zh-CN"/>
        </w:rPr>
        <w:br/>
      </w:r>
      <w:r>
        <w:rPr>
          <w:lang w:eastAsia="zh-CN"/>
        </w:rPr>
        <w:t>　　4、配合主席做好对外联系工作，举办一系列的题宣传活动。</w:t>
      </w:r>
      <w:r>
        <w:rPr>
          <w:lang w:eastAsia="zh-CN"/>
        </w:rPr>
        <w:br/>
      </w:r>
      <w:r>
        <w:rPr>
          <w:lang w:eastAsia="zh-CN"/>
        </w:rPr>
        <w:t>　　5、对本学期的各项宣传工作进行备案。尽量详细、完整地把宣传工作记录保存下来做好重大事件的宣传工作，和各部.院播站以及院报密切合作，全方位多层次的开展宣传工作。</w:t>
      </w:r>
      <w:r>
        <w:rPr>
          <w:lang w:eastAsia="zh-CN"/>
        </w:rPr>
        <w:br/>
      </w:r>
      <w:r>
        <w:rPr>
          <w:lang w:eastAsia="zh-CN"/>
        </w:rPr>
        <w:t>　　6、做好重大事件的宣传工作，和各部.院播站以及院报密切合作，全方位多层次的开展宣传工作。</w:t>
      </w:r>
      <w:r>
        <w:rPr>
          <w:lang w:eastAsia="zh-CN"/>
        </w:rPr>
        <w:br/>
      </w:r>
      <w:r>
        <w:rPr>
          <w:lang w:eastAsia="zh-CN"/>
        </w:rPr>
        <w:t>　　7、提高自身的工作能力和素质，在提高工作质量的同时提高工作效率，使宣传部的工作开展的更加顺利。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8、配合所有其他兄弟部门的不可预见的活动的宣传，确保我院每项学生活动的顺利开展。由于我院本学期的工作多难免会有我们宣传的冲突，所以为使宣传工作到位，希望其他部门提前通知我部，以便我部有更充分的时间去设计，创作。</w:t>
      </w:r>
      <w:r>
        <w:rPr>
          <w:lang w:eastAsia="zh-CN"/>
        </w:rPr>
        <w:br/>
      </w:r>
      <w:r>
        <w:rPr>
          <w:lang w:eastAsia="zh-CN"/>
        </w:rPr>
        <w:t>　　9、适时开展书法.板报.绘画等形式灵活的比赛，充分挖掘同学们的宣传才华，加强校园文化氛围，开发出一片新的宣传阵地。如：金秋书画展。金秋收画展是由院团委主办，院宣传部承，全校学生均可参与的文化活动。它以发掘艺术人才，丰富同学们的课外生活为宗旨，极大地调动了同学们参加活动的积极性。信息中心前橱窗文化建设。为充分利用信息中心前的橱窗，搜集一些有用的课外知识，在橱窗中展出，这对丰富同学们的知识具有重大意义。节日贺卡设计比赛。为表达对父母和老师的尊敬和感谢，在父亲节、母亲节和教师节前，在全校征集各类优秀贺卡。这不仅可以提高同学们的创新意识，还可以调起同学们对父母和老师们的感激之情，让他们自己敬一份孝心。</w:t>
      </w:r>
      <w:r>
        <w:rPr>
          <w:lang w:eastAsia="zh-CN"/>
        </w:rPr>
        <w:br/>
      </w:r>
      <w:r>
        <w:rPr>
          <w:lang w:eastAsia="zh-CN"/>
        </w:rPr>
        <w:t>　　10、保护我院宣传阵地，监督其它一些广告和其它海报恼盘？以上就是我对工作的认识、计划、展望，请领导审阅。</w:t>
      </w:r>
      <w:r>
        <w:rPr>
          <w:lang w:eastAsia="zh-CN"/>
        </w:rPr>
        <w:br/>
      </w:r>
      <w:r>
        <w:rPr>
          <w:lang w:eastAsia="zh-CN"/>
        </w:rPr>
        <w:t xml:space="preserve">    精选学生会宣传部工作计划模板 篇4 </w:t>
      </w:r>
      <w:r>
        <w:rPr>
          <w:lang w:eastAsia="zh-CN"/>
        </w:rPr>
        <w:br/>
      </w:r>
      <w:r>
        <w:rPr>
          <w:lang w:eastAsia="zh-CN"/>
        </w:rPr>
        <w:t>　　新的学期，学生会除要配合学校开展学生各项工作外，我们还要注重以下几方面的建设：</w:t>
      </w:r>
      <w:r>
        <w:rPr>
          <w:lang w:eastAsia="zh-CN"/>
        </w:rPr>
        <w:br/>
      </w:r>
      <w:r>
        <w:rPr>
          <w:lang w:eastAsia="zh-CN"/>
        </w:rPr>
        <w:t>　　1、挑选干事。要求干事参与到每次具体工作中来并对每个干事参与活动进行记录。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2、全校学风检查工作。通过学风检查来达到督促同学充分利用好晚自习时间的目的。在新学期，学风检查我想安排这方面的，招干后可以立即开展。</w:t>
      </w:r>
      <w:r>
        <w:rPr>
          <w:lang w:eastAsia="zh-CN"/>
        </w:rPr>
        <w:br/>
      </w:r>
      <w:r>
        <w:rPr>
          <w:lang w:eastAsia="zh-CN"/>
        </w:rPr>
        <w:t>　　3、社会经验交流会。我们都是刚踏出高中的，为促进大家适应社会认清一些现实，推荐有社会经验的同学进行交流。（生活中遇到形形色色的人和方方面面的事各抒己见，加在一起多了，从中多少会有所收获）</w:t>
      </w:r>
      <w:r>
        <w:rPr>
          <w:lang w:eastAsia="zh-CN"/>
        </w:rPr>
        <w:br/>
      </w:r>
      <w:r>
        <w:rPr>
          <w:lang w:eastAsia="zh-CN"/>
        </w:rPr>
        <w:t>　　4、考试。对于那些学校不强制参加的过级考试或资格考试。鼓励同学在学习本专业知识的同时，多参加些其他考试，为今后步入社会增加自身分量。这方面要联系招生考试办等，我们也不太了解各方面的考试。</w:t>
      </w:r>
      <w:r>
        <w:rPr>
          <w:lang w:eastAsia="zh-CN"/>
        </w:rPr>
        <w:br/>
      </w:r>
      <w:r>
        <w:rPr>
          <w:lang w:eastAsia="zh-CN"/>
        </w:rPr>
        <w:t>　　5、学习经验交流会。对于专业的认识和课程的学习，探讨各自的看法和认识。知识分子共享，我们的干事在一起专业有不同的，正好可以促进大家的博闻。</w:t>
      </w:r>
      <w:r>
        <w:rPr>
          <w:lang w:eastAsia="zh-CN"/>
        </w:rPr>
        <w:br/>
      </w:r>
      <w:r>
        <w:rPr>
          <w:lang w:eastAsia="zh-CN"/>
        </w:rPr>
        <w:t>　　6、专业活动。我发现同学在学习专业时根本就没有以前的那样的热情了，被一点一点的毁灭了，学院尽可能地举行一次专业情况、专业方向等介绍的活动。让同学了解到自己的专业，培养出对本专业的信心，增强学习动力。（介绍基调一定是积极的鼓励性的、因为同学本身就没信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7、后期工作。我觉得应该有着为雨绸缪的眼光，不要等到快走出校园时才来关注就业。看了电视节目“职来职往”我深刻体会到当你面对面试时就是考验你做事的圆滑。所有条件允许会组织模拟招聘会。就业指导会，应聘指导会等相关活动，起到明确学习目标，高涨学习热情的作用。</w:t>
      </w:r>
      <w:r>
        <w:rPr>
          <w:lang w:eastAsia="zh-CN"/>
        </w:rPr>
        <w:br/>
      </w:r>
      <w:r>
        <w:rPr>
          <w:lang w:eastAsia="zh-CN"/>
        </w:rPr>
        <w:t>　　8、积极配合校团委学生会及其他部门开展活动。</w:t>
      </w:r>
      <w:r>
        <w:rPr>
          <w:lang w:eastAsia="zh-CN"/>
        </w:rPr>
        <w:br/>
      </w:r>
      <w:r>
        <w:rPr>
          <w:lang w:eastAsia="zh-CN"/>
        </w:rPr>
        <w:t>　　届学生会再次注入了新的力量和风采，我们宣传部将继续发挥学校宣传主力军的作用，在学校党总支和分团委以及校学生会主席团的指导下，立足学校实际，积极对学校活动进行宣传报道。</w:t>
      </w:r>
      <w:r>
        <w:rPr>
          <w:lang w:eastAsia="zh-CN"/>
        </w:rPr>
        <w:br/>
      </w:r>
      <w:r>
        <w:rPr>
          <w:lang w:eastAsia="zh-CN"/>
        </w:rPr>
        <w:t>　　一、部门总体认知</w:t>
      </w:r>
      <w:r>
        <w:rPr>
          <w:lang w:eastAsia="zh-CN"/>
        </w:rPr>
        <w:br/>
      </w:r>
      <w:r>
        <w:rPr>
          <w:lang w:eastAsia="zh-CN"/>
        </w:rPr>
        <w:t>　　通过我个人，宣传部全部成员以及所有人对宣传部的了解，宣传部是一个学生会的重要组成部分，是一个院校宣传与舆论的重要阵地。宣传部现以临沂师范学院网站为主要的宣传方式，让外界及时了解我校的动态，让我校师生了解学校的最新资讯。作为学生会的宣传工作部门。宣传部学生会的一个门面，而作为校学生会的宣传部，它更加关系到整个学生会甚而是学校在外界的形象面貌，因此其重要性是不言而喻的。</w:t>
      </w:r>
      <w:r>
        <w:rPr>
          <w:lang w:eastAsia="zh-CN"/>
        </w:rPr>
        <w:br/>
      </w:r>
      <w:r>
        <w:rPr>
          <w:lang w:eastAsia="zh-CN"/>
        </w:rPr>
        <w:t>　　二、具体职能定位</w:t>
      </w:r>
      <w:r>
        <w:rPr>
          <w:lang w:eastAsia="zh-CN"/>
        </w:rPr>
        <w:br/>
      </w:r>
      <w:r>
        <w:rPr>
          <w:lang w:eastAsia="zh-CN"/>
        </w:rPr>
        <w:t>　　首先它有明确的任务，宣传部作为学院宣传的主力军，对于树立我校学生会的形象、营造良好的学校文化氛围有着积极的作用。其次，宣传部作为学生会众多部门中的一个，应该有效地融入到这个大的总体上来。又因为宣传部本身的功能，决定了它不仅要遵循团委及主席团的旨意，而且要配合其他部门开展各种活动。</w:t>
      </w:r>
      <w:r>
        <w:rPr>
          <w:lang w:eastAsia="zh-CN"/>
        </w:rPr>
        <w:br/>
      </w:r>
      <w:r>
        <w:rPr>
          <w:lang w:eastAsia="zh-CN"/>
        </w:rPr>
        <w:t>　　三、具体实施方案</w:t>
      </w:r>
      <w:r>
        <w:rPr>
          <w:lang w:eastAsia="zh-CN"/>
        </w:rPr>
        <w:br/>
      </w:r>
      <w:r>
        <w:rPr>
          <w:lang w:eastAsia="zh-CN"/>
        </w:rPr>
        <w:t>　　（1）打造“精英女子兵团”宣传部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a、高效稿件</w:t>
      </w:r>
      <w:r>
        <w:rPr>
          <w:lang w:eastAsia="zh-CN"/>
        </w:rPr>
        <w:br/>
      </w:r>
      <w:r>
        <w:rPr>
          <w:lang w:eastAsia="zh-CN"/>
        </w:rPr>
        <w:t>　　由于宣传部工作的特殊性与专业性，我们将高度重视文稿工作，进一步加强学校的宣传力度。因此经过宣传部各成员讨论拟定“强效稿件制度”，如下：</w:t>
      </w:r>
      <w:r>
        <w:rPr>
          <w:lang w:eastAsia="zh-CN"/>
        </w:rPr>
        <w:br/>
      </w:r>
      <w:r>
        <w:rPr>
          <w:lang w:eastAsia="zh-CN"/>
        </w:rPr>
        <w:t>　　1、 上午活动新闻稿件将在下午四点前到位；</w:t>
      </w:r>
      <w:r>
        <w:rPr>
          <w:lang w:eastAsia="zh-CN"/>
        </w:rPr>
        <w:br/>
      </w:r>
      <w:r>
        <w:rPr>
          <w:lang w:eastAsia="zh-CN"/>
        </w:rPr>
        <w:t>　　2、 下午活动新闻稿件将在晚上九点前到位；</w:t>
      </w:r>
      <w:r>
        <w:rPr>
          <w:lang w:eastAsia="zh-CN"/>
        </w:rPr>
        <w:br/>
      </w:r>
      <w:r>
        <w:rPr>
          <w:lang w:eastAsia="zh-CN"/>
        </w:rPr>
        <w:t>　　3、 晚上活动新闻稿件将在次日上午十点前到位。</w:t>
      </w:r>
      <w:r>
        <w:rPr>
          <w:lang w:eastAsia="zh-CN"/>
        </w:rPr>
        <w:br/>
      </w:r>
      <w:r>
        <w:rPr>
          <w:lang w:eastAsia="zh-CN"/>
        </w:rPr>
        <w:t>　　如果网络设施条件允许，我们将进一步提高传稿效率。</w:t>
      </w:r>
      <w:r>
        <w:rPr>
          <w:lang w:eastAsia="zh-CN"/>
        </w:rPr>
        <w:br/>
      </w:r>
      <w:r>
        <w:rPr>
          <w:lang w:eastAsia="zh-CN"/>
        </w:rPr>
        <w:t>　　b、高质稿件</w:t>
      </w:r>
      <w:r>
        <w:rPr>
          <w:lang w:eastAsia="zh-CN"/>
        </w:rPr>
        <w:br/>
      </w:r>
      <w:r>
        <w:rPr>
          <w:lang w:eastAsia="zh-CN"/>
        </w:rPr>
        <w:t>　　在要求高效的同时，我们一定不可忽视稿件的质量，所以我们需要培养成员的文笔水平。</w:t>
      </w:r>
      <w:r>
        <w:rPr>
          <w:lang w:eastAsia="zh-CN"/>
        </w:rPr>
        <w:br/>
      </w:r>
      <w:r>
        <w:rPr>
          <w:lang w:eastAsia="zh-CN"/>
        </w:rPr>
        <w:t>　　通过内部培训等方式促进干事和部长的新闻写作能力和水平。主要提高新闻写作的基本知识，熟悉并能够掌握学校各种类型的活动的报道，形成新闻思维，能够很好的抓住新闻点。药提高新闻写作的水平，提高稿件的质量，并联系新闻的其它类型（通讯、评论、深度报道等）。</w:t>
      </w:r>
      <w:r>
        <w:rPr>
          <w:lang w:eastAsia="zh-CN"/>
        </w:rPr>
        <w:br/>
      </w:r>
      <w:r>
        <w:rPr>
          <w:lang w:eastAsia="zh-CN"/>
        </w:rPr>
        <w:t>　　c、“独当一面”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虽然在宣传部需要分工明确，但绝不能出现“专业”人员“专攻”其“专长”的现象。如稿件有固定人员撰写，但其他成员同样要在所有活动中练笔写作，并在活动后汇总，取集大家精华，努力提高稿件质量。而摄影方面虽涉及专业知识较多，但也会让每位成员了解摄影基本方法。目的在于一定做到假如人手不够宣传部任何一人都可“独当一面”。</w:t>
      </w:r>
      <w:r>
        <w:rPr>
          <w:lang w:eastAsia="zh-CN"/>
        </w:rPr>
        <w:br/>
      </w:r>
      <w:r>
        <w:rPr>
          <w:lang w:eastAsia="zh-CN"/>
        </w:rPr>
        <w:t>　　d、洞察敏捷</w:t>
      </w:r>
      <w:r>
        <w:rPr>
          <w:lang w:eastAsia="zh-CN"/>
        </w:rPr>
        <w:br/>
      </w:r>
      <w:r>
        <w:rPr>
          <w:lang w:eastAsia="zh-CN"/>
        </w:rPr>
        <w:t>　　作为宣传部人员，应该有敏锐的洞察力。时时观察身边的事，对于各种活动都应及时获取最新动态资讯。</w:t>
      </w:r>
      <w:r>
        <w:rPr>
          <w:lang w:eastAsia="zh-CN"/>
        </w:rPr>
        <w:br/>
      </w:r>
      <w:r>
        <w:rPr>
          <w:lang w:eastAsia="zh-CN"/>
        </w:rPr>
        <w:t>　　（2）打造“高素质修养女子兵团”宣传部</w:t>
      </w:r>
      <w:r>
        <w:rPr>
          <w:lang w:eastAsia="zh-CN"/>
        </w:rPr>
        <w:br/>
      </w:r>
      <w:r>
        <w:rPr>
          <w:lang w:eastAsia="zh-CN"/>
        </w:rPr>
        <w:t>　　由于我也是第一年在宣传部为学校同学服务，所以有关宣传部独到的经验并不丰富，所以，我以及副部将与09级新纳干事们一起努力，学习，提高，优化我们的团体。但由于我们有一年的校会工作经验，所以在干事们的为人处事工作态度等方面可以给予一些意见建议。“高素质修养”是我们努力的目标，亲切是我们的宗旨。会成为让老师们满意，各系院学生会认可，同学们信赖的校学生会部门。</w:t>
      </w:r>
      <w:r>
        <w:rPr>
          <w:lang w:eastAsia="zh-CN"/>
        </w:rPr>
        <w:br/>
      </w:r>
      <w:r>
        <w:rPr>
          <w:lang w:eastAsia="zh-CN"/>
        </w:rPr>
        <w:t>　　（3）加强学生会部处、学院以及校外媒体的交流与合作</w:t>
      </w:r>
      <w:r>
        <w:rPr>
          <w:lang w:eastAsia="zh-CN"/>
        </w:rPr>
        <w:br/>
      </w:r>
      <w:r>
        <w:rPr>
          <w:lang w:eastAsia="zh-CN"/>
        </w:rPr>
        <w:t>　　作为学生会的一个重要部处，宣传部将密切与学生会其他各部处的联系，关注其他部处举办的活动并积极报道。另外，宣传部将针对每一期宣传主题给各部处提供活动主题和思路，并联合其他部处举办创新性活动。</w:t>
      </w:r>
      <w:r>
        <w:rPr>
          <w:lang w:eastAsia="zh-CN"/>
        </w:rPr>
        <w:br/>
      </w:r>
      <w:r>
        <w:rPr>
          <w:lang w:eastAsia="zh-CN"/>
        </w:rPr>
        <w:t>　　院际交流方面，积极通过新闻创作经验交流会等方式与其他学院宣传部保持联系，通过交流体现出学校水平，并相互借鉴经验、分享成果、达到互利共赢的目的。</w:t>
      </w:r>
      <w:r>
        <w:rPr>
          <w:lang w:eastAsia="zh-CN"/>
        </w:rPr>
        <w:br/>
      </w:r>
      <w:r>
        <w:rPr>
          <w:lang w:eastAsia="zh-CN"/>
        </w:rPr>
        <w:t>　　（4）开展创新性活动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创新是一个部处得以发展的重要动力，只有通过不断创新的写作模式，开展创新性的活动，才能够为宣传部长期发展提供动力。充分把握时代热点，将学院的活动与主题相契合，做好时政宣传；充分利用学校网页，论坛，博客等进行全方位的宣传报道。</w:t>
      </w:r>
      <w:r>
        <w:rPr>
          <w:lang w:eastAsia="zh-CN"/>
        </w:rPr>
        <w:br/>
      </w:r>
      <w:r>
        <w:rPr>
          <w:lang w:eastAsia="zh-CN"/>
        </w:rPr>
        <w:t>　　以上就是我部对本学年工作的认识、计划、展望，也是今后对待工作的一个承诺。细心，努力，高效，优质是我们工作的关键词，我们将以全部的热情投入到今后的工作中。日后的具体工作，我们将会具体问题具体分析，做好工作计划，以保证我们宣传部的工作高效、优质顺利地完成。</w:t>
      </w:r>
      <w:r>
        <w:rPr>
          <w:lang w:eastAsia="zh-CN"/>
        </w:rPr>
        <w:br/>
      </w:r>
      <w:r>
        <w:rPr>
          <w:lang w:eastAsia="zh-CN"/>
        </w:rPr>
        <w:t xml:space="preserve">    精选学生会宣传部工作计划模板 篇5 </w:t>
      </w:r>
      <w:r>
        <w:rPr>
          <w:lang w:eastAsia="zh-CN"/>
        </w:rPr>
        <w:br/>
      </w:r>
      <w:r>
        <w:rPr>
          <w:lang w:eastAsia="zh-CN"/>
        </w:rPr>
        <w:t>　　新的一年开始了，在这春意盎然之际,我们宣传部也将饱满的精神面貌做好新学期的部门工作，在总结了上半年的的工作之后，我们对新学期的工作主要划分为两个大部分。</w:t>
      </w:r>
      <w:r>
        <w:rPr>
          <w:lang w:eastAsia="zh-CN"/>
        </w:rPr>
        <w:br/>
      </w:r>
      <w:r>
        <w:rPr>
          <w:lang w:eastAsia="zh-CN"/>
        </w:rPr>
        <w:t>　　1.加强部门自身建设</w:t>
      </w:r>
      <w:r>
        <w:rPr>
          <w:lang w:eastAsia="zh-CN"/>
        </w:rPr>
        <w:br/>
      </w:r>
      <w:r>
        <w:rPr>
          <w:lang w:eastAsia="zh-CN"/>
        </w:rPr>
        <w:t>　　2.加强部门与其他部门及院宣传部的的交往</w:t>
      </w:r>
      <w:r>
        <w:rPr>
          <w:lang w:eastAsia="zh-CN"/>
        </w:rPr>
        <w:br/>
      </w:r>
      <w:r>
        <w:rPr>
          <w:lang w:eastAsia="zh-CN"/>
        </w:rPr>
        <w:t>　　为加强部门自身建设，我们对工作提出以下几个设想：</w:t>
      </w:r>
      <w:r>
        <w:rPr>
          <w:lang w:eastAsia="zh-CN"/>
        </w:rPr>
        <w:br/>
      </w:r>
      <w:r>
        <w:rPr>
          <w:lang w:eastAsia="zh-CN"/>
        </w:rPr>
        <w:t>　　1、进一步完善部门内部的规章制度，提高工作成员的工作积极性，提高工作质量，新的制度将在工作计划第一次例会中公布。</w:t>
      </w:r>
      <w:r>
        <w:rPr>
          <w:lang w:eastAsia="zh-CN"/>
        </w:rPr>
        <w:br/>
      </w:r>
      <w:r>
        <w:rPr>
          <w:lang w:eastAsia="zh-CN"/>
        </w:rPr>
        <w:t>　　2、定期召开部门成员会议，例会自工作计划第二周开始，两周一次，总结阶段成果和不足，加强成员之间对工作经验和想法的交流。大家共同进步。</w:t>
      </w:r>
      <w:r>
        <w:rPr>
          <w:lang w:eastAsia="zh-CN"/>
        </w:rPr>
        <w:br/>
      </w:r>
      <w:r>
        <w:rPr>
          <w:lang w:eastAsia="zh-CN"/>
        </w:rPr>
        <w:t>　　3、继续推选每月优秀干事，另将增加每周优秀干事，调动干事工作热情，每月优秀干事的推选将由大家投票产生。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4、细化部门的工作日志，详细记录每位干事在值班期间所做的工作事迹，并将添加部门的会议记录。</w:t>
      </w:r>
      <w:r>
        <w:rPr>
          <w:lang w:eastAsia="zh-CN"/>
        </w:rPr>
        <w:br/>
      </w:r>
      <w:r>
        <w:rPr>
          <w:lang w:eastAsia="zh-CN"/>
        </w:rPr>
        <w:t>　　5、节约经费开支，为保证此项工作开展，将在部门部门工作日志上附上所写海报浪费的纸张数目及个人。并由其他值班人员及本人签名做证。此记录将作为优秀干事评选参考。</w:t>
      </w:r>
      <w:r>
        <w:rPr>
          <w:lang w:eastAsia="zh-CN"/>
        </w:rPr>
        <w:br/>
      </w:r>
      <w:r>
        <w:rPr>
          <w:lang w:eastAsia="zh-CN"/>
        </w:rPr>
        <w:t>　　6、为培养下一届学生会成员，开始着重培养部分成员。</w:t>
      </w:r>
      <w:r>
        <w:rPr>
          <w:lang w:eastAsia="zh-CN"/>
        </w:rPr>
        <w:br/>
      </w:r>
      <w:r>
        <w:rPr>
          <w:lang w:eastAsia="zh-CN"/>
        </w:rPr>
        <w:t>　　加强部门的交往，是为更好的起到宣传作用，协助其他部门工作的完成。主要设想如下：</w:t>
      </w:r>
      <w:r>
        <w:rPr>
          <w:lang w:eastAsia="zh-CN"/>
        </w:rPr>
        <w:br/>
      </w:r>
      <w:r>
        <w:rPr>
          <w:lang w:eastAsia="zh-CN"/>
        </w:rPr>
        <w:t>　　1鼓励部门成员与其他部门成员交往，及时了解其他部门信息，把工作状态由原来的被动转为主动。</w:t>
      </w:r>
      <w:r>
        <w:rPr>
          <w:lang w:eastAsia="zh-CN"/>
        </w:rPr>
        <w:br/>
      </w:r>
      <w:r>
        <w:rPr>
          <w:lang w:eastAsia="zh-CN"/>
        </w:rPr>
        <w:t>　　2设计安排各院优秀橱窗，宣传栏的评比。尽可能的美化校园的宣传环境，增强宣传部门的宣传力度。</w:t>
      </w:r>
      <w:r>
        <w:rPr>
          <w:lang w:eastAsia="zh-CN"/>
        </w:rPr>
        <w:br/>
      </w:r>
      <w:r>
        <w:rPr>
          <w:lang w:eastAsia="zh-CN"/>
        </w:rPr>
        <w:t>　　由于我部门自身的弹性工作的制度，具体宣传活动和承办活动计划不做安排，但我部门都将以认真严谨的工作态度配合好学生会其他部门的工作，充分发挥作用，并将响应党的号召，积极宣传好党的相关政策及工作的开展。</w:t>
      </w:r>
      <w:r>
        <w:rPr>
          <w:lang w:eastAsia="zh-CN"/>
        </w:rPr>
        <w:br/>
      </w:r>
      <w:r>
        <w:rPr>
          <w:lang w:eastAsia="zh-CN"/>
        </w:rPr>
        <w:t>　　新的一学年已经开始，校学生会的各项工作也已经紧锣密鼓的展开，作为新一届的宣传部部长，更是深感肩上责任之重。现将新一学年的工作任务和计划向领导和老师汇报如下，由于没有工作经验和工作能力欠缺，如有不足或错误之处，请领导和老师多多批评指正。</w:t>
      </w:r>
      <w:r>
        <w:rPr>
          <w:lang w:eastAsia="zh-CN"/>
        </w:rPr>
        <w:br/>
      </w:r>
      <w:r>
        <w:rPr>
          <w:lang w:eastAsia="zh-CN"/>
        </w:rPr>
        <w:t>　　新学年的工作重点：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首先，海报的宣传是我们宣传部的主要阵地，也是同学们获得信息的重要渠道，其宣传的力量和效果不言而喻，往年的工作重点在今年仍然要保持，而且要比以往宣传的力度更大，范围要更广。</w:t>
      </w:r>
      <w:r>
        <w:rPr>
          <w:lang w:eastAsia="zh-CN"/>
        </w:rPr>
        <w:br/>
      </w:r>
      <w:r>
        <w:rPr>
          <w:lang w:eastAsia="zh-CN"/>
        </w:rPr>
        <w:t>　　其次，我们要充分利用网络的便捷作好宣传，快速而又准确的信息传递使得网络宣传具有不可取代的地位。我们要建立起自己的网站，要成为安工大网页上的一道亮点。要把它建设成为海报以外的工作计划第二信息源。使宣传的效果化。</w:t>
      </w:r>
      <w:r>
        <w:rPr>
          <w:lang w:eastAsia="zh-CN"/>
        </w:rPr>
        <w:br/>
      </w:r>
      <w:r>
        <w:rPr>
          <w:lang w:eastAsia="zh-CN"/>
        </w:rPr>
        <w:t>　　再次，广播站也是宣传中不可或缺的媒介，宣传部可以和广播站商量在广播站拥有自己的宣传时间，把宣传工作开展的更深入人心。让同学们了解宣传部，并支持宣传部。</w:t>
      </w:r>
      <w:r>
        <w:rPr>
          <w:lang w:eastAsia="zh-CN"/>
        </w:rPr>
        <w:br/>
      </w:r>
      <w:r>
        <w:rPr>
          <w:lang w:eastAsia="zh-CN"/>
        </w:rPr>
        <w:t>　　最后，利用学院的宣传部作为校学生会宣传部和同学们之间的纽带，利用他们把我们的信息带给大众，把我们的工作开展的更彻底。使同学们能了解最新活动信息的同时，也通过他们把同学们的心声反馈给我们。做到上情下达，下情上达，使我们的宣传工作能更有目的性的开展。</w:t>
      </w:r>
      <w:r>
        <w:rPr>
          <w:lang w:eastAsia="zh-CN"/>
        </w:rPr>
        <w:br/>
      </w:r>
      <w:r>
        <w:rPr>
          <w:lang w:eastAsia="zh-CN"/>
        </w:rPr>
        <w:t>　　新学年的工作计划：</w:t>
      </w:r>
      <w:r>
        <w:rPr>
          <w:lang w:eastAsia="zh-CN"/>
        </w:rPr>
        <w:br/>
      </w:r>
      <w:r>
        <w:rPr>
          <w:lang w:eastAsia="zh-CN"/>
        </w:rPr>
        <w:t>　　1)学生会宣传部将在10月初完成对大一新生的招新工作，招新人数在15人左右，要求工作态度认真，办事努力负责，有一定的计算机文化基础知识，能进行简单的网上操作，并且会毛笔字书法绘画者优先招聘。其他招聘细则视具体情况而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在确定具体的宣传部干事名单后，将尽快排出值班表并分配工作任务，按照校宣传部干事工作条例对每一位干事都有具体的分工，让他们明确自己的定位和工作重心，负责海报宣传，负责网上宣传等等，都将详细分工到每一个人，确保所有的干事都能在宣传部得到锻炼。</w:t>
      </w:r>
      <w:r>
        <w:rPr>
          <w:lang w:eastAsia="zh-CN"/>
        </w:rPr>
        <w:br/>
      </w:r>
      <w:r>
        <w:rPr>
          <w:lang w:eastAsia="zh-CN"/>
        </w:rPr>
        <w:t>　　3)为弘扬书法艺术情操，改善校园文化氛围，并为同学们提供一个展示自我的平台，我部计划于今年11月上旬举办书法作品大赛，明年4月上旬举办绘画作品大赛，活动面向全体同学征集内容积极健康向上的作品，并将邀请专家评定获奖者将给予一定的物质和精神奖励，优秀作品分别将于11中旬和4月中旬向广大同学展示。</w:t>
      </w:r>
      <w:r>
        <w:rPr>
          <w:lang w:eastAsia="zh-CN"/>
        </w:rPr>
        <w:br/>
      </w:r>
      <w:r>
        <w:rPr>
          <w:lang w:eastAsia="zh-CN"/>
        </w:rPr>
        <w:t>　　4)校学生会宣传部要与各院宣传部联合起来，按照共同制定的院学生会宣传部条例要求自己，共同宣传，不但范围广，力度大，而且事半功倍。共同做好平时的宣传工作。</w:t>
      </w:r>
      <w:r>
        <w:rPr>
          <w:lang w:eastAsia="zh-CN"/>
        </w:rPr>
        <w:br/>
      </w:r>
      <w:r>
        <w:rPr>
          <w:lang w:eastAsia="zh-CN"/>
        </w:rPr>
        <w:t>　　5)在工作过程中，要在培养干事能力的同时，着重培养一些有能力有才学的新人，作为学生会骨干力量的后备军，相信长江后浪推前浪，他们将会为学生会以后的发展注入新的生命力。</w:t>
      </w:r>
      <w:r>
        <w:rPr>
          <w:lang w:eastAsia="zh-CN"/>
        </w:rPr>
        <w:br/>
      </w:r>
      <w:r>
        <w:rPr>
          <w:lang w:eastAsia="zh-CN"/>
        </w:rPr>
        <w:t>　　总之，我相信，只要校学生会宣传部能够上下同心，共同努力，在各部门的协助下，在老师的指导和帮助下，宣传部会越走越远，越走越好。</w:t>
      </w:r>
      <w:r>
        <w:rPr>
          <w:lang w:eastAsia="zh-CN"/>
        </w:rPr>
        <w:br/>
      </w:r>
      <w:r>
        <w:rPr>
          <w:lang w:eastAsia="zh-CN"/>
        </w:rPr>
        <w:t xml:space="preserve">    精选学生会宣传部工作计划模板 篇6 </w:t>
      </w:r>
      <w:r>
        <w:rPr>
          <w:lang w:eastAsia="zh-CN"/>
        </w:rPr>
        <w:br/>
      </w:r>
      <w:r>
        <w:rPr>
          <w:lang w:eastAsia="zh-CN"/>
        </w:rPr>
        <w:t>　　时光飞逝，&amp;__年年度学生会工作已经结束。同时学生会工作即将迎来学生会历史纪元的一年，因为__年&amp;20__届学生会工作是学院结束多年分校区教学局面的第一年。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宣传部作为学生会的喉舌部门，是我院宣传和_的主要阵地，它关系到整个学生会在学院、乃至学院在社会形象面貌，因此其重要性是不言而喻的。为了更好的配合我院搞好宣传工作，发挥学生会与广大同学的桥梁纽带作用。特拟定出一份具体的计划，使本学期我部的工作有一个具体的实施总纲。</w:t>
      </w:r>
      <w:r>
        <w:rPr>
          <w:lang w:eastAsia="zh-CN"/>
        </w:rPr>
        <w:br/>
      </w:r>
      <w:r>
        <w:rPr>
          <w:lang w:eastAsia="zh-CN"/>
        </w:rPr>
        <w:t>　　一、工作理念：</w:t>
      </w:r>
      <w:r>
        <w:rPr>
          <w:lang w:eastAsia="zh-CN"/>
        </w:rPr>
        <w:br/>
      </w:r>
      <w:r>
        <w:rPr>
          <w:lang w:eastAsia="zh-CN"/>
        </w:rPr>
        <w:t>　　高质量，高标准，高要求，上档次，上台阶，上水平。</w:t>
      </w:r>
      <w:r>
        <w:rPr>
          <w:lang w:eastAsia="zh-CN"/>
        </w:rPr>
        <w:br/>
      </w:r>
      <w:r>
        <w:rPr>
          <w:lang w:eastAsia="zh-CN"/>
        </w:rPr>
        <w:t>　　二、工作计划：</w:t>
      </w:r>
      <w:r>
        <w:rPr>
          <w:lang w:eastAsia="zh-CN"/>
        </w:rPr>
        <w:br/>
      </w:r>
      <w:r>
        <w:rPr>
          <w:lang w:eastAsia="zh-CN"/>
        </w:rPr>
        <w:t>　　宣传部的工作任务在学生会各部中是相对比较繁忙的，我们将会在指定时间内完成学生会及各部委托的任务，做好各项活动的宣传工作，完善宣传部自身的建设，把宣传部建设成为一个团结积极向上的整体。宣传部各个成员将在工作中努力提高自身素质，并积极主动的工作，丰富宣传形式，在工作中推陈出新，不断提高自己。</w:t>
      </w:r>
      <w:r>
        <w:rPr>
          <w:lang w:eastAsia="zh-CN"/>
        </w:rPr>
        <w:br/>
      </w:r>
      <w:r>
        <w:rPr>
          <w:lang w:eastAsia="zh-CN"/>
        </w:rPr>
        <w:t>　　其具体工作计划如下：</w:t>
      </w:r>
      <w:r>
        <w:rPr>
          <w:lang w:eastAsia="zh-CN"/>
        </w:rPr>
        <w:br/>
      </w:r>
      <w:r>
        <w:rPr>
          <w:lang w:eastAsia="zh-CN"/>
        </w:rPr>
        <w:t>　　1、9月9月初在院团委、学工部的带领下，配合学生会各兄弟部门做好__年届新生入校的迎新工作。其具体工作有：①车站码头的接待工作②学院的礼仪接待工作③护送新生军训的工作④军训快递组稿印发工作⑤学工动态组稿工作等。</w:t>
      </w:r>
      <w:r>
        <w:rPr>
          <w:lang w:eastAsia="zh-CN"/>
        </w:rPr>
        <w:br/>
      </w:r>
      <w:r>
        <w:rPr>
          <w:lang w:eastAsia="zh-CN"/>
        </w:rPr>
        <w:t>　　2、10月配合学生会换届选举以及学生会成员招新工作。配合学院举办新校园落成典礼等一系列的庆典工作。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3、11月11月上中旬，时值秋天，天干地燥，易引发各种火灾。为了提高全院师生的防火意识，加强校园的管理工作，学生会宣传部将以板报等各种形式向全院师生传递“119消防意识”。通过该活动使同学们了解到火灾的危害以及防火的重要性，并且使其积极的投入到校园防火从我做起的活动中来。</w:t>
      </w:r>
      <w:r>
        <w:rPr>
          <w:lang w:eastAsia="zh-CN"/>
        </w:rPr>
        <w:br/>
      </w:r>
      <w:r>
        <w:rPr>
          <w:lang w:eastAsia="zh-CN"/>
        </w:rPr>
        <w:t>　　4、11月下旬&amp;12月中旬配合学生会各部门庆祝“12.9运动”72周年，以及组织一系列的活动。</w:t>
      </w:r>
      <w:r>
        <w:rPr>
          <w:lang w:eastAsia="zh-CN"/>
        </w:rPr>
        <w:br/>
      </w:r>
      <w:r>
        <w:rPr>
          <w:lang w:eastAsia="zh-CN"/>
        </w:rPr>
        <w:t>　　5、12月下旬配合文艺部等部门组织元旦晚会的庆典工作。</w:t>
      </w:r>
      <w:r>
        <w:rPr>
          <w:lang w:eastAsia="zh-CN"/>
        </w:rPr>
        <w:br/>
      </w:r>
      <w:r>
        <w:rPr>
          <w:lang w:eastAsia="zh-CN"/>
        </w:rPr>
        <w:t>　　6、11年1月组织全院学生复习备考工作。</w:t>
      </w:r>
      <w:r>
        <w:rPr>
          <w:lang w:eastAsia="zh-CN"/>
        </w:rPr>
        <w:br/>
      </w:r>
      <w:r>
        <w:rPr>
          <w:lang w:eastAsia="zh-CN"/>
        </w:rPr>
        <w:t>　　三、新形式的挑战</w:t>
      </w:r>
      <w:r>
        <w:rPr>
          <w:lang w:eastAsia="zh-CN"/>
        </w:rPr>
        <w:br/>
      </w:r>
      <w:r>
        <w:rPr>
          <w:lang w:eastAsia="zh-CN"/>
        </w:rPr>
        <w:t>　　宣传部，由于其工作的性质，本身就决定了这是一项重要但完成起来特别是出色地完成确实不是轻而易举的事。当然，这也不只是宣传部，也是院学生会所面临的事情。对于学生会来说，__年&amp;20__年度是各校区学生会合并的第一年，有许多不同程度的问题有待解决，因此将面临着新形式下更严峻的挑战。不管困难多么大，我相信在院团委、学工部老师的带领下，学生会一定会跨过重重困难，茁长地成长，成为真正的学院与学生之间沟通的桥梁。</w:t>
      </w:r>
      <w:r>
        <w:rPr>
          <w:lang w:eastAsia="zh-CN"/>
        </w:rPr>
        <w:br/>
      </w:r>
      <w:r>
        <w:rPr>
          <w:lang w:eastAsia="zh-CN"/>
        </w:rPr>
        <w:t>　　四、建议</w:t>
      </w:r>
      <w:r>
        <w:rPr>
          <w:lang w:eastAsia="zh-CN"/>
        </w:rPr>
        <w:br/>
      </w:r>
      <w:r>
        <w:rPr>
          <w:lang w:eastAsia="zh-CN"/>
        </w:rPr>
        <w:t>　　由于新校园面临着一个新的起点，学生会内部可能有更多、更广泛的与学院、社会外界进行各种交流，建议学院为学生会建立专门的网站。没有，只有更好。我相信在院领导的支持下，在院团委、学工部老师的带领下，有着新纪元的一届学生会，将会抓住机遇把学院与学生之间的各种工作做好，真正的服务于同学。</w:t>
      </w:r>
      <w:r>
        <w:rPr>
          <w:lang w:eastAsia="zh-CN"/>
        </w:rPr>
        <w:br/>
      </w:r>
      <w:r>
        <w:rPr>
          <w:lang w:eastAsia="zh-CN"/>
        </w:rPr>
        <w:t xml:space="preserve">    精选学生会宣传部工作计划模板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新学年伊始之际，环境学院学生会的招新将一批新鲜的血液注入进来。崭新的宣传部正满怀着无比高涨的热情翘首期待着投入到新学期的学生工作中。在过去的一年里，我院宣传部全体成员相互协作，积极配合，最终使我们部门各项工作及活动顺利开展并取得相应效果，完成了计划任务。但我们自身的宣传工作也存在着一定缺陷，为了吸取在以往工作中经验教训，展现一个优秀部门的实干精神，为更好地开展学年学生会宣传部的各项工作，真正做到有计划、有步骤的进行各项工作，同时使我们的工作做出特色和成效，特拟定如下工作计划：</w:t>
      </w:r>
      <w:r>
        <w:rPr>
          <w:lang w:eastAsia="zh-CN"/>
        </w:rPr>
        <w:br/>
      </w:r>
      <w:r>
        <w:rPr>
          <w:lang w:eastAsia="zh-CN"/>
        </w:rPr>
        <w:t>　　一、工作定位</w:t>
      </w:r>
      <w:r>
        <w:rPr>
          <w:lang w:eastAsia="zh-CN"/>
        </w:rPr>
        <w:br/>
      </w:r>
      <w:r>
        <w:rPr>
          <w:lang w:eastAsia="zh-CN"/>
        </w:rPr>
        <w:t>　　宣传部是学生会的喉舌，也是学生会的一个门面。它主要通过各种渠道对我院各种活动的前期宣传，其主要工作就是及时有效地把学生会的信息传达出去，让广大同学尽快知晓，并且定期制作主题鲜明、形式多样的宣传板报、橱窗，反映全系师生的精神面貌和学生学习生活情况；同时作为学生会的一个部门，它还负有组织各项校园文化活动，增进校园文化交流，丰富同学们校园文化生活的职责。并且要求协助其他部处作好各项活动的宣传，充当鼓号手和开路先锋的角色。</w:t>
      </w:r>
      <w:r>
        <w:rPr>
          <w:lang w:eastAsia="zh-CN"/>
        </w:rPr>
        <w:br/>
      </w:r>
      <w:r>
        <w:rPr>
          <w:lang w:eastAsia="zh-CN"/>
        </w:rPr>
        <w:t>　　二、新学期主要工作安排</w:t>
      </w:r>
      <w:r>
        <w:rPr>
          <w:lang w:eastAsia="zh-CN"/>
        </w:rPr>
        <w:br/>
      </w:r>
      <w:r>
        <w:rPr>
          <w:lang w:eastAsia="zh-CN"/>
        </w:rPr>
        <w:t>　　注：对于一些讲座再做安排以及横幅海报场地或者宣传工具申请有专人负责，具体再行安排。部门活动将于第二学期开展。</w:t>
      </w:r>
      <w:r>
        <w:rPr>
          <w:lang w:eastAsia="zh-CN"/>
        </w:rPr>
        <w:br/>
      </w:r>
      <w:r>
        <w:rPr>
          <w:lang w:eastAsia="zh-CN"/>
        </w:rPr>
        <w:t>　　重点抓好以下几项工作：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1、部门内每周举行一次例会，安排接下来的工作并做好工作总结。</w:t>
      </w:r>
      <w:r>
        <w:rPr>
          <w:lang w:eastAsia="zh-CN"/>
        </w:rPr>
        <w:br/>
      </w:r>
      <w:r>
        <w:rPr>
          <w:lang w:eastAsia="zh-CN"/>
        </w:rPr>
        <w:t>　　2、负责本学年的学生会各部举办活动以及所有的其它学生工作的具体时间、地点、内容的通知；对于重大节日的宣传工作，在确定具体日期后，根据需要做好节日活动的对外宣传。</w:t>
      </w:r>
      <w:r>
        <w:rPr>
          <w:lang w:eastAsia="zh-CN"/>
        </w:rPr>
        <w:br/>
      </w:r>
      <w:r>
        <w:rPr>
          <w:lang w:eastAsia="zh-CN"/>
        </w:rPr>
        <w:t>　　3、积极主动开展校园文化活动，丰富校园文化内涵，并配合我院学生会各部的活动，积极进行活动的前期宣传，及其活动期间的配合工作。</w:t>
      </w:r>
      <w:r>
        <w:rPr>
          <w:lang w:eastAsia="zh-CN"/>
        </w:rPr>
        <w:br/>
      </w:r>
      <w:r>
        <w:rPr>
          <w:lang w:eastAsia="zh-CN"/>
        </w:rPr>
        <w:t>　　4、配合所有其他兄弟部门的不可预见的活动的宣传，确保我系每项学生活动的顺利开展。由于我系本学期的工作多难免会有我们宣传的冲突，所以为使宣传工作到位，希望其他部门提前通知我部，以便我部有更充分的时间去设计，创作。</w:t>
      </w:r>
      <w:r>
        <w:rPr>
          <w:lang w:eastAsia="zh-CN"/>
        </w:rPr>
        <w:br/>
      </w:r>
      <w:r>
        <w:rPr>
          <w:lang w:eastAsia="zh-CN"/>
        </w:rPr>
        <w:t>　　5、每次大型活动后，或者至少每个月都必须将院里参加活动的情况加以总结，以照片和图文的形式备案。</w:t>
      </w:r>
      <w:r>
        <w:rPr>
          <w:lang w:eastAsia="zh-CN"/>
        </w:rPr>
        <w:br/>
      </w:r>
      <w:r>
        <w:rPr>
          <w:lang w:eastAsia="zh-CN"/>
        </w:rPr>
        <w:t>　　6、安排专人记账，对每次买材料都要认真详细准确的记载，并做好预算，每次活动后详细地记载工作情况，同时详细记录材料使用情况以便以后再使用。</w:t>
      </w:r>
      <w:r>
        <w:rPr>
          <w:lang w:eastAsia="zh-CN"/>
        </w:rPr>
        <w:br/>
      </w:r>
      <w:r>
        <w:rPr>
          <w:lang w:eastAsia="zh-CN"/>
        </w:rPr>
        <w:t>　　7、在网上做好我院重大事件的宣传工作。和新闻部合作，及时、完整地把环境学院各重要活动粘贴到网上，使同学们能了解活动的具体内容和进展过程。</w:t>
      </w:r>
      <w:r>
        <w:rPr>
          <w:lang w:eastAsia="zh-CN"/>
        </w:rPr>
        <w:br/>
      </w:r>
      <w:r>
        <w:rPr>
          <w:lang w:eastAsia="zh-CN"/>
        </w:rPr>
        <w:t>　　8、部长、副部长平时要热心关心干事，积极与部门内干事和好相处，在学习和生活上予以帮助。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9、加强新进干事的技能培训，以老带新，注意新老交替的适应过程，努力使部门内成员在工作中积极主动，充分发挥自己的主观能动性，讲求创新。</w:t>
      </w:r>
      <w:r>
        <w:rPr>
          <w:lang w:eastAsia="zh-CN"/>
        </w:rPr>
        <w:br/>
      </w:r>
      <w:r>
        <w:rPr>
          <w:lang w:eastAsia="zh-CN"/>
        </w:rPr>
        <w:t>　　10、提高自身的工作能力和素质，在提高工作质量的同时提高工作效率，使宣传部的工作开展的更加顺利。</w:t>
      </w:r>
      <w:r>
        <w:rPr>
          <w:lang w:eastAsia="zh-CN"/>
        </w:rPr>
        <w:br/>
      </w:r>
      <w:r>
        <w:rPr>
          <w:lang w:eastAsia="zh-CN"/>
        </w:rPr>
        <w:t>　　11、适时开展书法。板报.绘画等形式灵活的比赛，充分挖掘同学们的宣传才华，加强校园文化氛围，开发出一片新的宣传阵地。</w:t>
      </w:r>
      <w:r>
        <w:rPr>
          <w:lang w:eastAsia="zh-CN"/>
        </w:rPr>
        <w:br/>
      </w:r>
      <w:r>
        <w:rPr>
          <w:lang w:eastAsia="zh-CN"/>
        </w:rPr>
        <w:t>　　12、保护我系的宣传阵地——宣传栏，监督其它一些广告和其它海报的张贴，影响我院的整体风貌。</w:t>
      </w:r>
      <w:r>
        <w:rPr>
          <w:lang w:eastAsia="zh-CN"/>
        </w:rPr>
        <w:br/>
      </w:r>
      <w:r>
        <w:rPr>
          <w:lang w:eastAsia="zh-CN"/>
        </w:rPr>
        <w:t>　　宣传部的工作任务在学生会各部中是相对比较繁忙的，我们将会在指定时间内完成学生会及各部委托的任务，做好各项活动的宣传工作。完善宣传部自身的建设，把宣传部建设成一个团结积极向上的整体.宣传部各个成员将在工作中努力提高自身素质，并积极主动的工作，丰富宣传形式，在工作中推陈出新，不断提高自己。</w:t>
      </w:r>
      <w:r>
        <w:rPr>
          <w:lang w:eastAsia="zh-CN"/>
        </w:rPr>
        <w:br/>
      </w:r>
      <w:r>
        <w:rPr>
          <w:lang w:eastAsia="zh-CN"/>
        </w:rPr>
        <w:t>　　三、创新宣传</w:t>
      </w:r>
      <w:r>
        <w:rPr>
          <w:lang w:eastAsia="zh-CN"/>
        </w:rPr>
        <w:br/>
      </w:r>
      <w:r>
        <w:rPr>
          <w:lang w:eastAsia="zh-CN"/>
        </w:rPr>
        <w:t>　　1、创新宣传手段</w:t>
      </w:r>
      <w:r>
        <w:rPr>
          <w:lang w:eastAsia="zh-CN"/>
        </w:rPr>
        <w:br/>
      </w:r>
      <w:r>
        <w:rPr>
          <w:lang w:eastAsia="zh-CN"/>
        </w:rPr>
        <w:t>　　校园内单一的常规宣传模式已经在某些程度上给大家造成了视觉疲劳，如何在宣传方式上创新，将成为决定宣传效果好坏的重要因素。因此，宣传部将开拓更多的宣传途径，或是改良传单、海报的版面来吸引同学们对于活动信息的关注。</w:t>
      </w:r>
      <w:r>
        <w:rPr>
          <w:lang w:eastAsia="zh-CN"/>
        </w:rPr>
        <w:br/>
      </w:r>
      <w:r>
        <w:rPr>
          <w:lang w:eastAsia="zh-CN"/>
        </w:rPr>
        <w:t>　　2、创新宣传内容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往常，宣传部一直是站在幕后，辅助其他部门做好每次的宣传工作。如今，宣传部希望能打破我们一贯的沉默，自主地策划开展一些活动，一改往日配角的立场。</w:t>
      </w:r>
      <w:r>
        <w:rPr>
          <w:lang w:eastAsia="zh-CN"/>
        </w:rPr>
        <w:br/>
      </w:r>
      <w:r>
        <w:rPr>
          <w:lang w:eastAsia="zh-CN"/>
        </w:rPr>
        <w:t>　　四、合作宣传</w:t>
      </w:r>
      <w:r>
        <w:rPr>
          <w:lang w:eastAsia="zh-CN"/>
        </w:rPr>
        <w:br/>
      </w:r>
      <w:r>
        <w:rPr>
          <w:lang w:eastAsia="zh-CN"/>
        </w:rPr>
        <w:t>　　宣传不仅是一个部门的工作，做好宣传需要每个部门的协调配合：主办部门须提前于宣传部做好相关的沟通，包括横幅、海报、传单的时间期限，制作要求；同时，我们也希望，在横幅、海报、传单挂置于发放过程中，能有主办部门的同学的共同参与，这样能够适当减轻宣传部同学花在这些工作上的精力，同时也能更加丰富宣传作品的内涵。</w:t>
      </w:r>
      <w:r>
        <w:rPr>
          <w:lang w:eastAsia="zh-CN"/>
        </w:rPr>
        <w:br/>
      </w:r>
      <w:r>
        <w:rPr>
          <w:lang w:eastAsia="zh-CN"/>
        </w:rPr>
        <w:t>　　五、宣传理念</w:t>
      </w:r>
      <w:r>
        <w:rPr>
          <w:lang w:eastAsia="zh-CN"/>
        </w:rPr>
        <w:br/>
      </w:r>
      <w:r>
        <w:rPr>
          <w:lang w:eastAsia="zh-CN"/>
        </w:rPr>
        <w:t>　　然而，宣传部的工作和任务不仅局限于此。作为每个组织的喉舌部门，我们所做的不仅是宣传好每场活动，让同学们知道在何时、何地有一个活动，而是要宣传我们的环境科学与工程学院。较以前的工作，我深深感到：一个学生会也需要宣传。也许，当一个学生会被大众所主动关注后，他们所开展的各项活动也将自然而然被关注。宣传活动的同时，我们要不忘宣传环境学院，提高环境学院在我校同学中的曝光率。因此，好的宣传不仅是为了宣传某个活动，也是在宣传某个组织，更是在宣传一种精神。且宣传形式需要新颖，有创意。</w:t>
      </w:r>
      <w:r>
        <w:rPr>
          <w:lang w:eastAsia="zh-CN"/>
        </w:rPr>
        <w:br/>
      </w:r>
      <w:r>
        <w:rPr>
          <w:lang w:eastAsia="zh-CN"/>
        </w:rPr>
        <w:t>　　六、应对措施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首先，耐力的重要性是无与伦比的。面对困难，我们只有具备了坚持下去的信念，才能有战胜困难的可能性。如果这个组织缺乏这样的人，那么它早就运转不下去了;同时，我也相信，留下来的同志都是非常有耐力的，能够将学生会维系下去。</w:t>
      </w:r>
      <w:r>
        <w:rPr>
          <w:lang w:eastAsia="zh-CN"/>
        </w:rPr>
        <w:br/>
      </w:r>
      <w:r>
        <w:rPr>
          <w:lang w:eastAsia="zh-CN"/>
        </w:rPr>
        <w:t>　　其次，在注重耐心的同时，我们也不能忽略了策略。就比如说我们如何处理同副部们之间的联系上，我想应该做到两点：一是要用以前建立起来的同事关系解决各种问题，而绝不能过分依赖行政关系去强制命令。在我们铭记自己是一部之长记住自己责任的同时，我们也不能忘了，所有副部都是同我们一样经过一年努力而坚持到今天的，所以单纯的命令是绝不能解决问题的；二是我们应该在工作中建立自己的威信；就个人来说就是干各种事情我们一定要走在最前头，对于任务一定不要滥加推脱，从而使副部们能够从内心里接受；就副部来说，对他们应该采取牵制而不是压制的策略，我们要积极引导，我想不让他们带着抵触情绪干事，“养兵千日，用兵一时”，平时一些我们自己能解决的事情就不劳烦他们了，但一有需要他们的时候，我要求他们必须要到，这样才能用最少的人解决最多的问题。</w:t>
      </w:r>
      <w:r>
        <w:rPr>
          <w:lang w:eastAsia="zh-CN"/>
        </w:rPr>
        <w:br/>
      </w:r>
      <w:r>
        <w:rPr>
          <w:lang w:eastAsia="zh-CN"/>
        </w:rPr>
        <w:t xml:space="preserve">    精选学生会宣传部工作计划模板 篇8 </w:t>
      </w:r>
      <w:r>
        <w:rPr>
          <w:lang w:eastAsia="zh-CN"/>
        </w:rPr>
        <w:br/>
      </w:r>
      <w:r>
        <w:rPr>
          <w:lang w:eastAsia="zh-CN"/>
        </w:rPr>
        <w:t>　　作为一名刚刚从学习部干事调到宣传部做部长的我，心里真的觉得有时无从下手，尽管在学生会待一年了，但是对于宣传部，我真的不大了解，当前就要招新了，其实宣传部是非常忙的，但是我不会做那些东西，我很失落，但是竟然选择了这条路，就应当风雨兼程，就应当勇于承担这份责任，我相信自己，也相信我的搭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从我知道我被调到宣传部，我就一直在想，我该如何做好这份工作，我看以前部长的工作，我回忆一年时间宣传部给我的感觉，我查阅资料……综合这些天的分析，我制定如下初步的工作计划：</w:t>
      </w:r>
      <w:r>
        <w:rPr>
          <w:lang w:eastAsia="zh-CN"/>
        </w:rPr>
        <w:br/>
      </w:r>
      <w:r>
        <w:rPr>
          <w:lang w:eastAsia="zh-CN"/>
        </w:rPr>
        <w:t>　　一、内部建设</w:t>
      </w:r>
      <w:r>
        <w:rPr>
          <w:lang w:eastAsia="zh-CN"/>
        </w:rPr>
        <w:br/>
      </w:r>
      <w:r>
        <w:rPr>
          <w:lang w:eastAsia="zh-CN"/>
        </w:rPr>
        <w:t>　　部门内部：无组织、无纪律，遇事请假，做事随意，凝聚力不强，没有和其他部门、其他同样的组织进行很好的交流。所以，最开始我和陈峰应该好好想想制度的问题，定出比较固定的时间开例会，交流思想;同样，我也会经常找干事聊天，给他们发节日祝福短信，了解他们;很多时候听说，一些有艺术细胞的人，是非常有才华的，但是也是和常人有一点区别的，所以我们也应该随时改变自己的做事方法。同时，也要和别的部门多多交流，不要让干事感觉只是在宣传部，而脱离整个学生会这个大的团体。</w:t>
      </w:r>
      <w:r>
        <w:rPr>
          <w:lang w:eastAsia="zh-CN"/>
        </w:rPr>
        <w:br/>
      </w:r>
      <w:r>
        <w:rPr>
          <w:lang w:eastAsia="zh-CN"/>
        </w:rPr>
        <w:t>　　另外针对宣传部这个特殊的部门，如果希望宣传能做得越来越好的话，就很有必要进行多次专业性的培训，例如学习排版、处理照片等等。</w:t>
      </w:r>
      <w:r>
        <w:rPr>
          <w:lang w:eastAsia="zh-CN"/>
        </w:rPr>
        <w:br/>
      </w:r>
      <w:r>
        <w:rPr>
          <w:lang w:eastAsia="zh-CN"/>
        </w:rPr>
        <w:t>　　二、部门外部</w:t>
      </w:r>
      <w:r>
        <w:rPr>
          <w:lang w:eastAsia="zh-CN"/>
        </w:rPr>
        <w:br/>
      </w:r>
      <w:r>
        <w:rPr>
          <w:lang w:eastAsia="zh-CN"/>
        </w:rPr>
        <w:t>　　宣传材料要进行有效管理(颜料用量要节约，打开后要盖瓶盖;画笔、刷子用后要洗涮);宣传室打扫定出明确的规定，谁用谁打扫;宣传板的调配要做到负责制，写好宣传板使用单，同时也要认真保护好板子。</w:t>
      </w:r>
      <w:r>
        <w:rPr>
          <w:lang w:eastAsia="zh-CN"/>
        </w:rPr>
        <w:br/>
      </w:r>
      <w:r>
        <w:rPr>
          <w:lang w:eastAsia="zh-CN"/>
        </w:rPr>
        <w:t>　　三、针对活动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一年的学生会工作经历，我没有发现宣传部自己举办过什么活动，所以我想，如果可以的话，我很想通过团组织生活，让每个班的宣传板展现给每一位同学，也好让每个班交流，这个还需要好好想想，出一份具体的计划书。</w:t>
      </w:r>
      <w:r>
        <w:rPr>
          <w:lang w:eastAsia="zh-CN"/>
        </w:rPr>
        <w:br/>
      </w:r>
      <w:r>
        <w:rPr>
          <w:lang w:eastAsia="zh-CN"/>
        </w:rPr>
        <w:t>　　第二，我们部门还会一如既往的配合好其他部门的工作，例如爱心拍卖、读书工程、校运动会、各类体育活动、趣味运动会、女生节、团校培训、五四大合唱、文明寝室、寝室风采设计大赛等，做好先前的宣传工作，同时只要各部门需要帮助，我们都会尽自己最大的努力帮忙。</w:t>
      </w:r>
      <w:r>
        <w:rPr>
          <w:lang w:eastAsia="zh-CN"/>
        </w:rPr>
        <w:br/>
      </w:r>
      <w:r>
        <w:rPr>
          <w:lang w:eastAsia="zh-CN"/>
        </w:rPr>
        <w:t>　　第三，我很想开辟更多途径来宣传，而不仅仅是板子，可以是寝室外面的宣传栏，可以和院里的通讯社多多合作，也可以是校园网发帖、校园内部发传单以及拥有自己的博客，集思广益，让宣传工作做好。</w:t>
      </w:r>
      <w:r>
        <w:rPr>
          <w:lang w:eastAsia="zh-CN"/>
        </w:rPr>
        <w:br/>
      </w:r>
      <w:r>
        <w:rPr>
          <w:lang w:eastAsia="zh-CN"/>
        </w:rPr>
        <w:t>　　第四，每学期一次的各系宣传部部长和宣传委员开会仍然照常进行，几乎都在重大活动的时候召集他们，主要是希望通过各个系、班的努力把活动做得更好，也好让大家互相认识，交流沟通。</w:t>
      </w:r>
      <w:r>
        <w:rPr>
          <w:lang w:eastAsia="zh-CN"/>
        </w:rPr>
        <w:br/>
      </w:r>
      <w:r>
        <w:rPr>
          <w:lang w:eastAsia="zh-CN"/>
        </w:rPr>
        <w:t>　　最后，可以发现其实宣传部的工作是非常辛苦的，但是这些工作又是很多人无法发现和得到外界很重视的表扬，所以我想尽管自己是部长，但是我的干事可以说来到这里是希望得到更多的锻炼，我想适当时候我会放手让他们去干。</w:t>
      </w:r>
      <w:r>
        <w:rPr>
          <w:lang w:eastAsia="zh-CN"/>
        </w:rPr>
        <w:br/>
      </w:r>
      <w:r>
        <w:rPr>
          <w:lang w:eastAsia="zh-CN"/>
        </w:rPr>
        <w:t>　　不管在学生会身份如何改变，自己仍然是学生，和干事一样的，自己也要努力学习，认真负责，以实际行动他们的选择是对的，不会让自己后悔，同样一年后的今天，我的干事会怎么样，我无法预测，但是这和这即将来临的一年肯定是有密切联系的，所以，我期待我即将到来的干事，我相信他们，一年后他们会比我做得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xml:space="preserve">    精选学生会宣传部工作计划模板 篇9 </w:t>
      </w:r>
      <w:r>
        <w:rPr>
          <w:lang w:eastAsia="zh-CN"/>
        </w:rPr>
        <w:br/>
      </w:r>
      <w:r>
        <w:rPr>
          <w:lang w:eastAsia="zh-CN"/>
        </w:rPr>
        <w:t>　　学生会地工作已开始近三周，宣传部在这实践中总结出一些关于在规章制度及计划方面的建议，现简明概括如下：</w:t>
      </w:r>
      <w:r>
        <w:rPr>
          <w:lang w:eastAsia="zh-CN"/>
        </w:rPr>
        <w:br/>
      </w:r>
      <w:r>
        <w:rPr>
          <w:lang w:eastAsia="zh-CN"/>
        </w:rPr>
        <w:t>　　规章制度：</w:t>
      </w:r>
      <w:r>
        <w:rPr>
          <w:lang w:eastAsia="zh-CN"/>
        </w:rPr>
        <w:br/>
      </w:r>
      <w:r>
        <w:rPr>
          <w:lang w:eastAsia="zh-CN"/>
        </w:rPr>
        <w:t>　　1，遵守学生会总章，在接受量化考核的制度中努力为学生会工作。</w:t>
      </w:r>
      <w:r>
        <w:rPr>
          <w:lang w:eastAsia="zh-CN"/>
        </w:rPr>
        <w:br/>
      </w:r>
      <w:r>
        <w:rPr>
          <w:lang w:eastAsia="zh-CN"/>
        </w:rPr>
        <w:t>　　2，所有成员要按时参加宣传部例会，不得无故请假或迟到，有特殊原因要提前通知部长，副部长。</w:t>
      </w:r>
      <w:r>
        <w:rPr>
          <w:lang w:eastAsia="zh-CN"/>
        </w:rPr>
        <w:br/>
      </w:r>
      <w:r>
        <w:rPr>
          <w:lang w:eastAsia="zh-CN"/>
        </w:rPr>
        <w:t>　　3，宣传部实行分组轮流工作制度，每个小组接到任务之后要按时高效高质完成任务，由组长负责，部长检查。工作中，各委员不得推脱任务，若没有按要求完成指定任务，由组长负责所有后果。</w:t>
      </w:r>
      <w:r>
        <w:rPr>
          <w:lang w:eastAsia="zh-CN"/>
        </w:rPr>
        <w:br/>
      </w:r>
      <w:r>
        <w:rPr>
          <w:lang w:eastAsia="zh-CN"/>
        </w:rPr>
        <w:t>　　4，工作中，每个成员要本着节约的原则，爱惜纸张和颜料，每次结束工作，要将工具清洗干净，将颜料盖好，摆放整齐，并将工作教室打扫干净，宣传板完成后要及时摆放出来。</w:t>
      </w:r>
      <w:r>
        <w:rPr>
          <w:lang w:eastAsia="zh-CN"/>
        </w:rPr>
        <w:br/>
      </w:r>
      <w:r>
        <w:rPr>
          <w:lang w:eastAsia="zh-CN"/>
        </w:rPr>
        <w:t>　　做每一次宣传都要精心设计，要计划的工作，不得敷衍塞责。</w:t>
      </w:r>
      <w:r>
        <w:rPr>
          <w:lang w:eastAsia="zh-CN"/>
        </w:rPr>
        <w:br/>
      </w:r>
      <w:r>
        <w:rPr>
          <w:lang w:eastAsia="zh-CN"/>
        </w:rPr>
        <w:t>　　工作计划：</w:t>
      </w:r>
      <w:r>
        <w:rPr>
          <w:lang w:eastAsia="zh-CN"/>
        </w:rPr>
        <w:br/>
      </w:r>
      <w:r>
        <w:rPr>
          <w:lang w:eastAsia="zh-CN"/>
        </w:rPr>
        <w:t>　　宣传部的工作任务在学生会各部中是相对比较繁忙的。我们将会在指定时间内完成学生会及各部委托的任务，做好各项活动的宣传工作。完善宣传部自身的建设，把宣传部建设成一个团结积极向上的整体。宣传部各个成员将在工作中努力提高自身素质，并积极主动的工作，丰富宣传形式，在工作中推陈出新，不断提高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宣传部的具体工作计划由各部所组织的活动而定，所以在这里不便做具体设想。</w:t>
      </w:r>
      <w:r>
        <w:rPr>
          <w:lang w:eastAsia="zh-CN"/>
        </w:rPr>
        <w:br/>
      </w:r>
      <w:r>
        <w:rPr>
          <w:lang w:eastAsia="zh-CN"/>
        </w:rPr>
        <w:t>　　最后，宣传部郑重承诺：我们将在未来的工作中努力帮助学生会各部门做好宣传工作。</w:t>
      </w:r>
      <w:r>
        <w:rPr>
          <w:lang w:eastAsia="zh-CN"/>
        </w:rPr>
        <w:br/>
      </w:r>
      <w:r>
        <w:rPr>
          <w:lang w:eastAsia="zh-CN"/>
        </w:rPr>
        <w:t xml:space="preserve">    精选学生会宣传部工作计划模板 篇10 </w:t>
      </w:r>
      <w:r>
        <w:rPr>
          <w:lang w:eastAsia="zh-CN"/>
        </w:rPr>
        <w:br/>
      </w:r>
      <w:r>
        <w:rPr>
          <w:lang w:eastAsia="zh-CN"/>
        </w:rPr>
        <w:t>　　一、工作目标</w:t>
      </w:r>
      <w:r>
        <w:rPr>
          <w:lang w:eastAsia="zh-CN"/>
        </w:rPr>
        <w:br/>
      </w:r>
      <w:r>
        <w:rPr>
          <w:lang w:eastAsia="zh-CN"/>
        </w:rPr>
        <w:t>　　我们宣传部将逐步拓展以海报、刊物、公告栏为基础，展会、发布会为特色，广播、网络为延伸的立体化、多层次的宣传体系，更好的让同学们及时了解学联的各项活动的讯息，并鼓励同学们参与到学联的各项活动中。我们还将设置信箱，收集、处理、同学们对于学校各个方面的意见，并及时反馈上报主席团，使我们宣传部真正成为连接同学们与学联以及学校的纽带。</w:t>
      </w:r>
      <w:r>
        <w:rPr>
          <w:lang w:eastAsia="zh-CN"/>
        </w:rPr>
        <w:br/>
      </w:r>
      <w:r>
        <w:rPr>
          <w:lang w:eastAsia="zh-CN"/>
        </w:rPr>
        <w:t>　　二、主要任务</w:t>
      </w:r>
      <w:r>
        <w:rPr>
          <w:lang w:eastAsia="zh-CN"/>
        </w:rPr>
        <w:br/>
      </w:r>
      <w:r>
        <w:rPr>
          <w:lang w:eastAsia="zh-CN"/>
        </w:rPr>
        <w:t>　　我们宣传部还是将继续围绕学联的各项活动，在努力做好本部门的常规工作的同时，积极的参与到兄弟部门所开展的活动，（如文艺部的十大歌手大赛和公关部的公关之星）协助他们做好行之有效的宣传活动，确保活动的信息能及时、准确、快速的传达给立信的每一位师生，并提高他们的热情，积极地参与到学生会的各项活动中。从而提高学生会在同学中的影响力，树立学生会的良好形象。</w:t>
      </w:r>
      <w:r>
        <w:rPr>
          <w:lang w:eastAsia="zh-CN"/>
        </w:rPr>
        <w:br/>
      </w:r>
      <w:r>
        <w:rPr>
          <w:lang w:eastAsia="zh-CN"/>
        </w:rPr>
        <w:t>　　三、日常工作与管理</w:t>
      </w:r>
      <w:r>
        <w:rPr>
          <w:lang w:eastAsia="zh-CN"/>
        </w:rPr>
        <w:br/>
      </w:r>
      <w:r>
        <w:rPr>
          <w:lang w:eastAsia="zh-CN"/>
        </w:rPr>
        <w:t>　　（一）内部管理：每星期开一次例会，布置与跟进任务，对上周工作做一次总结。对表现突出的干事进行表扬，当然不合理之处我们会及时予以指出改进。希望干事能保持优点，不断进取。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（二）内部分工：将干事分按照特长为3组，分别为ps海报、书法和手绘。按照其表现选出3名组长，具体任务由部长和副部长具体分配后，布置给不同的小组，由小组内部协调，培养各组的团队精神。</w:t>
      </w:r>
      <w:r>
        <w:rPr>
          <w:lang w:eastAsia="zh-CN"/>
        </w:rPr>
        <w:br/>
      </w:r>
      <w:r>
        <w:rPr>
          <w:lang w:eastAsia="zh-CN"/>
        </w:rPr>
        <w:t>　　（三）学联共享：当其他部门有需要时，本部将进行调配干事，去其他部门进行协助工作。</w:t>
      </w:r>
      <w:r>
        <w:rPr>
          <w:lang w:eastAsia="zh-CN"/>
        </w:rPr>
        <w:br/>
      </w:r>
      <w:r>
        <w:rPr>
          <w:lang w:eastAsia="zh-CN"/>
        </w:rPr>
        <w:t>　　（四）内部交流：每周例会结束后对一些干事进行个别沟通，切实走入他们生活工作中，了解他们内心想法及感受，同时在工作期间增加干事间的交流机会，真正做到宣传部上下一心。</w:t>
      </w:r>
      <w:r>
        <w:rPr>
          <w:lang w:eastAsia="zh-CN"/>
        </w:rPr>
        <w:br/>
      </w:r>
      <w:r>
        <w:rPr>
          <w:lang w:eastAsia="zh-CN"/>
        </w:rPr>
        <w:t>　　四、干事招新</w:t>
      </w:r>
      <w:r>
        <w:rPr>
          <w:lang w:eastAsia="zh-CN"/>
        </w:rPr>
        <w:br/>
      </w:r>
      <w:r>
        <w:rPr>
          <w:lang w:eastAsia="zh-CN"/>
        </w:rPr>
        <w:t>　　用人原则：有创意、技术水平过硬、踏实肯干、有责任心，有志于服务宣传部的同学。</w:t>
      </w:r>
      <w:r>
        <w:rPr>
          <w:lang w:eastAsia="zh-CN"/>
        </w:rPr>
        <w:br/>
      </w:r>
      <w:r>
        <w:rPr>
          <w:lang w:eastAsia="zh-CN"/>
        </w:rPr>
        <w:t>　　招新方法：先笔试初选，后由部长面试，通过才艺展示后综合评定。</w:t>
      </w:r>
      <w:r>
        <w:rPr>
          <w:lang w:eastAsia="zh-CN"/>
        </w:rPr>
        <w:br/>
      </w:r>
      <w:r>
        <w:rPr>
          <w:lang w:eastAsia="zh-CN"/>
        </w:rPr>
        <w:t>　　五、具体活动</w:t>
      </w:r>
      <w:r>
        <w:rPr>
          <w:lang w:eastAsia="zh-CN"/>
        </w:rPr>
        <w:br/>
      </w:r>
      <w:r>
        <w:rPr>
          <w:lang w:eastAsia="zh-CN"/>
        </w:rPr>
        <w:t>　　（一）常规工作：以多元化的的手段宣传展示我校的整体风貌，为校团委、学联的各类活动做好铺垫预热工作，传达活动精神，展现我校师生风貌。</w:t>
      </w:r>
      <w:r>
        <w:rPr>
          <w:lang w:eastAsia="zh-CN"/>
        </w:rPr>
        <w:br/>
      </w:r>
      <w:r>
        <w:rPr>
          <w:lang w:eastAsia="zh-CN"/>
        </w:rPr>
        <w:t>　　1、充分了解各活动所需，及时定制宣传方案，通过介绍各部门工作、活动情况，使全校师生更好的了解学生会各部门的发展动向。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2、同各系部学生分会相关部门、校广播台、网络部以及校报密切合作，从过去单一的海报宣传方式拓展到海报、刊物、公告栏为基础，展会、发布会为特色，广播、网络为延伸全方位多层次的开展宣传工作，使同学们能了解各项活动的具体内容和进展过程；</w:t>
      </w:r>
      <w:r>
        <w:rPr>
          <w:lang w:eastAsia="zh-CN"/>
        </w:rPr>
        <w:br/>
      </w:r>
      <w:r>
        <w:rPr>
          <w:lang w:eastAsia="zh-CN"/>
        </w:rPr>
        <w:t>　　3、将宣传栏维护作为部门的常规工作，保护学院宣传阵地，号召大家一起营造宣传氛围，美化宣传环境；</w:t>
      </w:r>
      <w:r>
        <w:rPr>
          <w:lang w:eastAsia="zh-CN"/>
        </w:rPr>
        <w:br/>
      </w:r>
      <w:r>
        <w:rPr>
          <w:lang w:eastAsia="zh-CN"/>
        </w:rPr>
        <w:t>　　4、对本学期的各项宣传工作进行备案，详细、完整地保存宣传工作记录，以便于不断总结，更好的开展工作；</w:t>
      </w:r>
      <w:r>
        <w:rPr>
          <w:lang w:eastAsia="zh-CN"/>
        </w:rPr>
        <w:br/>
      </w:r>
      <w:r>
        <w:rPr>
          <w:lang w:eastAsia="zh-CN"/>
        </w:rPr>
        <w:t>　　5、及时与校团委、学联的主席和部长做好沟通工作，通过横向和纵向的比较、探讨来发现及改正部门的不足，并不断强化部门的优势；</w:t>
      </w:r>
      <w:r>
        <w:rPr>
          <w:lang w:eastAsia="zh-CN"/>
        </w:rPr>
        <w:br/>
      </w:r>
      <w:r>
        <w:rPr>
          <w:lang w:eastAsia="zh-CN"/>
        </w:rPr>
        <w:t>　　6、重点培养几位干事，可以让干事们自己组织、策划、安排活动，为下一届部长选拔做准备。</w:t>
      </w:r>
      <w:r>
        <w:rPr>
          <w:lang w:eastAsia="zh-CN"/>
        </w:rPr>
        <w:br/>
      </w:r>
      <w:r>
        <w:rPr>
          <w:lang w:eastAsia="zh-CN"/>
        </w:rPr>
        <w:t>　　（二）品牌活动</w:t>
      </w:r>
      <w:r>
        <w:rPr>
          <w:lang w:eastAsia="zh-CN"/>
        </w:rPr>
        <w:br/>
      </w:r>
      <w:r>
        <w:rPr>
          <w:lang w:eastAsia="zh-CN"/>
        </w:rPr>
        <w:t>　　1、“宣”出你的精彩活动计划；</w:t>
      </w:r>
      <w:r>
        <w:rPr>
          <w:lang w:eastAsia="zh-CN"/>
        </w:rPr>
        <w:br/>
      </w:r>
      <w:r>
        <w:rPr>
          <w:lang w:eastAsia="zh-CN"/>
        </w:rPr>
        <w:t>　　2、“宣”出你的精彩立信学子风采大赛活动计划；</w:t>
      </w:r>
      <w:r>
        <w:rPr>
          <w:lang w:eastAsia="zh-CN"/>
        </w:rPr>
        <w:br/>
      </w:r>
      <w:r>
        <w:rPr>
          <w:lang w:eastAsia="zh-CN"/>
        </w:rPr>
        <w:t>　　3、活动主题：高手过招拼出你的才艺“宣”出你的精彩。</w:t>
      </w:r>
      <w:r>
        <w:rPr>
          <w:lang w:eastAsia="zh-CN"/>
        </w:rPr>
        <w:br/>
      </w:r>
      <w:r>
        <w:rPr>
          <w:lang w:eastAsia="zh-CN"/>
        </w:rPr>
        <w:t>　　活动目的和意义：</w:t>
      </w:r>
      <w:r>
        <w:rPr>
          <w:lang w:eastAsia="zh-CN"/>
        </w:rPr>
        <w:br/>
      </w:r>
      <w:r>
        <w:rPr>
          <w:lang w:eastAsia="zh-CN"/>
        </w:rPr>
        <w:t>　　为了加强我校校园文化建设，营造良好的校园文化氛围，进一步拓展大学生素质教育，搭建大学生风采展示的平台，努力提高大学生的综合素质。开展丰富多彩的活动，既可以陶冶学生的情操，又可以丰富同学生活，也可以激发学生的竞争意识、发掘宣传方面的人才、碰出校园宣传活动的灵感火花、增进与系部各学生分会相关部门之间的交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活动简介：</w:t>
      </w:r>
      <w:r>
        <w:rPr>
          <w:lang w:eastAsia="zh-CN"/>
        </w:rPr>
        <w:br/>
      </w:r>
      <w:r>
        <w:rPr>
          <w:lang w:eastAsia="zh-CN"/>
        </w:rPr>
        <w:t>　　活动分为ps制作、手绘制作和室内设计三个比赛项目。参赛者将有两种方式报名参加：</w:t>
      </w:r>
      <w:r>
        <w:rPr>
          <w:lang w:eastAsia="zh-CN"/>
        </w:rPr>
        <w:br/>
      </w:r>
      <w:r>
        <w:rPr>
          <w:lang w:eastAsia="zh-CN"/>
        </w:rPr>
        <w:t>　　一、与各系部合作由系部推荐有相关特长的学生进入比赛（各系选送至少三人）；</w:t>
      </w:r>
      <w:r>
        <w:rPr>
          <w:lang w:eastAsia="zh-CN"/>
        </w:rPr>
        <w:br/>
      </w:r>
      <w:r>
        <w:rPr>
          <w:lang w:eastAsia="zh-CN"/>
        </w:rPr>
        <w:t>　　二、在前期做足宣传工作，由部分感兴趣的同学自愿报名参加。每位选手选择一个比赛项目进行比赛。比赛赛中评委对选手的作品进行评选产生各奖项。</w:t>
      </w:r>
      <w:r>
        <w:rPr>
          <w:lang w:eastAsia="zh-CN"/>
        </w:rPr>
        <w:br/>
      </w:r>
      <w:r>
        <w:rPr>
          <w:lang w:eastAsia="zh-CN"/>
        </w:rPr>
        <w:t>　　比赛流程：</w:t>
      </w:r>
      <w:r>
        <w:rPr>
          <w:lang w:eastAsia="zh-CN"/>
        </w:rPr>
        <w:br/>
      </w:r>
      <w:r>
        <w:rPr>
          <w:lang w:eastAsia="zh-CN"/>
        </w:rPr>
        <w:t>　　由参赛选手带领后援团（至少10人，后援团人数作为评分标准的一项）一起参加，活动主要分两个板块，一是参赛选手在由主办方提供的场地（即_l教室前面空置的两旁的场所）进行比赛；二是由参赛选手所带的后援团在等待选手完成作品的同时通过游戏抢答等趣味方式了解各种与宣传部相关的知识，为选手的成绩加分（后援团同样有机会获得礼品）。主持人可在游戏的中途，介绍各比赛选手的完成情况，以及询问选手的创作理念等。最后经由评委的专业评分统计出成绩，现场公布名次。</w:t>
      </w:r>
      <w:r>
        <w:rPr>
          <w:lang w:eastAsia="zh-CN"/>
        </w:rPr>
        <w:br/>
      </w:r>
      <w:r>
        <w:rPr>
          <w:lang w:eastAsia="zh-CN"/>
        </w:rPr>
        <w:t>　　注：游戏环节中将由每位参赛选手后援团的指定人数选手参加，人数不够者作弃权处理。游戏环节包括抢答（20道题）、是非判断（10道题）、画图猜词语（限时2分钟）这三个环节。</w:t>
      </w:r>
      <w:r>
        <w:rPr>
          <w:lang w:eastAsia="zh-CN"/>
        </w:rPr>
        <w:br/>
      </w:r>
      <w:r>
        <w:rPr>
          <w:lang w:eastAsia="zh-CN"/>
        </w:rPr>
        <w:t>　　评分标准与评委：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得分点：设计的美观度（20%）、与主题的符合度（30%）、构图的表现力（20%）、设计的受欢迎程度（30%，主要以后援团的到场人数为标准）。</w:t>
      </w:r>
      <w:r>
        <w:rPr>
          <w:lang w:eastAsia="zh-CN"/>
        </w:rPr>
        <w:br/>
      </w:r>
      <w:r>
        <w:rPr>
          <w:lang w:eastAsia="zh-CN"/>
        </w:rPr>
        <w:t>　　评委：评委将邀请各系部宣传部和网络部部长进行评分</w:t>
      </w:r>
      <w:r>
        <w:rPr>
          <w:lang w:eastAsia="zh-CN"/>
        </w:rPr>
        <w:br/>
      </w:r>
      <w:r>
        <w:rPr>
          <w:lang w:eastAsia="zh-CN"/>
        </w:rPr>
        <w:t>　　成果展览：</w:t>
      </w:r>
      <w:r>
        <w:rPr>
          <w:lang w:eastAsia="zh-CN"/>
        </w:rPr>
        <w:br/>
      </w:r>
      <w:r>
        <w:rPr>
          <w:lang w:eastAsia="zh-CN"/>
        </w:rPr>
        <w:t>　　比赛中将选出各部分优秀作品6件优秀作品（部分作品为了展览的美观性将重新制作），集中放置于学子食堂前的的宣传栏中展览，展览时间为两个星期，供同学间的学习交流。</w:t>
      </w:r>
      <w:r>
        <w:rPr>
          <w:lang w:eastAsia="zh-CN"/>
        </w:rPr>
        <w:br/>
      </w:r>
      <w:r>
        <w:rPr>
          <w:lang w:eastAsia="zh-CN"/>
        </w:rPr>
        <w:t>　　部门合作：</w:t>
      </w:r>
      <w:r>
        <w:rPr>
          <w:lang w:eastAsia="zh-CN"/>
        </w:rPr>
        <w:br/>
      </w:r>
      <w:r>
        <w:rPr>
          <w:lang w:eastAsia="zh-CN"/>
        </w:rPr>
        <w:t>　　本次活动我们将主要与网络部与公关部一起合作，密切联系系部学生会，一起举办一场以宣传技能比拼为主，趣味性宣传知识为辅的大型比赛。</w:t>
      </w:r>
      <w:r>
        <w:rPr>
          <w:lang w:eastAsia="zh-CN"/>
        </w:rPr>
        <w:br/>
      </w:r>
      <w:r>
        <w:rPr>
          <w:lang w:eastAsia="zh-CN"/>
        </w:rPr>
        <w:t>　　奖项设置与奖励办法：</w:t>
      </w:r>
      <w:r>
        <w:rPr>
          <w:lang w:eastAsia="zh-CN"/>
        </w:rPr>
        <w:br/>
      </w:r>
      <w:r>
        <w:rPr>
          <w:lang w:eastAsia="zh-CN"/>
        </w:rPr>
        <w:t>　　奖项设置：比赛将选出三个比赛部分各自的冠、亚、季军各一名，最佳创意奖一名。</w:t>
      </w:r>
      <w:r>
        <w:rPr>
          <w:lang w:eastAsia="zh-CN"/>
        </w:rPr>
        <w:br/>
      </w:r>
      <w:r>
        <w:rPr>
          <w:lang w:eastAsia="zh-CN"/>
        </w:rPr>
        <w:t>　　奖励办法：大赛将为各位获奖选手提供精美礼品一份，并有机会得到学联关注，成为学联人才库中的一员，有意成为下一届学联部长的同学将在学联得到备案。</w:t>
      </w:r>
      <w:r>
        <w:rPr>
          <w:lang w:eastAsia="zh-CN"/>
        </w:rPr>
        <w:br/>
      </w:r>
      <w:r>
        <w:rPr>
          <w:lang w:eastAsia="zh-CN"/>
        </w:rPr>
        <w:t>　　六、宣传部的承诺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为全校师生们打造一条畅通无阻的信息桥梁，为学校的各类活动做好前期的宣传工作是我们宣传部的职责。宣传部是一个特殊的部门，他是一架师生间沟通的桥梁，是学联的.一扇窗口，向全校师生展现我们学联的风采。11年的我们，将继续秉承上一届的优良传统，发挥宣传部的特色，我们更将打造属于我们自己的品牌活动，请大家拭目以待吧！</w:t>
      </w:r>
      <w:r>
        <w:rPr>
          <w:lang w:eastAsia="zh-CN"/>
        </w:rPr>
        <w:br/>
      </w:r>
      <w:r>
        <w:rPr>
          <w:lang w:eastAsia="zh-CN"/>
        </w:rPr>
        <w:t xml:space="preserve">    精选学生会宣传部工作计划模板 篇11 </w:t>
      </w:r>
      <w:r>
        <w:rPr>
          <w:lang w:eastAsia="zh-CN"/>
        </w:rPr>
        <w:br/>
      </w:r>
      <w:r>
        <w:rPr>
          <w:lang w:eastAsia="zh-CN"/>
        </w:rPr>
        <w:t>　　新的一个学年又来临了，我们药学与生物工程学院迎来了新的机遇与挑战。宣传部，作为一个老牌的学生会部门，也迎来了勃勃生机。作为学院面向学校的一个宣传窗口，我们应该努力将我们学院最优秀的一面展示给其他的每个二级学院;作为沟通团总支学生会和普通广大同学之间的桥梁，我们更应该努力工作，是每个同学都能及时，迅速地了解学院的各项工作。</w:t>
      </w:r>
      <w:r>
        <w:rPr>
          <w:lang w:eastAsia="zh-CN"/>
        </w:rPr>
        <w:br/>
      </w:r>
      <w:r>
        <w:rPr>
          <w:lang w:eastAsia="zh-CN"/>
        </w:rPr>
        <w:t>　　本学年，我们宣传部将在内紧密联系各个部门，对外加强与各个二级学院宣传部门的沟通与联系，靠着自己的努力拼搏，用汗水和实际行动代替一切空话套话，书写属于我们的辉煌，将我们药学与生物工程学院越办越好!</w:t>
      </w:r>
      <w:r>
        <w:rPr>
          <w:lang w:eastAsia="zh-CN"/>
        </w:rPr>
        <w:br/>
      </w:r>
      <w:r>
        <w:rPr>
          <w:lang w:eastAsia="zh-CN"/>
        </w:rPr>
        <w:t>　　一、工作概要</w:t>
      </w:r>
      <w:r>
        <w:rPr>
          <w:lang w:eastAsia="zh-CN"/>
        </w:rPr>
        <w:br/>
      </w:r>
      <w:r>
        <w:rPr>
          <w:lang w:eastAsia="zh-CN"/>
        </w:rPr>
        <w:t>　　本学期宣传部的工作重点是加强团队的制度建设，建立考核制度，让工作有条不紊地进行下去。积极协助其他部门的工作，通知本部门将创新地结合其他学院的一些精品活动项目，面向全学院乃至全校开展一次有关宣传活动的活动。</w:t>
      </w:r>
      <w:r>
        <w:rPr>
          <w:lang w:eastAsia="zh-CN"/>
        </w:rPr>
        <w:br/>
      </w:r>
      <w:r>
        <w:rPr>
          <w:lang w:eastAsia="zh-CN"/>
        </w:rPr>
        <w:t>　　二、团队建设</w:t>
      </w:r>
      <w:r>
        <w:rPr>
          <w:lang w:eastAsia="zh-CN"/>
        </w:rPr>
        <w:br/>
      </w:r>
      <w:r>
        <w:rPr>
          <w:lang w:eastAsia="zh-CN"/>
        </w:rPr>
        <w:t>　　1、招新：为我们宣传部注入新的血液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在开学的一个月内，我们宣传部同其他部门一起进行了招新，招新的结果有喜有忧，喜的是大一新生中报选宣传部门的同学基本上能准确的说明宣传部门的具体工作职责，并都具备一定的写字绘画基本能力;忧的是这些同学所具有的宣传功底并不是十分深厚，特别是绘画能力不是很强，这就直接意味着以后开展工作的工作质量可能有所下降，这也是我所十分担忧的。</w:t>
      </w:r>
      <w:r>
        <w:rPr>
          <w:lang w:eastAsia="zh-CN"/>
        </w:rPr>
        <w:br/>
      </w:r>
      <w:r>
        <w:rPr>
          <w:lang w:eastAsia="zh-CN"/>
        </w:rPr>
        <w:t>　　2、工作：踏踏实实，决不能马虎</w:t>
      </w:r>
      <w:r>
        <w:rPr>
          <w:lang w:eastAsia="zh-CN"/>
        </w:rPr>
        <w:br/>
      </w:r>
      <w:r>
        <w:rPr>
          <w:lang w:eastAsia="zh-CN"/>
        </w:rPr>
        <w:t>　　我计划以后每两个星期召集我们部门的干事和每个班的宣传委员，一起来开一次会。既来总结之前工作的得与失，又能为以后的工作提供经验教训。</w:t>
      </w:r>
      <w:r>
        <w:rPr>
          <w:lang w:eastAsia="zh-CN"/>
        </w:rPr>
        <w:br/>
      </w:r>
      <w:r>
        <w:rPr>
          <w:lang w:eastAsia="zh-CN"/>
        </w:rPr>
        <w:t>　　我还计划以后除了画海报等正常工作之外，还定期召集干事们一起去活动室画画写字，因为活到老学到老，只有不停地学习，我们才能进步。</w:t>
      </w:r>
      <w:r>
        <w:rPr>
          <w:lang w:eastAsia="zh-CN"/>
        </w:rPr>
        <w:br/>
      </w:r>
      <w:r>
        <w:rPr>
          <w:lang w:eastAsia="zh-CN"/>
        </w:rPr>
        <w:t>　　3、创新：开动脑筋，办出我们学院的特色</w:t>
      </w:r>
      <w:r>
        <w:rPr>
          <w:lang w:eastAsia="zh-CN"/>
        </w:rPr>
        <w:br/>
      </w:r>
      <w:r>
        <w:rPr>
          <w:lang w:eastAsia="zh-CN"/>
        </w:rPr>
        <w:t>　　我们宣传部计划在本学年的10月末、11月初就快接近校庆的时候策划开展一次有关“庆母校七十华诞”的面向全学院的明信片(或彩旗)设计大赛，号召全学院的同学们踊跃参与，为母校的生日献上自己的生日祝福。</w:t>
      </w:r>
      <w:r>
        <w:rPr>
          <w:lang w:eastAsia="zh-CN"/>
        </w:rPr>
        <w:br/>
      </w:r>
      <w:r>
        <w:rPr>
          <w:lang w:eastAsia="zh-CN"/>
        </w:rPr>
        <w:t>　　我们宣传部还将与时俱进，根据国内外的各种时事开展各种不同形式的宣传比赛，同时还可以创新性地与其他的(比如化工学院)一起开展一些宣传活动。</w:t>
      </w:r>
      <w:r>
        <w:rPr>
          <w:lang w:eastAsia="zh-CN"/>
        </w:rPr>
        <w:br/>
      </w:r>
      <w:r>
        <w:rPr>
          <w:lang w:eastAsia="zh-CN"/>
        </w:rPr>
        <w:t>　　在整个~20__学年里，药学与生物工程学院宣传部将再接再厉，紧密联系其他部门，进行各种宣传工作，扩大我们学院的影响力，为药学与生物工程学院的辉煌明天贡献我们应尽的责任与努力!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新学期伊始，文学院学生会又迎来了新一轮的挑战，新的团队、新的思维、新的任务，针对上学期经验成绩，我部又制定了全新的工作方针。今年文学院10届新生除汉本、新传、文秘外，又新增对外汉语这门新专业，文学院学生规模迅速扩大的同时，宣传力度规模也应逐步加强，面对新的机遇与挑战，本部门活动计划及工作展望如下：</w:t>
      </w:r>
      <w:r>
        <w:rPr>
          <w:lang w:eastAsia="zh-CN"/>
        </w:rPr>
        <w:br/>
      </w:r>
      <w:r>
        <w:rPr>
          <w:lang w:eastAsia="zh-CN"/>
        </w:rPr>
        <w:t>　　1、做好大一学生会成员的选拔、培养工作。强化本系黑板报、宣传栏、海报等本职工作、明确分工。</w:t>
      </w:r>
      <w:r>
        <w:rPr>
          <w:lang w:eastAsia="zh-CN"/>
        </w:rPr>
        <w:br/>
      </w:r>
      <w:r>
        <w:rPr>
          <w:lang w:eastAsia="zh-CN"/>
        </w:rPr>
        <w:t>　　2、适时开展"文学院大型主题海报展"，以班级为单位进行宣传引导，扩大文学院影响力</w:t>
      </w:r>
      <w:r>
        <w:rPr>
          <w:lang w:eastAsia="zh-CN"/>
        </w:rPr>
        <w:br/>
      </w:r>
      <w:r>
        <w:rPr>
          <w:lang w:eastAsia="zh-CN"/>
        </w:rPr>
        <w:t>　　3、适时针对不同年级"问卷调查"或"大学生职业生涯规划调查"等评估，了解学生思想动态，解决实际问题。</w:t>
      </w:r>
      <w:r>
        <w:rPr>
          <w:lang w:eastAsia="zh-CN"/>
        </w:rPr>
        <w:br/>
      </w:r>
      <w:r>
        <w:rPr>
          <w:lang w:eastAsia="zh-CN"/>
        </w:rPr>
        <w:t>　　4、配合系领导、副书记以及学生会主席做好联系工作，举办一系列的主题宣传活动。</w:t>
      </w:r>
      <w:r>
        <w:rPr>
          <w:lang w:eastAsia="zh-CN"/>
        </w:rPr>
        <w:br/>
      </w:r>
      <w:r>
        <w:rPr>
          <w:lang w:eastAsia="zh-CN"/>
        </w:rPr>
        <w:t>　　5、积极与各活跃部门合作举办大型活动，如即将和女工部合办的第二届"可乐生活"百科活动，学习部征文活动等等。</w:t>
      </w:r>
      <w:r>
        <w:rPr>
          <w:lang w:eastAsia="zh-CN"/>
        </w:rPr>
        <w:br/>
      </w:r>
      <w:r>
        <w:rPr>
          <w:lang w:eastAsia="zh-CN"/>
        </w:rPr>
        <w:t>　　6、负责本学期的文学院团总支学生会各部举办活动以及所有的其它部门工作的具体时间、地点、内容的通知。</w:t>
      </w:r>
      <w:r>
        <w:rPr>
          <w:lang w:eastAsia="zh-CN"/>
        </w:rPr>
        <w:br/>
      </w:r>
      <w:r>
        <w:rPr>
          <w:lang w:eastAsia="zh-CN"/>
        </w:rPr>
        <w:t>　　7、重大节日的宣传工作。在确定具体日期后，根据需要做好文化节日的宣传。和网络部合作，在网上做好文学院重大事件的宣传工作。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8、提高本部门各成员自身的工作能力和素质，在提高工作质量的同时提高工作效率，使宣传部的工作开展得更加顺利。如在单位时间内完成海报数量及质量的提高。</w:t>
      </w:r>
      <w:r>
        <w:rPr>
          <w:lang w:eastAsia="zh-CN"/>
        </w:rPr>
        <w:br/>
      </w:r>
      <w:r>
        <w:rPr>
          <w:lang w:eastAsia="zh-CN"/>
        </w:rPr>
        <w:t>　　9、配合所有其他兄弟部门不可预见的活动的宣传，确保文学院每项学生活动的顺利开展。由于宣传部的工作多难免会有冲突，所以为使宣传工作到位，希望其他部门提前通知我部，以便本部门有更充分的时间去设计，创作。</w:t>
      </w:r>
      <w:r>
        <w:rPr>
          <w:lang w:eastAsia="zh-CN"/>
        </w:rPr>
        <w:br/>
      </w:r>
      <w:r>
        <w:rPr>
          <w:lang w:eastAsia="zh-CN"/>
        </w:rPr>
        <w:t>　　10、适时开展书法、板报、绘画等形式灵活的比赛，充分挖掘同学们的宣传才华，加强系文化氛围，开发出一片新的宣传阵地。一般在下半学期空闲时间安排举行。</w:t>
      </w:r>
      <w:r>
        <w:rPr>
          <w:lang w:eastAsia="zh-CN"/>
        </w:rPr>
        <w:br/>
      </w:r>
      <w:r>
        <w:rPr>
          <w:lang w:eastAsia="zh-CN"/>
        </w:rPr>
        <w:t>　　11、对本学期的各项宣传工作进行备案。尽量详细、完整地把宣传工作记录保存下来并和各部门密切合作，全方位多层次的开展宣传工作。</w:t>
      </w:r>
      <w:r>
        <w:rPr>
          <w:lang w:eastAsia="zh-CN"/>
        </w:rPr>
        <w:br/>
      </w:r>
      <w:r>
        <w:rPr>
          <w:lang w:eastAsia="zh-CN"/>
        </w:rPr>
        <w:t>　　宣传部，由于其工作的性质和本身的功能，决定了它不仅要遵循系领导及团总支的旨意，而且要配合其他部门开展各种活动，做一支响亮的"冲锋号"!</w:t>
      </w:r>
      <w:r>
        <w:rPr>
          <w:lang w:eastAsia="zh-CN"/>
        </w:rPr>
        <w:br/>
      </w:r>
      <w:r>
        <w:rPr>
          <w:lang w:eastAsia="zh-CN"/>
        </w:rPr>
        <w:t xml:space="preserve">    精选学生会宣传部工作计划模板 篇12 </w:t>
      </w:r>
      <w:r>
        <w:rPr>
          <w:lang w:eastAsia="zh-CN"/>
        </w:rPr>
        <w:br/>
      </w:r>
      <w:r>
        <w:rPr>
          <w:lang w:eastAsia="zh-CN"/>
        </w:rPr>
        <w:t>　　一、工作理念：全心全意为学院师生服务，有针对性的、讲究实效性和创造性的开展工作。</w:t>
      </w:r>
      <w:r>
        <w:rPr>
          <w:lang w:eastAsia="zh-CN"/>
        </w:rPr>
        <w:br/>
      </w:r>
      <w:r>
        <w:rPr>
          <w:lang w:eastAsia="zh-CN"/>
        </w:rPr>
        <w:t>　　二、工作思路：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1、加强政治理论学习，提高政治素养，增强主人翁意识，以负责任的态度，深入思考，创新工作理念，改进工作方法，团结一致，完善部门建设，将服务同学和锻炼自我结合起来，力争每一次活动都能有主题、有针对性的开展，尽量能贴近同学们的生活实际，激发同学们的参与热情，并最大程度、最大范围的让同学获益。</w:t>
      </w:r>
      <w:r>
        <w:rPr>
          <w:lang w:eastAsia="zh-CN"/>
        </w:rPr>
        <w:br/>
      </w:r>
      <w:r>
        <w:rPr>
          <w:lang w:eastAsia="zh-CN"/>
        </w:rPr>
        <w:t>　　2、发扬奥运精神，以“迎奥运 讲文明树新风”为主题，在学院领导、老师的指导下，紧紧围绕院党委和分团委的中心开展工作，宣传文明礼仪，提升文明素质。</w:t>
      </w:r>
      <w:r>
        <w:rPr>
          <w:lang w:eastAsia="zh-CN"/>
        </w:rPr>
        <w:br/>
      </w:r>
      <w:r>
        <w:rPr>
          <w:lang w:eastAsia="zh-CN"/>
        </w:rPr>
        <w:t>　　3、继续发扬严谨认真、吃苦耐劳的作风，积极配合学生会其他部门认真做好宣传工作外，并在新的一年里，以一种崭新的姿态工作，将服务进行到底。</w:t>
      </w:r>
      <w:r>
        <w:rPr>
          <w:lang w:eastAsia="zh-CN"/>
        </w:rPr>
        <w:br/>
      </w:r>
      <w:r>
        <w:rPr>
          <w:lang w:eastAsia="zh-CN"/>
        </w:rPr>
        <w:t>　　4、主动学习其他部门组织活动的经验，力争今年能打造出我部几个品牌活动、特色活动。</w:t>
      </w:r>
      <w:r>
        <w:rPr>
          <w:lang w:eastAsia="zh-CN"/>
        </w:rPr>
        <w:br/>
      </w:r>
      <w:r>
        <w:rPr>
          <w:lang w:eastAsia="zh-CN"/>
        </w:rPr>
        <w:t>　　三、工作计划实施时间：_年3月12日到_年6月30日</w:t>
      </w:r>
      <w:r>
        <w:rPr>
          <w:lang w:eastAsia="zh-CN"/>
        </w:rPr>
        <w:br/>
      </w:r>
      <w:r>
        <w:rPr>
          <w:lang w:eastAsia="zh-CN"/>
        </w:rPr>
        <w:t>　　四、工作要点：</w:t>
      </w:r>
      <w:r>
        <w:rPr>
          <w:lang w:eastAsia="zh-CN"/>
        </w:rPr>
        <w:br/>
      </w:r>
      <w:r>
        <w:rPr>
          <w:lang w:eastAsia="zh-CN"/>
        </w:rPr>
        <w:t>　　1、与学校传播媒体合作。我部将与校广播台、天际新闻网取得联系，充分利用我校的宣传平台，采取各种宣传手段，把我院最新动态，散播到校园的每一个角落。</w:t>
      </w:r>
      <w:r>
        <w:rPr>
          <w:lang w:eastAsia="zh-CN"/>
        </w:rPr>
        <w:br/>
      </w:r>
      <w:r>
        <w:rPr>
          <w:lang w:eastAsia="zh-CN"/>
        </w:rPr>
        <w:t>　　2、宣传无小事。定期报道我院学生的先进思想、先进事迹，班级活动，团学活动，重大举措、重要事件等，形式为张榜公布、传单式散发(到宿舍或班级信箱)和小报纸。</w:t>
      </w:r>
      <w:r>
        <w:rPr>
          <w:lang w:eastAsia="zh-CN"/>
        </w:rPr>
        <w:br/>
      </w:r>
      <w:r>
        <w:rPr>
          <w:lang w:eastAsia="zh-CN"/>
        </w:rPr>
        <w:t>　　3、两会调查。3月份正值两会召开之际，我部将针对两会热点话题做一个学院调查。调查表由各班宣传委员分发到其班上每位同学填写，我们再把结果统计好并公布，以此来宣传两会精神，在同学中再次掀起关注两会、学习两会的热潮。</w:t>
      </w:r>
      <w:r>
        <w:rPr>
          <w:lang w:eastAsia="zh-CN"/>
        </w:rPr>
        <w:br/>
      </w:r>
    </w:p>
    <w:p w:rsidR="001B1F19" w14:textId="27C3F48A">
      <w:pPr>
        <w:rPr>
          <w:rFonts w:hint="eastAsia"/>
          <w:lang w:eastAsia="zh-CN"/>
        </w:rPr>
      </w:pPr>
      <w:r>
        <w:rPr>
          <w:lang w:eastAsia="zh-CN"/>
        </w:rPr>
        <w:t>　　4、世界气象日。3月23日世界气象日，为让气象知识、气候保护更加深入人心，我院学生会将举行气象日宣传活动，我部将配合分团委认真把气象日宣传活动办得丰富多彩，计划做气象相关知识的展板，散发气象小知识宣传单。</w:t>
      </w:r>
      <w:r>
        <w:rPr>
          <w:lang w:eastAsia="zh-CN"/>
        </w:rPr>
        <w:br/>
      </w:r>
      <w:r>
        <w:rPr>
          <w:lang w:eastAsia="zh-CN"/>
        </w:rPr>
        <w:t>　　5、读书月。配合学习部的读书月活动，我们宣传部将和学习部合作，针对李开复致中国大学生的信件，看展主题征文比赛，将获奖文章以网络、印刷小册子等形式进行宣传，并由辅导员审批后，对获奖者给予一定的物质奖励。</w:t>
      </w:r>
      <w:r>
        <w:rPr>
          <w:lang w:eastAsia="zh-CN"/>
        </w:rPr>
        <w:br/>
      </w:r>
      <w:r>
        <w:rPr>
          <w:lang w:eastAsia="zh-CN"/>
        </w:rPr>
        <w:t>　　6、学风建设宣传。今年我校学生工作确定为“学风建设年”，加上07级学生开始试行完全学分制，我部将配合学院的学风建设活动，宣传良好的学风。计划于3月中旬在明德楼和文德楼各摆放一块宣传板，倡议同学们培养良好的学习习惯，上课认真听讲，做好笔记，不讲话，不吃东西，不打手机，不做与学习无关的事情，作到尊敬老师和同学，为自己的学业注入一股新的动力。</w:t>
      </w:r>
      <w:r>
        <w:rPr>
          <w:lang w:eastAsia="zh-CN"/>
        </w:rPr>
        <w:br/>
      </w:r>
      <w:r>
        <w:rPr>
          <w:lang w:eastAsia="zh-CN"/>
        </w:rPr>
        <w:t>　　7、档案馆。我们打算将“档案馆”做成我部的品牌，包括留言墙(上半年毕业留言，下半年新生留言)、“希望”图书馆和名人坊。</w:t>
      </w:r>
      <w:r>
        <w:rPr>
          <w:lang w:eastAsia="zh-CN"/>
        </w:rPr>
        <w:br/>
      </w:r>
      <w:r>
        <w:rPr>
          <w:lang w:eastAsia="zh-CN"/>
        </w:rPr>
        <w:t>　　(1)留言墙。针对大四毕业的来临，我们将在今年举办第一届大气科学学院毕业生心灵感言、真诚寄语活动，让每一位毕业生把自己毕业前最想说的话写在我们的专用长卷上，长卷会不定期的展览，供同学们阅读和借鉴，希望能对同学们有所帮助和启发。我部将长期保留长卷，让在校生或返校校友都能欣赏。</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https://d.book118.com/036220044153010044</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36220044153010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