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美容师年度工作总结（31篇）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一转眼，20__年的阳春三月就过去了，在过去的一个月里，是美容院的旺季，顾客比较多，我也在忙碌之中不断的学习和锻炼自己，取得了一些成绩，开发了不少新顾客，业绩也跟上个月比有了大幅度的提升。当然，在这个月工作中我也有一些不足之处，例如对顾客的心理变化还是不够敏锐，没能及时满足顾客的需求。这个问题的根源还是我的经验不够丰富，在美容院接受的锻炼还比较少，对顾客的判断能力和处理突发性事件的能力还比较弱。</w:t>
      </w:r>
      <w:r>
        <w:rPr>
          <w:lang w:eastAsia="zh-CN"/>
        </w:rPr>
        <w:br/>
      </w:r>
      <w:r>
        <w:rPr>
          <w:lang w:eastAsia="zh-CN"/>
        </w:rPr>
        <w:t>　　但是，我的优势就是我还年轻，我还是一个热爱学习的美容师。虽然每天的工作很忙，很多，但是我一定会及时发现问题，并且找出问题所在，及时解决问题。解决不了的我也愿意向同事和上级主管及时咨询，在这个过程中，我觉得自己的能力得到了提升和锻炼。当然，由于长时间在美容院，我难免会对工作产生懈怠情绪，工作激情不够高昂，没有积极主动的开发新顾客，平时做销售的时候自信心也不是很足，不能够谈大单和顾客沟通交流。感觉我的专业知识和职业素养还有待提升，尤其是我对美容院产品的理解和美容手法的掌握都不够熟练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这个月我基本完成工作目标，业绩也略有超标，对此我还是感觉很开心，也谢谢各位同时对我的帮助和支持。在接下来的工作中，我也会继续努力，不断给自己制定新的目标，不断超越自己，只有严格要求自己，才能成为一个合格的美容师。接下来，我会向各位经理多学习普丽缇莎产品知识、学习新的手法、对我们新的仪器也争取尽快掌握，一最好的姿态更自信的姿态去给我的每一个顾客做好服务。谢谢大家。</w:t>
      </w:r>
      <w:r>
        <w:rPr>
          <w:lang w:eastAsia="zh-CN"/>
        </w:rPr>
        <w:br/>
      </w:r>
      <w:r>
        <w:rPr>
          <w:lang w:eastAsia="zh-CN"/>
        </w:rPr>
        <w:t xml:space="preserve">    美容师年度工作总结 篇5 </w:t>
      </w:r>
      <w:r>
        <w:rPr>
          <w:lang w:eastAsia="zh-CN"/>
        </w:rPr>
        <w:br/>
      </w:r>
      <w:r>
        <w:rPr>
          <w:lang w:eastAsia="zh-CN"/>
        </w:rPr>
        <w:t>　　时间飞逝，如白驹过隙。转眼间到年底，在即将过去的这一年里，从总体上看，我对自己的工作还是比较满意的，我清楚的明白自己的工作职责所在，按照店里的相关规定按时上下班，没有迟到或早退。其次，在上班时间尽心尽力，做好本职工作，表现良好。再次，与同事相处和睦，关系融洽。另外，与顾客的关系也处理得当，既没有怠慢顾客，又把自己的工作做的得心应手。作为一名美容师，以下是我今年的工作总结。</w:t>
      </w:r>
      <w:r>
        <w:rPr>
          <w:lang w:eastAsia="zh-CN"/>
        </w:rPr>
        <w:br/>
      </w:r>
      <w:r>
        <w:rPr>
          <w:lang w:eastAsia="zh-CN"/>
        </w:rPr>
        <w:t>　　一、良好的服务意识是最有力的销售方法</w:t>
      </w:r>
      <w:r>
        <w:rPr>
          <w:lang w:eastAsia="zh-CN"/>
        </w:rPr>
        <w:br/>
      </w:r>
      <w:r>
        <w:rPr>
          <w:lang w:eastAsia="zh-CN"/>
        </w:rPr>
        <w:t>　　它可以给对方良好的第一印象。通过微笑，你可以展示出你的个人魅力和亲和力，从而影响顾客的心情，给顾客创造一种轻松愉快的心情。美容师要时刻站在顾客的立场上，想顾客所想，尽可能的为她们排除内心的顾虑和疑问，给顾客一种宾至如归的感觉。尽量提供给顾客超值的服务，让其真正有物超所值的感觉。</w:t>
      </w:r>
      <w:r>
        <w:rPr>
          <w:lang w:eastAsia="zh-CN"/>
        </w:rPr>
        <w:br/>
      </w:r>
      <w:r>
        <w:rPr>
          <w:lang w:eastAsia="zh-CN"/>
        </w:rPr>
        <w:t>　　二、充分展示个人良好的自身品性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具有了良好的工作习惯，顾客就会很容易很快的接受你，认同你，继而她就会认同你的产品，接受你的服务。要具有正确的审美观，要懂得如何欣赏顾客，赞美顾客，让顾客满意、高兴地接受你和你的产品及服务。在工作时，要向顾客充分展现处你良好的精神面貌。把情绪带到工作中是的忌讳。干净、端庄、大方的打扮也是体现你良好精神面貌的一方面。</w:t>
      </w:r>
      <w:r>
        <w:rPr>
          <w:lang w:eastAsia="zh-CN"/>
        </w:rPr>
        <w:br/>
      </w:r>
      <w:r>
        <w:rPr>
          <w:lang w:eastAsia="zh-CN"/>
        </w:rPr>
        <w:t>　　三、要有一定的理论修养</w:t>
      </w:r>
      <w:r>
        <w:rPr>
          <w:lang w:eastAsia="zh-CN"/>
        </w:rPr>
        <w:br/>
      </w:r>
      <w:r>
        <w:rPr>
          <w:lang w:eastAsia="zh-CN"/>
        </w:rPr>
        <w:t>　　要了解与本职工作有关的基础生理知识、营养学、化妆品常识和心理学知识；关注当今美容行业的发展新动向，以便准确无误的开展咨询服务，实事求是的回答顾客提出的各种问题，不断提高自己的鉴赏能力，以便高水平地为顾客服务。</w:t>
      </w:r>
      <w:r>
        <w:rPr>
          <w:lang w:eastAsia="zh-CN"/>
        </w:rPr>
        <w:br/>
      </w:r>
      <w:r>
        <w:rPr>
          <w:lang w:eastAsia="zh-CN"/>
        </w:rPr>
        <w:t>　　四、技艺修养</w:t>
      </w:r>
      <w:r>
        <w:rPr>
          <w:lang w:eastAsia="zh-CN"/>
        </w:rPr>
        <w:br/>
      </w:r>
      <w:r>
        <w:rPr>
          <w:lang w:eastAsia="zh-CN"/>
        </w:rPr>
        <w:t>　　美容护肤是一门技术，也是一门艺术。美丽无暇的肌肤实际上是美容师进行构思，精心绘制的图画。因此，美容师不仅要有较深的艺术修养、正确的审美观，而且要掌握高超的美容、皮肤护理的技巧和数量准确的手法。这样，才能在美容服务中取得主动权。</w:t>
      </w:r>
      <w:r>
        <w:rPr>
          <w:lang w:eastAsia="zh-CN"/>
        </w:rPr>
        <w:br/>
      </w:r>
      <w:r>
        <w:rPr>
          <w:lang w:eastAsia="zh-CN"/>
        </w:rPr>
        <w:t>　　五、美容师的个人仪表</w:t>
      </w:r>
      <w:r>
        <w:rPr>
          <w:lang w:eastAsia="zh-CN"/>
        </w:rPr>
        <w:br/>
      </w:r>
      <w:r>
        <w:rPr>
          <w:lang w:eastAsia="zh-CN"/>
        </w:rPr>
        <w:t>　　美容师的个人仪表必须与职业需要相符合。个人仪表可以让顾客对你有良好的第一印象，从而能够帮助你和顾客更好的沟通。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美容师的个人仪表具体体现在端庄的仪表：无论坐、立、行、走，上下楼梯时，都要随时提醒自己，保持体态直立。这样可以给顾客以精神，向上的良好感觉。同时，女性拥有均衡挺直，灵活优雅的举止，往往会成为被羡慕的对象。大方的仪容：总结、素雅、大方的妆扮，能给人清新，自然的感觉，使顾客能用轻松的心情享受美容师带给她的服务。同时，也体现出了美容师独有的女性美。开朗的形象：此处所指的开朗，是指处事态度诚恳、乐观、充满自信，而不是随意的，不分场合的喧闹，哗众取宠。</w:t>
      </w:r>
      <w:r>
        <w:rPr>
          <w:lang w:eastAsia="zh-CN"/>
        </w:rPr>
        <w:br/>
      </w:r>
      <w:r>
        <w:rPr>
          <w:lang w:eastAsia="zh-CN"/>
        </w:rPr>
        <w:t>　　六、美容师的待客礼仪</w:t>
      </w:r>
      <w:r>
        <w:rPr>
          <w:lang w:eastAsia="zh-CN"/>
        </w:rPr>
        <w:br/>
      </w:r>
      <w:r>
        <w:rPr>
          <w:lang w:eastAsia="zh-CN"/>
        </w:rPr>
        <w:t>　　要想成为一名真正专业的，出色的美容师，学习专业的待客礼仪，是尤为重要的。待客礼仪即俗称的待客之道，而美容师的待客之道主要体现在以下几个方面：</w:t>
      </w:r>
      <w:r>
        <w:rPr>
          <w:lang w:eastAsia="zh-CN"/>
        </w:rPr>
        <w:br/>
      </w:r>
      <w:r>
        <w:rPr>
          <w:lang w:eastAsia="zh-CN"/>
        </w:rPr>
        <w:t>　　1、语言：作为一名优秀的美容师，在面对顾客，与顾客交流时，必须要做到声音柔和，悦耳，吐字清晰，表达准确。柔和悦耳的声音，可以使顾客放松原本紧张，警惕的心情，能静下心来听你的叙述；清洗的吐字能让顾客很快的明白你所要表达的东西；而准确的表达则能很好的体现美容师的专业度和对产品的熟悉程度，让顾客放心于你的服务。</w:t>
      </w:r>
      <w:r>
        <w:rPr>
          <w:lang w:eastAsia="zh-CN"/>
        </w:rPr>
        <w:br/>
      </w:r>
      <w:r>
        <w:rPr>
          <w:lang w:eastAsia="zh-CN"/>
        </w:rPr>
        <w:t>　　2、姿态：作为一名合格的美容师，要学会做一名很好的聆听者。因为在现代的生活中很少人愿意听别人讲话，大家都急于发表自己的意见。所以当顾客到美容院来放松心情的时候，美容师一开始就能把听的工作做得很好，就将会给顾客非常好的感觉，她也会对你产生信赖感。但是聆听并不是只在别人说话的时候静静的听，而是需要有更多的及时的反馈。</w:t>
      </w:r>
      <w:r>
        <w:rPr>
          <w:lang w:eastAsia="zh-CN"/>
        </w:rPr>
        <w:br/>
      </w:r>
      <w:r>
        <w:rPr>
          <w:lang w:eastAsia="zh-CN"/>
        </w:rPr>
        <w:t>　　回首20__年，是播种希望的一年，也是收获硕果的一年，在上级领导的正确指导下，在公司各部门的通力配合下，在我们全体同仁的共同努力下，取得了可观的成绩。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作为一名美容院店长我深感到责任的重大，多年来的工作经验，让我明白了这样一个道理：对于一个经济效益好的零售店来说，一是要有一个专业的管理者；二是要有良好的专业知识做后盾；三是要有一套良好的管理制度。用心去观察，用心去与顾客交流，你就可以做好。</w:t>
      </w:r>
      <w:r>
        <w:rPr>
          <w:lang w:eastAsia="zh-CN"/>
        </w:rPr>
        <w:br/>
      </w:r>
      <w:r>
        <w:rPr>
          <w:lang w:eastAsia="zh-CN"/>
        </w:rPr>
        <w:t>　　具体归纳为以下几点：</w:t>
      </w:r>
      <w:r>
        <w:rPr>
          <w:lang w:eastAsia="zh-CN"/>
        </w:rPr>
        <w:br/>
      </w:r>
      <w:r>
        <w:rPr>
          <w:lang w:eastAsia="zh-CN"/>
        </w:rPr>
        <w:t>　　1、认真贯彻公司的经营方针，同时将公司的经营策略正确并及时的传达给每个员工，起好承上启下的桥梁作用。</w:t>
      </w:r>
      <w:r>
        <w:rPr>
          <w:lang w:eastAsia="zh-CN"/>
        </w:rPr>
        <w:br/>
      </w:r>
      <w:r>
        <w:rPr>
          <w:lang w:eastAsia="zh-CN"/>
        </w:rPr>
        <w:t>　　2、做好员工的思想工作，团结好店内员工，充分调动和发挥员工的积极性，了解每一位员工的优点所在，并发挥其特长，做到量才适用。增强本店的凝聚力，使之成为一个团结的集体。</w:t>
      </w:r>
      <w:r>
        <w:rPr>
          <w:lang w:eastAsia="zh-CN"/>
        </w:rPr>
        <w:br/>
      </w:r>
      <w:r>
        <w:rPr>
          <w:lang w:eastAsia="zh-CN"/>
        </w:rPr>
        <w:t>　　3、通过各种渠道了解同业信息，了解顾客的心理，做到知己知彼，心中有数，有的放矢，使我们的工作更具针对性，从而避免因此而带来的不必要的损失。</w:t>
      </w:r>
      <w:r>
        <w:rPr>
          <w:lang w:eastAsia="zh-CN"/>
        </w:rPr>
        <w:br/>
      </w:r>
      <w:r>
        <w:rPr>
          <w:lang w:eastAsia="zh-CN"/>
        </w:rPr>
        <w:t>　　4、以身作则，做员工的表帅。不断的向员工灌输企业文化，教育员工有全局意识，做事情要从公司整体利益出发。</w:t>
      </w:r>
      <w:r>
        <w:rPr>
          <w:lang w:eastAsia="zh-CN"/>
        </w:rPr>
        <w:br/>
      </w:r>
      <w:r>
        <w:rPr>
          <w:lang w:eastAsia="zh-CN"/>
        </w:rPr>
        <w:t>　　5、靠周到而细致的服务去吸引顾客。发挥所有员工的主动性和创作性，使员工从被动的“让我干”到积极的“我要干”。为了给顾客创造一个良好的购物环境，为公司创作更多的销售业绩，带领员工在以下几方面做好本职工作。</w:t>
      </w:r>
      <w:r>
        <w:rPr>
          <w:lang w:eastAsia="zh-CN"/>
        </w:rPr>
        <w:br/>
      </w:r>
      <w:r>
        <w:rPr>
          <w:lang w:eastAsia="zh-CN"/>
        </w:rPr>
        <w:t>　　首先，做好每天的清洁工作，为顾客营造一个舒心的环境。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其次，积极主动的为顾客服务，尽可能的满足消费者需求；要不断强化服务意识，并以发自内心的微笑和礼貌的文明用语，使顾客满意的离开本店。</w:t>
      </w:r>
      <w:r>
        <w:rPr>
          <w:lang w:eastAsia="zh-CN"/>
        </w:rPr>
        <w:br/>
      </w:r>
      <w:r>
        <w:rPr>
          <w:lang w:eastAsia="zh-CN"/>
        </w:rPr>
        <w:t>　　6、处理好部门间的合作、上下级之间的工作协作，少一些牢骚，多一些热情，客观的去看待工作中的问题，并以积极的态度去解决。</w:t>
      </w:r>
      <w:r>
        <w:rPr>
          <w:lang w:eastAsia="zh-CN"/>
        </w:rPr>
        <w:br/>
      </w:r>
      <w:r>
        <w:rPr>
          <w:lang w:eastAsia="zh-CN"/>
        </w:rPr>
        <w:t>　　现在，门店的管理正在逐步走向数据化、科学化，管理手段的提升，对店长提出了新的工作要求，熟练的业务将帮助我们实现各项营运指标。新的一年开始了，成绩只能代表过去。我将以更精湛熟练的业务治理好我们华东店。</w:t>
      </w:r>
      <w:r>
        <w:rPr>
          <w:lang w:eastAsia="zh-CN"/>
        </w:rPr>
        <w:br/>
      </w:r>
      <w:r>
        <w:rPr>
          <w:lang w:eastAsia="zh-CN"/>
        </w:rPr>
        <w:t>　　面对明年的工作，我深感责任重大。要随时保持清醒的头脑，理清明年的工作思路，重点要在以下几个方面狠下功夫：</w:t>
      </w:r>
      <w:r>
        <w:rPr>
          <w:lang w:eastAsia="zh-CN"/>
        </w:rPr>
        <w:br/>
      </w:r>
      <w:r>
        <w:rPr>
          <w:lang w:eastAsia="zh-CN"/>
        </w:rPr>
        <w:t>　　1、加强日常管理，特别是抓好基础工作的管理。</w:t>
      </w:r>
      <w:r>
        <w:rPr>
          <w:lang w:eastAsia="zh-CN"/>
        </w:rPr>
        <w:br/>
      </w:r>
      <w:r>
        <w:rPr>
          <w:lang w:eastAsia="zh-CN"/>
        </w:rPr>
        <w:t>　　2、对内加大员工的培训力度，全面提高员工的整体素质。</w:t>
      </w:r>
      <w:r>
        <w:rPr>
          <w:lang w:eastAsia="zh-CN"/>
        </w:rPr>
        <w:br/>
      </w:r>
      <w:r>
        <w:rPr>
          <w:lang w:eastAsia="zh-CN"/>
        </w:rPr>
        <w:t>　　3、树立对公司高度忠诚，爱岗敬业，顾全大局，一切为公司着想，为公司全面提升经济效益增砖添瓦。</w:t>
      </w:r>
      <w:r>
        <w:rPr>
          <w:lang w:eastAsia="zh-CN"/>
        </w:rPr>
        <w:br/>
      </w:r>
      <w:r>
        <w:rPr>
          <w:lang w:eastAsia="zh-CN"/>
        </w:rPr>
        <w:t>　　4、加强和各部门、各兄弟公司的团结协作，创造最良好、无间的工作环境，去掉不和谐的音符，发挥员工的工作热情，逐步成为一个秀的团队。</w:t>
      </w:r>
      <w:r>
        <w:rPr>
          <w:lang w:eastAsia="zh-CN"/>
        </w:rPr>
        <w:br/>
      </w:r>
      <w:r>
        <w:rPr>
          <w:lang w:eastAsia="zh-CN"/>
        </w:rPr>
        <w:t xml:space="preserve">    美容师年度工作总结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过去一年的工作中，不管是美容师还是店长，对于自己的工作肯定有自己的一些想法，也得到了一些收获。要想接下来一年的工作顺利开展，要对自己在工作中做得好以及做的不好的地方做一个深刻的反思。因此，所谓年终总结，重点在于“总结”。如果只是走过场或者是纯粹敷衍而已，总结也就失去了其原本的意义。</w:t>
      </w:r>
      <w:r>
        <w:rPr>
          <w:lang w:eastAsia="zh-CN"/>
        </w:rPr>
        <w:br/>
      </w:r>
      <w:r>
        <w:rPr>
          <w:lang w:eastAsia="zh-CN"/>
        </w:rPr>
        <w:t>　　1、年终总结的关键点</w:t>
      </w:r>
      <w:r>
        <w:rPr>
          <w:lang w:eastAsia="zh-CN"/>
        </w:rPr>
        <w:br/>
      </w:r>
      <w:r>
        <w:rPr>
          <w:lang w:eastAsia="zh-CN"/>
        </w:rPr>
        <w:t>　　在年度总结中，根据岗位职责有针对性、条理清晰地总结工作，是年度工作总结全面性的保证。用数据对工作进行汇总，既简单明了，又能清楚地说明总结者的工作能力。但在工作中搜集、汇总、使用数据是一项有一定难度的工作，需要在平时的日常工作中，有心地对工作进行记录。美容师在平时的工作中，就要注意对各种数据做一个详细的记载，包括顾客量、成交金额等等。年度工作总结的数据，来自于每月、每周、每日，甚至每时的工作总结。</w:t>
      </w:r>
      <w:r>
        <w:rPr>
          <w:lang w:eastAsia="zh-CN"/>
        </w:rPr>
        <w:br/>
      </w:r>
      <w:r>
        <w:rPr>
          <w:lang w:eastAsia="zh-CN"/>
        </w:rPr>
        <w:t>　　2、提出问题，给出有建设性的意见</w:t>
      </w:r>
      <w:r>
        <w:rPr>
          <w:lang w:eastAsia="zh-CN"/>
        </w:rPr>
        <w:br/>
      </w:r>
      <w:r>
        <w:rPr>
          <w:lang w:eastAsia="zh-CN"/>
        </w:rPr>
        <w:t>　　对于这一点，需要美容院员工在平时的工作中注意观察和总结，针对美容院经营中存在的一些问题提出自己的见解。这一点也建立在员工用心度的基础上，只有美容院员工真正的把美容院当做“家”一样的存在，才能在考虑自己个人发展的基础上，和美容院共同成长。</w:t>
      </w:r>
      <w:r>
        <w:rPr>
          <w:lang w:eastAsia="zh-CN"/>
        </w:rPr>
        <w:br/>
      </w:r>
      <w:r>
        <w:rPr>
          <w:lang w:eastAsia="zh-CN"/>
        </w:rPr>
        <w:t>　　3、给出自己明年详细的工作计划</w:t>
      </w:r>
      <w:r>
        <w:rPr>
          <w:lang w:eastAsia="zh-CN"/>
        </w:rPr>
        <w:br/>
      </w:r>
      <w:r>
        <w:rPr>
          <w:lang w:eastAsia="zh-CN"/>
        </w:rPr>
        <w:t>　　针对自己的发展，可以在年终总结中作为重点来描述。只有自己首先明确自己的发展方向，才能在接下来的一年中顺利达成自己的职业目标。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其实，对于自己的工作，只有自己是最了解的。自己做过什么，得到了一些什么收获，遇到一些什么问题，这些东西如果仅仅存在于脑海中没有形成文字的话，往往会被我们忽视，失去了原本的作用，而年终总结也是给自己提供了这样的一个机会。所以大元教育也提醒各位美容院从业者，不要将年终总结形式化。希望各位都能够从中认识到不一样的自己，得到不一样的收获。</w:t>
      </w:r>
      <w:r>
        <w:rPr>
          <w:lang w:eastAsia="zh-CN"/>
        </w:rPr>
        <w:br/>
      </w:r>
      <w:r>
        <w:rPr>
          <w:lang w:eastAsia="zh-CN"/>
        </w:rPr>
        <w:t xml:space="preserve">    美容师年度工作总结 篇7 </w:t>
      </w:r>
      <w:r>
        <w:rPr>
          <w:lang w:eastAsia="zh-CN"/>
        </w:rPr>
        <w:br/>
      </w:r>
      <w:r>
        <w:rPr>
          <w:lang w:eastAsia="zh-CN"/>
        </w:rPr>
        <w:t>　　漫长与充满激情的20__年已尽尾声，伴随着热情与澎湃的工作，我们经历了一年的洗礼，也让我们逐渐的成长起来。</w:t>
      </w:r>
      <w:r>
        <w:rPr>
          <w:lang w:eastAsia="zh-CN"/>
        </w:rPr>
        <w:br/>
      </w:r>
      <w:r>
        <w:rPr>
          <w:lang w:eastAsia="zh-CN"/>
        </w:rPr>
        <w:t>　　20__我们收获颇丰，心酸，欢笑与哭泣的滋味，我们都曾品尝过。成熟就是这样一点点积累来的，成功与失败在不断地刺激着我们，多少经历已成了真正的教科书。</w:t>
      </w:r>
      <w:r>
        <w:rPr>
          <w:lang w:eastAsia="zh-CN"/>
        </w:rPr>
        <w:br/>
      </w:r>
      <w:r>
        <w:rPr>
          <w:lang w:eastAsia="zh-CN"/>
        </w:rPr>
        <w:t>　　憧憬着未来，虽然我们无法预料，也无法想象，可过去的一切我们应当总结。</w:t>
      </w:r>
      <w:r>
        <w:rPr>
          <w:lang w:eastAsia="zh-CN"/>
        </w:rPr>
        <w:br/>
      </w:r>
      <w:r>
        <w:rPr>
          <w:lang w:eastAsia="zh-CN"/>
        </w:rPr>
        <w:t>　　一年来，我们围绕在公司高层领导的企业理念下，在院领导的督促下，用我们的信念与坚持，我们一次次的冲击着极限，使我们的团队走向顶峰，经历中我体会到了很多。</w:t>
      </w:r>
      <w:r>
        <w:rPr>
          <w:lang w:eastAsia="zh-CN"/>
        </w:rPr>
        <w:br/>
      </w:r>
      <w:r>
        <w:rPr>
          <w:lang w:eastAsia="zh-CN"/>
        </w:rPr>
        <w:t>　　公司本着“企业品质赢天下”的企业理念，让我们所向无敌，屹立在大庆美容界的顶端，这是我们骄傲，更是每一位员工的自豪。</w:t>
      </w:r>
      <w:r>
        <w:rPr>
          <w:lang w:eastAsia="zh-CN"/>
        </w:rPr>
        <w:br/>
      </w:r>
      <w:r>
        <w:rPr>
          <w:lang w:eastAsia="zh-CN"/>
        </w:rPr>
        <w:t>　　总结过去一年的工作，说心里话自己没有什么闪光点，而整个团队让我体会到了很多。</w:t>
      </w:r>
      <w:r>
        <w:rPr>
          <w:lang w:eastAsia="zh-CN"/>
        </w:rPr>
        <w:br/>
      </w:r>
      <w:r>
        <w:rPr>
          <w:lang w:eastAsia="zh-CN"/>
        </w:rPr>
        <w:t>　　首先要说的是公司对各店领导班子的配置，我觉得院长、助理、顾问这样的铁三角组合无可挑剔，之所以我们能够完成公司下达的各项服务与业绩指标，是与领导班子分不开的，作为一名基层员工我向付出的领导们致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成功不是偶然的，每个环节、每个步骤、每个细节都决定着我们的成败，每位其中的一员都发挥着自己的'作用，从导购引领顾客入店ˉ至员工积极热情的服务ˉ到领导干部的跟踪ˉ直至销售成功，逻辑性是那么的自然，那么的精致，这是我作为一名参与者的体会与心得。我们很多良性的工作，这只是冰心的一角，我说的还不够具体和全面，还有很多，像我们后勤的保障，对顾客的回访，不同季节推出不同卡的类别，满足了不同层次顾客群体，这都是我们的优点和致胜的法宝，只要我们好好的去利用它，发挥它，那成功是必然的。我们拥有激情，拥有活力，拥有狼性，创造辉煌不是什么梦想，只是想要与不想要的问题。</w:t>
      </w:r>
      <w:r>
        <w:rPr>
          <w:lang w:eastAsia="zh-CN"/>
        </w:rPr>
        <w:br/>
      </w:r>
      <w:r>
        <w:rPr>
          <w:lang w:eastAsia="zh-CN"/>
        </w:rPr>
        <w:t>　　一年风雨，我每天工作着，体会着说到总结也只有这些琐事，但细节决定成败，总结过后，头脑中除了反复不懈的工作，也只有去奋斗，才能体会到精神，所以我无悔的工作着，工作着，工作着......</w:t>
      </w:r>
      <w:r>
        <w:rPr>
          <w:lang w:eastAsia="zh-CN"/>
        </w:rPr>
        <w:br/>
      </w:r>
      <w:r>
        <w:rPr>
          <w:lang w:eastAsia="zh-CN"/>
        </w:rPr>
        <w:t xml:space="preserve">    美容师年度工作总结 篇8 </w:t>
      </w:r>
      <w:r>
        <w:rPr>
          <w:lang w:eastAsia="zh-CN"/>
        </w:rPr>
        <w:br/>
      </w:r>
      <w:r>
        <w:rPr>
          <w:lang w:eastAsia="zh-CN"/>
        </w:rPr>
        <w:t>　　新的一年将至，又要有一个新的开始。回首20__年，在上级领导的指导关心下，通过各部门的配合支持，还有我们---全体店员的共同努力下，我们在11年取得了骄傲的成绩。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从一名员工，在公司的大力培养下，加之自己的努力，在今年9月份升至为店长。当我接受这一殊荣，我深感到责任的重大，多年来的工作经验，从员工到店长，一路走来，我对我们的工作总结了一些看法和体会：对于一个经济效益好的零售店来说，一是要有一个专业的管理者;二是要有良好的专业知识做后盾;三是要有一套良好的管理制度。用心去观察，用心去与顾客交流，就可以做好。</w:t>
      </w:r>
      <w:r>
        <w:rPr>
          <w:lang w:eastAsia="zh-CN"/>
        </w:rPr>
        <w:br/>
      </w:r>
      <w:r>
        <w:rPr>
          <w:lang w:eastAsia="zh-CN"/>
        </w:rPr>
        <w:t>　　我具体归纳为以下几点：</w:t>
      </w:r>
      <w:r>
        <w:rPr>
          <w:lang w:eastAsia="zh-CN"/>
        </w:rPr>
        <w:br/>
      </w:r>
      <w:r>
        <w:rPr>
          <w:lang w:eastAsia="zh-CN"/>
        </w:rPr>
        <w:t>　　1.认真贯彻公司的经营方针，同时将公司的经营策略正确并及时的传达给每个员工，起好承上启下的桥梁作用。</w:t>
      </w:r>
      <w:r>
        <w:rPr>
          <w:lang w:eastAsia="zh-CN"/>
        </w:rPr>
        <w:br/>
      </w:r>
      <w:r>
        <w:rPr>
          <w:lang w:eastAsia="zh-CN"/>
        </w:rPr>
        <w:t>　　2.做好员工的思想工作，团结好店内员工，充分调动和发挥员工的积极性，了解每一位员工的优点所在，并发挥其特长，做到量才适用。增强本店的凝聚力，使之成为一个团结的集体。</w:t>
      </w:r>
      <w:r>
        <w:rPr>
          <w:lang w:eastAsia="zh-CN"/>
        </w:rPr>
        <w:br/>
      </w:r>
      <w:r>
        <w:rPr>
          <w:lang w:eastAsia="zh-CN"/>
        </w:rPr>
        <w:t>　　3.通过各种渠道了解同业信息，了解顾客的购物心理，做到知己知彼，心中有数，有的放矢，使我们的工作更具针对性，从而避免因此而带来的不必要的损失。</w:t>
      </w:r>
      <w:r>
        <w:rPr>
          <w:lang w:eastAsia="zh-CN"/>
        </w:rPr>
        <w:br/>
      </w:r>
      <w:r>
        <w:rPr>
          <w:lang w:eastAsia="zh-CN"/>
        </w:rPr>
        <w:t>　　4.以身作则，做员工的表帅。不断的向员工灌输企业文化，教育员工有全局意识，做事情要从公司整体利益出发。</w:t>
      </w:r>
      <w:r>
        <w:rPr>
          <w:lang w:eastAsia="zh-CN"/>
        </w:rPr>
        <w:br/>
      </w:r>
      <w:r>
        <w:rPr>
          <w:lang w:eastAsia="zh-CN"/>
        </w:rPr>
        <w:t>　　5.靠周到而细致的服务去吸引顾客。发挥所有员工的主动性和创作性，使员工从被动到积极。为了给顾客创造一个良好的购物环境，为公司创造更多的销售业绩，带领员工在以下几方面做好本职工作：a.首先，做好每天的清洁工作，为顾客营造一个舒心的购物环境;b.其次，积极主动的为顾客服务，尽可能的满足消费者需求;要不断强化服务意识，并以发自内心的微笑和礼貌的文明用语，使顾客满意的离开本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6.现在，门店的管理正在逐步走向数据化、科学化，管理手段的提升，对店长提出了新的工作要求，熟练的业务将帮助我们实现各项营运指标。新的一年开始了，成绩只能代表过去。我将以更精湛熟练的业务治理好我们的门店。</w:t>
      </w:r>
      <w:r>
        <w:rPr>
          <w:lang w:eastAsia="zh-CN"/>
        </w:rPr>
        <w:br/>
      </w:r>
      <w:r>
        <w:rPr>
          <w:lang w:eastAsia="zh-CN"/>
        </w:rPr>
        <w:t>　　面对明年的工作，通过对今年的总结，明年的工作思路，重点要在以下几个方面狠下功夫：</w:t>
      </w:r>
      <w:r>
        <w:rPr>
          <w:lang w:eastAsia="zh-CN"/>
        </w:rPr>
        <w:br/>
      </w:r>
      <w:r>
        <w:rPr>
          <w:lang w:eastAsia="zh-CN"/>
        </w:rPr>
        <w:t>　　①加强日常管理，特别是抓好基础工作的管理;②对内加大员工的培训力度，全面提高员工的整体素质;③树立对公司高度忠诚，爱岗敬业，顾全大局，一切为公司着想，为公司全面提升经济效益增砖添瓦。</w:t>
      </w:r>
      <w:r>
        <w:rPr>
          <w:lang w:eastAsia="zh-CN"/>
        </w:rPr>
        <w:br/>
      </w:r>
      <w:r>
        <w:rPr>
          <w:lang w:eastAsia="zh-CN"/>
        </w:rPr>
        <w:t>　　7.加强和各部门、各兄弟公司的团结协作，创造最良好、无间的工作环境，去掉不和谐的音符，发挥员工最大的工作热情，逐步成为一个最优秀的团队。</w:t>
      </w:r>
      <w:r>
        <w:rPr>
          <w:lang w:eastAsia="zh-CN"/>
        </w:rPr>
        <w:br/>
      </w:r>
      <w:r>
        <w:rPr>
          <w:lang w:eastAsia="zh-CN"/>
        </w:rPr>
        <w:t>　　虽然每天的工作很忙、很多，但是我一定会及时发现问题，并且找出问题所在，及时解决问题。解决不了的我也愿意向同事和上级主管及时咨询，在这个过程中，我觉得自己的能力得到了提升和锻炼。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总的来说，在过去的一年里，有美容院的旺季，也有淡季。在美容院旺季的时候，顾客比较多，我也在忙碌之中不断的学习和锻炼自己，取得了一些成绩，开发了不少新顾客，业绩也跟去年比有了大幅度的提升。当然，在这一年里工作中我也有一些不足之处，例如对顾客的心理变化还是不够敏锐，没能及时满足顾客的需求。这个问题的根源还是我的经验不够丰富，在美容院接受的锻炼还比较少，对顾客的判断能力和处理突发性事件的能力还比较弱。但是，我的优势就是我还年轻，我还是一个热爱学习的美容师。</w:t>
      </w:r>
      <w:r>
        <w:rPr>
          <w:lang w:eastAsia="zh-CN"/>
        </w:rPr>
        <w:br/>
      </w:r>
      <w:r>
        <w:rPr>
          <w:lang w:eastAsia="zh-CN"/>
        </w:rPr>
        <w:t xml:space="preserve">    美容师年度工作总结 篇9 </w:t>
      </w:r>
      <w:r>
        <w:rPr>
          <w:lang w:eastAsia="zh-CN"/>
        </w:rPr>
        <w:br/>
      </w:r>
      <w:r>
        <w:rPr>
          <w:lang w:eastAsia="zh-CN"/>
        </w:rPr>
        <w:t>　　作为服务行业，服务质量是公司的关键之一。回顾即将过去的这一年，在公司领导的正确领导下，我们的工作着重于公司的经营方针、宗旨和效益目标上，紧紧围绕公司提出的重点展开工作，紧跟公司各项工作部署。</w:t>
      </w:r>
      <w:r>
        <w:rPr>
          <w:lang w:eastAsia="zh-CN"/>
        </w:rPr>
        <w:br/>
      </w:r>
      <w:r>
        <w:rPr>
          <w:lang w:eastAsia="zh-CN"/>
        </w:rPr>
        <w:t>　　告别成绩斐然的20__，迎来了充满希望的20__。来到这个大家庭已有半年时间了，过去的半年，有付出也有收获;有欢笑也有泪水。20__年,在经理的正确领导下，在同事们的积极支持和大力帮助下，我能够严格要求自己，较好的完成工作任务，总结起来收获很多!</w:t>
      </w:r>
      <w:r>
        <w:rPr>
          <w:lang w:eastAsia="zh-CN"/>
        </w:rPr>
        <w:br/>
      </w:r>
      <w:r>
        <w:rPr>
          <w:lang w:eastAsia="zh-CN"/>
        </w:rPr>
        <w:t>　　一、回首前半年</w:t>
      </w:r>
      <w:r>
        <w:rPr>
          <w:lang w:eastAsia="zh-CN"/>
        </w:rPr>
        <w:br/>
      </w:r>
      <w:r>
        <w:rPr>
          <w:lang w:eastAsia="zh-CN"/>
        </w:rPr>
        <w:t>　　1、我们正生活在服务经济时代，</w:t>
      </w:r>
      <w:r>
        <w:rPr>
          <w:lang w:eastAsia="zh-CN"/>
        </w:rPr>
        <w:br/>
      </w:r>
      <w:r>
        <w:rPr>
          <w:lang w:eastAsia="zh-CN"/>
        </w:rPr>
        <w:t>　　资料共享平台</w:t>
      </w:r>
      <w:r>
        <w:rPr>
          <w:lang w:eastAsia="zh-CN"/>
        </w:rPr>
        <w:br/>
      </w:r>
      <w:r>
        <w:rPr>
          <w:lang w:eastAsia="zh-CN"/>
        </w:rPr>
        <w:t>　　服务已渗透到生活中的诸多细节，每个人既是享受服务的“客户”，又是为“客户”提供服务的个体。正因如此，我的工作也应该更完善以为我们顾客服务为中心，来为顾客提供更快捷、高效、优质的服务。实实在在做人做事,是我们秉承的理念，尽我的全力去满足每一个服务细节的要求,给我一个机会还公司一份满意!我会一如既往，无微不至地做的更多更好。</w:t>
      </w:r>
      <w:r>
        <w:rPr>
          <w:lang w:eastAsia="zh-CN"/>
        </w:rPr>
        <w:br/>
      </w:r>
      <w:r>
        <w:rPr>
          <w:lang w:eastAsia="zh-CN"/>
        </w:rPr>
        <w:t>　　不足之处：对工作缺少激情和热情，不够主动，自信。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美容对于我来说是一个全新的领域，通过不断的学习和实践在工作中能够很好的配合同事及上级领导还有老师：每次活动期间我都能和老师或者老师一起分析自己的顾客，做到三进三出，及时的告诉老师在护理中顾客的突发状况。因此取得了不错的成绩。</w:t>
      </w:r>
      <w:r>
        <w:rPr>
          <w:lang w:eastAsia="zh-CN"/>
        </w:rPr>
        <w:br/>
      </w:r>
      <w:r>
        <w:rPr>
          <w:lang w:eastAsia="zh-CN"/>
        </w:rPr>
        <w:t>　　不足之处：对顾客的了解不够透彻。</w:t>
      </w:r>
      <w:r>
        <w:rPr>
          <w:lang w:eastAsia="zh-CN"/>
        </w:rPr>
        <w:br/>
      </w:r>
      <w:r>
        <w:rPr>
          <w:lang w:eastAsia="zh-CN"/>
        </w:rPr>
        <w:t>　　3、能积极动的参加公司举办的各种活动以及培训：在培训时能主动回答老师的提问，顺利的通过每次培训课程的考核，取得通关护照。并能将其运用到工作中。</w:t>
      </w:r>
      <w:r>
        <w:rPr>
          <w:lang w:eastAsia="zh-CN"/>
        </w:rPr>
        <w:br/>
      </w:r>
      <w:r>
        <w:rPr>
          <w:lang w:eastAsia="zh-CN"/>
        </w:rPr>
        <w:t>　　不足之处：还是不能大胆的分享自己的感受及心得。以后一定要克服此问题。</w:t>
      </w:r>
      <w:r>
        <w:rPr>
          <w:lang w:eastAsia="zh-CN"/>
        </w:rPr>
        <w:br/>
      </w:r>
      <w:r>
        <w:rPr>
          <w:lang w:eastAsia="zh-CN"/>
        </w:rPr>
        <w:t>　　4、会主动的向店长，店助，前台师姐们询问不懂的问题，专业知识：每次工作时遇到困难或者有凝问时会及时请教领导和同事，直到问题解决为止，时刻提醒自己要有良好的学习心态。</w:t>
      </w:r>
      <w:r>
        <w:rPr>
          <w:lang w:eastAsia="zh-CN"/>
        </w:rPr>
        <w:br/>
      </w:r>
      <w:r>
        <w:rPr>
          <w:lang w:eastAsia="zh-CN"/>
        </w:rPr>
        <w:t>　　不足之处：做销售时还不够大胆的和顾客开口，专业及业务水平还是欠缺，手法也要加强。</w:t>
      </w:r>
      <w:r>
        <w:rPr>
          <w:lang w:eastAsia="zh-CN"/>
        </w:rPr>
        <w:br/>
      </w:r>
      <w:r>
        <w:rPr>
          <w:lang w:eastAsia="zh-CN"/>
        </w:rPr>
        <w:t>　　每天的工作中都有很多问题发生，我们有必要做到要善于发现问题，把握问题，并在第一时间去解决，来提升自身的业务能力。在我的经理(冰冰经理)，店长和店助还有我们家的柳叶及家人们的帮助关心和支持下，并且秉着公司的文化理念—没有完美的个人，只有完美的团队。我顺利的并且超额的完成了我的20__年的年度目标。</w:t>
      </w:r>
      <w:r>
        <w:rPr>
          <w:lang w:eastAsia="zh-CN"/>
        </w:rPr>
        <w:br/>
      </w:r>
      <w:r>
        <w:rPr>
          <w:lang w:eastAsia="zh-CN"/>
        </w:rPr>
        <w:t>　　二、展望20__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在恪守以往取得的成绩和好的工作方法外，争取在20__年能改善去年的不足，使工作再上一个新的'台阶，特在此列出如下的20__年工作计划和工作目标：</w:t>
      </w:r>
      <w:r>
        <w:rPr>
          <w:lang w:eastAsia="zh-CN"/>
        </w:rPr>
        <w:br/>
      </w:r>
      <w:r>
        <w:rPr>
          <w:lang w:eastAsia="zh-CN"/>
        </w:rPr>
        <w:t>　　1、首先给自己定下年度目标</w:t>
      </w:r>
      <w:r>
        <w:rPr>
          <w:lang w:eastAsia="zh-CN"/>
        </w:rPr>
        <w:br/>
      </w:r>
      <w:r>
        <w:rPr>
          <w:lang w:eastAsia="zh-CN"/>
        </w:rPr>
        <w:t>　　(1)认真的把握好自己的目标顾客，做好孙太林教授为我们制作的三张表格，严格的做好十三步流程，感动服务每一位顾客。了解顾客的需求。</w:t>
      </w:r>
      <w:r>
        <w:rPr>
          <w:lang w:eastAsia="zh-CN"/>
        </w:rPr>
        <w:br/>
      </w:r>
      <w:r>
        <w:rPr>
          <w:lang w:eastAsia="zh-CN"/>
        </w:rPr>
        <w:t>　　(2)认真做好美丽档案，并且很好的完善它。关注细节。</w:t>
      </w:r>
      <w:r>
        <w:rPr>
          <w:lang w:eastAsia="zh-CN"/>
        </w:rPr>
        <w:br/>
      </w:r>
      <w:r>
        <w:rPr>
          <w:lang w:eastAsia="zh-CN"/>
        </w:rPr>
        <w:t>　　2、学习</w:t>
      </w:r>
      <w:r>
        <w:rPr>
          <w:lang w:eastAsia="zh-CN"/>
        </w:rPr>
        <w:br/>
      </w:r>
      <w:r>
        <w:rPr>
          <w:lang w:eastAsia="zh-CN"/>
        </w:rPr>
        <w:t>　　(1)参加公司的各种培训，要学会公司的每一个手法，学好专业知识，提高业务水平，销售能力及技巧，把学到的东西灵活的运用到工作中去。</w:t>
      </w:r>
      <w:r>
        <w:rPr>
          <w:lang w:eastAsia="zh-CN"/>
        </w:rPr>
        <w:br/>
      </w:r>
      <w:r>
        <w:rPr>
          <w:lang w:eastAsia="zh-CN"/>
        </w:rPr>
        <w:t>　　(2)学会感恩，学习别人的优点，还要学会化妆让自己美一点。真正的做到：开心工作!快乐成长!轻松赚钱!</w:t>
      </w:r>
      <w:r>
        <w:rPr>
          <w:lang w:eastAsia="zh-CN"/>
        </w:rPr>
        <w:br/>
      </w:r>
      <w:r>
        <w:rPr>
          <w:lang w:eastAsia="zh-CN"/>
        </w:rPr>
        <w:t>　　(3)学会认清自己，好好的去体会孙教授授予我们二十七式。学会接受和采纳。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来到公司时常想想真的很幸运，很感谢公司能给予我们这么好福利，相信我们的未来是美好的!总之，我的进步和成绩是离不开各位领导的悉心关怀和指导及各位同事的大力支持和配合的。更要感谢美容院同事的帮助。在挥手昨天的时刻，我们将迎来新的一年，对过去取得的成绩，将不骄不躁，脚踏实地一步一个脚印走下去，对过去的不足，将不懈的努力争取做到最好，我将会用行动来证明我的努力，我更加清楚获取不是靠辉煌的方式,而是靠不断的努力。20__年是全新的一年，也是自我挑战的一年，我将努力改正过去一年工作中的不足，把新一年的工作做的更好，为公司的发展前景尽一份力。</w:t>
      </w:r>
      <w:r>
        <w:rPr>
          <w:lang w:eastAsia="zh-CN"/>
        </w:rPr>
        <w:br/>
      </w:r>
      <w:r>
        <w:rPr>
          <w:lang w:eastAsia="zh-CN"/>
        </w:rPr>
        <w:t>　　美容师工作总结的内容分为以下4个部分：</w:t>
      </w:r>
      <w:r>
        <w:rPr>
          <w:lang w:eastAsia="zh-CN"/>
        </w:rPr>
        <w:br/>
      </w:r>
      <w:r>
        <w:rPr>
          <w:lang w:eastAsia="zh-CN"/>
        </w:rPr>
        <w:t>　　1、基本情况</w:t>
      </w:r>
      <w:r>
        <w:rPr>
          <w:lang w:eastAsia="zh-CN"/>
        </w:rPr>
        <w:br/>
      </w:r>
      <w:r>
        <w:rPr>
          <w:lang w:eastAsia="zh-CN"/>
        </w:rPr>
        <w:t>　　这是对美容师的自身情况和形势背景的简略介绍。自身情况包括美容师所美容院的名称、美容师的工作性质、美容师的主要工作任务等;形势背景则包括美容行业的国内外形势、有关美容的政策、指导思想等。</w:t>
      </w:r>
      <w:r>
        <w:rPr>
          <w:lang w:eastAsia="zh-CN"/>
        </w:rPr>
        <w:br/>
      </w:r>
      <w:r>
        <w:rPr>
          <w:lang w:eastAsia="zh-CN"/>
        </w:rPr>
        <w:t>　　2、成绩和做法</w:t>
      </w:r>
      <w:r>
        <w:rPr>
          <w:lang w:eastAsia="zh-CN"/>
        </w:rPr>
        <w:br/>
      </w:r>
      <w:r>
        <w:rPr>
          <w:lang w:eastAsia="zh-CN"/>
        </w:rPr>
        <w:t>　　美容师的工作取得了哪些主要成绩，采取了哪些方法、措施，收到了什么效果等，这些都是工作的主要内容，需要较多事实和数据。</w:t>
      </w:r>
      <w:r>
        <w:rPr>
          <w:lang w:eastAsia="zh-CN"/>
        </w:rPr>
        <w:br/>
      </w:r>
      <w:r>
        <w:rPr>
          <w:lang w:eastAsia="zh-CN"/>
        </w:rPr>
        <w:t>　　3、经验和教训</w:t>
      </w:r>
      <w:r>
        <w:rPr>
          <w:lang w:eastAsia="zh-CN"/>
        </w:rPr>
        <w:br/>
      </w:r>
      <w:r>
        <w:rPr>
          <w:lang w:eastAsia="zh-CN"/>
        </w:rPr>
        <w:t>　　美容师在工作中通过对实践过程进行认真的分析，总结经验，吸取教训，发现规律性的东西，使感性认识上升到理性认识。</w:t>
      </w:r>
      <w:r>
        <w:rPr>
          <w:lang w:eastAsia="zh-CN"/>
        </w:rPr>
        <w:br/>
      </w:r>
      <w:r>
        <w:rPr>
          <w:lang w:eastAsia="zh-CN"/>
        </w:rPr>
        <w:t>　　4、今后打算</w:t>
      </w:r>
      <w:r>
        <w:rPr>
          <w:lang w:eastAsia="zh-CN"/>
        </w:rPr>
        <w:br/>
      </w:r>
      <w:r>
        <w:rPr>
          <w:lang w:eastAsia="zh-CN"/>
        </w:rPr>
        <w:t>　　美容师在下一步的工作中应该将怎样纠正错误，发扬成绩，准备取得什么样的新成就，不必像计划那样具体，但一般不能少了这些计划。</w:t>
      </w:r>
      <w:r>
        <w:rPr>
          <w:lang w:eastAsia="zh-CN"/>
        </w:rPr>
        <w:br/>
      </w:r>
      <w:r>
        <w:rPr>
          <w:lang w:eastAsia="zh-CN"/>
        </w:rPr>
        <w:t xml:space="preserve">    美容师年度工作总结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转眼，20__年的年末就过去了，在过去的一个月里，是美容院的旺季，顾客比较多，我也在忙碌之中不断的学习和锻炼自己，取得了一些成绩，开发了不少新顾客，业绩也跟上个月比有了大幅度的提升。当然，在这个月工作中我也有一些不足之处，例如对顾客的心理变化还是不够敏锐，没能及时满足顾客的需求。这个问题的根源还是我的经验不够丰富，在美容院接受的锻炼还比较少，对顾客的判断能力和处理突发性事件的能力还比较弱。</w:t>
      </w:r>
      <w:r>
        <w:rPr>
          <w:lang w:eastAsia="zh-CN"/>
        </w:rPr>
        <w:br/>
      </w:r>
      <w:r>
        <w:rPr>
          <w:lang w:eastAsia="zh-CN"/>
        </w:rPr>
        <w:t>　　但是，我的优势就是我还年轻，我还是一个热爱学习的美容师。虽然每天的工作很忙，很多，但是我一定会及时发现问题，并且找出问题所在，及时解决问题。解决不了的我也愿意向同事和上级主管及时咨询，在这个过程中，我觉得自己的能力得到了提升和锻炼。当然，由于长时间在美容院，我难免会对工作产生懈怠情绪，工作激情不够高昂，没有积极主动的开发新顾客，平时做销售的时候自信心也不是很足，不能够谈大单和顾客沟通交流。感觉我的专业知识和职业素养还有待提升，尤其是我对美容院产品的理解和美容手法的掌握都不够熟练等。</w:t>
      </w:r>
      <w:r>
        <w:rPr>
          <w:lang w:eastAsia="zh-CN"/>
        </w:rPr>
        <w:br/>
      </w:r>
      <w:r>
        <w:rPr>
          <w:lang w:eastAsia="zh-CN"/>
        </w:rPr>
        <w:t>　　这个月我基本完成工作目标，业绩也略有超标，对此我还是感觉很开心，也谢谢各位同时对我的帮助和支持。在接下来的工作中，我也会继续努力，不断给自己制定新的目标，不断超越自己，只有严格要求自己，才能成为一个合格的美容师。接下来，我会向各位经理多学习普丽缇莎产品知识、学习新的手法、对我们新的仪器也争取尽快掌握，一最好的姿态更自信的姿态去给我的每一个顾客做好服务。谢谢大家。</w:t>
      </w:r>
      <w:r>
        <w:rPr>
          <w:lang w:eastAsia="zh-CN"/>
        </w:rPr>
        <w:br/>
      </w:r>
      <w:r>
        <w:rPr>
          <w:lang w:eastAsia="zh-CN"/>
        </w:rPr>
        <w:t xml:space="preserve">    美容师年度工作总结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时间飞逝，如白驹过隙。转眼间到201_年年底，在即将过去的这一年里，从总体上看，我对自己的工作还是比较满意的：</w:t>
      </w:r>
      <w:r>
        <w:rPr>
          <w:lang w:eastAsia="zh-CN"/>
        </w:rPr>
        <w:br/>
      </w:r>
      <w:r>
        <w:rPr>
          <w:lang w:eastAsia="zh-CN"/>
        </w:rPr>
        <w:t>　　首先，我清楚的明白自己的工作职责所在，按照店里的相关规定按时上下班，没有迟到或早退。其次，在上班时间尽心尽力，做好本职工作，表现良好。再次，与同事相处和睦，关系融洽。另外，与顾客的关系也处理得当，既没有怠慢顾客，又把自己的工作做的得心应手。</w:t>
      </w:r>
      <w:r>
        <w:rPr>
          <w:lang w:eastAsia="zh-CN"/>
        </w:rPr>
        <w:br/>
      </w:r>
      <w:r>
        <w:rPr>
          <w:lang w:eastAsia="zh-CN"/>
        </w:rPr>
        <w:t>　　作为一名美容师，我说一下这一年来掌握到工作经验：</w:t>
      </w:r>
      <w:r>
        <w:rPr>
          <w:lang w:eastAsia="zh-CN"/>
        </w:rPr>
        <w:br/>
      </w:r>
      <w:r>
        <w:rPr>
          <w:lang w:eastAsia="zh-CN"/>
        </w:rPr>
        <w:t>　　一、良好的服务意识是最有力的销售方法</w:t>
      </w:r>
      <w:r>
        <w:rPr>
          <w:lang w:eastAsia="zh-CN"/>
        </w:rPr>
        <w:br/>
      </w:r>
      <w:r>
        <w:rPr>
          <w:lang w:eastAsia="zh-CN"/>
        </w:rPr>
        <w:t>　　（1）、 微笑服务：它可以给对方良好的第一印象。通过微笑，你可以展示出你的个人魅力和亲和力，从而影响顾客的心情，给顾客创造一种轻松愉快的心情。</w:t>
      </w:r>
      <w:r>
        <w:rPr>
          <w:lang w:eastAsia="zh-CN"/>
        </w:rPr>
        <w:br/>
      </w:r>
      <w:r>
        <w:rPr>
          <w:lang w:eastAsia="zh-CN"/>
        </w:rPr>
        <w:t>　　（2）、 亲情服务：美容师要时刻站在顾客的立场上，想顾客所想，尽可能的为她们排除内心的顾虑和疑问，给顾客一种宾至如归的感觉。</w:t>
      </w:r>
      <w:r>
        <w:rPr>
          <w:lang w:eastAsia="zh-CN"/>
        </w:rPr>
        <w:br/>
      </w:r>
      <w:r>
        <w:rPr>
          <w:lang w:eastAsia="zh-CN"/>
        </w:rPr>
        <w:t>　　（3）、 超值服务：尽量提供给顾客超值的服务，让其真正有物超所值的感觉。</w:t>
      </w:r>
      <w:r>
        <w:rPr>
          <w:lang w:eastAsia="zh-CN"/>
        </w:rPr>
        <w:br/>
      </w:r>
      <w:r>
        <w:rPr>
          <w:lang w:eastAsia="zh-CN"/>
        </w:rPr>
        <w:t>　　二、能充分展示个人良好的自身品性，是你迈向成功的坚实一步。</w:t>
      </w:r>
      <w:r>
        <w:rPr>
          <w:lang w:eastAsia="zh-CN"/>
        </w:rPr>
        <w:br/>
      </w:r>
      <w:r>
        <w:rPr>
          <w:lang w:eastAsia="zh-CN"/>
        </w:rPr>
        <w:t>　　（1）、具有了良好的工作习惯，顾客就会很容易很快的接受你，认同你，继而她就会认同 你的产品，接受你的服务。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（2）、要具有正确的审美观，要懂得如何欣赏顾客，赞美顾客，让顾客满意、高兴地接受你和你的产品及服务。</w:t>
      </w:r>
      <w:r>
        <w:rPr>
          <w:lang w:eastAsia="zh-CN"/>
        </w:rPr>
        <w:br/>
      </w:r>
      <w:r>
        <w:rPr>
          <w:lang w:eastAsia="zh-CN"/>
        </w:rPr>
        <w:t>　　（3）、在工作时，要向顾客充分展现处你良好的精神面貌。把情绪带到工作中是最大的忌讳。干净、端庄、大方的打扮也是体现你良好精神面貌的一方面。</w:t>
      </w:r>
      <w:r>
        <w:rPr>
          <w:lang w:eastAsia="zh-CN"/>
        </w:rPr>
        <w:br/>
      </w:r>
      <w:r>
        <w:rPr>
          <w:lang w:eastAsia="zh-CN"/>
        </w:rPr>
        <w:t>　　三、要成为一名合格的美容师要有一定的理论修养。</w:t>
      </w:r>
      <w:r>
        <w:rPr>
          <w:lang w:eastAsia="zh-CN"/>
        </w:rPr>
        <w:br/>
      </w:r>
      <w:r>
        <w:rPr>
          <w:lang w:eastAsia="zh-CN"/>
        </w:rPr>
        <w:t>　　要了解与本职工作有关的基础生理知识、营养学、化妆品常识和心理学知识；关注当今美容行业的发展新动向，以便准确无误的开展咨询服务，实事求是的回答顾客提出的各种问题，不断提高自己的鉴赏能力，以便高水平地为顾客服务。</w:t>
      </w:r>
      <w:r>
        <w:rPr>
          <w:lang w:eastAsia="zh-CN"/>
        </w:rPr>
        <w:br/>
      </w:r>
      <w:r>
        <w:rPr>
          <w:lang w:eastAsia="zh-CN"/>
        </w:rPr>
        <w:t>　　四、技艺修养。</w:t>
      </w:r>
      <w:r>
        <w:rPr>
          <w:lang w:eastAsia="zh-CN"/>
        </w:rPr>
        <w:br/>
      </w:r>
      <w:r>
        <w:rPr>
          <w:lang w:eastAsia="zh-CN"/>
        </w:rPr>
        <w:t>　　美容护肤是一门技术，也是一门艺术。美丽无暇的肌肤实际上是美容师进行构思，精心绘制的图画。因此，美容师不仅要有较深的艺术修养、正确的审美观，而且要掌握高超的美容、皮肤护理的技巧和数量准确的手法。这样，才能在美容服务中取得主动权。</w:t>
      </w:r>
      <w:r>
        <w:rPr>
          <w:lang w:eastAsia="zh-CN"/>
        </w:rPr>
        <w:br/>
      </w:r>
      <w:r>
        <w:rPr>
          <w:lang w:eastAsia="zh-CN"/>
        </w:rPr>
        <w:t>　　五、美容师的个人仪表。</w:t>
      </w:r>
      <w:r>
        <w:rPr>
          <w:lang w:eastAsia="zh-CN"/>
        </w:rPr>
        <w:br/>
      </w:r>
      <w:r>
        <w:rPr>
          <w:lang w:eastAsia="zh-CN"/>
        </w:rPr>
        <w:t>　　美容师的个人仪表必须与职业需要相符合。个人仪表可以让顾客对你有良好的第一印象，从而能够帮助你和顾客更好的沟通。</w:t>
      </w:r>
      <w:r>
        <w:rPr>
          <w:lang w:eastAsia="zh-CN"/>
        </w:rPr>
        <w:br/>
      </w:r>
      <w:r>
        <w:rPr>
          <w:lang w:eastAsia="zh-CN"/>
        </w:rPr>
        <w:t>　　美容师的个人仪表具体体现在以下几方面：</w:t>
      </w:r>
      <w:r>
        <w:rPr>
          <w:lang w:eastAsia="zh-CN"/>
        </w:rPr>
        <w:t xml:space="preserve"> （1）端庄的仪表：无论坐、立、行、走，上下楼梯时，都要随时提醒自己，保持体态直立。这样可以给顾客以精神，向上的良好感觉。同时，女性拥有均衡挺直，灵活优雅的举止，往往会成为被羡慕的对象。</w:t>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（2）大方的仪容：总结、素雅、大方的妆扮，能给人清新，自然的感觉，使顾客能用轻松的心情享受美容师带给她的服务。同时，也体现出了美容师独有的女性美。</w:t>
      </w:r>
      <w:r>
        <w:rPr>
          <w:lang w:eastAsia="zh-CN"/>
        </w:rPr>
        <w:t xml:space="preserve"> （3）开朗的形象：此处所指的开朗，是指处事态度诚恳、乐观、充满自信，而不是随意的，不分场合的喧闹，哗众取宠。</w:t>
      </w:r>
      <w:r>
        <w:rPr>
          <w:lang w:eastAsia="zh-CN"/>
        </w:rPr>
        <w:br/>
      </w:r>
      <w:r>
        <w:rPr>
          <w:lang w:eastAsia="zh-CN"/>
        </w:rPr>
        <w:t>　　六、美容师的待客礼仪 。</w:t>
      </w:r>
      <w:r>
        <w:rPr>
          <w:lang w:eastAsia="zh-CN"/>
        </w:rPr>
        <w:br/>
      </w:r>
      <w:r>
        <w:rPr>
          <w:lang w:eastAsia="zh-CN"/>
        </w:rPr>
        <w:t>　　要想成为一名真正专业的，出色的美容师，学习专业的待客礼仪，是尤为重要的。待客礼仪即俗称的待客之道，而美容师的待客之道主要体现在以下几个方面：</w:t>
      </w:r>
      <w:r>
        <w:rPr>
          <w:lang w:eastAsia="zh-CN"/>
        </w:rPr>
        <w:br/>
      </w:r>
      <w:r>
        <w:rPr>
          <w:lang w:eastAsia="zh-CN"/>
        </w:rPr>
        <w:t>　　（1）语言：作为一名优秀的美容师，在面对顾客，与顾客交流时，必须要做到声音柔和，悦耳，吐字清晰，表达准确。柔和悦耳的声音，可以使顾客放松原本紧张，警惕的心情，能静下心来听你的叙述；清洗的吐字能让顾客很快的明白你所要表达的东西；而准确的表达则能很好的体现美容师的专业度和对产品的熟悉程度，让顾客放心于你的服务。</w:t>
      </w:r>
      <w:r>
        <w:rPr>
          <w:lang w:eastAsia="zh-CN"/>
        </w:rPr>
        <w:br/>
      </w:r>
      <w:r>
        <w:rPr>
          <w:lang w:eastAsia="zh-CN"/>
        </w:rPr>
        <w:t>　　（2）姿态：作为一名合格的美容师，要学会做一名很好的聆听者。因为在现代的生活中很少人愿意听别人讲话，大家都急于发表自己的意见。所以当顾客到美容院来放松心情的时候，美容师一开始就能把听的工作做得很好，就将会给顾客非常好的感觉，她也会对你产生信赖感。但是聆听并不是只在别人说话的时候静静的听，而是需要有更多的及时的反馈。</w:t>
      </w:r>
      <w:r>
        <w:rPr>
          <w:lang w:eastAsia="zh-CN"/>
        </w:rPr>
        <w:br/>
      </w:r>
      <w:r>
        <w:rPr>
          <w:lang w:eastAsia="zh-CN"/>
        </w:rPr>
        <w:t>　　以上就是我的一点工作经验和体会。</w:t>
      </w:r>
      <w:r>
        <w:rPr>
          <w:lang w:eastAsia="zh-CN"/>
        </w:rPr>
        <w:br/>
      </w:r>
      <w:r>
        <w:rPr>
          <w:lang w:eastAsia="zh-CN"/>
        </w:rPr>
        <w:t xml:space="preserve">    美容师年度工作总结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不知不觉之间，20__年即将过去。在过去的一年里，我流过了辛勤的汗水，也品尝到了收获的喜悦。在__店长的正确领导下，在各位亲爱同事和家人们的帮助下，我严格的要求自己，并且顺利的完成了今年的工作，总而言之，收获多多!</w:t>
      </w:r>
      <w:r>
        <w:rPr>
          <w:lang w:eastAsia="zh-CN"/>
        </w:rPr>
        <w:br/>
      </w:r>
      <w:r>
        <w:rPr>
          <w:lang w:eastAsia="zh-CN"/>
        </w:rPr>
        <w:t>　　回顾20__年&amp;&amp;</w:t>
      </w:r>
      <w:r>
        <w:rPr>
          <w:lang w:eastAsia="zh-CN"/>
        </w:rPr>
        <w:br/>
      </w:r>
      <w:r>
        <w:rPr>
          <w:lang w:eastAsia="zh-CN"/>
        </w:rPr>
        <w:t>　　1、我更加的热爱我的行业，我的工作，我的任务是以顾客为中心，为顾客提供体贴、高效、优质的服务。而在今年，我做到了这一点，尽心尽力的为顾客服务，注重接待的细节，让顾客感到非常的满意。不足之处是，工作时候不够主动，缺乏信心。</w:t>
      </w:r>
      <w:r>
        <w:rPr>
          <w:lang w:eastAsia="zh-CN"/>
        </w:rPr>
        <w:br/>
      </w:r>
      <w:r>
        <w:rPr>
          <w:lang w:eastAsia="zh-CN"/>
        </w:rPr>
        <w:t>　　2、销售是美容师的职责，在为顾客推销的过程中，我用专业的知识，巧妙的话术打动了对方，取得了不错的销售成绩。另外在公司举办的销售培训课程中，能够积极的回答问题，顺利的通过了考核。不足之处是，有些时候不敢主动的开口，在培训中不能积极的分享自己的心得。</w:t>
      </w:r>
      <w:r>
        <w:rPr>
          <w:lang w:eastAsia="zh-CN"/>
        </w:rPr>
        <w:br/>
      </w:r>
      <w:r>
        <w:rPr>
          <w:lang w:eastAsia="zh-CN"/>
        </w:rPr>
        <w:t>　　3、美容师对我来说不仅是一份职业，更多的是一份憧憬。在工作中，我努力的学习，尽可能的充电，希望获得更多的知识，这也让我在今年提升了不少。不足之处是，对于美容手法这方面仍然欠缺。</w:t>
      </w:r>
      <w:r>
        <w:rPr>
          <w:lang w:eastAsia="zh-CN"/>
        </w:rPr>
        <w:br/>
      </w:r>
      <w:r>
        <w:rPr>
          <w:lang w:eastAsia="zh-CN"/>
        </w:rPr>
        <w:t>　　展望20__年&amp;&amp;</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希望在新的一年里，仍然恪守自己，改善不足之处，在工作中争取更上一步台阶。另外，我给自己定下了一个年度目标：认真的做好顾客档案，并且努力完善它。认真的对待每一个顾客，了解顾客的需求。学会感恩，学会接受，积极的对待工作。</w:t>
      </w:r>
      <w:r>
        <w:rPr>
          <w:lang w:eastAsia="zh-CN"/>
        </w:rPr>
        <w:br/>
      </w:r>
      <w:r>
        <w:rPr>
          <w:lang w:eastAsia="zh-CN"/>
        </w:rPr>
        <w:t>　　美容师年终工作总结的重点是什么?</w:t>
      </w:r>
      <w:r>
        <w:rPr>
          <w:lang w:eastAsia="zh-CN"/>
        </w:rPr>
        <w:br/>
      </w:r>
      <w:r>
        <w:rPr>
          <w:lang w:eastAsia="zh-CN"/>
        </w:rPr>
        <w:t>　　从上面的范文中，其实不难发现，对于美容师年终工作总结来说，重点有两点，回顾以往的工作，做出总结。展望以后，制定新的目标。在写作的过程中，注意语言条理要清楚，客观的，清晰的、全面的进行总结，适当的可以用数据进行汇报。另外，对工作要提出自己的见解，不要说大空的话，夸大其词的总结没有任何的意义哦。</w:t>
      </w:r>
      <w:r>
        <w:rPr>
          <w:lang w:eastAsia="zh-CN"/>
        </w:rPr>
        <w:br/>
      </w:r>
      <w:r>
        <w:rPr>
          <w:lang w:eastAsia="zh-CN"/>
        </w:rPr>
        <w:t xml:space="preserve">    美容师年度工作总结 篇13 </w:t>
      </w:r>
      <w:r>
        <w:rPr>
          <w:lang w:eastAsia="zh-CN"/>
        </w:rPr>
        <w:br/>
      </w:r>
      <w:r>
        <w:rPr>
          <w:lang w:eastAsia="zh-CN"/>
        </w:rPr>
        <w:t>　　不知不觉之间，某年即将过去。在过去的一年里，我流过了辛勤的汗水，也品尝到了收获的喜悦。在__店长的正确领导下，在各位亲爱同事和家人们的帮助下，我严格的要求自己，并且顺利的完成了今年的工作，总而言之，收获多多！</w:t>
      </w:r>
      <w:r>
        <w:rPr>
          <w:lang w:eastAsia="zh-CN"/>
        </w:rPr>
        <w:br/>
      </w:r>
      <w:r>
        <w:rPr>
          <w:lang w:eastAsia="zh-CN"/>
        </w:rPr>
        <w:t>　　回顾某年</w:t>
      </w:r>
      <w:r>
        <w:rPr>
          <w:lang w:eastAsia="zh-CN"/>
        </w:rPr>
        <w:br/>
      </w:r>
      <w:r>
        <w:rPr>
          <w:lang w:eastAsia="zh-CN"/>
        </w:rPr>
        <w:t>　　1、我更加的热爱我的行业，我的工作，我的任务是以顾客为中心，为顾客提供体贴、高效、优质的服务。而在今年，我做到了这一点，尽心尽力的为顾客服务，注重接待的细节，让顾客感到非常的满意。不足之处是，工作时候不够主动，缺乏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销售是的职责，在为顾客推销的过程中，我用专业的`知识，巧妙的话术打动了对方，取得了不错的销售成绩。另外在公司举办的销售培训课程中，能够积极的回答问题，顺利的通过了考核。不足之处是，有些时候不敢主动的开口，在培训中不能积极的分享自己的心得。</w:t>
      </w:r>
      <w:r>
        <w:rPr>
          <w:lang w:eastAsia="zh-CN"/>
        </w:rPr>
        <w:br/>
      </w:r>
      <w:r>
        <w:rPr>
          <w:lang w:eastAsia="zh-CN"/>
        </w:rPr>
        <w:t>　　3、美容师对我来说不仅是一份职业，更多的是一份憧憬。在工作中，我努力的学习，尽可能的充电，希望获得更多的知识，这也让我在今年提升了不少。不足之处是，对于美容手法这方面仍然欠缺。</w:t>
      </w:r>
      <w:r>
        <w:rPr>
          <w:lang w:eastAsia="zh-CN"/>
        </w:rPr>
        <w:br/>
      </w:r>
      <w:r>
        <w:rPr>
          <w:lang w:eastAsia="zh-CN"/>
        </w:rPr>
        <w:t>　　展望某年</w:t>
      </w:r>
      <w:r>
        <w:rPr>
          <w:lang w:eastAsia="zh-CN"/>
        </w:rPr>
        <w:br/>
      </w:r>
      <w:r>
        <w:rPr>
          <w:lang w:eastAsia="zh-CN"/>
        </w:rPr>
        <w:t>　　我希望在新的一年里，仍然恪守自己，改善不足之处，在工作中争取更上一步台阶。另外，我给自己定下了一个年度目标：认真的做好顾客档案，并且努力完善它。认真的对待每一个顾客，了解顾客的需求。学会感恩，学会接受，积极的对待工作。</w:t>
      </w:r>
      <w:r>
        <w:rPr>
          <w:lang w:eastAsia="zh-CN"/>
        </w:rPr>
        <w:br/>
      </w:r>
      <w:r>
        <w:rPr>
          <w:lang w:eastAsia="zh-CN"/>
        </w:rPr>
        <w:t xml:space="preserve">    美容师年度工作总结 篇14 </w:t>
      </w:r>
      <w:r>
        <w:rPr>
          <w:lang w:eastAsia="zh-CN"/>
        </w:rPr>
        <w:br/>
      </w:r>
      <w:r>
        <w:rPr>
          <w:lang w:eastAsia="zh-CN"/>
        </w:rPr>
        <w:t>　　时间飞逝，如白驹过隙。转眼间到20__年年底，在即将过去的这一年里，从总体上看，我对自己的工作还是比较满意的：</w:t>
      </w:r>
      <w:r>
        <w:rPr>
          <w:lang w:eastAsia="zh-CN"/>
        </w:rPr>
        <w:br/>
      </w:r>
      <w:r>
        <w:rPr>
          <w:lang w:eastAsia="zh-CN"/>
        </w:rPr>
        <w:t>　　首先，我清楚的明白自己的工作职责所在，按照店里的相关规定按时上下班，没有迟到或早退。其次，在上班时间尽心尽力，做好本职工作，表现良好。再次，与同事相处和睦，关系融洽。另外，与顾客的关系也处理得当，既没有怠慢顾客，又把自己的工作做的得心应手。</w:t>
      </w:r>
      <w:r>
        <w:rPr>
          <w:lang w:eastAsia="zh-CN"/>
        </w:rPr>
        <w:br/>
      </w:r>
      <w:r>
        <w:rPr>
          <w:lang w:eastAsia="zh-CN"/>
        </w:rPr>
        <w:t>　　作为一名美容师，我说一下这一年来掌握到工作经验做以总结：</w:t>
      </w:r>
      <w:r>
        <w:rPr>
          <w:lang w:eastAsia="zh-CN"/>
        </w:rPr>
        <w:br/>
      </w:r>
      <w:r>
        <w:rPr>
          <w:lang w:eastAsia="zh-CN"/>
        </w:rPr>
        <w:t>　　一、良好的服务意识是最有力的销售方法</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微笑服务：它可以给对方良好的第一印象。通过微笑，你可以展示出你的个人魅力和亲和力，从而影响顾客的心情，给顾客创造一种轻松愉快的心情。</w:t>
      </w:r>
      <w:r>
        <w:rPr>
          <w:lang w:eastAsia="zh-CN"/>
        </w:rPr>
        <w:br/>
      </w:r>
      <w:r>
        <w:rPr>
          <w:lang w:eastAsia="zh-CN"/>
        </w:rPr>
        <w:t>　　（2）、 亲情服务：美容师要时刻站在顾客的立场上，想顾客所想，尽可能的为她们排除内心的顾虑和疑问，给顾客一种宾至如归的感觉。</w:t>
      </w:r>
      <w:r>
        <w:rPr>
          <w:lang w:eastAsia="zh-CN"/>
        </w:rPr>
        <w:br/>
      </w:r>
      <w:r>
        <w:rPr>
          <w:lang w:eastAsia="zh-CN"/>
        </w:rPr>
        <w:t>　　（3）、 超值服务：尽量提供给顾客超值的服务，让其真正有物超所值的感觉。</w:t>
      </w:r>
      <w:r>
        <w:rPr>
          <w:lang w:eastAsia="zh-CN"/>
        </w:rPr>
        <w:br/>
      </w:r>
      <w:r>
        <w:rPr>
          <w:lang w:eastAsia="zh-CN"/>
        </w:rPr>
        <w:t>　　二、能充分展示个人良好的自身品性，是你迈向成功的坚实一步</w:t>
      </w:r>
      <w:r>
        <w:rPr>
          <w:lang w:eastAsia="zh-CN"/>
        </w:rPr>
        <w:br/>
      </w:r>
      <w:r>
        <w:rPr>
          <w:lang w:eastAsia="zh-CN"/>
        </w:rPr>
        <w:t>　　（1）、具有了良好的工作习惯，顾客就会很容易很快的接受你，认同你，继而她就会认同 你的产品，接受你的服务。</w:t>
      </w:r>
      <w:r>
        <w:rPr>
          <w:lang w:eastAsia="zh-CN"/>
        </w:rPr>
        <w:br/>
      </w:r>
      <w:r>
        <w:rPr>
          <w:lang w:eastAsia="zh-CN"/>
        </w:rPr>
        <w:t>　　（2）、要具有正确的审美观，要懂得如何欣赏顾客，赞美顾客，让顾客满意、高兴地接受你和你的`产品及服务。</w:t>
      </w:r>
      <w:r>
        <w:rPr>
          <w:lang w:eastAsia="zh-CN"/>
        </w:rPr>
        <w:br/>
      </w:r>
      <w:r>
        <w:rPr>
          <w:lang w:eastAsia="zh-CN"/>
        </w:rPr>
        <w:t>　　（3）、在工作时，要向顾客充分展现处你良好的精神面貌。把情绪带到工作中是最大的忌讳。干净、端庄、大方的打扮也是体现你良好精神面貌的一方面。</w:t>
      </w:r>
      <w:r>
        <w:rPr>
          <w:lang w:eastAsia="zh-CN"/>
        </w:rPr>
        <w:br/>
      </w:r>
      <w:r>
        <w:rPr>
          <w:lang w:eastAsia="zh-CN"/>
        </w:rPr>
        <w:t>　　三、要成为一名合格的美容师要有一定的理论修养</w:t>
      </w:r>
      <w:r>
        <w:rPr>
          <w:lang w:eastAsia="zh-CN"/>
        </w:rPr>
        <w:br/>
      </w:r>
      <w:r>
        <w:rPr>
          <w:lang w:eastAsia="zh-CN"/>
        </w:rPr>
        <w:t>　　要了解与本职工作有关的基础生理知识、营养学、化妆品常识和心理学知识；关注当今美容行业的发展新动向，以便准确无误的开展咨询服务，实事求是的回答顾客提出的各种问题，不断提高自己的鉴赏能力，以便高水平地为顾客服务。</w:t>
      </w:r>
      <w:r>
        <w:rPr>
          <w:lang w:eastAsia="zh-CN"/>
        </w:rPr>
        <w:br/>
      </w:r>
      <w:r>
        <w:rPr>
          <w:lang w:eastAsia="zh-CN"/>
        </w:rPr>
        <w:t>　　四、技艺修养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美容护肤是一门技术，也是一门艺术。美丽无暇的肌肤实际上是美容师进行构思，精心绘制的图画。因此，美容师不仅要有较深的艺术修养、正确的审美观，而且要掌握高超的美容、皮肤护理的技巧和数量准确的手法。这样，才能在美容服务中取得主动权。</w:t>
      </w:r>
      <w:r>
        <w:rPr>
          <w:lang w:eastAsia="zh-CN"/>
        </w:rPr>
        <w:br/>
      </w:r>
      <w:r>
        <w:rPr>
          <w:lang w:eastAsia="zh-CN"/>
        </w:rPr>
        <w:t>　　五、美容师的个人仪表</w:t>
      </w:r>
      <w:r>
        <w:rPr>
          <w:lang w:eastAsia="zh-CN"/>
        </w:rPr>
        <w:br/>
      </w:r>
      <w:r>
        <w:rPr>
          <w:lang w:eastAsia="zh-CN"/>
        </w:rPr>
        <w:t>　　美容师的个人仪表必须与职业需要相符合。个人仪表可以让顾客对你有良好的第一印象，从而能够帮助你和顾客更好的沟通。</w:t>
      </w:r>
      <w:r>
        <w:rPr>
          <w:lang w:eastAsia="zh-CN"/>
        </w:rPr>
        <w:br/>
      </w:r>
      <w:r>
        <w:rPr>
          <w:lang w:eastAsia="zh-CN"/>
        </w:rPr>
        <w:t>　　六、美容师的待客礼仪</w:t>
      </w:r>
      <w:r>
        <w:rPr>
          <w:lang w:eastAsia="zh-CN"/>
        </w:rPr>
        <w:br/>
      </w:r>
      <w:r>
        <w:rPr>
          <w:lang w:eastAsia="zh-CN"/>
        </w:rPr>
        <w:t>　　要想成为一名真正专业的，出色的美容师，学习专业的待客礼仪，是尤为重要的。待客礼仪即俗称的待客之道，而美容师的待客之道主要体现在以下几个方面：</w:t>
      </w:r>
      <w:r>
        <w:rPr>
          <w:lang w:eastAsia="zh-CN"/>
        </w:rPr>
        <w:br/>
      </w:r>
      <w:r>
        <w:rPr>
          <w:lang w:eastAsia="zh-CN"/>
        </w:rPr>
        <w:t>　　（1）语言：作为一名优秀的美容师，在面对顾客，与顾客交流时，必须要做到声音柔和，悦耳，吐字清晰，表达准确。柔和悦耳的声音，可以使顾客放松原本紧张，警惕的心情，能静下心来听你的叙述；清洗的吐字能让顾客很快的明白你所要表达的东西；而准确的表达则能很好的体现美容师的专业度和对产品的熟悉程度，让顾客放心于你的服务。</w:t>
      </w:r>
      <w:r>
        <w:rPr>
          <w:lang w:eastAsia="zh-CN"/>
        </w:rPr>
        <w:br/>
      </w:r>
      <w:r>
        <w:rPr>
          <w:lang w:eastAsia="zh-CN"/>
        </w:rPr>
        <w:t>　　（2）姿态：作为一名合格的美容师，要学会做一名很好的聆听者。因为在现代的生活中很少人愿意听别人讲话，大家都急于发表自己的意见。所以当顾客到美容院来放松心情的时候，美容师一开始就能把听的工作做得很好，就将会给顾客非常好的感觉，她也会对你产生信赖感。但是聆听并不是只在别人说话的时候静静的听，而是需要有更多的及时的反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美容师年度工作总结 篇15 </w:t>
      </w:r>
      <w:r>
        <w:rPr>
          <w:lang w:eastAsia="zh-CN"/>
        </w:rPr>
        <w:br/>
      </w:r>
      <w:r>
        <w:rPr>
          <w:lang w:eastAsia="zh-CN"/>
        </w:rPr>
        <w:t>　　时间飞逝，如白驹过隙。转眼间到20__年年底，在即将过去的这一年里，从总体上看，我对自己的工作还是比较满意的：</w:t>
      </w:r>
      <w:r>
        <w:rPr>
          <w:lang w:eastAsia="zh-CN"/>
        </w:rPr>
        <w:br/>
      </w:r>
      <w:r>
        <w:rPr>
          <w:lang w:eastAsia="zh-CN"/>
        </w:rPr>
        <w:t>　　首先，我清楚的明白自己的工作职责所在，按照店里的相关规定按时上下班，没有迟到或早退。其次，在上班时间尽心尽力，做好本职工作，表现良好。再次，与同事相处和睦，关系融洽。另外，与顾客的关系也处理得当，既没有怠慢顾客，又把自己的工作做的得心应手。作为一名美容师，我说一下这一年来掌握到工作经验：</w:t>
      </w:r>
      <w:r>
        <w:rPr>
          <w:lang w:eastAsia="zh-CN"/>
        </w:rPr>
        <w:br/>
      </w:r>
      <w:r>
        <w:rPr>
          <w:lang w:eastAsia="zh-CN"/>
        </w:rPr>
        <w:t>　　一、良好的服务意识是最有力的销售方法</w:t>
      </w:r>
      <w:r>
        <w:rPr>
          <w:lang w:eastAsia="zh-CN"/>
        </w:rPr>
        <w:br/>
      </w:r>
      <w:r>
        <w:rPr>
          <w:lang w:eastAsia="zh-CN"/>
        </w:rPr>
        <w:t>　　(1)微笑服务：它可以给对方良好的第一印象。通过微笑，你可以展示出你的个人魅力和亲和力，从而影响顾客的心情，给顾客创造一种轻松愉快的心情。</w:t>
      </w:r>
      <w:r>
        <w:rPr>
          <w:lang w:eastAsia="zh-CN"/>
        </w:rPr>
        <w:br/>
      </w:r>
      <w:r>
        <w:rPr>
          <w:lang w:eastAsia="zh-CN"/>
        </w:rPr>
        <w:t>　　(2)亲情服务：美容师要时刻站在顾客的立场上，想顾客所想，尽可能的为她们排除内心的顾虑和疑问，给顾客一种宾至如归的感觉。</w:t>
      </w:r>
      <w:r>
        <w:rPr>
          <w:lang w:eastAsia="zh-CN"/>
        </w:rPr>
        <w:br/>
      </w:r>
      <w:r>
        <w:rPr>
          <w:lang w:eastAsia="zh-CN"/>
        </w:rPr>
        <w:t>　　(3)超值服务：尽量提供给顾客超值的服务，让其真正有物超所值的感觉。</w:t>
      </w:r>
      <w:r>
        <w:rPr>
          <w:lang w:eastAsia="zh-CN"/>
        </w:rPr>
        <w:br/>
      </w:r>
      <w:r>
        <w:rPr>
          <w:lang w:eastAsia="zh-CN"/>
        </w:rPr>
        <w:t>　　二、能充分展示个人良好的自身品性，是你迈向成功的坚实一步。</w:t>
      </w:r>
      <w:r>
        <w:rPr>
          <w:lang w:eastAsia="zh-CN"/>
        </w:rPr>
        <w:br/>
      </w:r>
      <w:r>
        <w:rPr>
          <w:lang w:eastAsia="zh-CN"/>
        </w:rPr>
        <w:t>　　(1)具有了良好的工作习惯，顾客就会很容易很快的接受你，认同你，继而她就会认同你的产品，接受你的服务。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(2)要具有正确的审美观，要懂得如何欣赏顾客，赞美顾客，让顾客满意、高兴地接受你和你的产品及服务。</w:t>
      </w:r>
      <w:r>
        <w:rPr>
          <w:lang w:eastAsia="zh-CN"/>
        </w:rPr>
        <w:br/>
      </w:r>
      <w:r>
        <w:rPr>
          <w:lang w:eastAsia="zh-CN"/>
        </w:rPr>
        <w:t>　　(3)在工作时，要向顾客充分展现处你良好的精神面貌。把情绪带到工作中是最大的忌讳。干净、端庄、大方的打扮也是体现你良好精神面貌的一方面。</w:t>
      </w:r>
      <w:r>
        <w:rPr>
          <w:lang w:eastAsia="zh-CN"/>
        </w:rPr>
        <w:br/>
      </w:r>
      <w:r>
        <w:rPr>
          <w:lang w:eastAsia="zh-CN"/>
        </w:rPr>
        <w:t>　　三、要成为一名合格的美容师要有一定的理论修养。</w:t>
      </w:r>
      <w:r>
        <w:rPr>
          <w:lang w:eastAsia="zh-CN"/>
        </w:rPr>
        <w:br/>
      </w:r>
      <w:r>
        <w:rPr>
          <w:lang w:eastAsia="zh-CN"/>
        </w:rPr>
        <w:t>　　要了解与本职工作有关的基础生理知识、营养学、化妆品常识和心理学知识;关注当今美容行业的发展新动向，以便准确无误的开展咨询服务，实事求是的回答顾客提出的各种问题，不断提高自己的鉴赏能力，以便高水平地为顾客服务。</w:t>
      </w:r>
      <w:r>
        <w:rPr>
          <w:lang w:eastAsia="zh-CN"/>
        </w:rPr>
        <w:br/>
      </w:r>
      <w:r>
        <w:rPr>
          <w:lang w:eastAsia="zh-CN"/>
        </w:rPr>
        <w:t>　　四、技艺修养。</w:t>
      </w:r>
      <w:r>
        <w:rPr>
          <w:lang w:eastAsia="zh-CN"/>
        </w:rPr>
        <w:br/>
      </w:r>
      <w:r>
        <w:rPr>
          <w:lang w:eastAsia="zh-CN"/>
        </w:rPr>
        <w:t>　　美容护肤是一门技术，也是一门艺术。美丽无暇的肌肤实际上是美容师进行构思，精心绘制的图画。因此，美容师不仅要有较深的艺术修养、正确的审美观，而且要掌握高超的美容、皮肤护理的技巧和数量准确的手法。这样，才能在美容服务中取得主动权。</w:t>
      </w:r>
      <w:r>
        <w:rPr>
          <w:lang w:eastAsia="zh-CN"/>
        </w:rPr>
        <w:br/>
      </w:r>
      <w:r>
        <w:rPr>
          <w:lang w:eastAsia="zh-CN"/>
        </w:rPr>
        <w:t>　　五、美容师的个人仪表。</w:t>
      </w:r>
      <w:r>
        <w:rPr>
          <w:lang w:eastAsia="zh-CN"/>
        </w:rPr>
        <w:br/>
      </w:r>
      <w:r>
        <w:rPr>
          <w:lang w:eastAsia="zh-CN"/>
        </w:rPr>
        <w:t>　　美容师的个人仪表必须与职业需要相符合。个人仪表可以让顾客对你有良好的第一印象，从而能够帮助你和顾客更好的沟通。</w:t>
      </w:r>
      <w:r>
        <w:rPr>
          <w:lang w:eastAsia="zh-CN"/>
        </w:rPr>
        <w:br/>
      </w:r>
      <w:r>
        <w:rPr>
          <w:lang w:eastAsia="zh-CN"/>
        </w:rPr>
        <w:t>　　美容师的个人仪表具体体现在以下几方面：</w:t>
      </w:r>
      <w:r>
        <w:rPr>
          <w:lang w:eastAsia="zh-CN"/>
        </w:rPr>
        <w:br/>
      </w:r>
      <w:r>
        <w:rPr>
          <w:lang w:eastAsia="zh-CN"/>
        </w:rPr>
        <w:t>　　(1)端庄的仪表：无论坐、立、行、走，上下楼梯时，都要随时提醒自己，保持体态直立。这样可以给顾客以精神，向上的良好感觉。同时，女性拥有均衡挺直，灵活优雅的举止，往往会成为被羡慕的对象。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(2)大方的仪容：总结、素雅、大方的妆扮，能给人清新，自然的感觉，使顾客能用轻松的心情享受美容师带给她的服务。同时，也体现出了美容师独有的女性美。</w:t>
      </w:r>
      <w:r>
        <w:rPr>
          <w:lang w:eastAsia="zh-CN"/>
        </w:rPr>
        <w:br/>
      </w:r>
      <w:r>
        <w:rPr>
          <w:lang w:eastAsia="zh-CN"/>
        </w:rPr>
        <w:t>　　(3)开朗的形象：此处所指的开朗，是指处事态度诚恳、乐观、充满自信，而不是随意的，不分场合的喧闹，哗众取宠。</w:t>
      </w:r>
      <w:r>
        <w:rPr>
          <w:lang w:eastAsia="zh-CN"/>
        </w:rPr>
        <w:br/>
      </w:r>
      <w:r>
        <w:rPr>
          <w:lang w:eastAsia="zh-CN"/>
        </w:rPr>
        <w:t>　　六、美容师的待客礼仪。</w:t>
      </w:r>
      <w:r>
        <w:rPr>
          <w:lang w:eastAsia="zh-CN"/>
        </w:rPr>
        <w:br/>
      </w:r>
      <w:r>
        <w:rPr>
          <w:lang w:eastAsia="zh-CN"/>
        </w:rPr>
        <w:t>　　要想成为一名真正专业的，出色的美容师，学习专业的待客礼仪，是尤为重要的。待客礼仪即俗称的待客之道，而美容师的待客之道主要体现在以下几个方面：</w:t>
      </w:r>
      <w:r>
        <w:rPr>
          <w:lang w:eastAsia="zh-CN"/>
        </w:rPr>
        <w:br/>
      </w:r>
      <w:r>
        <w:rPr>
          <w:lang w:eastAsia="zh-CN"/>
        </w:rPr>
        <w:t>　　(1)语言：作为一名优秀的美容师，在面对顾客，与顾客交流时，必须要做到声音柔和，悦耳，吐字清晰，表达准确。柔和悦耳的声音，可以使顾客放松原本紧张，警惕的心情，能静下心来听你的叙述;清洗的吐字能让顾客很快的明白你所要表达的东西;而准确的表达则能很好的体现美容师的专业度和对产品的熟悉程度，让顾客放心于你的服务。</w:t>
      </w:r>
      <w:r>
        <w:rPr>
          <w:lang w:eastAsia="zh-CN"/>
        </w:rPr>
        <w:br/>
      </w:r>
      <w:r>
        <w:rPr>
          <w:lang w:eastAsia="zh-CN"/>
        </w:rPr>
        <w:t>　　(2)姿态：作为一名合格的美容师，要学会做一名很好的聆听者。因为在现代的生活中很少人愿意听别人讲话，大家都急于发表自己的意见。所以当顾客到美容院来放松心情的时候，美容师一开始就能把听的工作做得很好，就将会给顾客非常好的感觉，她也会对你产生信赖感。但是聆听并不是只在别人说话的时候静静的听，而是需要有更多的及时的反馈。</w:t>
      </w:r>
      <w:r>
        <w:rPr>
          <w:lang w:eastAsia="zh-CN"/>
        </w:rPr>
        <w:br/>
      </w:r>
      <w:r>
        <w:rPr>
          <w:lang w:eastAsia="zh-CN"/>
        </w:rPr>
        <w:t xml:space="preserve">    美容师年度工作总结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时间飞逝，如白驹过隙。转眼间到年底，在即将过去的这一年里，从总体上看，我对自己的工作还是比较满意的，我清楚的明白自己的工作职责所在，按照店里的相关规定按时上下班，没有迟到或早退。其次，在上班时间尽心尽力，做好本职工作，表现良好。再次，与同事相处和睦，关系融洽。另外，与顾客的关系也处理得当，既没有怠慢顾客，又把自己的工作做的得心应手。作为一名美容师，以下是我今年的工作总结。</w:t>
      </w:r>
      <w:r>
        <w:rPr>
          <w:lang w:eastAsia="zh-CN"/>
        </w:rPr>
        <w:br/>
      </w:r>
      <w:r>
        <w:rPr>
          <w:lang w:eastAsia="zh-CN"/>
        </w:rPr>
        <w:t>　　一、基础理论修养</w:t>
      </w:r>
      <w:r>
        <w:rPr>
          <w:lang w:eastAsia="zh-CN"/>
        </w:rPr>
        <w:br/>
      </w:r>
      <w:r>
        <w:rPr>
          <w:lang w:eastAsia="zh-CN"/>
        </w:rPr>
        <w:t>　　要了解与本职工作有关的基础生理知识、营养学、化妆品常识和心理学知识;关注当今美容行业的发展新动向，以便准确无误的开展咨询服务，实事求是的回答顾客提出的各种问题，不断提高自己的鉴赏能力，以便高水平地为顾客服务。</w:t>
      </w:r>
      <w:r>
        <w:rPr>
          <w:lang w:eastAsia="zh-CN"/>
        </w:rPr>
        <w:br/>
      </w:r>
      <w:r>
        <w:rPr>
          <w:lang w:eastAsia="zh-CN"/>
        </w:rPr>
        <w:t>　　二、技艺修养</w:t>
      </w:r>
      <w:r>
        <w:rPr>
          <w:lang w:eastAsia="zh-CN"/>
        </w:rPr>
        <w:br/>
      </w:r>
      <w:r>
        <w:rPr>
          <w:lang w:eastAsia="zh-CN"/>
        </w:rPr>
        <w:t>　　美容护肤是一门技术，也是一门艺术。美丽无暇的肌肤实际上是美容师进行构思，精心绘制的图画。因此，美容师不仅要有较深的艺术修养、正确的审美观，而且要掌握高超的美容、皮肤护理的技巧和数量准确的手法。这样，才能在美容服务中取得主动权。</w:t>
      </w:r>
      <w:r>
        <w:rPr>
          <w:lang w:eastAsia="zh-CN"/>
        </w:rPr>
        <w:br/>
      </w:r>
      <w:r>
        <w:rPr>
          <w:lang w:eastAsia="zh-CN"/>
        </w:rPr>
        <w:t>　　三、美容师的个人仪表</w:t>
      </w:r>
      <w:r>
        <w:rPr>
          <w:lang w:eastAsia="zh-CN"/>
        </w:rPr>
        <w:br/>
      </w:r>
      <w:r>
        <w:rPr>
          <w:lang w:eastAsia="zh-CN"/>
        </w:rPr>
        <w:t>　　美容师的个人仪表必须与职业需要相符合。个人仪表可以让顾客对你有良好的第一印象，从而能够帮助你和顾客更好的沟通。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美容师的个人仪表具体体现在端庄的仪表：无论坐、立、行、走，上下楼梯时，都要随时提醒自己，保持体态直立。这样可以给顾客以精神，向上的良好感觉。同时，女性拥有均衡挺直，灵活优雅的举止，往往会成为被羡慕的对象。大方的仪容：总结、素雅、大方的妆扮，能给人清新，自然的感觉，使顾客能用轻松的心情享受美容师带给她的服务。同时，也体现出了美容师独有的女性美。开朗的形象：此处所指的开朗，是指处事态度诚恳、乐观、充满自信，而不是随意的，不分场合的喧闹，哗众取宠。</w:t>
      </w:r>
      <w:r>
        <w:rPr>
          <w:lang w:eastAsia="zh-CN"/>
        </w:rPr>
        <w:br/>
      </w:r>
      <w:r>
        <w:rPr>
          <w:lang w:eastAsia="zh-CN"/>
        </w:rPr>
        <w:t>　　四、美容师的待客礼仪</w:t>
      </w:r>
      <w:r>
        <w:rPr>
          <w:lang w:eastAsia="zh-CN"/>
        </w:rPr>
        <w:br/>
      </w:r>
      <w:r>
        <w:rPr>
          <w:lang w:eastAsia="zh-CN"/>
        </w:rPr>
        <w:t>　　要想成为一名真正专业的，出色的美容师，学习专业的待客礼仪，是尤为重要的。待客礼仪即俗称的待客之道，而美容师的待客之道主要体现在以下几个方面：</w:t>
      </w:r>
      <w:r>
        <w:rPr>
          <w:lang w:eastAsia="zh-CN"/>
        </w:rPr>
        <w:br/>
      </w:r>
      <w:r>
        <w:rPr>
          <w:lang w:eastAsia="zh-CN"/>
        </w:rPr>
        <w:t>　　1、语言：作为一名优秀的美容师，在面对顾客，与顾客交流时，必须要做到声音柔和，悦耳，吐字清晰，表达准确。柔和悦耳的声音，可以使顾客放松原本紧张，警惕的心情，能静下心来听你的'叙述;清洗的吐字能让顾客很快的明白你所要表达的东西;而准确的表达则能很好的体现美容师的专业度和对产品的熟悉程度，让顾客放心于你的服务。</w:t>
      </w:r>
      <w:r>
        <w:rPr>
          <w:lang w:eastAsia="zh-CN"/>
        </w:rPr>
        <w:br/>
      </w:r>
      <w:r>
        <w:rPr>
          <w:lang w:eastAsia="zh-CN"/>
        </w:rPr>
        <w:t>　　2、姿态：作为一名合格的美容师，要学会做一名很好的聆听者。因为在现代的生活中很少人愿意听别人讲话，大家都急于发表自己的意见。所以当顾客到美容院来放松心情的时候，美容师一开始就能把听的工作做得很好，就将会给顾客非常好的感觉，她也会对你产生信赖感。但是聆听并不是只在别人说话的时候静静的听，而是需要有更多的及时的反馈。</w:t>
      </w:r>
      <w:r>
        <w:rPr>
          <w:lang w:eastAsia="zh-CN"/>
        </w:rPr>
        <w:br/>
      </w:r>
    </w:p>
    <w:p w:rsidR="001B1F19" w14:textId="27C3F48A">
      <w:pPr>
        <w:rPr>
          <w:rFonts w:hint="eastAsia"/>
          <w:lang w:eastAsia="zh-CN"/>
        </w:rPr>
      </w:pPr>
      <w:r>
        <w:rPr>
          <w:lang w:eastAsia="zh-CN"/>
        </w:rPr>
        <w:t xml:space="preserve">    美容师年度工作总结 篇17 </w:t>
      </w:r>
      <w:r>
        <w:rPr>
          <w:lang w:eastAsia="zh-CN"/>
        </w:rPr>
        <w:br/>
      </w:r>
      <w:r>
        <w:rPr>
          <w:lang w:eastAsia="zh-CN"/>
        </w:rPr>
        <w:t>　　时间飞逝，如白驹过隙。转眼间到2020__年底，在即将过去的这一年里，从总体上看，我对自己的工作还是比较满意的：</w:t>
      </w:r>
      <w:r>
        <w:rPr>
          <w:lang w:eastAsia="zh-CN"/>
        </w:rPr>
        <w:br/>
      </w:r>
      <w:r>
        <w:rPr>
          <w:lang w:eastAsia="zh-CN"/>
        </w:rPr>
        <w:t>　　首先，我清楚的明白自己的工作职责所在，按照店里的相关规定按时上下班，没有迟到或早退。其次，在上班时间尽心尽力，做好本职工作，表现良好。再次，与同事相处和睦，关系融洽。另外，与顾客的关系也处理得当，既没有怠慢顾客，又把自己的工作做的得心应手。</w:t>
      </w:r>
      <w:r>
        <w:rPr>
          <w:lang w:eastAsia="zh-CN"/>
        </w:rPr>
        <w:br/>
      </w:r>
      <w:r>
        <w:rPr>
          <w:lang w:eastAsia="zh-CN"/>
        </w:rPr>
        <w:t>　　作为一名美容师，我说一下这一年来掌握到工作经验：</w:t>
      </w:r>
      <w:r>
        <w:rPr>
          <w:lang w:eastAsia="zh-CN"/>
        </w:rPr>
        <w:br/>
      </w:r>
      <w:r>
        <w:rPr>
          <w:lang w:eastAsia="zh-CN"/>
        </w:rPr>
        <w:t>　　一、良好的服务意识是最有力的销售方法</w:t>
      </w:r>
      <w:r>
        <w:rPr>
          <w:lang w:eastAsia="zh-CN"/>
        </w:rPr>
        <w:br/>
      </w:r>
      <w:r>
        <w:rPr>
          <w:lang w:eastAsia="zh-CN"/>
        </w:rPr>
        <w:t>　　(1)微笑服务：它可以给对方良好的第一印象。通过微笑，你可以展示出你的个人魅力和亲和力，从而影响顾客的心情，给顾客创造一种轻松愉快的心情。</w:t>
      </w:r>
      <w:r>
        <w:rPr>
          <w:lang w:eastAsia="zh-CN"/>
        </w:rPr>
        <w:br/>
      </w:r>
      <w:r>
        <w:rPr>
          <w:lang w:eastAsia="zh-CN"/>
        </w:rPr>
        <w:t>　　(2)亲情服务：美容师要时刻站在顾客的立场上，想顾客所想，尽可能的为她们排除内心的顾虑和疑问，给顾客一种宾至如归的感觉。</w:t>
      </w:r>
      <w:r>
        <w:rPr>
          <w:lang w:eastAsia="zh-CN"/>
        </w:rPr>
        <w:br/>
      </w:r>
      <w:r>
        <w:rPr>
          <w:lang w:eastAsia="zh-CN"/>
        </w:rPr>
        <w:t>　　(3)超值服务：尽量提供给顾客超值的服务，让其真正有物超所值的感觉。</w:t>
      </w:r>
      <w:r>
        <w:rPr>
          <w:lang w:eastAsia="zh-CN"/>
        </w:rPr>
        <w:br/>
      </w:r>
      <w:r>
        <w:rPr>
          <w:lang w:eastAsia="zh-CN"/>
        </w:rPr>
        <w:t>　　二、能充分展示个人良好的自身品性，是你迈向成功的坚实一步</w:t>
      </w:r>
      <w:r>
        <w:rPr>
          <w:lang w:eastAsia="zh-CN"/>
        </w:rPr>
        <w:br/>
      </w:r>
      <w:r>
        <w:rPr>
          <w:lang w:eastAsia="zh-CN"/>
        </w:rPr>
        <w:t>　　(1)具有了良好的工作习惯，顾客就会很容易很快的接受你，认同你，继而她就会认同你的产品，接受你的服务。</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https://d.book118.com/037113115060006052</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7113115060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