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半年医院工作总结</w:t>
      </w:r>
    </w:p>
    <w:p>
      <w:pPr>
        <w:spacing w:before="100" w:after="200" w:line="360" w:lineRule="auto"/>
        <w:ind w:firstLine="576"/>
        <w:jc w:val="left"/>
      </w:pPr>
      <w:r>
        <w:rPr>
          <w:rFonts w:ascii="宋体" w:eastAsia="宋体" w:hAnsi="宋体"/>
          <w:sz w:val="28"/>
        </w:rPr>
        <w:t>在上半年中，我们不断面临着挑战和机遇，在医院领导和护理部主任、科主任的指导、关心及支持下，在医院各部门的密切帮忙下，我本着“一切以病人为中心，一切为病人服务”的宗旨，圆满地完成了护理工作任务。</w:t>
      </w:r>
    </w:p>
    <w:p>
      <w:pPr>
        <w:spacing w:before="100" w:after="200" w:line="360" w:lineRule="auto"/>
        <w:ind w:firstLine="576"/>
        <w:jc w:val="left"/>
      </w:pPr>
      <w:r>
        <w:rPr>
          <w:rFonts w:ascii="宋体" w:eastAsia="宋体" w:hAnsi="宋体"/>
          <w:sz w:val="28"/>
        </w:rPr>
        <w:t>我科护理人员的安全及职责意识、主动服务意识明显加强，护理质量得到进一步提高，病人满意度达96%以上，现将本人上半年工作总结如下：</w:t>
      </w:r>
    </w:p>
    <w:p>
      <w:pPr>
        <w:spacing w:before="100" w:after="200" w:line="360" w:lineRule="auto"/>
        <w:jc w:val="left"/>
      </w:pPr>
      <w:r>
        <w:rPr>
          <w:rFonts w:ascii="宋体 (中文正文)" w:eastAsia="宋体" w:hAnsi="宋体 (中文正文)"/>
          <w:b/>
          <w:sz w:val="28"/>
        </w:rPr>
        <w:t>一、政治思想、医德医风：</w:t>
      </w:r>
    </w:p>
    <w:p>
      <w:pPr>
        <w:spacing w:before="100" w:after="200" w:line="360" w:lineRule="auto"/>
        <w:ind w:firstLine="576"/>
        <w:jc w:val="left"/>
      </w:pPr>
      <w:r>
        <w:rPr>
          <w:rFonts w:ascii="宋体" w:eastAsia="宋体" w:hAnsi="宋体"/>
          <w:sz w:val="28"/>
        </w:rPr>
        <w:t>1、按医院要求认真进行政治学习，严格遵守相关法律法规及医院各项规章制度，恪尽职守，无违法违纪行为。</w:t>
      </w:r>
    </w:p>
    <w:p>
      <w:pPr>
        <w:spacing w:before="100" w:after="200" w:line="360" w:lineRule="auto"/>
        <w:ind w:firstLine="576"/>
        <w:jc w:val="left"/>
      </w:pPr>
      <w:r>
        <w:rPr>
          <w:rFonts w:ascii="宋体" w:eastAsia="宋体" w:hAnsi="宋体"/>
          <w:sz w:val="28"/>
        </w:rPr>
        <w:t>2、认真学习了医德医风、护士素质规范，认真学习领会党的十八大精神。</w:t>
      </w:r>
    </w:p>
    <w:p>
      <w:pPr>
        <w:spacing w:before="100" w:after="200" w:line="360" w:lineRule="auto"/>
        <w:ind w:firstLine="576"/>
        <w:jc w:val="left"/>
      </w:pPr>
      <w:r>
        <w:rPr>
          <w:rFonts w:ascii="宋体" w:eastAsia="宋体" w:hAnsi="宋体"/>
          <w:sz w:val="28"/>
        </w:rPr>
        <w:t>3、同全科护理人员团结一心，分工合作，圆满地完成了工作任务，在各项护理工作上，充分发扬团队协作精神，全体护理同仁们不计个人得失，甘于奉献，充分发扬爱岗敬业的精神！</w:t>
      </w:r>
    </w:p>
    <w:p>
      <w:pPr>
        <w:spacing w:before="100" w:after="200" w:line="360" w:lineRule="auto"/>
        <w:jc w:val="left"/>
      </w:pPr>
      <w:r>
        <w:rPr>
          <w:rFonts w:ascii="宋体 (中文正文)" w:eastAsia="宋体" w:hAnsi="宋体 (中文正文)"/>
          <w:b/>
          <w:sz w:val="28"/>
        </w:rPr>
        <w:t>二、护理管理</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1、严格按照护士长工作手册开展工作，做到了年有计划，月有安排，周有重点，每月有小结，并针对好的方面提出表扬，不足的方面提出整改措施，并督促执行，评价整改效果，到达了持续改善的目的。</w:t>
      </w:r>
    </w:p>
    <w:p>
      <w:pPr>
        <w:spacing w:before="100" w:after="200" w:line="360" w:lineRule="auto"/>
        <w:ind w:firstLine="576"/>
        <w:jc w:val="left"/>
      </w:pPr>
      <w:r>
        <w:rPr>
          <w:rFonts w:ascii="宋体" w:eastAsia="宋体" w:hAnsi="宋体"/>
          <w:sz w:val="28"/>
        </w:rPr>
        <w:t>2、进一步强化安全意识及岗位职责意识、主动服务意识，全科无重大护理事故，在用心学习后医疗服务的知识后完善了病员回访制度，有效地提高了病人的满意度。</w:t>
      </w:r>
    </w:p>
    <w:p>
      <w:pPr>
        <w:spacing w:before="100" w:after="200" w:line="360" w:lineRule="auto"/>
        <w:ind w:firstLine="576"/>
        <w:jc w:val="left"/>
      </w:pPr>
      <w:r>
        <w:rPr>
          <w:rFonts w:ascii="宋体" w:eastAsia="宋体" w:hAnsi="宋体"/>
          <w:sz w:val="28"/>
        </w:rPr>
        <w:t>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spacing w:before="100" w:after="200" w:line="360" w:lineRule="auto"/>
        <w:ind w:firstLine="576"/>
        <w:jc w:val="left"/>
      </w:pPr>
      <w:r>
        <w:rPr>
          <w:rFonts w:ascii="宋体" w:eastAsia="宋体" w:hAnsi="宋体"/>
          <w:sz w:val="28"/>
        </w:rPr>
        <w:t>4、加强了护理质量的环节控制，建立了科内护理质量控制小组，采取定期检查与随机抽查相结合的方式，每周有重点的检查护理质量状况，每月进行护理质量大检查一次，并与绩效考核结合。根据整体护理工作模式的要求，相对固定了职责护士，不同年资护士交叉排班，使工作互补，保证了护理工作质量。</w:t>
      </w:r>
    </w:p>
    <w:p>
      <w:pPr>
        <w:spacing w:before="100" w:after="200" w:line="360" w:lineRule="auto"/>
        <w:ind w:firstLine="576"/>
        <w:jc w:val="left"/>
      </w:pPr>
      <w:r>
        <w:rPr>
          <w:rFonts w:ascii="宋体" w:eastAsia="宋体" w:hAnsi="宋体"/>
          <w:sz w:val="28"/>
        </w:rPr>
        <w:t>5、组织每月召开了一次工休座谈会，征求病人的意见，对病人提出的问题给予了合理的回答，用心与相关科室协调处理，尽量满足病人合理的需要。</w:t>
      </w:r>
    </w:p>
    <w:p>
      <w:pPr>
        <w:spacing w:before="100" w:after="200" w:line="360" w:lineRule="auto"/>
        <w:ind w:firstLine="576"/>
        <w:jc w:val="left"/>
      </w:pPr>
      <w:r>
        <w:rPr>
          <w:rFonts w:ascii="宋体" w:eastAsia="宋体" w:hAnsi="宋体"/>
          <w:sz w:val="28"/>
        </w:rPr>
        <w:t>6、加强了医保病人和新型农村合作医疗病人的管理，随时查询病人的费用状况和一日清单制，及时与医生沟通，尽量将医保病人费用控制在规定范围内，避免违规事件的发生。</w:t>
      </w:r>
    </w:p>
    <w:p>
      <w:pPr>
        <w:spacing w:before="100" w:after="200" w:line="360" w:lineRule="auto"/>
        <w:ind w:firstLine="576"/>
        <w:jc w:val="left"/>
      </w:pPr>
      <w:r>
        <w:rPr>
          <w:rFonts w:ascii="宋体" w:eastAsia="宋体" w:hAnsi="宋体"/>
          <w:sz w:val="28"/>
        </w:rPr>
        <w:t>7、在运行病历和医嘱上，用心组织护理人员学习，要求人人掌握，尽快熟悉运行模式，确保了病区医生护士工作站工作顺利开展、运行。</w:t>
      </w:r>
    </w:p>
    <w:p>
      <w:pPr>
        <w:spacing w:before="100" w:after="200" w:line="360" w:lineRule="auto"/>
        <w:jc w:val="left"/>
      </w:pPr>
      <w:r>
        <w:rPr>
          <w:rFonts w:ascii="宋体 (中文正文)" w:eastAsia="宋体" w:hAnsi="宋体 (中文正文)"/>
          <w:b/>
          <w:sz w:val="28"/>
        </w:rPr>
        <w:t>三、切实落实“以病人为中心“的服务。</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1、完成护士观念上的转变，把过去的“要我服务“转变为“我要服务“。提高护士的礼仪与素养，创自己的护理名牌。</w:t>
      </w:r>
    </w:p>
    <w:p>
      <w:pPr>
        <w:spacing w:before="100" w:after="200" w:line="360" w:lineRule="auto"/>
        <w:ind w:firstLine="576"/>
        <w:jc w:val="left"/>
      </w:pPr>
      <w:r>
        <w:rPr>
          <w:rFonts w:ascii="宋体" w:eastAsia="宋体" w:hAnsi="宋体"/>
          <w:sz w:val="28"/>
        </w:rPr>
        <w:t>2、把“以病人为中心“的服务，具体到护理行为的每一细节。建立从入院到出院每一个工作环节的标准。</w:t>
      </w:r>
    </w:p>
    <w:p>
      <w:pPr>
        <w:spacing w:before="100" w:after="200" w:line="360" w:lineRule="auto"/>
        <w:jc w:val="left"/>
      </w:pPr>
      <w:r>
        <w:rPr>
          <w:rFonts w:ascii="宋体 (中文正文)" w:eastAsia="宋体" w:hAnsi="宋体 (中文正文)"/>
          <w:b/>
          <w:sz w:val="28"/>
        </w:rPr>
        <w:t>四、培养优秀的团队。</w:t>
      </w:r>
    </w:p>
    <w:p>
      <w:pPr>
        <w:spacing w:before="100" w:after="200" w:line="360" w:lineRule="auto"/>
        <w:ind w:firstLine="576"/>
        <w:jc w:val="left"/>
      </w:pPr>
      <w:r>
        <w:rPr>
          <w:rFonts w:ascii="宋体" w:eastAsia="宋体" w:hAnsi="宋体"/>
          <w:sz w:val="28"/>
        </w:rPr>
        <w:t>1、发现科内护理人员的优点，利用其优点，指导其工作，发挥个人专长。</w:t>
      </w:r>
    </w:p>
    <w:p>
      <w:pPr>
        <w:spacing w:before="100" w:after="200" w:line="360" w:lineRule="auto"/>
        <w:ind w:firstLine="576"/>
        <w:jc w:val="left"/>
      </w:pPr>
      <w:r>
        <w:rPr>
          <w:rFonts w:ascii="宋体" w:eastAsia="宋体" w:hAnsi="宋体"/>
          <w:sz w:val="28"/>
        </w:rPr>
        <w:t>2、建立团队精神，要让他们在协同工作中取得成绩，充分发挥个人力量。</w:t>
      </w:r>
    </w:p>
    <w:p>
      <w:pPr>
        <w:spacing w:before="100" w:after="200" w:line="360" w:lineRule="auto"/>
        <w:ind w:firstLine="576"/>
        <w:jc w:val="left"/>
      </w:pPr>
      <w:r>
        <w:rPr>
          <w:rFonts w:ascii="宋体" w:eastAsia="宋体" w:hAnsi="宋体"/>
          <w:sz w:val="28"/>
        </w:rPr>
        <w:t>让每个人都参与管理，以增强其职责感和主人翁意识。</w:t>
      </w:r>
    </w:p>
    <w:p>
      <w:pPr>
        <w:spacing w:before="100" w:after="200" w:line="360" w:lineRule="auto"/>
        <w:jc w:val="left"/>
      </w:pPr>
      <w:r>
        <w:rPr>
          <w:rFonts w:ascii="宋体 (中文正文)" w:eastAsia="宋体" w:hAnsi="宋体 (中文正文)"/>
          <w:b/>
          <w:sz w:val="28"/>
        </w:rPr>
        <w:t>五、做好信息的传达和文件的整理。</w:t>
      </w:r>
    </w:p>
    <w:p>
      <w:pPr>
        <w:spacing w:before="100" w:after="200" w:line="360" w:lineRule="auto"/>
        <w:ind w:firstLine="576"/>
        <w:jc w:val="left"/>
      </w:pPr>
      <w:r>
        <w:rPr>
          <w:rFonts w:ascii="宋体" w:eastAsia="宋体" w:hAnsi="宋体"/>
          <w:sz w:val="28"/>
        </w:rPr>
        <w:t>每次参加医院开会的第二天晨会时对资料进行原文传达，科室人员进行传达签到。对下发文件分类进行存放，以便查阅。拟指定专人对文件进行管理。努力做到思想与医院同步，用心融入医院文化建设中。</w:t>
      </w:r>
    </w:p>
    <w:p>
      <w:pPr>
        <w:spacing w:before="100" w:after="200" w:line="360" w:lineRule="auto"/>
        <w:jc w:val="left"/>
      </w:pPr>
      <w:r>
        <w:rPr>
          <w:rFonts w:ascii="宋体 (中文正文)" w:eastAsia="宋体" w:hAnsi="宋体 (中文正文)"/>
          <w:b/>
          <w:sz w:val="28"/>
        </w:rPr>
        <w:t>六、开展护理成本效益的研究。</w:t>
      </w:r>
    </w:p>
    <w:p>
      <w:pPr>
        <w:spacing w:before="100" w:after="200" w:line="360" w:lineRule="auto"/>
        <w:ind w:firstLine="576"/>
        <w:jc w:val="left"/>
      </w:pPr>
      <w:r>
        <w:rPr>
          <w:rFonts w:ascii="宋体" w:eastAsia="宋体" w:hAnsi="宋体"/>
          <w:sz w:val="28"/>
        </w:rPr>
        <w:t>避免资源的闲置与浪费，提高资源利用率，合理配置护理资源。定量分析，以尽量少的劳动耗费与物质耗费，带给更多的适合社会需要的卫生服务，取得较好的经济效益和社会效益。</w:t>
      </w:r>
    </w:p>
    <w:p>
      <w:pPr>
        <w:spacing w:before="100" w:after="200" w:line="360" w:lineRule="auto"/>
        <w:jc w:val="left"/>
      </w:pPr>
      <w:r>
        <w:rPr>
          <w:rFonts w:ascii="宋体 (中文正文)" w:eastAsia="宋体" w:hAnsi="宋体 (中文正文)"/>
          <w:b/>
          <w:sz w:val="28"/>
        </w:rPr>
        <w:t>七、继续教育及论文</w:t>
      </w:r>
    </w:p>
    <w:p>
      <w:pPr>
        <w:spacing w:before="100" w:after="200" w:line="360" w:lineRule="auto"/>
        <w:ind w:firstLine="576"/>
        <w:jc w:val="left"/>
      </w:pPr>
      <w:r>
        <w:rPr>
          <w:rFonts w:ascii="宋体" w:eastAsia="宋体" w:hAnsi="宋体"/>
          <w:sz w:val="28"/>
        </w:rPr>
        <w:t>1、送出3人次分别到xxxx医院康复科、xxxx医院康复科、xxxx中医医院康复科参观学习，将学习到的新理念、新技术、新思维逐渐应用于临床工作。</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2、送出护理人员3人次参加护理新技术新进展学习。</w:t>
      </w:r>
    </w:p>
    <w:p>
      <w:pPr>
        <w:spacing w:before="100" w:after="200" w:line="360" w:lineRule="auto"/>
        <w:ind w:firstLine="576"/>
        <w:jc w:val="left"/>
      </w:pPr>
      <w:r>
        <w:rPr>
          <w:rFonts w:ascii="宋体" w:eastAsia="宋体" w:hAnsi="宋体"/>
          <w:sz w:val="28"/>
        </w:rPr>
        <w:t>3、1名护士正在理解护理本科理论知识的学习，4名护理同志参加护理专科的学习。</w:t>
      </w:r>
    </w:p>
    <w:p>
      <w:pPr>
        <w:spacing w:before="100" w:after="200" w:line="360" w:lineRule="auto"/>
        <w:ind w:firstLine="576"/>
        <w:jc w:val="left"/>
      </w:pPr>
      <w:r>
        <w:rPr>
          <w:rFonts w:ascii="宋体" w:eastAsia="宋体" w:hAnsi="宋体"/>
          <w:sz w:val="28"/>
        </w:rPr>
        <w:t>4、1篇护理论文在国家级期刊发表。</w:t>
      </w:r>
    </w:p>
    <w:p>
      <w:pPr>
        <w:spacing w:before="100" w:after="200" w:line="360" w:lineRule="auto"/>
        <w:jc w:val="left"/>
      </w:pPr>
      <w:r>
        <w:rPr>
          <w:rFonts w:ascii="宋体 (中文正文)" w:eastAsia="宋体" w:hAnsi="宋体 (中文正文)"/>
          <w:b/>
          <w:sz w:val="28"/>
        </w:rPr>
        <w:t>八、改善方向</w:t>
      </w:r>
    </w:p>
    <w:p>
      <w:pPr>
        <w:spacing w:before="100" w:after="200" w:line="360" w:lineRule="auto"/>
        <w:ind w:firstLine="576"/>
        <w:jc w:val="left"/>
      </w:pPr>
      <w:r>
        <w:rPr>
          <w:rFonts w:ascii="宋体" w:eastAsia="宋体" w:hAnsi="宋体"/>
          <w:sz w:val="28"/>
        </w:rPr>
        <w:t>1、加强低年资护理人员的培训和培养，尤其加强新进人员和工作5年以下同志在三基知识的培养，同时加强沟通潜力和管理努力的培养。</w:t>
      </w:r>
    </w:p>
    <w:p>
      <w:pPr>
        <w:spacing w:before="100" w:after="200" w:line="360" w:lineRule="auto"/>
        <w:ind w:firstLine="576"/>
        <w:jc w:val="left"/>
      </w:pPr>
      <w:r>
        <w:rPr>
          <w:rFonts w:ascii="宋体" w:eastAsia="宋体" w:hAnsi="宋体"/>
          <w:sz w:val="28"/>
        </w:rPr>
        <w:t>2、加强护师护理人员管理、协调努力的培养；</w:t>
      </w:r>
    </w:p>
    <w:p>
      <w:pPr>
        <w:spacing w:before="100" w:after="200" w:line="360" w:lineRule="auto"/>
        <w:ind w:firstLine="576"/>
        <w:jc w:val="left"/>
      </w:pPr>
      <w:r>
        <w:rPr>
          <w:rFonts w:ascii="宋体" w:eastAsia="宋体" w:hAnsi="宋体"/>
          <w:sz w:val="28"/>
        </w:rPr>
        <w:t>3、加强专科护士专业化的培养，建立专科护士培养、考核机制；</w:t>
      </w:r>
    </w:p>
    <w:p>
      <w:pPr>
        <w:spacing w:before="100" w:after="200" w:line="360" w:lineRule="auto"/>
        <w:ind w:firstLine="576"/>
        <w:jc w:val="left"/>
      </w:pPr>
      <w:r>
        <w:rPr>
          <w:rFonts w:ascii="宋体" w:eastAsia="宋体" w:hAnsi="宋体"/>
          <w:sz w:val="28"/>
        </w:rPr>
        <w:t>4、大力提倡后医疗服务，用心开展客户回访工作和让病人满意工作；</w:t>
      </w:r>
    </w:p>
    <w:p>
      <w:pPr>
        <w:spacing w:before="100" w:after="200" w:line="360" w:lineRule="auto"/>
        <w:ind w:firstLine="576"/>
        <w:jc w:val="left"/>
      </w:pPr>
      <w:r>
        <w:rPr>
          <w:rFonts w:ascii="宋体" w:eastAsia="宋体" w:hAnsi="宋体"/>
          <w:sz w:val="28"/>
        </w:rPr>
        <w:t>5、进一步加强科研、教学工作的提高，努力在科研和教学上更上一层楼；尤其加强学生到临床前的岗前教育机制。</w:t>
      </w:r>
    </w:p>
    <w:p>
      <w:pPr>
        <w:spacing w:before="100" w:after="200" w:line="360" w:lineRule="auto"/>
        <w:ind w:firstLine="576"/>
        <w:jc w:val="left"/>
      </w:pPr>
      <w:r>
        <w:rPr>
          <w:rFonts w:ascii="宋体" w:eastAsia="宋体" w:hAnsi="宋体"/>
          <w:sz w:val="28"/>
        </w:rPr>
        <w:t>我院健康教育工作在卫生部门领导下，上级业务部门和本院领导的大力支持下，认真贯彻了卫生工作会议精神，我们在全镇各村卫生室及社区全面开展健康教育知识宣传、宣教工作，经过努力，完成了健康教育各项工作任务，现将一年来的工作情况总结如下；</w:t>
      </w:r>
    </w:p>
    <w:p>
      <w:pPr>
        <w:spacing w:before="100" w:after="200" w:line="360" w:lineRule="auto"/>
        <w:ind w:firstLine="576"/>
        <w:jc w:val="left"/>
      </w:pPr>
      <w:r>
        <w:rPr>
          <w:rFonts w:ascii="宋体" w:eastAsia="宋体" w:hAnsi="宋体"/>
          <w:sz w:val="28"/>
        </w:rPr>
        <w:t>2、定期更换宣传栏内容共3期，并有相关记录及图片，内容有中医保健，手足口病防治及结核病的防治和健康素养宣传等。</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3、音像材料宣传，院内大厅通过电视播放6种宣传内容，内容有公共卫生服务项目、慢性病、传染病、手足口病等知识。</w:t>
      </w:r>
    </w:p>
    <w:p>
      <w:pPr>
        <w:spacing w:before="100" w:after="200" w:line="360" w:lineRule="auto"/>
        <w:ind w:firstLine="576"/>
        <w:jc w:val="left"/>
      </w:pPr>
      <w:r>
        <w:rPr>
          <w:rFonts w:ascii="宋体" w:eastAsia="宋体" w:hAnsi="宋体"/>
          <w:sz w:val="28"/>
        </w:rPr>
        <w:t>4、宣传单宣传，通过本院、学校、卫生室、广场发放各类宣传单43285多份，内容有公共卫生服务、预防手足口病等传染病防治知识。</w:t>
      </w:r>
    </w:p>
    <w:p>
      <w:pPr>
        <w:spacing w:before="100" w:after="200" w:line="360" w:lineRule="auto"/>
        <w:ind w:firstLine="576"/>
        <w:jc w:val="left"/>
      </w:pPr>
      <w:r>
        <w:rPr>
          <w:rFonts w:ascii="宋体" w:eastAsia="宋体" w:hAnsi="宋体"/>
          <w:sz w:val="28"/>
        </w:rPr>
        <w:t>6、为了更好的做好健康教育工作，我院利用村医例会对各村卫生室人员进行健康教育理论知识培训。</w:t>
      </w:r>
    </w:p>
    <w:p>
      <w:pPr>
        <w:spacing w:before="100" w:after="200" w:line="360" w:lineRule="auto"/>
        <w:ind w:firstLine="576"/>
        <w:jc w:val="left"/>
      </w:pPr>
      <w:r>
        <w:rPr>
          <w:rFonts w:ascii="宋体" w:eastAsia="宋体" w:hAnsi="宋体"/>
          <w:sz w:val="28"/>
        </w:rPr>
        <w:t>在一年的工作中，我院在健康教育工作方面虽然做出了一些成绩，但是还有许多的不足之处，我院在今后的工作中将继续努力，做好健康教育工作。为广大居民健康做出贡献。</w:t>
      </w:r>
    </w:p>
    <w:p>
      <w:pPr>
        <w:spacing w:before="100" w:after="200" w:line="360" w:lineRule="auto"/>
        <w:jc w:val="left"/>
      </w:pPr>
      <w:r>
        <w:rPr>
          <w:rFonts w:ascii="宋体 (中文正文)" w:eastAsia="宋体" w:hAnsi="宋体 (中文正文)"/>
          <w:b/>
          <w:sz w:val="28"/>
        </w:rPr>
        <w:t>一、提高医院职工安全意识</w:t>
      </w:r>
    </w:p>
    <w:p>
      <w:pPr>
        <w:spacing w:before="100" w:after="200" w:line="360" w:lineRule="auto"/>
        <w:ind w:firstLine="576"/>
        <w:jc w:val="left"/>
      </w:pPr>
      <w:r>
        <w:rPr>
          <w:rFonts w:ascii="宋体" w:eastAsia="宋体" w:hAnsi="宋体"/>
          <w:sz w:val="28"/>
        </w:rPr>
        <w:t>首先要将安保工作纳入医院重要管理项目中，医院各部门定期开展安全知识讲座，使医院职工充分认识到安全保卫工作的重要性，必须要从自身做起，提高自我安全意识，鼓励各部门人员能够主动参与到安全保卫工作中，当出现安全事件时在场职工可以主动进行协调，将安全事件危险性降到最低。所以提高医院职工安全意识、参与安全工作，不仅能将安全隐患降到最低，还能建立和谐的医护患关系和人际关系，同时通过加大安全保卫工作的力度，使医院各项工作得以顺利进行。</w:t>
      </w:r>
    </w:p>
    <w:p>
      <w:pPr>
        <w:spacing w:before="100" w:after="200" w:line="360" w:lineRule="auto"/>
        <w:jc w:val="left"/>
      </w:pPr>
      <w:r>
        <w:rPr>
          <w:rFonts w:ascii="宋体 (中文正文)" w:eastAsia="宋体" w:hAnsi="宋体 (中文正文)"/>
          <w:b/>
          <w:sz w:val="28"/>
        </w:rPr>
        <w:t>二、提升安保人员素质及队伍建设</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筹划安排好7月-9月份组织的消防安全能力素质提升培训工作。对医院保卫科工作人员定期进行素质教育，提升安保人员个人素质，并对安保人员进行法律教育及业务知识培训，使其在工作中能够处于积极向上的状态，正确处理好各种安全事件。同时对安保人员的工作岗位进行详细划分，做好重点工作的安排，加强个人岗位责任制，提高安保人员岗位责任意识，避免管理不当影响医院日常工作的进展。并定期对安保人员进行身体素质训练，使医院保卫科拥有一支高素质、高技术及业务水平过硬的团队。</w:t>
      </w:r>
    </w:p>
    <w:p>
      <w:pPr>
        <w:spacing w:before="100" w:after="200" w:line="360" w:lineRule="auto"/>
        <w:jc w:val="left"/>
      </w:pPr>
      <w:r>
        <w:rPr>
          <w:rFonts w:ascii="宋体 (中文正文)" w:eastAsia="宋体" w:hAnsi="宋体 (中文正文)"/>
          <w:b/>
          <w:sz w:val="28"/>
        </w:rPr>
        <w:t>三、加强安全隐患防范，提高安全预警能力。</w:t>
      </w:r>
    </w:p>
    <w:p>
      <w:pPr>
        <w:spacing w:before="100" w:after="200" w:line="360" w:lineRule="auto"/>
        <w:ind w:firstLine="576"/>
        <w:jc w:val="left"/>
      </w:pPr>
      <w:r>
        <w:rPr>
          <w:rFonts w:ascii="宋体" w:eastAsia="宋体" w:hAnsi="宋体"/>
          <w:sz w:val="28"/>
        </w:rPr>
        <w:t>在日常工作中安保人员密切观察流动人员中存在的不安全因素，并在各区域内设置提示牌及安全提示影像，提醒就诊人员保管好个人物品及钱财，安保人员在易发生偷窃事件的区域进行巡查，并在各重要区域安装摄像头，确保全面覆盖，无死角，使安保人员可通过摄像及现场巡逻及时发现安全隐患，并及时采取有效措施。不仅可以确保医院安全，同时可通过摄像记录各种纠纷真实情况。完善安保人员的硬件设施，准备充足的防爆器材，以便恶劣事件发生时，安保人员可及时采取有效控制，从而使医院日常工作得到安全保障。</w:t>
      </w:r>
    </w:p>
    <w:p>
      <w:pPr>
        <w:spacing w:before="100" w:after="200" w:line="360" w:lineRule="auto"/>
        <w:ind w:firstLine="576"/>
        <w:jc w:val="left"/>
      </w:pPr>
      <w:r>
        <w:rPr>
          <w:rFonts w:ascii="宋体" w:eastAsia="宋体" w:hAnsi="宋体"/>
          <w:sz w:val="28"/>
        </w:rPr>
        <w:t>保卫科</w:t>
      </w:r>
    </w:p>
    <w:p>
      <w:pPr>
        <w:spacing w:before="100" w:after="200" w:line="360" w:lineRule="auto"/>
        <w:ind w:firstLine="576"/>
        <w:jc w:val="left"/>
      </w:pPr>
      <w:r>
        <w:rPr>
          <w:rFonts w:ascii="宋体" w:eastAsia="宋体" w:hAnsi="宋体"/>
          <w:sz w:val="28"/>
        </w:rPr>
        <w:t>20xx年7月5日</w:t>
      </w:r>
    </w:p>
    <w:p>
      <w:pPr>
        <w:spacing w:before="100" w:after="200" w:line="360" w:lineRule="auto"/>
        <w:ind w:firstLine="576"/>
        <w:jc w:val="left"/>
      </w:pPr>
      <w:r>
        <w:rPr>
          <w:rFonts w:ascii="宋体" w:eastAsia="宋体" w:hAnsi="宋体"/>
          <w:sz w:val="28"/>
        </w:rPr>
        <w:t>自开展平安塔河建设以来，我院的社会治安综合治理暨创建平安工作在县委县政府、综治办的正确领导下和县政法委、公安局的大力支持下，积极开展创建平安工作。在开展创建平安活动中，院党总支带领全院职工紧紧围绕医院平安、和谐、发展的主题，不断将平安创建活动引向深入。</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我院综治平安建设领导小组，始终把平安建设责任制的落实作为各项工作的重要任务来抓，坚持“打防并举，预防为主”的方针，把“四防”、“十无”工作与创建平安医院有机的结合起来，进一步加大经费投入和治安防范力度，同时积极开展矛盾纠纷排查和安全管理，并组织全院广大干部职工群众积极参与法制和道路交通安全教育活动。一年多来，在我院广大干部职工群众的共同参与努力下，我院的综合治理平安建设工作已取得了阶段性的成效，但也存在着不足，现就一年来的平安建设工作汇报如下：</w:t>
      </w:r>
    </w:p>
    <w:p>
      <w:pPr>
        <w:spacing w:before="100" w:after="200" w:line="360" w:lineRule="auto"/>
        <w:ind w:firstLine="576"/>
        <w:jc w:val="left"/>
      </w:pPr>
      <w:r>
        <w:rPr>
          <w:rFonts w:ascii="宋体" w:eastAsia="宋体" w:hAnsi="宋体"/>
          <w:sz w:val="28"/>
        </w:rPr>
        <w:t>一、我院按照县综治办关于创建平安活动的具体要求，及时成立了平安建设领导小组及督导小组，安全管理领导小组，制定下发了工作计划、工作要点、安排意见、考核细则、创建标准及人防、物防、技防等各项管理制度。与全院的16个科室和部门及个人签订了20xx年度综治平安、安全管理、禁毒责任书，共计100余份，平安家庭责任书150余份，与看家护院保卫签订协议书3份，按照上级的要求做到了层层签订。</w:t>
      </w:r>
    </w:p>
    <w:p>
      <w:pPr>
        <w:spacing w:before="100" w:after="200" w:line="360" w:lineRule="auto"/>
        <w:ind w:firstLine="576"/>
        <w:jc w:val="left"/>
      </w:pPr>
      <w:r>
        <w:rPr>
          <w:rFonts w:ascii="宋体" w:eastAsia="宋体" w:hAnsi="宋体"/>
          <w:sz w:val="28"/>
        </w:rPr>
        <w:t>为了较好地发挥组织、牵头、协调、保障的作用，增强全院广大干部职工的平安稳定意识，我院党总支把社会治安综合治理和平安建设纳入“三个文明”建设中，与经济发展工作同部署、同检查、同考核、同奖惩，形成了党政领导亲自抓，分管领导具体抓，综治成员全力抓的良好局面。保障了我院综治平安工作的顺利开展。</w:t>
      </w:r>
    </w:p>
    <w:p>
      <w:pPr>
        <w:spacing w:before="100" w:after="200" w:line="360" w:lineRule="auto"/>
        <w:ind w:firstLine="576"/>
        <w:jc w:val="left"/>
      </w:pPr>
      <w:r>
        <w:rPr>
          <w:rFonts w:ascii="宋体" w:eastAsia="宋体" w:hAnsi="宋体"/>
          <w:sz w:val="28"/>
        </w:rPr>
        <w:t>二、为确保我院的社会长期稳定，院党总支经常性的召开综治及安全生产专题会，研究部署下一阶段的综治及安全管理工作，并且利用每周五下午院周会的时间，强调安全操作及安全防范工作。为使平安综治工作制度化，院里还制定了院领导轮流全天日带班、值班制度、节假日机关人员轮流值班制度、信息反馈制度、查岗制度、编排了领导带班表，建立了机关人员值班登记簿，成立了两人组成的红袖标看家护院队伍。院综治保卫成员在节日和案件高发期积极组织开展对院内的重点科室、重点部位进行日夜巡逻，人员制度措施的落实使犯罪分子无机可乘，确保了广大干部职工群众平安过节，有效地遏制了各类案件事故的发生。</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三、为进一步加强防控体系建设，1、年初我院综治办对保卫及看家护院人员重新进行了调整，新增年轻保卫人员一名，红袖标看家护院两名。现有综治保卫及治安员共计9名，综治保卫人员的增添确保了人防工作的顺利开展；2、为了更好地预防可防性案件的发生，截止今年六月底，我院将全院各重点部门的防盗门窗已全部安装完毕，安装率达100%；3、消防安全是我院管理年中一项重点抓的工作，为了避免消除火灾隐患，我院成立了消防安全领导小组，制定下发了消防安全应急预案和各项维护、保养、检查管理措施，成立了由3名后勤人员组成的义务消防巡视员。今年5月投入一万余元，对院内的8瓶干粉灭火器进行了检验更换，新增消火栓4处，安装应急灯12个，电充式疏散标识10个，以上举措为我院的防控体系建设奠定了良好的基础。</w:t>
      </w:r>
    </w:p>
    <w:p>
      <w:pPr>
        <w:spacing w:before="100" w:after="200" w:line="360" w:lineRule="auto"/>
        <w:ind w:firstLine="576"/>
        <w:jc w:val="left"/>
      </w:pPr>
      <w:r>
        <w:rPr>
          <w:rFonts w:ascii="宋体" w:eastAsia="宋体" w:hAnsi="宋体"/>
          <w:sz w:val="28"/>
        </w:rPr>
        <w:t>四、在开展法制宣传教育月活动中，我院利用院周会时间，由书记、院长牵头，分别讲解了《医疗事故处理条例》、《执业医师法》、《药品管理法》、《传染病防治法》、《治安管理处罚条例》等相关的法律法规，还邀请有关同志给我院全体医护人员上《打击医药购销领域商业贿赂》警示教育课一堂，举办了一期由科主任、护士长及新上岗青年职工（包括实习生）参加的岗前教育培训班，对他们进行了爱国主义、社会主义荣辱观、人生观、价值观、遵纪守法等方面的教育。宣传月中，院投入300余元制做了一个以“创建平安医院，营造优良环境”为主要内容长期匾牌一块，悬挂在院门诊楼的醒目处；医院办公室悬挂以“抓平安建设、保治安稳定、促社会和谐”的横幅一条，出专栏一期，张贴反邪教宣传画两处，发放反邪教宣传单100余份；院属各支部科室在法制宣传教育月活动中，共出专栏3期、板报12期.</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五、为进一步加强矛盾排查力度，我院党总支牵头要求各支部科室认真组织学习，领会精神，抓好落实，针对我院“两院合一”的现状，切实把职工的调解工作作为文化医院稳定的一项重要任务来抓，做到小事不出科、大事不出院，并将责任制的落实纳入到社会治安和平安建设年终考核当中，实行一票否决，使调解稳定工作在构建社会主义和谐社会工作中，真正起到第一道防线作用。</w:t>
      </w:r>
    </w:p>
    <w:p>
      <w:pPr>
        <w:spacing w:before="100" w:after="200" w:line="360" w:lineRule="auto"/>
        <w:ind w:firstLine="576"/>
        <w:jc w:val="left"/>
      </w:pPr>
      <w:r>
        <w:rPr>
          <w:rFonts w:ascii="宋体" w:eastAsia="宋体" w:hAnsi="宋体"/>
          <w:sz w:val="28"/>
        </w:rPr>
        <w:t>六、结合自行车被盗专项整治活动，我院修建了自行车停放大棚，采取集中专人管理的办法，制定了自行车停放管理制度，悬挂了自行停放明显标识，对一些不懂规矩、乱停乱放人员进行正面宣传教育，劝其将自行车停放在指定地点，统一管理。</w:t>
      </w:r>
    </w:p>
    <w:p>
      <w:pPr>
        <w:spacing w:before="100" w:after="200" w:line="360" w:lineRule="auto"/>
        <w:ind w:firstLine="576"/>
        <w:jc w:val="left"/>
      </w:pPr>
      <w:r>
        <w:rPr>
          <w:rFonts w:ascii="宋体" w:eastAsia="宋体" w:hAnsi="宋体"/>
          <w:sz w:val="28"/>
        </w:rPr>
        <w:t>综上所述，我院的综合治理平安工作在上级主管部门的正确指导和大力支持下，在我院党总支的高度重视下，综治平安建设工作，在全院干部职工群众的共同参与和努力下，正朝着和谐、平安、稳定的方向向前推进。</w:t>
      </w:r>
    </w:p>
    <w:p>
      <w:pPr>
        <w:spacing w:before="100" w:after="200" w:line="360" w:lineRule="auto"/>
        <w:ind w:firstLine="576"/>
        <w:jc w:val="left"/>
      </w:pPr>
      <w:r>
        <w:rPr>
          <w:rFonts w:ascii="宋体" w:eastAsia="宋体" w:hAnsi="宋体"/>
          <w:sz w:val="28"/>
        </w:rPr>
        <w:t>塔河县中医院</w:t>
      </w:r>
    </w:p>
    <w:p>
      <w:pPr>
        <w:spacing w:before="100" w:after="200" w:line="360" w:lineRule="auto"/>
        <w:ind w:firstLine="576"/>
        <w:jc w:val="left"/>
      </w:pPr>
      <w:r>
        <w:rPr>
          <w:rFonts w:ascii="宋体" w:eastAsia="宋体" w:hAnsi="宋体"/>
          <w:sz w:val="28"/>
        </w:rPr>
        <w:t>20xx年7月10日</w:t>
      </w:r>
    </w:p>
    <w:p>
      <w:pPr>
        <w:spacing w:before="100" w:after="200" w:line="360" w:lineRule="auto"/>
        <w:ind w:firstLine="576"/>
        <w:jc w:val="left"/>
      </w:pPr>
      <w:r>
        <w:rPr>
          <w:rFonts w:ascii="宋体" w:eastAsia="宋体" w:hAnsi="宋体"/>
          <w:sz w:val="28"/>
        </w:rPr>
        <w:t>20xx年医务科在院委会的正确领导下及全院职工的大力支持下，紧紧围绕医院的“医疗质量、服务、安全、管理、”等方面来狠抓医疗质管理方面的工作。医务科的工作总结汇报如下：</w:t>
      </w:r>
    </w:p>
    <w:p>
      <w:pPr>
        <w:spacing w:before="100" w:after="200" w:line="360" w:lineRule="auto"/>
        <w:jc w:val="left"/>
      </w:pPr>
      <w:r>
        <w:rPr>
          <w:rFonts w:ascii="宋体 (中文正文)" w:eastAsia="宋体" w:hAnsi="宋体 (中文正文)"/>
          <w:b/>
          <w:sz w:val="28"/>
        </w:rPr>
        <w:t>一、医疗工作基本概况</w:t>
      </w:r>
    </w:p>
    <w:p>
      <w:pPr>
        <w:spacing w:before="100" w:after="200" w:line="360" w:lineRule="auto"/>
        <w:ind w:firstLine="576"/>
        <w:jc w:val="left"/>
      </w:pPr>
      <w:r>
        <w:rPr>
          <w:rFonts w:ascii="宋体" w:eastAsia="宋体" w:hAnsi="宋体"/>
          <w:sz w:val="28"/>
        </w:rPr>
        <w:t>1、主要业务完成情况：1）门急诊人次104342人次；2）入院人数13340人次；3）出院人数12724人次；4）全年手术人次为2281人次；5）病床使用率79。31%。</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2、医院加强院科两级管理，通过召开医疗质量等委员及临床、医技科主任等会议，使得医院工作得到及时安排布置，问题得到及时处理和解决，各科之间工作协调逐步理顺，促进了各项工作平稳顺利、有条不紊地开展下去。</w:t>
      </w:r>
    </w:p>
    <w:p>
      <w:pPr>
        <w:spacing w:before="100" w:after="200" w:line="360" w:lineRule="auto"/>
        <w:ind w:firstLine="576"/>
        <w:jc w:val="left"/>
      </w:pPr>
      <w:r>
        <w:rPr>
          <w:rFonts w:ascii="宋体" w:eastAsia="宋体" w:hAnsi="宋体"/>
          <w:sz w:val="28"/>
        </w:rPr>
        <w:t>3、加强急救技能培4，提高院前急救实践和应急处理能力。坚持开通“绿色通道”，特事特办，使得“急危重”症者于第一时间内到及时救治</w:t>
      </w:r>
    </w:p>
    <w:p>
      <w:pPr>
        <w:spacing w:before="100" w:after="200" w:line="360" w:lineRule="auto"/>
        <w:ind w:firstLine="576"/>
        <w:jc w:val="left"/>
      </w:pPr>
      <w:r>
        <w:rPr>
          <w:rFonts w:ascii="宋体" w:eastAsia="宋体" w:hAnsi="宋体"/>
          <w:sz w:val="28"/>
        </w:rPr>
        <w:t>4、继续加强临床用血监督管理，缓解临床用血紧缺问题。规范临床用血行为，确保临床用血安全。</w:t>
      </w:r>
    </w:p>
    <w:p>
      <w:pPr>
        <w:spacing w:before="100" w:after="200" w:line="360" w:lineRule="auto"/>
        <w:jc w:val="left"/>
      </w:pPr>
      <w:r>
        <w:rPr>
          <w:rFonts w:ascii="宋体 (中文正文)" w:eastAsia="宋体" w:hAnsi="宋体 (中文正文)"/>
          <w:b/>
          <w:sz w:val="28"/>
        </w:rPr>
        <w:t>二、完善医疗质量管理制度、加强医疗质量管理力度</w:t>
      </w:r>
    </w:p>
    <w:p>
      <w:pPr>
        <w:spacing w:before="100" w:after="200" w:line="360" w:lineRule="auto"/>
        <w:ind w:firstLine="576"/>
        <w:jc w:val="left"/>
      </w:pPr>
      <w:r>
        <w:rPr>
          <w:rFonts w:ascii="宋体" w:eastAsia="宋体" w:hAnsi="宋体"/>
          <w:sz w:val="28"/>
        </w:rPr>
        <w:t>1、建立和完善医疗质量管理体系。在院长与分管院长的直接领导下，由医教科牵头，进一步健全和完善首科首诊医师负责制、病历书写、急诊抢救、术前讨论、三级查房、会诊、查对、交接班、疑难病例讨论、危重病人抢救、死亡病例讨论、医疗差错事故报告等关键性制度；认真落实岗位责任、手术知情同意制度、感染控制制度和值班、交接班制度。院部不定期到各科室检查各项规章制度执行情况，并按奖惩制度来实施。</w:t>
      </w:r>
    </w:p>
    <w:p>
      <w:pPr>
        <w:spacing w:before="100" w:after="200" w:line="360" w:lineRule="auto"/>
        <w:ind w:firstLine="576"/>
        <w:jc w:val="left"/>
      </w:pPr>
      <w:r>
        <w:rPr>
          <w:rFonts w:ascii="宋体" w:eastAsia="宋体" w:hAnsi="宋体"/>
          <w:sz w:val="28"/>
        </w:rPr>
        <w:t>2、狠抓医疗文件质量关。病历质量是医疗质量和医疗水平的具体体现，也是医院总体水平的一个方面。院领导一直把它作为质量管理的重点，以狠抓病历质量来带动医疗、教学工作。一是严格按《江苏省病历书写规范》来书写病历；二是加强病历质量检查力度，每月不定期到科室对病历进行检查，检查标准参照《20xx年江苏省病历书写规范检查标准》来执行；三是每月检查处方的合格率情况，均达98%以上。</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3、进一步完成“三级质控”体系的建设，制定奖惩制度，重点强化科室质量监控能力。医务科深入科室检查各种医疗工作制度的贯彻执行情况，并听取科室对医疗质量、医疗安全提出的问题与建议，发现问题及时督促解决，对于好的建议予以采纳和应用。为了更好的规范病案管理，分步分科室逐步使用电子病历，并对医技人员进行多次相关培训。</w:t>
      </w:r>
    </w:p>
    <w:p>
      <w:pPr>
        <w:spacing w:before="100" w:after="200" w:line="360" w:lineRule="auto"/>
        <w:ind w:firstLine="576"/>
        <w:jc w:val="left"/>
      </w:pPr>
      <w:r>
        <w:rPr>
          <w:rFonts w:ascii="宋体" w:eastAsia="宋体" w:hAnsi="宋体"/>
          <w:sz w:val="28"/>
        </w:rPr>
        <w:t>4、继续加强抗菌药物临床应用管理，积极组织全体医务人员召开专题会议，将具体工作深入细致开展到临床实际工作中，积极推进抗菌药物临床合理用药工作，及时进行现行状况分析并提出有效的整改措施。</w:t>
      </w:r>
    </w:p>
    <w:p>
      <w:pPr>
        <w:spacing w:before="100" w:after="200" w:line="360" w:lineRule="auto"/>
        <w:jc w:val="left"/>
      </w:pPr>
      <w:r>
        <w:rPr>
          <w:rFonts w:ascii="宋体 (中文正文)" w:eastAsia="宋体" w:hAnsi="宋体 (中文正文)"/>
          <w:b/>
          <w:sz w:val="28"/>
        </w:rPr>
        <w:t>三、人才继续教育工作</w:t>
      </w:r>
    </w:p>
    <w:p>
      <w:pPr>
        <w:spacing w:before="100" w:after="200" w:line="360" w:lineRule="auto"/>
        <w:ind w:firstLine="576"/>
        <w:jc w:val="left"/>
      </w:pPr>
      <w:r>
        <w:rPr>
          <w:rFonts w:ascii="宋体" w:eastAsia="宋体" w:hAnsi="宋体"/>
          <w:sz w:val="28"/>
        </w:rPr>
        <w:t>1、为使新上岗人员尽快地熟练上岗，与护理部共同组织对新上岗人员岗前培训10余次，着重对医疗核心制度、服务礼仪、病历书写规范、相关法律法规、医院感染控制等相关知识进行培训。</w:t>
      </w:r>
    </w:p>
    <w:p>
      <w:pPr>
        <w:spacing w:before="100" w:after="200" w:line="360" w:lineRule="auto"/>
        <w:ind w:firstLine="576"/>
        <w:jc w:val="left"/>
      </w:pPr>
      <w:r>
        <w:rPr>
          <w:rFonts w:ascii="宋体" w:eastAsia="宋体" w:hAnsi="宋体"/>
          <w:sz w:val="28"/>
        </w:rPr>
        <w:t>2、加强临床及卫技人员专科或专题培训40余次，提高医院整体水平和专科水平，为医院专科建设和医学专业人才培养打下基础。</w:t>
      </w:r>
    </w:p>
    <w:p>
      <w:pPr>
        <w:spacing w:before="100" w:after="200" w:line="360" w:lineRule="auto"/>
        <w:ind w:firstLine="576"/>
        <w:jc w:val="left"/>
      </w:pPr>
      <w:r>
        <w:rPr>
          <w:rFonts w:ascii="宋体" w:eastAsia="宋体" w:hAnsi="宋体"/>
          <w:sz w:val="28"/>
        </w:rPr>
        <w:t>3、有计划地安排医疗技术人员外出学习、进修。根据医院长期人才培训计划，共选派10人去市级以上医院进修学习。进修学习的科目包括耳鼻喉科、妇产科、手术室、普外科、心脏内科、泌尿外科和影像科。进修人员回院后开展新的项目、带动相应专业和学科的发展，为本院的专科专病队伍建设打下了坚实的基础。采用外出参加各种组织机构的短期培训学习班、学术活动等多种学习形式，不断提高医务人员的专业技术和理论水平，从而能适应继续工作的要求。</w:t>
      </w:r>
    </w:p>
    <w:p>
      <w:pPr>
        <w:spacing w:before="100" w:after="200" w:line="360" w:lineRule="auto"/>
        <w:ind w:firstLine="576"/>
        <w:jc w:val="left"/>
      </w:pPr>
      <w:r>
        <w:rPr>
          <w:rFonts w:ascii="宋体" w:eastAsia="宋体" w:hAnsi="宋体"/>
          <w:sz w:val="28"/>
        </w:rPr>
        <w:t>4、加强我院实习人员的规范管理，保证医疗安全，做好带教工作，提高教学质量，努力完善实习管理的各项制度。安排好新上岗同志的各科轮转次序与时间安排，并督促各科主任认真做好带教工作。</w:t>
      </w:r>
    </w:p>
    <w:p>
      <w:pPr>
        <w:spacing w:before="100" w:after="200" w:line="360" w:lineRule="auto"/>
        <w:ind w:firstLine="576"/>
        <w:jc w:val="left"/>
      </w:pPr>
      <w:r>
        <w:rPr>
          <w:rFonts w:ascii="宋体" w:eastAsia="宋体" w:hAnsi="宋体"/>
          <w:sz w:val="28"/>
        </w:rPr>
        <w:t>5、做好医疗技术人员的“三基”训练和医学继续教育工作。每月请本院科室业务骨干举办各种讲座12次，并组织初中级医务人员业务学习、三基培训等共11次，培训覆盖率100%。</w:t>
      </w:r>
    </w:p>
    <w:p>
      <w:pPr>
        <w:spacing w:before="100" w:after="200" w:line="360" w:lineRule="auto"/>
        <w:jc w:val="left"/>
        <w:sectPr w:rsidSect="00034616">
          <w:type w:val="nextPage"/>
          <w:pgSz w:w="11906" w:h="16838"/>
          <w:pgMar w:top="1440" w:right="1440" w:bottom="1440" w:left="1440" w:header="720" w:footer="720" w:gutter="0"/>
          <w:pgNumType w:start="11"/>
          <w:cols w:space="720"/>
          <w:titlePg w:val="0"/>
          <w:docGrid w:linePitch="360"/>
        </w:sectPr>
      </w:pPr>
      <w:r>
        <w:rPr>
          <w:rFonts w:ascii="宋体 (中文正文)" w:eastAsia="宋体" w:hAnsi="宋体 (中文正文)"/>
          <w:b/>
          <w:sz w:val="28"/>
        </w:rPr>
        <w:t>四、狠抓医疗安全、减少医疗纠纷发生、杜绝医疗事故的产生</w:t>
      </w:r>
    </w:p>
    <w:p>
      <w:pPr>
        <w:spacing w:before="100" w:after="200" w:line="360" w:lineRule="auto"/>
        <w:ind w:firstLine="576"/>
        <w:jc w:val="left"/>
      </w:pPr>
      <w:r>
        <w:rPr>
          <w:rFonts w:ascii="宋体" w:eastAsia="宋体" w:hAnsi="宋体"/>
          <w:sz w:val="28"/>
        </w:rPr>
        <w:t>1、加强医疗法律法规、医疗安全及规章制度的教育。院领导亲自安排科主任及护士长在周前会上讲解科内核心制度的执行情况和执行力度，不断强化全院职工的医疗安全意识。</w:t>
      </w:r>
    </w:p>
    <w:p>
      <w:pPr>
        <w:spacing w:before="100" w:after="200" w:line="360" w:lineRule="auto"/>
        <w:ind w:firstLine="576"/>
        <w:jc w:val="left"/>
      </w:pPr>
      <w:r>
        <w:rPr>
          <w:rFonts w:ascii="宋体" w:eastAsia="宋体" w:hAnsi="宋体"/>
          <w:sz w:val="28"/>
        </w:rPr>
        <w:t>2、严格执行医疗安全制度。加强医疗安全报告制度，做到重大医疗事件立即报告、严重差错及时报告、一般差错如实报告。</w:t>
      </w:r>
    </w:p>
    <w:p>
      <w:pPr>
        <w:spacing w:before="100" w:after="200" w:line="360" w:lineRule="auto"/>
        <w:ind w:firstLine="576"/>
        <w:jc w:val="left"/>
      </w:pPr>
      <w:r>
        <w:rPr>
          <w:rFonts w:ascii="宋体" w:eastAsia="宋体" w:hAnsi="宋体"/>
          <w:sz w:val="28"/>
        </w:rPr>
        <w:t>3、在分管院长带领下，每天由总值班对全院医疗安全进行大检查，检查人员在班在岗情况、急救器械及药品应急情况、医疗差错登记情况等等。</w:t>
      </w:r>
    </w:p>
    <w:p>
      <w:pPr>
        <w:spacing w:before="100" w:after="200" w:line="360" w:lineRule="auto"/>
        <w:ind w:firstLine="576"/>
        <w:jc w:val="left"/>
      </w:pPr>
      <w:r>
        <w:rPr>
          <w:rFonts w:ascii="宋体" w:eastAsia="宋体" w:hAnsi="宋体"/>
          <w:sz w:val="28"/>
        </w:rPr>
        <w:t>4、医院设有医患关系协调办公室，由专人负责受理医疗投诉，处置医疗纠纷及化解医患矛盾等工作。</w:t>
      </w:r>
    </w:p>
    <w:p>
      <w:pPr>
        <w:spacing w:before="100" w:after="200" w:line="360" w:lineRule="auto"/>
        <w:ind w:firstLine="576"/>
        <w:jc w:val="left"/>
      </w:pPr>
      <w:r>
        <w:rPr>
          <w:rFonts w:ascii="宋体" w:eastAsia="宋体" w:hAnsi="宋体"/>
          <w:sz w:val="28"/>
        </w:rPr>
        <w:t>5、推行医疗责任保险制度，医院为97名医护人员购买医疗责任保险，为医疗纠纷有效处理提供新的机制。</w:t>
      </w:r>
    </w:p>
    <w:p>
      <w:pPr>
        <w:spacing w:before="100" w:after="200" w:line="360" w:lineRule="auto"/>
        <w:ind w:firstLine="576"/>
        <w:jc w:val="left"/>
      </w:pPr>
      <w:r>
        <w:rPr>
          <w:rFonts w:ascii="宋体" w:eastAsia="宋体" w:hAnsi="宋体"/>
          <w:sz w:val="28"/>
        </w:rPr>
        <w:t>6、重视对医院重点科室、部门的安全管理，对毒麻限剧药品，做到保险柜存放，并由专人管理。同时医院在各楼层的主要通道内，安装高清监控系统，为治安和医疗安全提供有力保障。</w:t>
      </w:r>
    </w:p>
    <w:p>
      <w:pPr>
        <w:spacing w:before="100" w:after="200" w:line="360" w:lineRule="auto"/>
        <w:jc w:val="left"/>
      </w:pPr>
      <w:r>
        <w:rPr>
          <w:rFonts w:ascii="宋体 (中文正文)" w:eastAsia="宋体" w:hAnsi="宋体 (中文正文)"/>
          <w:b/>
          <w:sz w:val="28"/>
        </w:rPr>
        <w:t>五、医务事务管理</w:t>
      </w:r>
    </w:p>
    <w:p>
      <w:pPr>
        <w:spacing w:before="100" w:after="200" w:line="360" w:lineRule="auto"/>
        <w:ind w:firstLine="576"/>
        <w:jc w:val="left"/>
      </w:pPr>
      <w:r>
        <w:rPr>
          <w:rFonts w:ascii="宋体" w:eastAsia="宋体" w:hAnsi="宋体"/>
          <w:sz w:val="28"/>
        </w:rPr>
        <w:t>1、完成我院及所负责管理辖区内的所有医师定期考核工作；开展院前急救应急演练、“三基”理论考核、医疗核心制度重新修订等工作，并及时做好各科临床医疗技术准入工作；并多次组织临床一线人员参加由市、县组织的急救技能理论与操作竞赛，并多次在市里分别获得二、三等奖。</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p>
    <w:p>
      <w:pPr>
        <w:spacing w:before="100" w:after="200" w:line="360" w:lineRule="auto"/>
        <w:ind w:firstLine="576"/>
        <w:jc w:val="left"/>
      </w:pPr>
      <w:r>
        <w:rPr>
          <w:rFonts w:ascii="宋体" w:eastAsia="宋体" w:hAnsi="宋体"/>
          <w:sz w:val="28"/>
        </w:rPr>
        <w:t>2、组织医疗技术骨干人员在本院内或者镇上进行义诊活动数次。并成立由我院医疗技术专家组成的家庭医生签约服务团队，设立家庭病床等，送技术、送温暖下乡服务，使老百姓在家就可以看好病，就好医，此举得到老百姓的一致好评。</w:t>
      </w:r>
    </w:p>
    <w:p>
      <w:pPr>
        <w:spacing w:before="100" w:after="200" w:line="360" w:lineRule="auto"/>
        <w:ind w:firstLine="576"/>
        <w:jc w:val="left"/>
      </w:pPr>
      <w:r>
        <w:rPr>
          <w:rFonts w:ascii="宋体" w:eastAsia="宋体" w:hAnsi="宋体"/>
          <w:sz w:val="28"/>
        </w:rPr>
        <w:t>3、建立和完善医院应急管理体系，制定突发事件应急处理预案并组织全院职工实战演练。院科签定医疗安全责任书，责任落实到人。</w:t>
      </w:r>
    </w:p>
    <w:p>
      <w:pPr>
        <w:spacing w:before="100" w:after="200" w:line="360" w:lineRule="auto"/>
        <w:jc w:val="left"/>
      </w:pPr>
      <w:r>
        <w:rPr>
          <w:rFonts w:ascii="宋体 (中文正文)" w:eastAsia="宋体" w:hAnsi="宋体 (中文正文)"/>
          <w:b/>
          <w:sz w:val="28"/>
        </w:rPr>
        <w:t>六、存在问题和明年工作重点</w:t>
      </w:r>
    </w:p>
    <w:p>
      <w:pPr>
        <w:spacing w:before="100" w:after="200" w:line="360" w:lineRule="auto"/>
        <w:ind w:firstLine="576"/>
        <w:jc w:val="left"/>
      </w:pPr>
      <w:r>
        <w:rPr>
          <w:rFonts w:ascii="宋体" w:eastAsia="宋体" w:hAnsi="宋体"/>
          <w:sz w:val="28"/>
        </w:rPr>
        <w:t>1、医疗质量检查缺乏科学的量化指标；有的科室软件资料不健全或记录马虎；三级医师查房记录不太完善；个别病历不能反映出上级医师的预见能力及引经据典分析疑难重症的能力；临床病例讨论没有正常开展。</w:t>
      </w:r>
    </w:p>
    <w:p>
      <w:pPr>
        <w:spacing w:before="100" w:after="200" w:line="360" w:lineRule="auto"/>
        <w:ind w:firstLine="576"/>
        <w:jc w:val="left"/>
      </w:pPr>
      <w:r>
        <w:rPr>
          <w:rFonts w:ascii="宋体" w:eastAsia="宋体" w:hAnsi="宋体"/>
          <w:sz w:val="28"/>
        </w:rPr>
        <w:t>2、病历记录中，疾病诊断依据不足，鉴别诊断条理不清；病程记录仍然存在记“流水账”现象，只顾及形式上的及时性而忽略了病情分析、治疗措施和对疗效评价的记录。医生不能及时完成病历，造成病历归档不及时。</w:t>
      </w:r>
    </w:p>
    <w:p>
      <w:pPr>
        <w:spacing w:before="100" w:after="200" w:line="360" w:lineRule="auto"/>
        <w:ind w:firstLine="576"/>
        <w:jc w:val="left"/>
      </w:pPr>
      <w:r>
        <w:rPr>
          <w:rFonts w:ascii="宋体" w:eastAsia="宋体" w:hAnsi="宋体"/>
          <w:sz w:val="28"/>
        </w:rPr>
        <w:t>3、医疗安全存在隐患。个别医生病历记录马虎，未记录向患者或家属交待疾病的转归和预后情况，致医疗纠纷发生时医院处于被动状态。</w:t>
      </w:r>
    </w:p>
    <w:p>
      <w:pPr>
        <w:spacing w:before="100" w:after="200" w:line="360" w:lineRule="auto"/>
        <w:ind w:firstLine="576"/>
        <w:jc w:val="left"/>
      </w:pPr>
      <w:r>
        <w:rPr>
          <w:rFonts w:ascii="宋体" w:eastAsia="宋体" w:hAnsi="宋体"/>
          <w:sz w:val="28"/>
        </w:rPr>
        <w:t>4、明年工作重点将继续按医院及上级医政部门的要求，将抗菌药物专项整治指标达标管理、医疗费用增长控制、进一步完善电子病历质量管理等作为工作重点的重中之重；制订切实可行的医务工作实施计划，努力将工作按要求完成。</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在20xx年中，医务科的医疗管理工作取得了显著的成绩，但也存在很多不足之处，在今后的工作中只有真正树立以病人为中心、全心全意为病人服务的管理理念，进一步深化，完善激励机制，才能发挥出我院的优势，使我们医院在激烈的市场竞争中立于不败之地，我们的事业更加兴旺发达。</w:t>
      </w:r>
    </w:p>
    <w:p>
      <w:pPr>
        <w:spacing w:before="100" w:after="200" w:line="360" w:lineRule="auto"/>
        <w:ind w:firstLine="576"/>
        <w:jc w:val="left"/>
      </w:pPr>
      <w:r>
        <w:rPr>
          <w:rFonts w:ascii="宋体" w:eastAsia="宋体" w:hAnsi="宋体"/>
          <w:sz w:val="28"/>
        </w:rPr>
        <w:t>2022年下半年，医院工作要深化医院，坚持以病人为中心，不断提高医疗服务质量，全面加强医院的建设和发展。按照卫生目标责任书要求，主要抓好以下工作：</w:t>
      </w:r>
    </w:p>
    <w:p>
      <w:pPr>
        <w:spacing w:before="100" w:after="200" w:line="360" w:lineRule="auto"/>
        <w:jc w:val="left"/>
      </w:pPr>
      <w:r>
        <w:rPr>
          <w:rFonts w:ascii="宋体 (中文正文)" w:eastAsia="宋体" w:hAnsi="宋体 (中文正文)"/>
          <w:b/>
          <w:sz w:val="28"/>
        </w:rPr>
        <w:t>一、思想政治工作</w:t>
      </w:r>
    </w:p>
    <w:p>
      <w:pPr>
        <w:spacing w:before="100" w:after="200" w:line="360" w:lineRule="auto"/>
        <w:ind w:firstLine="576"/>
        <w:jc w:val="left"/>
      </w:pPr>
      <w:r>
        <w:rPr>
          <w:rFonts w:ascii="宋体" w:eastAsia="宋体" w:hAnsi="宋体"/>
          <w:sz w:val="28"/>
        </w:rPr>
        <w:t>1、认真组织学习党的路线、方针和政策，深入贯彻十六届三中、四中全会精神，解放思想，更新观念，全面加强医院建设。</w:t>
      </w:r>
    </w:p>
    <w:p>
      <w:pPr>
        <w:spacing w:before="100" w:after="200" w:line="360" w:lineRule="auto"/>
        <w:ind w:firstLine="576"/>
        <w:jc w:val="left"/>
      </w:pPr>
      <w:r>
        <w:rPr>
          <w:rFonts w:ascii="宋体" w:eastAsia="宋体" w:hAnsi="宋体"/>
          <w:sz w:val="28"/>
        </w:rPr>
        <w:t>2．加强行风建设工作，制订切实可行的整改措施，保证医疗服务承诺内容的落实。要求医护人员要牢固树立全心全意为人民服务的宗旨，提倡爱岗敬业精神，在职工中深入扎实地开展“树行业新风，塑天使形象”活动，有效地促进医德医风建设。</w:t>
      </w:r>
    </w:p>
    <w:p>
      <w:pPr>
        <w:spacing w:before="100" w:after="200" w:line="360" w:lineRule="auto"/>
        <w:ind w:firstLine="576"/>
        <w:jc w:val="left"/>
      </w:pPr>
      <w:r>
        <w:rPr>
          <w:rFonts w:ascii="宋体" w:eastAsia="宋体" w:hAnsi="宋体"/>
          <w:sz w:val="28"/>
        </w:rPr>
        <w:t>3．党政工团齐心协力，积极配合，开展创省级文明单位活动，以激发职工爱医院、爱岗位、爱患者的思想感情，调动全院职工积极性和创造性，把医院工作提高到新水平。</w:t>
      </w:r>
    </w:p>
    <w:p>
      <w:pPr>
        <w:spacing w:before="100" w:after="200" w:line="360" w:lineRule="auto"/>
        <w:jc w:val="left"/>
      </w:pPr>
      <w:r>
        <w:rPr>
          <w:rFonts w:ascii="宋体 (中文正文)" w:eastAsia="宋体" w:hAnsi="宋体 (中文正文)"/>
          <w:b/>
          <w:sz w:val="28"/>
        </w:rPr>
        <w:t>二、行政管理工作</w:t>
      </w:r>
    </w:p>
    <w:p>
      <w:pPr>
        <w:spacing w:before="100" w:after="200" w:line="360" w:lineRule="auto"/>
        <w:ind w:firstLine="576"/>
        <w:jc w:val="left"/>
      </w:pPr>
      <w:r>
        <w:rPr>
          <w:rFonts w:ascii="宋体" w:eastAsia="宋体" w:hAnsi="宋体"/>
          <w:sz w:val="28"/>
        </w:rPr>
        <w:t>1．完善各种管理机构，加强内部管理，强化院科两级负责制，形成院科层层抓质量，层层抓制度的网络，使医院工作运行正常化。</w:t>
      </w:r>
    </w:p>
    <w:p>
      <w:pPr>
        <w:spacing w:before="100" w:after="200" w:line="360" w:lineRule="auto"/>
        <w:ind w:firstLine="576"/>
        <w:jc w:val="left"/>
      </w:pPr>
      <w:r>
        <w:rPr>
          <w:rFonts w:ascii="宋体" w:eastAsia="宋体" w:hAnsi="宋体"/>
          <w:sz w:val="28"/>
        </w:rPr>
        <w:t>2。继续坚持院务公开，实行民主管理；切实加强工会组织建设。</w:t>
      </w:r>
    </w:p>
    <w:p>
      <w:pPr>
        <w:spacing w:before="100" w:after="200" w:line="360" w:lineRule="auto"/>
        <w:ind w:firstLine="576"/>
        <w:jc w:val="left"/>
      </w:pPr>
      <w:r>
        <w:rPr>
          <w:rFonts w:ascii="宋体" w:eastAsia="宋体" w:hAnsi="宋体"/>
          <w:sz w:val="28"/>
        </w:rPr>
        <w:t>3。继续完善病人选择医生制度，推行住院患者一日费用清单制，门诊病人费用清单制，接受患者和社会的有效监督。</w:t>
      </w:r>
    </w:p>
    <w:p>
      <w:pPr>
        <w:spacing w:before="100" w:after="200" w:line="360" w:lineRule="auto"/>
        <w:ind w:firstLine="576"/>
        <w:jc w:val="left"/>
      </w:pPr>
      <w:r>
        <w:rPr>
          <w:rFonts w:ascii="宋体" w:eastAsia="宋体" w:hAnsi="宋体"/>
          <w:sz w:val="28"/>
        </w:rPr>
        <w:t>4。健全和完善有效的院内外监督机制，确保医院持续、稳步发展。</w:t>
      </w:r>
    </w:p>
    <w:p>
      <w:pPr>
        <w:spacing w:before="100" w:after="200" w:line="360" w:lineRule="auto"/>
        <w:jc w:val="left"/>
        <w:sectPr w:rsidSect="00034616">
          <w:type w:val="nextPage"/>
          <w:pgSz w:w="11906" w:h="16838"/>
          <w:pgMar w:top="1440" w:right="1440" w:bottom="1440" w:left="1440" w:header="720" w:footer="720" w:gutter="0"/>
          <w:pgNumType w:start="14"/>
          <w:cols w:space="720"/>
          <w:titlePg w:val="0"/>
          <w:docGrid w:linePitch="360"/>
        </w:sectPr>
      </w:pPr>
      <w:r>
        <w:rPr>
          <w:rFonts w:ascii="宋体 (中文正文)" w:eastAsia="宋体" w:hAnsi="宋体 (中文正文)"/>
          <w:b/>
          <w:sz w:val="28"/>
        </w:rPr>
        <w:t>三、业务工作</w:t>
      </w:r>
    </w:p>
    <w:p>
      <w:pPr>
        <w:spacing w:before="100" w:after="200" w:line="360" w:lineRule="auto"/>
        <w:ind w:firstLine="576"/>
        <w:jc w:val="left"/>
      </w:pPr>
      <w:r>
        <w:rPr>
          <w:rFonts w:ascii="宋体" w:eastAsia="宋体" w:hAnsi="宋体"/>
          <w:sz w:val="28"/>
        </w:rPr>
        <w:t>1、加快人才培养，注重学科建设，提高队伍整体素质</w:t>
      </w:r>
    </w:p>
    <w:p>
      <w:pPr>
        <w:spacing w:before="100" w:after="200" w:line="360" w:lineRule="auto"/>
        <w:ind w:firstLine="576"/>
        <w:jc w:val="left"/>
      </w:pPr>
      <w:r>
        <w:rPr>
          <w:rFonts w:ascii="宋体" w:eastAsia="宋体" w:hAnsi="宋体"/>
          <w:sz w:val="28"/>
        </w:rPr>
        <w:t>硬件建设是基础，软件建设是根本。针对目前卫生技术人才断层局面，创造条件以加快人才培养。一方面采用请进来讲学，开展“三基”培训、考核等多种形式，加强业务学习，促进业务水平的提高；另一方面，请上级部门给予解决人才需求，积极引进人才，选派技术骨干外出进修、培训或不定期选派业务骨干外出参加学习交流，以开拓知识面，培养学科带头人。此外，充分发挥医务人员的积极性，开展新技术、新项目，提高专业诊疗水平，增强竞争能力，把医院的医疗水平提高到期一个新的高度。</w:t>
      </w:r>
    </w:p>
    <w:p>
      <w:pPr>
        <w:spacing w:before="100" w:after="200" w:line="360" w:lineRule="auto"/>
        <w:ind w:firstLine="576"/>
        <w:jc w:val="left"/>
      </w:pPr>
      <w:r>
        <w:rPr>
          <w:rFonts w:ascii="宋体" w:eastAsia="宋体" w:hAnsi="宋体"/>
          <w:sz w:val="28"/>
        </w:rPr>
        <w:t>2、加强内涵建设，强化医疗管理，防范医疗纠纷、差错的发生</w:t>
      </w:r>
    </w:p>
    <w:p>
      <w:pPr>
        <w:spacing w:before="100" w:after="200" w:line="360" w:lineRule="auto"/>
        <w:ind w:firstLine="576"/>
        <w:jc w:val="left"/>
      </w:pPr>
      <w:r>
        <w:rPr>
          <w:rFonts w:ascii="宋体" w:eastAsia="宋体" w:hAnsi="宋体"/>
          <w:sz w:val="28"/>
        </w:rPr>
        <w:t>近年来，随着医学知识和法制观念的普及，医疗纠纷日渐增多，引起医疗纠纷的原因很多。但最根本的还在于医护质量。因此，要强化内涵建设，提高医疗质量，进一步加强职工思想政治教育，使医务人员格守职业道德、职业责任、职业纪律，对技术精益求精，严格遵守各项操作规程。坚持以病人为中心，向患者提供礼貌、热情、便捷、优质、高效、费用合理的服务，加强医德医风建设，整章建制，抓制度管理，以法治院、以德治院，将保种医疗差错、事故消灭在萌芽状态。</w:t>
      </w:r>
    </w:p>
    <w:p>
      <w:pPr>
        <w:spacing w:before="100" w:after="200" w:line="360" w:lineRule="auto"/>
        <w:ind w:firstLine="576"/>
        <w:jc w:val="left"/>
      </w:pPr>
      <w:r>
        <w:rPr>
          <w:rFonts w:ascii="宋体" w:eastAsia="宋体" w:hAnsi="宋体"/>
          <w:sz w:val="28"/>
        </w:rPr>
        <w:t>3、在药品采购、储存保管、药品调配中，建立严格的规章制度，规范药品质量关，增加药品采购透明度，实行药品集中招标跟标采购和药品收支两条线管理，规范医疗服务行为和收费行为，让患者得到实惠。</w:t>
      </w:r>
    </w:p>
    <w:p>
      <w:pPr>
        <w:spacing w:before="100" w:after="200" w:line="360" w:lineRule="auto"/>
        <w:jc w:val="left"/>
      </w:pPr>
      <w:r>
        <w:rPr>
          <w:rFonts w:ascii="宋体 (中文正文)" w:eastAsia="宋体" w:hAnsi="宋体 (中文正文)"/>
          <w:b/>
          <w:sz w:val="28"/>
        </w:rPr>
        <w:t>四、基础设施建设工作</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1、医院利用德国政府贷款购置医疗设备项目评标、招标工作已进行，设备年底可到位。</w:t>
      </w:r>
    </w:p>
    <w:p>
      <w:pPr>
        <w:spacing w:before="100" w:after="200" w:line="360" w:lineRule="auto"/>
        <w:ind w:firstLine="576"/>
        <w:jc w:val="left"/>
      </w:pPr>
      <w:r>
        <w:rPr>
          <w:rFonts w:ascii="宋体" w:eastAsia="宋体" w:hAnsi="宋体"/>
          <w:sz w:val="28"/>
        </w:rPr>
        <w:t>2、传染病科建设项目招标已按程序结束，现已动工建设；整体迁建医院前期工程已基本完成，但缺启动资金，目前，医院正多渠道筹集资金，争取整体迁建医院和传染科建设及早建成投入使用，以满足医疗卫生的需要。</w:t>
      </w:r>
    </w:p>
    <w:p>
      <w:pPr>
        <w:spacing w:before="100" w:after="200" w:line="360" w:lineRule="auto"/>
        <w:jc w:val="left"/>
      </w:pPr>
      <w:r>
        <w:rPr>
          <w:rFonts w:ascii="宋体 (中文正文)" w:eastAsia="宋体" w:hAnsi="宋体 (中文正文)"/>
          <w:b/>
          <w:sz w:val="28"/>
        </w:rPr>
        <w:t>五、工作</w:t>
      </w:r>
    </w:p>
    <w:p>
      <w:pPr>
        <w:spacing w:before="100" w:after="200" w:line="360" w:lineRule="auto"/>
        <w:ind w:firstLine="576"/>
        <w:jc w:val="left"/>
      </w:pPr>
      <w:r>
        <w:rPr>
          <w:rFonts w:ascii="宋体" w:eastAsia="宋体" w:hAnsi="宋体"/>
          <w:sz w:val="28"/>
        </w:rPr>
        <w:t>深化人事制度和分配制度，实行全员聘任制，竞争上岗，绩效挂钩，增强干部职工的危机感、责任感和竞争意识，调动职工积极性，开创医院工作新局面。</w:t>
      </w:r>
    </w:p>
    <w:p>
      <w:pPr>
        <w:spacing w:before="100" w:after="200" w:line="360" w:lineRule="auto"/>
        <w:jc w:val="left"/>
      </w:pPr>
      <w:r>
        <w:rPr>
          <w:rFonts w:ascii="宋体 (中文正文)" w:eastAsia="宋体" w:hAnsi="宋体 (中文正文)"/>
          <w:b/>
          <w:sz w:val="28"/>
        </w:rPr>
        <w:t>六、后勤工作</w:t>
      </w:r>
    </w:p>
    <w:p>
      <w:pPr>
        <w:spacing w:before="100" w:after="200" w:line="360" w:lineRule="auto"/>
        <w:ind w:firstLine="576"/>
        <w:jc w:val="left"/>
      </w:pPr>
      <w:r>
        <w:rPr>
          <w:rFonts w:ascii="宋体" w:eastAsia="宋体" w:hAnsi="宋体"/>
          <w:sz w:val="28"/>
        </w:rPr>
        <w:t>1、执行财务工作制度，加强物资管理，做到增收节支。</w:t>
      </w:r>
    </w:p>
    <w:p>
      <w:pPr>
        <w:spacing w:before="100" w:after="200" w:line="360" w:lineRule="auto"/>
        <w:ind w:firstLine="576"/>
        <w:jc w:val="left"/>
      </w:pPr>
      <w:r>
        <w:rPr>
          <w:rFonts w:ascii="宋体" w:eastAsia="宋体" w:hAnsi="宋体"/>
          <w:sz w:val="28"/>
        </w:rPr>
        <w:t>2、后勤要紧紧体现管理、服务、保障三大功能，切实围绕临床一线开展工作，保证“三下、三通”，让病人和职工满意。</w:t>
      </w:r>
    </w:p>
    <w:p>
      <w:pPr>
        <w:spacing w:before="100" w:after="200" w:line="360" w:lineRule="auto"/>
        <w:ind w:firstLine="576"/>
        <w:jc w:val="left"/>
      </w:pPr>
      <w:r>
        <w:rPr>
          <w:rFonts w:ascii="宋体" w:eastAsia="宋体" w:hAnsi="宋体"/>
          <w:sz w:val="28"/>
        </w:rPr>
        <w:t>3、为使病人有舒适的休养环境，良好的就医条件，加强医院基础设施建设，美化绿化医院环境，改善院容院貌。</w:t>
      </w:r>
    </w:p>
    <w:p>
      <w:pPr>
        <w:spacing w:before="100" w:after="200" w:line="360" w:lineRule="auto"/>
        <w:ind w:firstLine="576"/>
        <w:jc w:val="left"/>
      </w:pPr>
      <w:r>
        <w:rPr>
          <w:rFonts w:ascii="宋体" w:eastAsia="宋体" w:hAnsi="宋体"/>
          <w:sz w:val="28"/>
        </w:rPr>
        <w:t>4。加强安全消防工作，防止安全事故。</w:t>
      </w:r>
    </w:p>
    <w:p>
      <w:pPr>
        <w:spacing w:before="100" w:after="200" w:line="360" w:lineRule="auto"/>
        <w:ind w:firstLine="576"/>
        <w:jc w:val="left"/>
      </w:pPr>
      <w:r>
        <w:rPr>
          <w:rFonts w:ascii="宋体" w:eastAsia="宋体" w:hAnsi="宋体"/>
          <w:sz w:val="28"/>
        </w:rPr>
        <w:t>1.狠抓"三甲"学习，认真查找差距.自医院提出创建"综合三甲"目标后，科室狠抓"三甲"学习，认真读懂、读透"三甲"的细则条款，对照标准查找科室差距，科室能整改提高的，科室自身积极努力;科室自身解决不了的，逐渐向上汇报，确保医院在创建"综合三甲"目标中科室不拖后腿.</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p>
    <w:p>
      <w:pPr>
        <w:spacing w:before="100" w:after="200" w:line="360" w:lineRule="auto"/>
        <w:ind w:firstLine="576"/>
        <w:jc w:val="left"/>
      </w:pPr>
      <w:r>
        <w:rPr>
          <w:rFonts w:ascii="宋体" w:eastAsia="宋体" w:hAnsi="宋体"/>
          <w:sz w:val="28"/>
        </w:rPr>
        <w:t>2.全面学习并严格贯彻落实质控要求.科室根据人员实际情况及时调整科室质控小组及质控员，组织科室人员全面学习质控手册，尤其是涉及本科室的章节更要熟悉并掌握，并严格贯彻落实质控要求，结合"三甲"的细则条款，规范、科学地管理并运行科室，使科室管理逐步向"综合三甲"目标靠拢.</w:t>
      </w:r>
    </w:p>
    <w:p>
      <w:pPr>
        <w:spacing w:before="100" w:after="200" w:line="360" w:lineRule="auto"/>
        <w:ind w:firstLine="576"/>
        <w:jc w:val="left"/>
      </w:pPr>
      <w:r>
        <w:rPr>
          <w:rFonts w:ascii="宋体" w:eastAsia="宋体" w:hAnsi="宋体"/>
          <w:sz w:val="28"/>
        </w:rPr>
        <w:t>3.整治干部作风，改善服务态度，结合医院开展的"整治干部作风，优化发展环境"活动，科室及时组织学习相关文件、规定，针对科室个别人员在对病人服务中存在生、冷、硬等现象，认真地进行交心、谈心，耐心、细致地做好批评教育工作，并制定相应的处罚规定，以制度管人，结合以理服人、以情感人，确实改善科室的服务态度，提高患者满意度.</w:t>
      </w:r>
    </w:p>
    <w:p>
      <w:pPr>
        <w:spacing w:before="100" w:after="200" w:line="360" w:lineRule="auto"/>
        <w:ind w:firstLine="576"/>
        <w:jc w:val="left"/>
      </w:pPr>
      <w:r>
        <w:rPr>
          <w:rFonts w:ascii="宋体" w:eastAsia="宋体" w:hAnsi="宋体"/>
          <w:sz w:val="28"/>
        </w:rPr>
        <w:t>4.强抓管理，确实保障医疗安全及用电安全.在日常管理及工作中，反复强调安全观念，时刻紧绷安全弦，始终把安全放在工作首位.定期学习医院有关安全管理工作的规定，不定期进行安全检查，及时排除安全隐患，把院领导指示要求的各项内容认真贯彻落实，并结合工作实际，把用电安全作为安全工作的重点，通过严格安全操作程序，以及定期检查维护保养制度的严格落实，较好的保障了仪器及用电安全.</w:t>
      </w:r>
    </w:p>
    <w:p>
      <w:pPr>
        <w:spacing w:before="100" w:after="200" w:line="360" w:lineRule="auto"/>
        <w:ind w:firstLine="576"/>
        <w:jc w:val="left"/>
      </w:pPr>
      <w:r>
        <w:rPr>
          <w:rFonts w:ascii="宋体" w:eastAsia="宋体" w:hAnsi="宋体"/>
          <w:sz w:val="28"/>
        </w:rPr>
        <w:t>5.增强学习氛围，规范科室带教.根据科室年轻医生多的实际情况，积极认真组织科室业务学习，系统的学习理论知识，集中讨论平时工作及学习中遇到的问题及疑惑，认真做好传、帮、带工作.在科室进修和实习生的带教中，严格要求带教老师，规范带教.尤其是在近期市卫生局安排的心电图专项培训中，更是获得了较好的带教效果.</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p>
    <w:p>
      <w:pPr>
        <w:spacing w:before="100" w:after="200" w:line="360" w:lineRule="auto"/>
        <w:ind w:firstLine="576"/>
        <w:jc w:val="left"/>
      </w:pPr>
      <w:r>
        <w:rPr>
          <w:rFonts w:ascii="宋体" w:eastAsia="宋体" w:hAnsi="宋体"/>
          <w:sz w:val="28"/>
        </w:rPr>
        <w:t>6.加班加点，努力提高医疗收入.针对科室彩超检查病人多，预约等待时间长的实际状况，彩超室每天上午、下午均提前半小时开机检查，满足病人的实际需求，尽快的解决临床的诊断困难，也减少了病人的外流，为医院及科室增加了医疗收入.到目前为止，上半年共完成病人检查34498人次，收入约158万元.其中，综合彩超病人检查11459人次，收入约771304元;综合b超病人检查8048人次，收入约207618元;综合心电图病人检查3452人次，收入约75915元;传染区病人检查11539人次，收入约524861元.</w:t>
      </w:r>
    </w:p>
    <w:p>
      <w:pPr>
        <w:spacing w:before="100" w:after="200" w:line="360" w:lineRule="auto"/>
        <w:ind w:firstLine="576"/>
        <w:jc w:val="left"/>
      </w:pPr>
      <w:r>
        <w:rPr>
          <w:rFonts w:ascii="宋体" w:eastAsia="宋体" w:hAnsi="宋体"/>
          <w:sz w:val="28"/>
        </w:rPr>
        <w:t>当然，今年上半年的工作也还存在许多不足之处，在下半年的工作中努力提高和完善.下半年工作计划：</w:t>
      </w:r>
    </w:p>
    <w:p>
      <w:pPr>
        <w:spacing w:before="100" w:after="200" w:line="360" w:lineRule="auto"/>
        <w:ind w:firstLine="576"/>
        <w:jc w:val="left"/>
      </w:pPr>
      <w:r>
        <w:rPr>
          <w:rFonts w:ascii="宋体" w:eastAsia="宋体" w:hAnsi="宋体"/>
          <w:sz w:val="28"/>
        </w:rPr>
        <w:t>1.编写和完善质控手册;</w:t>
      </w:r>
    </w:p>
    <w:p>
      <w:pPr>
        <w:spacing w:before="100" w:after="200" w:line="360" w:lineRule="auto"/>
        <w:ind w:firstLine="576"/>
        <w:jc w:val="left"/>
      </w:pPr>
      <w:r>
        <w:rPr>
          <w:rFonts w:ascii="宋体" w:eastAsia="宋体" w:hAnsi="宋体"/>
          <w:sz w:val="28"/>
        </w:rPr>
        <w:t>2.结合"三甲"细则，进一步落实质控要求;</w:t>
      </w:r>
    </w:p>
    <w:p>
      <w:pPr>
        <w:spacing w:before="100" w:after="200" w:line="360" w:lineRule="auto"/>
        <w:ind w:firstLine="576"/>
        <w:jc w:val="left"/>
      </w:pPr>
      <w:r>
        <w:rPr>
          <w:rFonts w:ascii="宋体" w:eastAsia="宋体" w:hAnsi="宋体"/>
          <w:sz w:val="28"/>
        </w:rPr>
        <w:t>3.规划和培训科室人员，提高医师彩超上机能力及诊断水平;</w:t>
      </w:r>
    </w:p>
    <w:p>
      <w:pPr>
        <w:spacing w:before="100" w:after="200" w:line="360" w:lineRule="auto"/>
        <w:ind w:firstLine="576"/>
        <w:jc w:val="left"/>
      </w:pPr>
      <w:r>
        <w:rPr>
          <w:rFonts w:ascii="宋体" w:eastAsia="宋体" w:hAnsi="宋体"/>
          <w:sz w:val="28"/>
        </w:rPr>
        <w:t>4.学习及落实"危急值报告制度";</w:t>
      </w:r>
    </w:p>
    <w:p>
      <w:pPr>
        <w:spacing w:before="100" w:after="200" w:line="360" w:lineRule="auto"/>
        <w:ind w:firstLine="576"/>
        <w:jc w:val="left"/>
      </w:pPr>
      <w:r>
        <w:rPr>
          <w:rFonts w:ascii="宋体" w:eastAsia="宋体" w:hAnsi="宋体"/>
          <w:sz w:val="28"/>
        </w:rPr>
        <w:t>5.继续强调和严抓安全.</w:t>
      </w:r>
    </w:p>
    <w:p>
      <w:pPr>
        <w:spacing w:before="100" w:after="200" w:line="360" w:lineRule="auto"/>
        <w:ind w:firstLine="576"/>
        <w:jc w:val="left"/>
      </w:pPr>
      <w:r>
        <w:rPr>
          <w:rFonts w:ascii="宋体" w:eastAsia="宋体" w:hAnsi="宋体"/>
          <w:sz w:val="28"/>
        </w:rPr>
        <w:t>时间如梭，20xx年的日历即将翻过最后一页，转眼间，走向社会，参加工作已经两年了。在xx这样一个具有先进企业文化氛围的感染下，在放射科这样一个年轻而团结向上的队伍感召下，我较快实现了从学生向医生的转变，这期间虽然没有轰轰烈烈的成绩，但也经历了不平凡的磨砺和锻炼，感觉自己渐渐地由稚嫩走向成熟，由浮躁变得沉稳，前进的脚步越来越执着，进取的信念愈来愈坚定。现将两年来的工作情况做一个汇报总结：</w:t>
      </w:r>
    </w:p>
    <w:p>
      <w:pPr>
        <w:spacing w:before="100" w:after="200" w:line="360" w:lineRule="auto"/>
        <w:jc w:val="left"/>
      </w:pPr>
      <w:r>
        <w:rPr>
          <w:rFonts w:ascii="宋体 (中文正文)" w:eastAsia="宋体" w:hAnsi="宋体 (中文正文)"/>
          <w:b/>
          <w:sz w:val="28"/>
        </w:rPr>
        <w:t>一、业务水平</w:t>
      </w:r>
    </w:p>
    <w:p>
      <w:pPr>
        <w:spacing w:before="100" w:after="200" w:line="360" w:lineRule="auto"/>
        <w:ind w:firstLine="576"/>
        <w:jc w:val="left"/>
      </w:pPr>
      <w:r>
        <w:rPr>
          <w:rFonts w:ascii="宋体" w:eastAsia="宋体" w:hAnsi="宋体"/>
          <w:sz w:val="28"/>
        </w:rPr>
        <w:t>20xx年9月，我正式走上工作岗位。凭着在校良好的英语基础及扎实的专业功底，我很快地熟悉了与自己工作密切相关的西门子全英文操作界面sienet</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https://d.book118.com/037133136014006042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3713313601400604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