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2023年单位员工工作总结（20篇）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 xml:space="preserve">  </w:t>
      </w:r>
      <w:r>
        <w:rPr>
          <w:lang w:eastAsia="zh-CN"/>
        </w:rPr>
        <w:br/>
      </w:r>
      <w:r>
        <w:rPr>
          <w:lang w:eastAsia="zh-CN"/>
        </w:rPr>
        <w:t>1.2023年单位员工工作总结 篇一</w:t>
      </w:r>
      <w:r>
        <w:rPr>
          <w:lang w:eastAsia="zh-CN"/>
        </w:rPr>
        <w:br/>
      </w:r>
      <w:r>
        <w:rPr>
          <w:lang w:eastAsia="zh-CN"/>
        </w:rPr>
        <w:t>　　一年的时间结束了，作为__公司的一名员工，我时刻为自己的工作准备着，我知道工作是自己本职，不管是在什么时候都不应该忘记本职，我来到__这里已经三年来，三年还是很快的，可以说这三年也见证了的公司的变化，一年又一年，20__年到了这年终了，我想过去的已经过去了，很多东西都应该有一个规划，无论是做什么事情都应该好好的去回味一番，这一点不管是在什么时候都是非常适用的，在这个过程当中我也会想很多，不管是学习还是生活，这些都是非常关键的，一年的工作结束我满是收获，我认为还是有很多东西等着我去做好，这是一个过程，无论是做一件什么事情，一定会非常不容易，对于这已经过去工作，我静下心来回顾一番，现在就我这一年工作情况做个简要总结。</w:t>
      </w:r>
      <w:r>
        <w:rPr>
          <w:lang w:eastAsia="zh-CN"/>
        </w:rPr>
        <w:br/>
      </w:r>
      <w:r>
        <w:rPr>
          <w:lang w:eastAsia="zh-CN"/>
        </w:rPr>
        <w:t>　　一、踏实认真，努力进取。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是一个很安分的人，在工作当中这一点我一向如此，无论是做什么事情的时候，我都是坚定不移的去做好自己，我时刻都在铭记自己的本职工作，公司所有制度都是不容置疑的，现在我想了想这些还是非常感激的，我对工作的态度看法是非常好的，本着积极上进的态度现在我也在不断的完善好这些，我想过很多事情，在这个过程当中我一直安分守纪，自己应该做好的东西我都在完善好，当然有很多方面都是需要注意的，踏踏实实的做好细节上面的工作，现在我一直都在非常认真的去做好这些细节上面的事情，其实这就是一个过程，现在我一直都感到很充实，20__年就这么离去，我非常感激公司的给我带来的成长，我非常受用，学习到的'一定都是对我有很大的帮助。</w:t>
      </w:r>
      <w:r>
        <w:rPr>
          <w:lang w:eastAsia="zh-CN"/>
        </w:rPr>
        <w:br/>
      </w:r>
      <w:r>
        <w:rPr>
          <w:lang w:eastAsia="zh-CN"/>
        </w:rPr>
        <w:t>　　二、工作认真，态度端正。</w:t>
      </w:r>
      <w:r>
        <w:rPr>
          <w:lang w:eastAsia="zh-CN"/>
        </w:rPr>
        <w:br/>
      </w:r>
      <w:r>
        <w:rPr>
          <w:lang w:eastAsia="zh-CN"/>
        </w:rPr>
        <w:t>　　这一年来我在工作当中时刻都记住了自己的本职，其实认真是一个基本的东西，在工作的时候一定要知道哪些事情是不能大意的，对于我来讲过去的这一年什么事情都是非常的快，我一直都是本着端正的态度，在工作上面我非常的受用，对于这些，当然有很多时候我也都是在努力得去做好细节上面的事情，过去的已经过去，当然在这个过程当中会有很多细节的事情，我也发现了这是自己应该加强的地方，作为一名__的员工我时刻在维护公司的利益，贪小便宜，目光放远大，为了给公司创造更多的价值，在即将到来的20__年依然需要努力，任重道远，我会继续的端正态度，积极认真的为公司服务。2.2023年单位员工工作总结 篇二</w:t>
      </w:r>
      <w:r>
        <w:rPr>
          <w:lang w:eastAsia="zh-CN"/>
        </w:rPr>
        <w:br/>
      </w:r>
      <w:r>
        <w:rPr>
          <w:lang w:eastAsia="zh-CN"/>
        </w:rPr>
        <w:t>　　作为总经办主任，面对新形势，新要求，创新观念、当好助手、创造性地开展工作是我今年初给自己下达的目标。一年来，围绕自己的目标和公司的重点工作，团结、带领部门内的同志，全心、全力、全情投入到工作中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一、认真履行工作职责，热情做好服务协调，自学维护企业形象，努力提升总经办整体形象。</w:t>
      </w:r>
      <w:r>
        <w:rPr>
          <w:lang w:eastAsia="zh-CN"/>
        </w:rPr>
        <w:br/>
      </w:r>
      <w:r>
        <w:rPr>
          <w:lang w:eastAsia="zh-CN"/>
        </w:rPr>
        <w:t>　　我的服务对象不论是企业内或企业外、领导或是员工，只要到了办公室，只要我们能解决的政策允许的`问题，我们都不推诿、扯皮，认真加以解决，力求做到矛盾不上交。遇到其它部门需要本部门配合的工作，不管是休息日或者下班后的时间，都是随叫随到，放弃休息，及时服务。在与外界沟通或交往过程中，始终把企业利益放在第一位，企业利益至上。</w:t>
      </w:r>
      <w:r>
        <w:rPr>
          <w:lang w:eastAsia="zh-CN"/>
        </w:rPr>
        <w:br/>
      </w:r>
      <w:r>
        <w:rPr>
          <w:lang w:eastAsia="zh-CN"/>
        </w:rPr>
        <w:t>　　二、科学管理，秉承节约，一切从企业利益出发。</w:t>
      </w:r>
      <w:r>
        <w:rPr>
          <w:lang w:eastAsia="zh-CN"/>
        </w:rPr>
        <w:br/>
      </w:r>
      <w:r>
        <w:rPr>
          <w:lang w:eastAsia="zh-CN"/>
        </w:rPr>
        <w:t>　　属于我们部门考核的电话费、汽油费等都能从实际出发，健全台帐入手，每月将消耗信息及时反馈给相关部门人员。对超常规行为，及时警告，共同找原因，找解决问题办法。今年我们的油耗管理在去年基础上，经过与驾驶员的共同分析、并参照有关车管及维修部门的建议，提出佳油耗目标，经过大家的共同努力，各车辆油耗都有所降低，尤其大客车油耗下降成果显著。同时，我还时刻牢记降本增效这一管理要求，对办公室的各项费用支出都严格控制，凡是从自己手中用出的费用，都力求精打细算，用有所值，用超所值。</w:t>
      </w:r>
      <w:r>
        <w:rPr>
          <w:lang w:eastAsia="zh-CN"/>
        </w:rPr>
        <w:br/>
      </w:r>
      <w:r>
        <w:rPr>
          <w:lang w:eastAsia="zh-CN"/>
        </w:rPr>
        <w:t>　　三、认真细致做好企业的相关管理工作。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对负责牵头的经济责任制考核工作，能够不循私情，大胆管理。对管理工作中出现的问题，能及时解决或上报。对分管的班组管理工作，在公司领导的支持和鼓励下，能够积极探索工作方法，对工作中出现的困惑，加强自身的学习，向管理书籍寻求解决方案，向外单位具备先进经验的班组和本单位做的好的班组寻求工作思路。通过开办班组园地栏目、成立班组管理协会、班组达标试点等等工作，使公司班组管理开展的有声有色，在员工中形成了你追我赶、积极向上、不甘落后的局面。</w:t>
      </w:r>
      <w:r>
        <w:rPr>
          <w:lang w:eastAsia="zh-CN"/>
        </w:rPr>
        <w:br/>
      </w:r>
      <w:r>
        <w:rPr>
          <w:lang w:eastAsia="zh-CN"/>
        </w:rPr>
        <w:t>　　四、注意在新形势下的学习。</w:t>
      </w:r>
      <w:r>
        <w:rPr>
          <w:lang w:eastAsia="zh-CN"/>
        </w:rPr>
        <w:br/>
      </w:r>
      <w:r>
        <w:rPr>
          <w:lang w:eastAsia="zh-CN"/>
        </w:rPr>
        <w:t>　　努力提高自身的思想素质、文化素质和工作能力，使自己的工作能够跟上社会、跟上企业发展的需要，对领导交办的各项任务，都能按时保质保量完成，没有因为自己工作的过失和不力给企业造成经济或荣誉上的损失。3.2023年单位员工工作总结 篇三</w:t>
      </w:r>
      <w:r>
        <w:rPr>
          <w:lang w:eastAsia="zh-CN"/>
        </w:rPr>
        <w:br/>
      </w:r>
      <w:r>
        <w:rPr>
          <w:lang w:eastAsia="zh-CN"/>
        </w:rPr>
        <w:t>　　我于20__年_月成为公司的试用员工，初来公司，曾经很担心不知该如何做好工作；但是公司宽松融洽的工作氛围、团结向上的企业文化，让我很快适应了公司的工作环境。在本部门的工作中，我一直严格要求自己，认真及时做好领导布置的每一项任务。不懂的问题虚心向别人学习请教，不断提高充实自己，希望可以为公司做出更大的贡献。当然，初入职场，难免出现一些小差小错需领导指正；但前事之鉴，后事之师，这些经历也让我不断成熟，在处理各种问题时考虑得更全面，杜绝类似失误的发生。在此，我要特地感谢部门的领导对我的指引和帮助，感谢他们对我工作中出现的失误的提醒和指正。</w:t>
      </w:r>
      <w:r>
        <w:rPr>
          <w:lang w:eastAsia="zh-CN"/>
        </w:rPr>
        <w:br/>
      </w:r>
      <w:r>
        <w:rPr>
          <w:lang w:eastAsia="zh-CN"/>
        </w:rPr>
        <w:t>　　从进入公司以来我一直从事一职，在各领导、同事的帮助下，我从一个对一职只知道一点皮毛的新手发展成为可以独立进行工作的一名合格员工，对此我对领导以及同事们的关心表示由衷的感谢。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从来到公司接手导和部门经理的帮助指导下慢慢的对的知识有了更加系统的了解，个人素质也得到了相当大的提高，但是，尽管如此由于自己的粗心大意还是在工作期间犯了很多错误，对此我一定会积极做出改正，不在犯同样的错误，争取尽自己努力做好工作。</w:t>
      </w:r>
      <w:r>
        <w:rPr>
          <w:lang w:eastAsia="zh-CN"/>
        </w:rPr>
        <w:br/>
      </w:r>
      <w:r>
        <w:rPr>
          <w:lang w:eastAsia="zh-CN"/>
        </w:rPr>
        <w:t>　　以下是我对这三个月的工作作出的总结：</w:t>
      </w:r>
      <w:r>
        <w:rPr>
          <w:lang w:eastAsia="zh-CN"/>
        </w:rPr>
        <w:br/>
      </w:r>
      <w:r>
        <w:rPr>
          <w:lang w:eastAsia="zh-CN"/>
        </w:rPr>
        <w:t>　　1、积极完成领导安排的有关工作，做到工作上有问题及时向领导寻求解决问题的方案，不懂就问，努力把工作做好。</w:t>
      </w:r>
      <w:r>
        <w:rPr>
          <w:lang w:eastAsia="zh-CN"/>
        </w:rPr>
        <w:br/>
      </w:r>
      <w:r>
        <w:rPr>
          <w:lang w:eastAsia="zh-CN"/>
        </w:rPr>
        <w:t>　　2、工作与实际相符合，工作之前程度做好调查，分析工作的重点难点，做好详细的工作计划，做到知己知彼，才能百战不殆。</w:t>
      </w:r>
      <w:r>
        <w:rPr>
          <w:lang w:eastAsia="zh-CN"/>
        </w:rPr>
        <w:br/>
      </w:r>
      <w:r>
        <w:rPr>
          <w:lang w:eastAsia="zh-CN"/>
        </w:rPr>
        <w:t>　　3、全面考虑问题，对于工作做到从整体去把握不漏掉其中的每一个细节，遇到不知道的问题绝不一带而过，做到打破沙锅问到底，彻底把问题搞明白，不为将来的工作埋下隐患。</w:t>
      </w:r>
      <w:r>
        <w:rPr>
          <w:lang w:eastAsia="zh-CN"/>
        </w:rPr>
        <w:br/>
      </w:r>
      <w:r>
        <w:rPr>
          <w:lang w:eastAsia="zh-CN"/>
        </w:rPr>
        <w:t>　　4、主动完成工作，对于领导安排的工作一定及时准确的去完成，对于领导没有安排的工作，要做到主动去发现工作，只有这样才能体现出自己的主观能动性，而不是成为一个执行命令的机器。</w:t>
      </w:r>
      <w:r>
        <w:rPr>
          <w:lang w:eastAsia="zh-CN"/>
        </w:rPr>
        <w:br/>
      </w:r>
      <w:r>
        <w:rPr>
          <w:lang w:eastAsia="zh-CN"/>
        </w:rPr>
        <w:t>　　总之，在这三个月的工作中，我深深体会到有一个和谐、共进的团队是非常重要的，有一个积极向上、大气磅礴的公司和领导是员工前进的动力，看到公司的迅速发展，我深深地感到骄傲和自豪，也更加坚信这里就是实现自己的奋斗目标，体现自己的人生价值的地方，因此，我会以谦虚的态度和饱满的热情做好我的本职工作，为公司创造价值，同公司一起展望美好的未来！4.2023年单位员工工作总结 篇四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回首20__年工作，物业财务部向规范管理合理调配又向前跨了一步，完成了物业公司与世家轩的财务分账、物业公司财务管理模式的转变、财务制度的制定、管理台账体系的建立等等几个重要的任务，使物业公司的财务工作在以前的一些基础工作之上得到了全新的改变，与整个集团财务工作达成一致的高度，迈上了一个新的台阶。具体工作总结如下：</w:t>
      </w:r>
      <w:r>
        <w:rPr>
          <w:lang w:eastAsia="zh-CN"/>
        </w:rPr>
        <w:br/>
      </w:r>
      <w:r>
        <w:rPr>
          <w:lang w:eastAsia="zh-CN"/>
        </w:rPr>
        <w:t>　　一、物业公司与___财务分账</w:t>
      </w:r>
      <w:r>
        <w:rPr>
          <w:lang w:eastAsia="zh-CN"/>
        </w:rPr>
        <w:br/>
      </w:r>
      <w:r>
        <w:rPr>
          <w:lang w:eastAsia="zh-CN"/>
        </w:rPr>
        <w:t>　　从20__年_月份开始，根据集团财务中心的要求，完成__与物业管理公司的分账处理工作，开设__金碟账套，独立核算，对已输入金碟的凭证进行整理装订入册并存档备查。11月份，又把该账套移交给集团会计核算部。</w:t>
      </w:r>
      <w:r>
        <w:rPr>
          <w:lang w:eastAsia="zh-CN"/>
        </w:rPr>
        <w:br/>
      </w:r>
      <w:r>
        <w:rPr>
          <w:lang w:eastAsia="zh-CN"/>
        </w:rPr>
        <w:t>　　二、物业公司管理台账体系的建立</w:t>
      </w:r>
      <w:r>
        <w:rPr>
          <w:lang w:eastAsia="zh-CN"/>
        </w:rPr>
        <w:br/>
      </w:r>
      <w:r>
        <w:rPr>
          <w:lang w:eastAsia="zh-CN"/>
        </w:rPr>
        <w:t>　　根据__集团财务中心的统一要求，结合物业公司的实际情况，在以前的会计核算基础之上，从管理的角度，制定了物业公司的管理台账体系（物业公司及__）。包括管理台账、管理台账的汇总、管理报表、财务分析、资金计划、资金计划执行情况汇总表等等一系列的工作的开展和圆满完成，与整个集团达成一致，使物业的财务工作真正走上集团的财务工作轨道，真正发挥了财务管理的作用。</w:t>
      </w:r>
      <w:r>
        <w:rPr>
          <w:lang w:eastAsia="zh-CN"/>
        </w:rPr>
        <w:br/>
      </w:r>
      <w:r>
        <w:rPr>
          <w:lang w:eastAsia="zh-CN"/>
        </w:rPr>
        <w:t>　　三、物业公司财务制度的制定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__集团财务中心的统一指导下，制定了物业公司的财务制度体系。包括《__物业财务制度》、《__物业管理台账核算办法》、《__物业财务付款管理办法》、《__物业付款审批权限的规定》、《__物业财务部部门职责》、《__集团内部服务结算管理办法》的制定。规范了整个物业公司的财务运作流程，使物业公司的财务工作得到了全面的提升和改善。特别是在付款的审批流程上有了明确的规定，从根本上进行了一次大的提升。</w:t>
      </w:r>
      <w:r>
        <w:rPr>
          <w:lang w:eastAsia="zh-CN"/>
        </w:rPr>
        <w:br/>
      </w:r>
      <w:r>
        <w:rPr>
          <w:lang w:eastAsia="zh-CN"/>
        </w:rPr>
        <w:t>　　四、物业公司财务管理模式的转变</w:t>
      </w:r>
      <w:r>
        <w:rPr>
          <w:lang w:eastAsia="zh-CN"/>
        </w:rPr>
        <w:br/>
      </w:r>
      <w:r>
        <w:rPr>
          <w:lang w:eastAsia="zh-CN"/>
        </w:rPr>
        <w:t>　　物业财务部对一些以前的会计核算工作进行了相应的规范、理顺之后，根据集团财务中心的要求，物业公司财务部与会计核算部进行了工作交接，把会计核算工作并入集团会计核算部，物业公司财务部负责管理台账、财务管理工作，从以前基础的会计核算工作之上，提升到真正的财务管理工作，从公司的利益出发，为公司领导做好财务参谋，提供准确的财务管理数据。物业财务部与会计核算部为保证工作的顺利开展执行，作出了具体的工作事项互相协调配合，逐步的完善整个财务工作流程，确保物业公司财务工作的规范性、准确性，提高财务工作效率。</w:t>
      </w:r>
      <w:r>
        <w:rPr>
          <w:lang w:eastAsia="zh-CN"/>
        </w:rPr>
        <w:br/>
      </w:r>
      <w:r>
        <w:rPr>
          <w:lang w:eastAsia="zh-CN"/>
        </w:rPr>
        <w:t>　　五、完成目标工作</w:t>
      </w:r>
      <w:r>
        <w:rPr>
          <w:lang w:eastAsia="zh-CN"/>
        </w:rPr>
        <w:br/>
      </w:r>
      <w:r>
        <w:rPr>
          <w:lang w:eastAsia="zh-CN"/>
        </w:rPr>
        <w:t>　　配合客服中心完成了一年二期的收楼工作，加强管理费的收缴工作。从_月份开始，共收楼_户，收楼费用_万；从_月份开始，重点加强管理费的催缴工作，_月共追缴了管理费_万，收费率比上半年大大的提高。</w:t>
      </w:r>
      <w:r>
        <w:rPr>
          <w:lang w:eastAsia="zh-CN"/>
        </w:rPr>
        <w:br/>
      </w:r>
      <w:r>
        <w:rPr>
          <w:lang w:eastAsia="zh-CN"/>
        </w:rPr>
        <w:t>　　六、完成_财务部门的数据录入</w:t>
      </w:r>
      <w:r>
        <w:rPr>
          <w:lang w:eastAsia="zh-CN"/>
        </w:rPr>
        <w:br/>
      </w:r>
      <w:r>
        <w:rPr>
          <w:lang w:eastAsia="zh-CN"/>
        </w:rPr>
        <w:t>　　一期维修基金以及欠费情况的彻底清查。汇报公司领导，进行催缴工作。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监控__的财务开支、价格审核及收款流程的管理。对收银人员进行财务培训，并且于_月份开始增设了收银机，使收银工作更加规范，大大提高了工作效率。</w:t>
      </w:r>
      <w:r>
        <w:rPr>
          <w:lang w:eastAsia="zh-CN"/>
        </w:rPr>
        <w:br/>
      </w:r>
      <w:r>
        <w:rPr>
          <w:lang w:eastAsia="zh-CN"/>
        </w:rPr>
        <w:t>　　七、20__年工作思路：</w:t>
      </w:r>
      <w:r>
        <w:rPr>
          <w:lang w:eastAsia="zh-CN"/>
        </w:rPr>
        <w:br/>
      </w:r>
      <w:r>
        <w:rPr>
          <w:lang w:eastAsia="zh-CN"/>
        </w:rPr>
        <w:t>　　1、建立物业公司的成本库。根据物业公司和世家轩的实际工作情况编制物业公司的成本库。合理、准确、清晰的了解物业公司的成本经营状况。为财务分析提供真实的数据。</w:t>
      </w:r>
      <w:r>
        <w:rPr>
          <w:lang w:eastAsia="zh-CN"/>
        </w:rPr>
        <w:br/>
      </w:r>
      <w:r>
        <w:rPr>
          <w:lang w:eastAsia="zh-CN"/>
        </w:rPr>
        <w:t>　　2、进一步加强对收费的管理力度，彻底清理欠费情况，把一期的收费率提高到_%，二期_%。并且对一些代收代付的收费还需进一步明确划分，包括水费、有线电视开通费的返还部分，代收业主收取的差价部分等等一些费用的划分归类都有待明确。</w:t>
      </w:r>
      <w:r>
        <w:rPr>
          <w:lang w:eastAsia="zh-CN"/>
        </w:rPr>
        <w:br/>
      </w:r>
      <w:r>
        <w:rPr>
          <w:lang w:eastAsia="zh-CN"/>
        </w:rPr>
        <w:t>　　3、从管理的角度，对世家轩的经营状况进行进一步的核算。把员工包餐与对外经营彻底分开核算，对于一些经营费用也应该合理的分摊，真实的反映世家轩的经营成果。</w:t>
      </w:r>
      <w:r>
        <w:rPr>
          <w:lang w:eastAsia="zh-CN"/>
        </w:rPr>
        <w:br/>
      </w:r>
      <w:r>
        <w:rPr>
          <w:lang w:eastAsia="zh-CN"/>
        </w:rPr>
        <w:t>　　4、新的财务制度的实施，财务部要财务部门要监督把关。对于以前一些比较模糊和混乱的流程要彻底理顺。包括各部门计划的审批流程，采购的审批流程，与发展商相关业务的计划、报销审批流程等等都要严格按照制度执行。</w:t>
      </w:r>
      <w:r>
        <w:rPr>
          <w:lang w:eastAsia="zh-CN"/>
        </w:rPr>
        <w:br/>
      </w:r>
      <w:r>
        <w:rPr>
          <w:lang w:eastAsia="zh-CN"/>
        </w:rPr>
        <w:t>　　20__年虽然任务很重，但是都需要我们尽心尽力的一步一步去完成，只有这样，扎扎实实，发现一个问题解决一个问题。从财务管理着手，逐步把物业公司的财务工作提升到一个新的高度，迈上一个更高的台阶！更好的服务于公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份汗水一份收获，述职报告物业公司全体员工在20__年工作中虽然取得了一定的成绩，但离工作的目标仍有很大的差距。由于物业公司规模的迅速壮大，员工队伍不断递增，传统的管理方法和运作模式已经无法适应新形势下的发展要求。长期以来形成的权责和职责不清使内部工作发生重复、遗漏和相互推诿现象，这直接制约着企业向前迈进的步伐。20__年我们将从源头上抑制不良歪风的蔓延，向科学化、规范化方向迈进。推行规范化管理，反对内耗，提倡团队高效协作，把努力提高服务质量和工作质量作为中心任务。充分发挥各部门职能优势，有效调动全员参与管理的积极性。合理健全监管机制、以强化制度落实为主要目标，始终站在提升服务品质的高度，使物业公司向着高标准、严要求、人性化的服务领域迈进，带出一支精简、高效的服务团队。5.2023年单位员工工作总结 篇五</w:t>
      </w:r>
      <w:r>
        <w:rPr>
          <w:lang w:eastAsia="zh-CN"/>
        </w:rPr>
        <w:br/>
      </w:r>
      <w:r>
        <w:rPr>
          <w:lang w:eastAsia="zh-CN"/>
        </w:rPr>
        <w:t>　　我是20__年_月进步本公司的，不知不觉已经过去三个月了，我已经十分适应公司的氛围，对本职的销售工作，也已有了一个相对的认识，做为一名毕节生的我，在此短短的试用期内，就以收益良多，我学会：</w:t>
      </w:r>
      <w:r>
        <w:rPr>
          <w:lang w:eastAsia="zh-CN"/>
        </w:rPr>
        <w:br/>
      </w:r>
      <w:r>
        <w:rPr>
          <w:lang w:eastAsia="zh-CN"/>
        </w:rPr>
        <w:t>　　一、服从管理，用心做事。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无以规矩，无以成方圆。在中，这点尤为重要，想要成为一名优秀的员工，就务必对公司的无条件的服从，小到每日的按时打卡，杜绝迟到，大到公司组织的各类活动，发展方向，都要用心的参与支持。并且努力本职工作，用心做事，有不懂的问题，虚心向老员工请教。</w:t>
      </w:r>
      <w:r>
        <w:rPr>
          <w:lang w:eastAsia="zh-CN"/>
        </w:rPr>
        <w:br/>
      </w:r>
      <w:r>
        <w:rPr>
          <w:lang w:eastAsia="zh-CN"/>
        </w:rPr>
        <w:t>　　二、提高职业技能，搞好同事关系。</w:t>
      </w:r>
      <w:r>
        <w:rPr>
          <w:lang w:eastAsia="zh-CN"/>
        </w:rPr>
        <w:br/>
      </w:r>
      <w:r>
        <w:rPr>
          <w:lang w:eastAsia="zh-CN"/>
        </w:rPr>
        <w:t>　　想在公司得到更好的发展，就务必提高自己的职业技能，目前对对本职的工作有了必须的了解，但是对于一些销售问题的`处理还不能够得心应手，工作方面有待提高；还需要继续学习提高自己的知识水平及业务潜力，并且加强分析和解决实际问题的潜力；并加强提高人际关系，搞好同事，才能更好的发挥团队精神，不给团队拖后腿。</w:t>
      </w:r>
      <w:r>
        <w:rPr>
          <w:lang w:eastAsia="zh-CN"/>
        </w:rPr>
        <w:br/>
      </w:r>
      <w:r>
        <w:rPr>
          <w:lang w:eastAsia="zh-CN"/>
        </w:rPr>
        <w:t>　　三、明确目标。</w:t>
      </w:r>
      <w:r>
        <w:rPr>
          <w:lang w:eastAsia="zh-CN"/>
        </w:rPr>
        <w:br/>
      </w:r>
      <w:r>
        <w:rPr>
          <w:lang w:eastAsia="zh-CN"/>
        </w:rPr>
        <w:t>　　作为一名新人，入职前三年是成长的关键时期，做好职业规划，明确目标是保证自己在未来的职场竞争中增加砝码的重要策略。目前，我需要做的就是稳扎稳打，立足现有岗位求发展。</w:t>
      </w:r>
      <w:r>
        <w:rPr>
          <w:lang w:eastAsia="zh-CN"/>
        </w:rPr>
        <w:br/>
      </w:r>
      <w:r>
        <w:rPr>
          <w:lang w:eastAsia="zh-CN"/>
        </w:rPr>
        <w:t>　　在销售岗位，相关的是不能忽视的，争取在半年内全盘熟悉公司的相关管理流程。在搞好日常工作的前提下，注意积累本行业的信息，掌握公司运作细节。为实现这一目标，可透过销售类书籍，拓宽知识和技能，为下一步实现进入管理层中期职业目标作准备。</w:t>
      </w:r>
      <w:r>
        <w:rPr>
          <w:lang w:eastAsia="zh-CN"/>
        </w:rPr>
        <w:br/>
      </w:r>
      <w:r>
        <w:rPr>
          <w:lang w:eastAsia="zh-CN"/>
        </w:rPr>
        <w:t>　　在试用期转正工作的后，我恳求领导批准我的转正申请，而我也将把乐观，用心的心态，始终持续在工作生活中，为实现自己的奋斗目标，体现自己的价值，和公司共同成长。6.2023年单位员工工作总结 篇六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本人自20__年__月份参加工作至今，已经两年时间。在这两年中，在领导和同事们的悉心关怀和指导下，通过自身的不懈努力，我各方面都取得了很大的进步。</w:t>
      </w:r>
      <w:r>
        <w:rPr>
          <w:lang w:eastAsia="zh-CN"/>
        </w:rPr>
        <w:br/>
      </w:r>
      <w:r>
        <w:rPr>
          <w:lang w:eastAsia="zh-CN"/>
        </w:rPr>
        <w:t>　　记得当初毕业的时候，我刚刚来到北站大药房时，还是个对社会完全不了解的生活。俗话说：“活到老，学到老”，本人一直在各方面严格要求自己，努力地提高自己，不懂就学，是一切进步取得的前提和基矗做好全面工作。我在北站大药房学到很多知识。例如：药品的分类、分处方和非处方、还有药品用法用量、药品的配伍禁忌。怎样懂得给顾客介绍药品了。还有器械是怎样的用法。这样才能介绍给顾客怎样使用。</w:t>
      </w:r>
      <w:r>
        <w:rPr>
          <w:lang w:eastAsia="zh-CN"/>
        </w:rPr>
        <w:br/>
      </w:r>
      <w:r>
        <w:rPr>
          <w:lang w:eastAsia="zh-CN"/>
        </w:rPr>
        <w:t>　　在今后的工作中，我将继续努力把工作做好。朝着以下几个方向努力：</w:t>
      </w:r>
      <w:r>
        <w:rPr>
          <w:lang w:eastAsia="zh-CN"/>
        </w:rPr>
        <w:br/>
      </w:r>
      <w:r>
        <w:rPr>
          <w:lang w:eastAsia="zh-CN"/>
        </w:rPr>
        <w:t>　　1、学无止镜，时代的发展瞬息万变，我将坚持不懈地努力学习各种关于药房知识。并用于指导实践，以更好的适应社会发展的需要。</w:t>
      </w:r>
      <w:r>
        <w:rPr>
          <w:lang w:eastAsia="zh-CN"/>
        </w:rPr>
        <w:br/>
      </w:r>
      <w:r>
        <w:rPr>
          <w:lang w:eastAsia="zh-CN"/>
        </w:rPr>
        <w:t>　　2、熟练的掌握各种器械的装备和使用方法，还有药品的用法用量，我将通过多看、多学、多练来不断的提高自己的各项技能。</w:t>
      </w:r>
      <w:r>
        <w:rPr>
          <w:lang w:eastAsia="zh-CN"/>
        </w:rPr>
        <w:br/>
      </w:r>
      <w:r>
        <w:rPr>
          <w:lang w:eastAsia="zh-CN"/>
        </w:rPr>
        <w:t>　　3、实践是不断取得进步的基矗并提高自己解决实际问题的能力，并在实践的过程中慢慢克服急躁情绪，积极、热情的对待每一位顾客。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4、总之，在这两年里我学到了不少知识使我不断成长。我做的已经是好的了。我相信在今后的工作中，我还是会继续不断的努力下去。虽然这两年来，我的工作是有点瑕疵，不过这是无法避免的，因为谁也不是圣人，出错是在所难免的所以我不会过多的苛求自己。不过我相信，只要我在北站大药房一天，我就会做出自己大的努力，将自己所有的精力和能力用在工作上，相信自己一定能够做好!7.2023年单位员工工作总结</w:t>
      </w:r>
      <w:r>
        <w:rPr>
          <w:lang w:eastAsia="zh-CN"/>
        </w:rPr>
        <w:t xml:space="preserve"> 篇七</w:t>
      </w:r>
      <w:r>
        <w:rPr>
          <w:lang w:eastAsia="zh-CN"/>
        </w:rPr>
        <w:br/>
      </w:r>
      <w:r>
        <w:rPr>
          <w:lang w:eastAsia="zh-CN"/>
        </w:rPr>
        <w:t>　　在各位领导的帮助带领下，以及和同事的共同奋斗，和经过了自己的积极努力，我顺利地做好自己的工作，这也算经历了一段不平凡的考验和磨砺。非常感谢公司给我这个成长的平台，令我在工作中不断的学习，不断的进步，慢慢的提升自身的素质与才能。以下就是我本周的工作总结：</w:t>
      </w:r>
      <w:r>
        <w:rPr>
          <w:lang w:eastAsia="zh-CN"/>
        </w:rPr>
        <w:br/>
      </w:r>
      <w:r>
        <w:rPr>
          <w:lang w:eastAsia="zh-CN"/>
        </w:rPr>
        <w:t>　　一、工作态度、思想工作。</w:t>
      </w:r>
      <w:r>
        <w:rPr>
          <w:lang w:eastAsia="zh-CN"/>
        </w:rPr>
        <w:br/>
      </w:r>
      <w:r>
        <w:rPr>
          <w:lang w:eastAsia="zh-CN"/>
        </w:rPr>
        <w:t>　　我热衷于本职工作，严以律己,遵守各项公司制度，严格要求自己，摆正工作位置，时刻保持“谦虚、谨慎、律己”的工作态度，在领导关心培养和同事们帮助下,始终勤奋学习，积极进取，努力提高自我，始终勤奋工作，认真完成任务，履行好岗位职责，坚持理想，坚定信念，不断加强学习，提高自己的工作水平!</w:t>
      </w:r>
      <w:r>
        <w:rPr>
          <w:lang w:eastAsia="zh-CN"/>
        </w:rPr>
        <w:br/>
      </w:r>
      <w:r>
        <w:rPr>
          <w:lang w:eastAsia="zh-CN"/>
        </w:rPr>
        <w:t>　　二、加强宣传学习，提高安全生产意识。</w:t>
      </w:r>
      <w:r>
        <w:rPr>
          <w:lang w:eastAsia="zh-CN"/>
        </w:rPr>
        <w:br/>
      </w:r>
      <w:r>
        <w:rPr>
          <w:lang w:eastAsia="zh-CN"/>
        </w:rPr>
        <w:t>　　始终以“做一名合格的安全员”为目标，思想上围绕爱国爱党，行动上处处想着公司利益积极上进，协助领导认真落实安全生产责任制，加强有关安全生产法规法规宣传及传达，扎实作好安全培训工作，坚定地履行《安全目标责任书》，确保顺利实现项目部三级安全生产目标。在管理中敬业爱岗，严谨安全意识和职业道德</w:t>
      </w:r>
      <w:r>
        <w:rPr>
          <w:lang w:eastAsia="zh-CN"/>
        </w:rPr>
        <w:br/>
      </w:r>
      <w:r>
        <w:rPr>
          <w:lang w:eastAsia="zh-CN"/>
        </w:rPr>
        <w:t>　　三、回顾过去，展望未来。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对于过去得与失，我会吸取有利因素强化自己工作能力，把不利因素在自己以后工作中排除，一周工作让我在成为一名合格职工的道路上不断前进，我相信通过我努力和同事合作，以及领导们指导，我会成为一名优秀员工，充分发挥我个人能力。也感谢领导给我这一个合适工作位置，让我能为公司做出自己该有贡献。一周来我做得虽然还不够好，但我相信在今后工作中，我还会继续不断努力下去，我相信，只要我在岗位上一天，我就会做出自己大努力，将自己所有精力和能力用在工作上，相信自己一定能够做好!8.2023年单位员工工作总结</w:t>
      </w:r>
      <w:r>
        <w:rPr>
          <w:lang w:eastAsia="zh-CN"/>
        </w:rPr>
        <w:t xml:space="preserve"> 篇八</w:t>
      </w:r>
      <w:r>
        <w:rPr>
          <w:lang w:eastAsia="zh-CN"/>
        </w:rPr>
        <w:br/>
      </w:r>
      <w:r>
        <w:rPr>
          <w:lang w:eastAsia="zh-CN"/>
        </w:rPr>
        <w:t>　　今年的五月份好像十分短暂，等我回过神来的时候，才发现五月已经结束了，在这个月我想我也算是做出了一些成就，或许也会有些许不足，但这些都是宝贵的工作经验，是时候总结一番了。</w:t>
      </w:r>
      <w:r>
        <w:rPr>
          <w:lang w:eastAsia="zh-CN"/>
        </w:rPr>
        <w:br/>
      </w:r>
      <w:r>
        <w:rPr>
          <w:lang w:eastAsia="zh-CN"/>
        </w:rPr>
        <w:t>　　1、日常的工作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的这份工作是网店美工，主要是负责进行图片的美化与修改，无论是商品图片还是店铺详情页，这些都是需要我去进行设计的，根据节假日的不同，我也会设计一些不同的海报，至于商品的图片那更是我的基础工作了，毕竟只有令人赏心悦目的图片才有让人点击的想法。当然，有些时候我也会登录手机淘宝和网页淘宝，点进去查看自己公司的那几家店铺进行反复的`检查，看是否有着纰漏，因为在这方面，我觉得自己还是负有一部分责任的，毕竟职责所在嘛。当然，网店的美工不止我一个人，还有一名老员工，我经常会和他学习一些美工技巧，毕竟我是年轻人，应该要多学习，除此之外还要紧跟时代的潮流，无论是新出的电影还是书籍，新出的化妆品还是宝宝，我都要看一遍，毕竟美工也是要提升自己审美水平的，闭门造车面对那些老旧的图片也不会有什么成就。</w:t>
      </w:r>
      <w:r>
        <w:rPr>
          <w:lang w:eastAsia="zh-CN"/>
        </w:rPr>
        <w:br/>
      </w:r>
      <w:r>
        <w:rPr>
          <w:lang w:eastAsia="zh-CN"/>
        </w:rPr>
        <w:t>　　2、五月份的工作成就</w:t>
      </w:r>
      <w:r>
        <w:rPr>
          <w:lang w:eastAsia="zh-CN"/>
        </w:rPr>
        <w:br/>
      </w:r>
      <w:r>
        <w:rPr>
          <w:lang w:eastAsia="zh-CN"/>
        </w:rPr>
        <w:t>　　也不能说是我一个人的成就吧，毕竟网店的收入是大家共同努力的结果，由于五月份的节日比较多，我们也做了许多促销活动，而且在节日的前一周就得做出策划方案，进行反复的修改，既要时尚潮流，又要新颖简约。这个月的业绩相比上个月提高了60%，而且网店的排名也上升了很多了，提高了知名度，这是让人喜悦的，毕竟流量提高了，以后卖东西也更容易了。</w:t>
      </w:r>
      <w:r>
        <w:rPr>
          <w:lang w:eastAsia="zh-CN"/>
        </w:rPr>
        <w:br/>
      </w:r>
      <w:r>
        <w:rPr>
          <w:lang w:eastAsia="zh-CN"/>
        </w:rPr>
        <w:t>　　3、工作中的不足</w:t>
      </w:r>
      <w:r>
        <w:rPr>
          <w:lang w:eastAsia="zh-CN"/>
        </w:rPr>
        <w:br/>
      </w:r>
      <w:r>
        <w:rPr>
          <w:lang w:eastAsia="zh-CN"/>
        </w:rPr>
        <w:t>　　首先是图片被盗用的情况，这点是比较让人心寒的，辛辛苦苦做出来的创意，被别人直接拿走，裁剪logo以后俨然成了别人的创作，这无疑是让美工感到心寒的，而且由于目前对这方面的打击力度不大，即便是被抄袭也是无可奈何的事情。</w:t>
      </w:r>
      <w:r>
        <w:rPr>
          <w:lang w:eastAsia="zh-CN"/>
        </w:rPr>
        <w:br/>
      </w:r>
      <w:r>
        <w:rPr>
          <w:lang w:eastAsia="zh-CN"/>
        </w:rPr>
        <w:t>　　其次是准备工作不足，这一点也不是美工的问题，而是客服方面出了问题，明明节假日是生意的时候，但是节假日我们的客服有好几人休假，导致工作非常忙，即便是愿意多出加班费也没人愿意多做，不然的话网店的销量其实还能够更好的。</w:t>
      </w:r>
      <w:r>
        <w:rPr>
          <w:lang w:eastAsia="zh-CN"/>
        </w:rPr>
        <w:br/>
      </w:r>
      <w:r>
        <w:rPr>
          <w:lang w:eastAsia="zh-CN"/>
        </w:rPr>
        <w:t>　　4、工作体会</w:t>
      </w:r>
      <w:r>
        <w:rPr>
          <w:lang w:eastAsia="zh-CN"/>
        </w:rPr>
        <w:br/>
      </w:r>
      <w:r>
        <w:rPr>
          <w:lang w:eastAsia="zh-CN"/>
        </w:rPr>
        <w:t>　　既然五月份已经结束了，那么我就没有必要继续纠结下去了，这个时候应该要往前看，六月份的时候我会更加努力，争取做的更好。9.2023年单位员工工作总结 篇九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本人在过去的一年中循序渐进，在部门领导的鼓励与教导下认真完成了自己的本职工作，主要体现在以下几方面：</w:t>
      </w:r>
      <w:r>
        <w:rPr>
          <w:lang w:eastAsia="zh-CN"/>
        </w:rPr>
        <w:br/>
      </w:r>
      <w:r>
        <w:rPr>
          <w:lang w:eastAsia="zh-CN"/>
        </w:rPr>
        <w:t>　　1、年初针对未改建完成的项目主体工程，进行进度、质量跟进与监督。</w:t>
      </w:r>
      <w:r>
        <w:rPr>
          <w:lang w:eastAsia="zh-CN"/>
        </w:rPr>
        <w:br/>
      </w:r>
      <w:r>
        <w:rPr>
          <w:lang w:eastAsia="zh-CN"/>
        </w:rPr>
        <w:t>　　工程建设项目进度关系到生产工序的整体规划，为了能够满足公司生产要求，特对施工进度进行监督，对于施工过程中出现的影响施工节点的事项，联系相关部门或个人，督促其尽快解决，进一步提高工作效率。</w:t>
      </w:r>
      <w:r>
        <w:rPr>
          <w:lang w:eastAsia="zh-CN"/>
        </w:rPr>
        <w:br/>
      </w:r>
      <w:r>
        <w:rPr>
          <w:lang w:eastAsia="zh-CN"/>
        </w:rPr>
        <w:t>　　2、棒材许可证认证与更名工作。为了提升公司声誉与影响力，扩大公司产品的规格型号，在部门领导的带领下，开始筹划棒材许可证认证工作。结合技术部人员整理相关文件，组织研讨了认证工作的相关事宜，通过大家的协调努力，终取得了许可证认证工作与更名的圆满成功。</w:t>
      </w:r>
      <w:r>
        <w:rPr>
          <w:lang w:eastAsia="zh-CN"/>
        </w:rPr>
        <w:br/>
      </w:r>
      <w:r>
        <w:rPr>
          <w:lang w:eastAsia="zh-CN"/>
        </w:rPr>
        <w:t>　　3、体系认证工作。为及时发现管理中存在的问题，实现持续改进的机制，同时体系运行情况也是重要的审查项目，公司每年都会进行体系认证相关工作。对于日常体系运行情况进行检查，对审核工作进行跟进。</w:t>
      </w:r>
      <w:r>
        <w:rPr>
          <w:lang w:eastAsia="zh-CN"/>
        </w:rPr>
        <w:br/>
      </w:r>
      <w:r>
        <w:rPr>
          <w:lang w:eastAsia="zh-CN"/>
        </w:rPr>
        <w:t>　　4、绩效管理与考核工作。作为公司中高层领导表现的一种体现方式，绩效考核工作每月都会进行，并从中解决一些日常问题，加强各部门的协调运行，起到一个相互督促、相互促进的作用。本着认真、负责的态度去对待每一位领导，使各单位认识到自己的不足，并督促其改正，向着更好的目标前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一年已经过去，在工作中也意识到了自己的不足，以后会加强锻炼自己的能力，弥补自己的不足，提高自己的适应能力，为公司更好的发展贡献自己的一份力量。10.2023年单位员工工作总结 篇十</w:t>
      </w:r>
      <w:r>
        <w:rPr>
          <w:lang w:eastAsia="zh-CN"/>
        </w:rPr>
        <w:br/>
      </w:r>
      <w:r>
        <w:rPr>
          <w:lang w:eastAsia="zh-CN"/>
        </w:rPr>
        <w:t>　　旧的一年终于结束，新年也终于来临。回顾往日的工作，努力的完成了各项工作，圆满的把职责给做好，为公司进一步的发展也做了很多的贡献。回首过去，把过去工作做了下面的总结：</w:t>
      </w:r>
      <w:r>
        <w:rPr>
          <w:lang w:eastAsia="zh-CN"/>
        </w:rPr>
        <w:br/>
      </w:r>
      <w:r>
        <w:rPr>
          <w:lang w:eastAsia="zh-CN"/>
        </w:rPr>
        <w:t>　　一、确定了企业新的发展方向</w:t>
      </w:r>
      <w:r>
        <w:rPr>
          <w:lang w:eastAsia="zh-CN"/>
        </w:rPr>
        <w:br/>
      </w:r>
      <w:r>
        <w:rPr>
          <w:lang w:eastAsia="zh-CN"/>
        </w:rPr>
        <w:t>　　作为企业的经理，我肩负着带领企业走的更远的责任。在这一年，我根据时代的发展，根据市场的变化，提出了并确定了我们企业新的一个发展方向，及时的斩断以前的错误方向，扭转乾坤，与大家一起让企业往正确的方向发展。我努力带着大家走向一条光明的道路，开辟了一条新媒体的道路，让大家以这个方向为主，齐力向前发展。这一年我们经过很多的风雨，但是都努力的克服下来了，并且在这个方向取得了胜利，企业的发展更加美好了。</w:t>
      </w:r>
      <w:r>
        <w:rPr>
          <w:lang w:eastAsia="zh-CN"/>
        </w:rPr>
        <w:br/>
      </w:r>
      <w:r>
        <w:rPr>
          <w:lang w:eastAsia="zh-CN"/>
        </w:rPr>
        <w:t>　　二、员工管理工作</w:t>
      </w:r>
      <w:r>
        <w:rPr>
          <w:lang w:eastAsia="zh-CN"/>
        </w:rPr>
        <w:br/>
      </w:r>
    </w:p>
    <w:p w:rsidR="001B1F19" w14:textId="27C3F48A">
      <w:pPr>
        <w:rPr>
          <w:rFonts w:hint="eastAsia"/>
          <w:lang w:eastAsia="zh-CN"/>
        </w:rPr>
      </w:pPr>
      <w:r>
        <w:rPr>
          <w:lang w:eastAsia="zh-CN"/>
        </w:rPr>
        <w:t>　　在这一年，我在管理员工的工作上，我有松有驰，严格管理的时候就严格，宽松的时候也会适当放松管理，让大家尽量在一个比较良好的环境下工作。我新制定了奖惩制度，对于工作认真并且取得好的成绩的，会给予奖励，那对于那些上班摸鱼划水的员工，自然也是要惩罚的，这样也就让他们越来越对工作认真起来，真正的进入到自己的工作中去，努力的在自己的岗位上履行职责。通过这一年的管理，各部门的员工都有比较好的职业素质，思想方面也都提高了，对工作也投入了更多的精力和时间，为企业赚取了很多的效益。</w:t>
      </w:r>
      <w:r>
        <w:rPr>
          <w:lang w:eastAsia="zh-CN"/>
        </w:rPr>
        <w:br/>
      </w:r>
      <w:r>
        <w:rPr>
          <w:lang w:eastAsia="zh-CN"/>
        </w:rPr>
        <w:t>　　三、自我反思</w:t>
      </w:r>
      <w:r>
        <w:rPr>
          <w:lang w:eastAsia="zh-CN"/>
        </w:rPr>
        <w:br/>
      </w:r>
      <w:r>
        <w:rPr>
          <w:lang w:eastAsia="zh-CN"/>
        </w:rPr>
        <w:t>　　这一年我觉得工作上还有很多需要去反思的地方，我觉得自己的领导能力还需要加强，还有就是管理方面的能力也要去加强，把企业真正的管理好了，才不会让企业发展落后。另外，我觉得自己还要再去好好的学习一下，作为企业经理，我要承担的责任更多，只有学习的多，才能有效的去管理企业，去把工作做好。这一年工作，我有很多地方都比较懒散，所以也是有造成一些工作做的不够好的。那么下一年，积极工作很有必要，自己做好榜样了，下面的员工才会效仿，大家的积极性也才会被提高。</w:t>
      </w:r>
      <w:r>
        <w:rPr>
          <w:lang w:eastAsia="zh-CN"/>
        </w:rPr>
        <w:br/>
      </w:r>
      <w:r>
        <w:rPr>
          <w:lang w:eastAsia="zh-CN"/>
        </w:rPr>
        <w:t>　　新年，带着满满的期待来了，我也对来年充满憧憬，相信下一年与大家一起一定能把企业给好好的建设起来。11.2023年单位员工工作总结 篇十一</w:t>
      </w:r>
      <w:r>
        <w:rPr>
          <w:lang w:eastAsia="zh-CN"/>
        </w:rPr>
        <w:br/>
      </w:r>
      <w:r>
        <w:rPr>
          <w:lang w:eastAsia="zh-CN"/>
        </w:rPr>
        <w:t>　　时光似箭，岁月如梭，转眼进入公司已经有将近半年的时间，在公司领导的强有力的领导以及关心支持下，个人在20__年度取得了不小的进步。</w:t>
      </w:r>
      <w:r>
        <w:rPr>
          <w:lang w:eastAsia="zh-CN"/>
        </w:rPr>
        <w:br/>
      </w:r>
      <w:r>
        <w:rPr>
          <w:lang w:eastAsia="zh-CN"/>
        </w:rPr>
        <w:t>　　一、年度工作情况</w:t>
      </w:r>
      <w:r>
        <w:rPr>
          <w:lang w:eastAsia="zh-CN"/>
        </w:rPr>
        <w:br/>
      </w:r>
      <w:r>
        <w:rPr>
          <w:lang w:eastAsia="zh-CN"/>
        </w:rPr>
        <w:t>　　1、熟悉了解公司各项规章制度</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https://d.book118.com/037146034061006050</w:t>
        </w:r>
      </w:hyperlink>
    </w:p>
    <w:p w:rsidR="001B1F19">
      <w:pPr>
        <w:rPr>
          <w:rFonts w:hint="eastAsia"/>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7146034061006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