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</w:pPr>
      <w:r>
        <w:rPr>
          <w:rFonts w:ascii="宋体" w:eastAsia="宋体" w:hAnsi="宋体"/>
          <w:b/>
          <w:color w:val="FF0000"/>
          <w:sz w:val="28"/>
        </w:rPr>
        <w:t>2024年儿科主治医师考试综合试题及答案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1、[题干]某女性患者，37岁，眩晕动则加剧，劳累即发，面色白，神疲懒言，唇甲不华，发色不泽，心悸少寐，纳少腹胀，舌淡苔薄白，脉细弱。其证候是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A.肝阳上亢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B.气血亏虚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C.肾精不足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D.痰湿中阻。E,瘀血阻窍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【答案】B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2、[题干]儿科学的范畴不包括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A.提高儿童疾病防治质量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B.研究儿童对人类社会的影响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C.提高儿童身心健康水平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D.研究儿童发育和行为。E,研究儿童生长规律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【答案】B</w:t>
      </w:r>
    </w:p>
    <w:p>
      <w:pPr>
        <w:spacing w:line="360" w:lineRule="auto"/>
        <w:ind w:firstLine="432"/>
        <w:jc w:val="left"/>
        <w:sectPr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解析】儿科学研究内容：儿童生长发育规律及其影响因素，不断提高儿童体格、智能发育水平和社会适应能力;儿童各种疾病的发生发展规律以及临床诊断和治疗的理论和技术，不断降低疾病的发生率和死亡率，提高疾病治愈率;各种疾病的预防措施;儿童中各种疾病的康复可能性以及具体方法，尽可能帮助这些患儿提高他们的生活质量乃至完全恢复健康。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3、[题干]哪项不属于激素分泌的生物节律()()。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A.自主性分泌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B.脉冲性分泌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C.自分泌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D.昼夜分泌。E,季节性分泌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【答案】C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【解析】激素分泌的生物节律包括自主性分泌、脉冲性分泌、昼夜分泌和季节性分泌等，但不包括自分泌。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4、[题干]结核菌素假阴性可见于(　　)。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A.患支气管肺炎时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B.患麻疹后3个月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C.接种卡介苗8周后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D.患粟粒型肺结核时。E,未接种卡介苗者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【答案】D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5、[题干]先心病中最常见的类型是()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A.动脉导管未闭</w:t>
      </w:r>
      <w:r>
        <w:br/>
      </w:r>
      <w:r>
        <w:br/>
      </w:r>
    </w:p>
    <w:p>
      <w:pPr>
        <w:spacing w:after="0"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https://d.book118.com/038010130021006037</w:t>
        </w:r>
      </w:hyperlink>
    </w:p>
    <w:p>
      <w:pPr>
        <w:spacing w:line="360" w:lineRule="auto"/>
        <w:ind w:firstLine="432"/>
        <w:jc w:val="left"/>
      </w:pPr>
    </w:p>
    <w:sectPr w:rsidSect="00034616">
      <w:type w:val="nextPage"/>
      <w:pgSz w:w="12240" w:h="15840"/>
      <w:pgMar w:top="1440" w:right="1800" w:bottom="1440" w:left="1800" w:header="720" w:footer="720" w:gutter="0"/>
      <w:pgNumType w:start="2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24062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038010130021006037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revision>1</cp:revision>
  <dcterms:created xsi:type="dcterms:W3CDTF">2013-12-23T23:15:00Z</dcterms:created>
  <dcterms:modified xsi:type="dcterms:W3CDTF">2013-12-23T23:15:00Z</dcterms:modified>
</cp:coreProperties>
</file>