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田径运动会活动工作总结（30篇）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田径运动会活动工作总结（精选30篇）</w:t>
      </w:r>
      <w:r>
        <w:rPr>
          <w:lang w:eastAsia="zh-CN"/>
        </w:rPr>
        <w:br/>
      </w:r>
      <w:r>
        <w:rPr>
          <w:lang w:eastAsia="zh-CN"/>
        </w:rPr>
        <w:t xml:space="preserve">    田径运动会活动工作总结 篇1 </w:t>
      </w:r>
      <w:r>
        <w:rPr>
          <w:lang w:eastAsia="zh-CN"/>
        </w:rPr>
        <w:br/>
      </w:r>
      <w:r>
        <w:rPr>
          <w:lang w:eastAsia="zh-CN"/>
        </w:rPr>
        <w:t>　　本届运动会在学校领导的大力支持与全校师生的共同努力下，圆满地落下了帷幕。整个运动会气氛热烈、秩序井然，体现了我校师生良好的精神风貌，成为学校体育工作的一次成功检阅，尤其值得关注的是，运动会自始至终体现出一种团体的凝聚力与向心力，使本届运动会不仅仅圆满完成了比赛任务，并且将有力地推动学校今后的工作。本届运动会，归结起来主要有以下几个特点：</w:t>
      </w:r>
      <w:r>
        <w:rPr>
          <w:lang w:eastAsia="zh-CN"/>
        </w:rPr>
        <w:br/>
      </w:r>
      <w:r>
        <w:rPr>
          <w:lang w:eastAsia="zh-CN"/>
        </w:rPr>
        <w:t>　　一、领导重视</w:t>
      </w:r>
      <w:r>
        <w:rPr>
          <w:lang w:eastAsia="zh-CN"/>
        </w:rPr>
        <w:br/>
      </w:r>
      <w:r>
        <w:rPr>
          <w:lang w:eastAsia="zh-CN"/>
        </w:rPr>
        <w:t>　　在运动会筹备阶段，学校领导给予了高度的重视，投入了很多的人力和物力，构成了一个强有力的领导核心。陈永秀校长还亲自抓起了运动会的前期筹备与运动会的彩排工作，马艳副校长也多次主持召开了体育教师会议，研讨运动会的有关项目和事宜，并亲自督促运动会团体操的演练工作。学校为高规格地举办这次田径运动会，成立了领导工作专班，使各项工作有人负责、有人落实，并且指派中层以上干部参加六个团体操的训练工作，前期各项准备工作得到落实。</w:t>
      </w:r>
      <w:r>
        <w:rPr>
          <w:lang w:eastAsia="zh-CN"/>
        </w:rPr>
        <w:br/>
      </w:r>
      <w:r>
        <w:rPr>
          <w:lang w:eastAsia="zh-CN"/>
        </w:rPr>
        <w:t>　　二、准备充分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运动会前期准备工作头绪繁多、资料繁杂，体育组多次召开筹备会议，对筹备工作进行了充分的估计和计划，制订了详细的活动方案。在准备实施阶段，涌现出了一批优秀的班级：三(1)班、三(2)班、三(3)班、四(1)班、四(3)、五(4)班、六(1)班等，班主任指导学生利用课余时间进行训练；同时，编排团体操的教师十分辛苦，艾莉、高娟、徐春秀、刘菊芳教师中午晚上都加班训练，异常是艾莉、徐春秀两们教师，负责两个年级的团体操，却没有叫一声苦，还有跟班教师邬广平、熊松涛，跟班领导李黛琴、马艳、吴金智、王逸等也不辞辛苦，与学生一同训练。还有，为了配合郑芹香教师造好运动会秩序册、写好检录员名单，王双双、李友元教师分工，多次督促，认真核对名册，苏海燕主任、张年学教师等撰写奖状，王逸、杜广主任、郑芹香教师利用中午时间画场地……正是有了这些任劳任怨的领导与教师的辛苦奉献，从而为开幕式隆重举行做好了充分的准备。</w:t>
      </w:r>
      <w:r>
        <w:rPr>
          <w:lang w:eastAsia="zh-CN"/>
        </w:rPr>
        <w:br/>
      </w:r>
      <w:r>
        <w:rPr>
          <w:lang w:eastAsia="zh-CN"/>
        </w:rPr>
        <w:t>　　三、组织严密</w:t>
      </w:r>
      <w:r>
        <w:rPr>
          <w:lang w:eastAsia="zh-CN"/>
        </w:rPr>
        <w:br/>
      </w:r>
      <w:r>
        <w:rPr>
          <w:lang w:eastAsia="zh-CN"/>
        </w:rPr>
        <w:t>　　在运动会比赛过程中，各工作组互相之间协调、沟通联系，做到了精诚团结。入场式上，宋军红、荔丰主任播音工作十分辛苦，但能够坚持到一天的最终；运动会中，杜广主任、王双双教师忙完自我的工作后又主动的投入到下一个比赛项目中，熊松涛教师也任劳任怨，虽然竞赛项目比较多发令工作繁琐但他一向坚持到最终。还有裁判员吴金志主席、刘开红教师等对工作做到认真负责，六(3)班王金娥教师班上的刘靖昊等多名同学义务当起了领队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当然，还有在赛场外一向做着默默无闻工作的班主任，是他们的坚守与协调，才得以让各班运动员赛出最佳成绩；还有保证学生安全、维护现场秩序的后勤服务人员及时供给后勤保障，从而保证了各项比赛的顺利进行；在运动会各类比赛紧张进行的同时，稿件宣传组的同学和教师们，是他们让运动场上高潮迭起，为运动会供给了一份“体育文化大餐”……正是这些默默无闻的教师和同学们，才是最应当值得表扬的人。</w:t>
      </w:r>
      <w:r>
        <w:rPr>
          <w:lang w:eastAsia="zh-CN"/>
        </w:rPr>
        <w:br/>
      </w:r>
      <w:r>
        <w:rPr>
          <w:lang w:eastAsia="zh-CN"/>
        </w:rPr>
        <w:t>　　四、成绩喜人</w:t>
      </w:r>
      <w:r>
        <w:rPr>
          <w:lang w:eastAsia="zh-CN"/>
        </w:rPr>
        <w:br/>
      </w:r>
      <w:r>
        <w:rPr>
          <w:lang w:eastAsia="zh-CN"/>
        </w:rPr>
        <w:t>　　此次运动会在广大运动员的奋勇拼搏下，屡创佳绩，获得了比赛成绩与道德风尚的'双丰收。在这次运动会上，获得年级团体总分第一名的班级有：一(4)班、二(4)班、三(3)班、四(3)班、五(4)班、六(2)班；获得年级团体总分第二名的班级有：一(5)班、二(3)班、三(5)班、四(2)班、五(3)班、六(1)班；获得年级团体第三名的班级有：一(3)班、二(5)班、三(1)班、四(1)班、五(1)班、六(4)班。</w:t>
      </w:r>
      <w:r>
        <w:rPr>
          <w:lang w:eastAsia="zh-CN"/>
        </w:rPr>
        <w:br/>
      </w:r>
      <w:r>
        <w:rPr>
          <w:lang w:eastAsia="zh-CN"/>
        </w:rPr>
        <w:t>　　回顾本届运动会，在取得上述成绩的同时，也暴露出一些问题：</w:t>
      </w:r>
      <w:r>
        <w:rPr>
          <w:lang w:eastAsia="zh-CN"/>
        </w:rPr>
        <w:br/>
      </w:r>
      <w:r>
        <w:rPr>
          <w:lang w:eastAsia="zh-CN"/>
        </w:rPr>
        <w:t>　　1、对运动员的组织与培训工作没有落到实处。运动员的整体素质水平有待提高，有部分班级的运动员没有进行训练，运动员在比赛场地上找不到检录处以及比赛场地等等。</w:t>
      </w:r>
      <w:r>
        <w:rPr>
          <w:lang w:eastAsia="zh-CN"/>
        </w:rPr>
        <w:br/>
      </w:r>
      <w:r>
        <w:rPr>
          <w:lang w:eastAsia="zh-CN"/>
        </w:rPr>
        <w:t>　　2、部分工作前期准备不充分，有些问题研究不周。如，入场式运动员未能按时到场，对部分赛事检录工作人员分配过少，抄写检录名单仓促，入场式彩排拖拉等等。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3、经过此次校运会，我们也发现了学生整体身体素质有待加强，在今后尚须加强体能锻炼。</w:t>
      </w:r>
      <w:r>
        <w:rPr>
          <w:lang w:eastAsia="zh-CN"/>
        </w:rPr>
        <w:br/>
      </w:r>
      <w:r>
        <w:rPr>
          <w:lang w:eastAsia="zh-CN"/>
        </w:rPr>
        <w:t>　　总之，在学校领导、教师的精诚团结合作下，在同学们的奋勇拼搏下，这次运动会圆满成功地落下了帷幕。经过这次运动会，既展现了全校教师良好的精神风貌，又丰富了学生的学校生活，更是对我们学校的体育工作进行了一次盛大的检阅。</w:t>
      </w:r>
      <w:r>
        <w:rPr>
          <w:lang w:eastAsia="zh-CN"/>
        </w:rPr>
        <w:br/>
      </w:r>
      <w:r>
        <w:rPr>
          <w:lang w:eastAsia="zh-CN"/>
        </w:rPr>
        <w:t xml:space="preserve">    田径运动会活动工作总结 篇2 </w:t>
      </w:r>
      <w:r>
        <w:rPr>
          <w:lang w:eastAsia="zh-CN"/>
        </w:rPr>
        <w:br/>
      </w:r>
      <w:r>
        <w:rPr>
          <w:lang w:eastAsia="zh-CN"/>
        </w:rPr>
        <w:t>　　在硕果累累的金秋时节，在学校领导的大力支持下，经过体育组和年级组的精心策划、积极筹备和周密布署，我校秋季田径运动会顺利、成功和圆满地闭幕了。在此向积极参与本次校运会的全体教师表示最诚致的感谢!感谢你们所付出的辛勤劳动和奉献精神!</w:t>
      </w:r>
      <w:r>
        <w:rPr>
          <w:lang w:eastAsia="zh-CN"/>
        </w:rPr>
        <w:br/>
      </w:r>
      <w:r>
        <w:rPr>
          <w:lang w:eastAsia="zh-CN"/>
        </w:rPr>
        <w:t>　　本次运动会充分体现我校的办学理念：“问题比答案更重要，过程比结果更重要，成长比成功更重要”，以“团结、合作、拼搏、竞争”为主题，是我校师生精神风貌和综合素质的一次集中展示。通过运动会的召开，学生不但在体质上得到了增强，更重要的是学生的习惯、品质有了长足的进步。我们看到学生们在比赛中始终保持着高尚的体育道德情操，积极发扬了“更高、更快、更强”的奥运精神，顽强拼搏，奋勇争先，赛出风格，赛出水平，赛出友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在各项比赛中，运动员们能发扬不畏强手，顽强拚搏，胜不骄，败不馁的精神，出现了许多令人感动的场面。在运动员为班级顽强拚搏的时候，我们的非运动员同学也心系赛场，当运动员赛跑冲过终点时，无数个同学及时跑上去，搀扶他们，安慰他们;当运动员感到疲惫无力时，我们的非运动员不停的为他们呐喊助威，不少同学嗓子都喊哑了，手掌都鼓麻了。你说看到此情此景，你怎能不为我们这群可爱的孩子互相关心、团结协作的团队精神鼓掌呢?你怎能不为他们不怕困难、勇于吃苦、顽强拼搏的进取精神感到骄傲呢?</w:t>
      </w:r>
      <w:r>
        <w:rPr>
          <w:lang w:eastAsia="zh-CN"/>
        </w:rPr>
        <w:br/>
      </w:r>
      <w:r>
        <w:rPr>
          <w:lang w:eastAsia="zh-CN"/>
        </w:rPr>
        <w:t>　　在本届校运会上运动成绩喜人，不少运动员不但充分展示了个人体育才能，而且还在集体项目中发挥了突出作用，为班级争了光，也为校运会添了彩;他们不仅是班级的骄傲，也是学校的骄傲。</w:t>
      </w:r>
      <w:r>
        <w:rPr>
          <w:lang w:eastAsia="zh-CN"/>
        </w:rPr>
        <w:br/>
      </w:r>
      <w:r>
        <w:rPr>
          <w:lang w:eastAsia="zh-CN"/>
        </w:rPr>
        <w:t>　　我校师生共同努力，相互协作，在比赛中出现了一幕又一幕的精彩瞬间。</w:t>
      </w:r>
      <w:r>
        <w:rPr>
          <w:lang w:eastAsia="zh-CN"/>
        </w:rPr>
        <w:br/>
      </w:r>
      <w:r>
        <w:rPr>
          <w:lang w:eastAsia="zh-CN"/>
        </w:rPr>
        <w:t>　　虽然比赛时间很短，不足以让我们尽情挥洒运动激情，更不足以让历史铭记，但半天儿的时间可以记载一种精神，传承一种动力。我们要在以后的学习和生活中把这种永不服输、一往无前的精神发扬光大。</w:t>
      </w:r>
      <w:r>
        <w:rPr>
          <w:lang w:eastAsia="zh-CN"/>
        </w:rPr>
        <w:br/>
      </w:r>
      <w:r>
        <w:rPr>
          <w:lang w:eastAsia="zh-CN"/>
        </w:rPr>
        <w:t>　　最后，祝愿我校的体育事业蒸蒸日上，祝愿我校的教育事业能够蓬勃发展!</w:t>
      </w:r>
      <w:r>
        <w:rPr>
          <w:lang w:eastAsia="zh-CN"/>
        </w:rPr>
        <w:br/>
      </w:r>
      <w:r>
        <w:rPr>
          <w:lang w:eastAsia="zh-CN"/>
        </w:rPr>
        <w:t xml:space="preserve">    田径运动会活动工作总结 篇3 </w:t>
      </w:r>
      <w:r>
        <w:rPr>
          <w:lang w:eastAsia="zh-CN"/>
        </w:rPr>
        <w:br/>
      </w:r>
      <w:r>
        <w:rPr>
          <w:lang w:eastAsia="zh-CN"/>
        </w:rPr>
        <w:t>　　同日，田径集训队正式成立，集训队采取老队员帮带新队员，体育部工作人员协助训练的形式进行训练。怀着为校争光的信念，运动员们不怕苦、不怕累，克服了诸如天气、身体等各方面的不利因素，都能做到按时按量、顺应科学规律来训练。</w:t>
      </w:r>
      <w:r>
        <w:rPr>
          <w:lang w:eastAsia="zh-CN"/>
        </w:rPr>
        <w:br/>
      </w:r>
      <w:r>
        <w:rPr>
          <w:lang w:eastAsia="zh-CN"/>
        </w:rPr>
        <w:t>　　11月13日，闽江学院第五届运动会正式拉开战幕。此次运动会，我院各级领导高度重视，积极备战，精心组织，周密筹划，师生上下同心，争创佳绩。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由于此次田径运动会其他院系都有大学生运动会的大量加分，我院分数起点明显处于劣势，但我院的体育健儿们并不退却，在三天的紧密赛程中，我院优势项目全面开花，捷报频传，显示了良好的体育竞技水平和用不言败的精神风貌。</w:t>
      </w:r>
      <w:r>
        <w:rPr>
          <w:lang w:eastAsia="zh-CN"/>
        </w:rPr>
        <w:br/>
      </w:r>
      <w:r>
        <w:rPr>
          <w:lang w:eastAsia="zh-CN"/>
        </w:rPr>
        <w:t>　　最终我们众志成城，团结协作，在经过了三天的激烈竞争之后，我院的体育健儿们取得了可喜的成绩，获得4个项目的冠军，在其他比赛项目中成绩也相当优秀。</w:t>
      </w:r>
      <w:r>
        <w:rPr>
          <w:lang w:eastAsia="zh-CN"/>
        </w:rPr>
        <w:br/>
      </w:r>
      <w:r>
        <w:rPr>
          <w:lang w:eastAsia="zh-CN"/>
        </w:rPr>
        <w:t>　　最终，取得了团体总分第六、田径总分第八、教工组总分第四的好成绩，并获得入场式优秀奖和体育道德风尚奖。在取得校运会辉煌成绩的同时，我们充分展现了西工大福州服装学院学子工作严谨、高效、务实的作风。</w:t>
      </w:r>
      <w:r>
        <w:rPr>
          <w:lang w:eastAsia="zh-CN"/>
        </w:rPr>
        <w:br/>
      </w:r>
      <w:r>
        <w:rPr>
          <w:lang w:eastAsia="zh-CN"/>
        </w:rPr>
        <w:t>　　当然，在运动会中，我们部门工作还不是尽善尽美的，工作中有许多不足，如工作人员安排不合理，保障物品没有及时到位等问题，通过老师的批评指正，我们及时改正了错误，并认真吸收老师同学们的意见，总结经验教训，进一步改善工作效率，改正缺点，争取在下一届运动会上与学院领导、老师、同学们共创辉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20__年过去了，成绩是过去的，在新的一年，我们将组织更多的体育活动，来丰富同学们的课余生活，提高同学们对体育的热爱。比如传统的足球赛、羽毛球赛和乒乓球赛等。还有新增项目“篮球全明星赛”，这是我院体育活动的一次大胆创新，将采取男女搭配组队的形式，使比赛更活跃更有趣，涉及面与参加面更广，体现体育活动的趣味性和广泛性。同时也是我校继女生定点投篮比赛后，又一个有女生参加的篮球项目，真正的调动了女生们的体育参与精神，相信又将是我们学院体育活动一个新的飞跃。</w:t>
      </w:r>
      <w:r>
        <w:rPr>
          <w:lang w:eastAsia="zh-CN"/>
        </w:rPr>
        <w:br/>
      </w:r>
      <w:r>
        <w:rPr>
          <w:lang w:eastAsia="zh-CN"/>
        </w:rPr>
        <w:t xml:space="preserve">    田径运动会活动工作总结 篇4 </w:t>
      </w:r>
      <w:r>
        <w:rPr>
          <w:lang w:eastAsia="zh-CN"/>
        </w:rPr>
        <w:br/>
      </w:r>
      <w:r>
        <w:rPr>
          <w:lang w:eastAsia="zh-CN"/>
        </w:rPr>
        <w:t>　　经过两天的激烈比拼，我院第七届田径运动会于四月二十八日午时顺利闭幕。闭幕式在南体育场隆重举行。此次运动会中我系男子团体取得了第八名。并且，又一次赢得了“精神礼貌参赛奖”。这些成绩的取得，是我系师生共同努力的结果，运动健儿的奋力拼搏为我系争得了荣誉。作为本届运动会直接参与者的体育部，在其他部门的配合下，承担起了主要职责。现我对本届运动会中我们的工作作一下总结：</w:t>
      </w:r>
      <w:r>
        <w:rPr>
          <w:lang w:eastAsia="zh-CN"/>
        </w:rPr>
        <w:br/>
      </w:r>
      <w:r>
        <w:rPr>
          <w:lang w:eastAsia="zh-CN"/>
        </w:rPr>
        <w:t>　　一、前期准备</w:t>
      </w:r>
      <w:r>
        <w:rPr>
          <w:lang w:eastAsia="zh-CN"/>
        </w:rPr>
        <w:br/>
      </w:r>
      <w:r>
        <w:rPr>
          <w:lang w:eastAsia="zh-CN"/>
        </w:rPr>
        <w:t>　　首先，我们体育部在赛前做了很多的动员工作，动员大家积极参赛。我们主要经过两种方式动员大家。</w:t>
      </w:r>
      <w:r>
        <w:rPr>
          <w:lang w:eastAsia="zh-CN"/>
        </w:rPr>
        <w:br/>
      </w:r>
      <w:r>
        <w:rPr>
          <w:lang w:eastAsia="zh-CN"/>
        </w:rPr>
        <w:t>　　1、到每个班级作动员工作，给大家宣传参加运动会的益处。</w:t>
      </w:r>
      <w:r>
        <w:rPr>
          <w:lang w:eastAsia="zh-CN"/>
        </w:rPr>
        <w:br/>
      </w:r>
      <w:r>
        <w:rPr>
          <w:lang w:eastAsia="zh-CN"/>
        </w:rPr>
        <w:t>　　2、课下与有能力参赛的同学沟通，鼓励他们多报项目。经过两方面的工作，一些有特长的同学都积极加入到了参赛队伍当中。为我系在运动会中取得好成绩打下了良好的基础。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其次，我们在赛前对参加开幕式方阵表演的同学进行了很多的训练。每一天抽出晚自习的时间进行训练。大家训练积极刻苦，经过一段时间的训练，方阵的整齐度得到了很大程度的提高，并且顺利经过了前两次的彩排工作。但在训练期间也出现了很多问题，比如，训练时不能够做到严肃认真、训练时间没有保证、参加方阵的同学一向不能全部到场，这些问题的出现给我们的方阵训练工作带来了很大的困难。</w:t>
      </w:r>
      <w:r>
        <w:rPr>
          <w:lang w:eastAsia="zh-CN"/>
        </w:rPr>
        <w:br/>
      </w:r>
      <w:r>
        <w:rPr>
          <w:lang w:eastAsia="zh-CN"/>
        </w:rPr>
        <w:t>　　二、赛前训练</w:t>
      </w:r>
      <w:r>
        <w:rPr>
          <w:lang w:eastAsia="zh-CN"/>
        </w:rPr>
        <w:br/>
      </w:r>
      <w:r>
        <w:rPr>
          <w:lang w:eastAsia="zh-CN"/>
        </w:rPr>
        <w:t>　　在今年的准备工作当中，运动员的训练工作没有做好，因为很多运动员都参加了方阵的训练工作，这两者在训练时间上有冲突。所以，在明年的前期准备工作当中，运动员训练工作应当提前，避免再次出现这种情景。此外，我们没有构成明确的训练制度，运动员训练纪律太涣散，并且训练期间缺乏有经验的同学或者教师的指导，导致训练具有必须的盲目性。训练时间短、强度不够大，没有起到很好的作用。这对以后的运动会赛前训练提出了更高的要求。</w:t>
      </w:r>
      <w:r>
        <w:rPr>
          <w:lang w:eastAsia="zh-CN"/>
        </w:rPr>
        <w:br/>
      </w:r>
      <w:r>
        <w:rPr>
          <w:lang w:eastAsia="zh-CN"/>
        </w:rPr>
        <w:t>　　三、后勤服务</w:t>
      </w:r>
      <w:r>
        <w:rPr>
          <w:lang w:eastAsia="zh-CN"/>
        </w:rPr>
        <w:br/>
      </w:r>
      <w:r>
        <w:rPr>
          <w:lang w:eastAsia="zh-CN"/>
        </w:rPr>
        <w:t>　　在运动会前期，我们体育部制定了《第七届运动会工作安排表》，将运动会期间的所有工作分给了学生会的每个部门。但在运动会这两天的.时间里，我们发现一些部门不能够认真完成自我的任务。具体存在的问题有以下几点：</w:t>
      </w:r>
      <w:r>
        <w:rPr>
          <w:lang w:eastAsia="zh-CN"/>
        </w:rPr>
        <w:br/>
      </w:r>
      <w:r>
        <w:rPr>
          <w:lang w:eastAsia="zh-CN"/>
        </w:rPr>
        <w:t>　　1、虽然在运动会前期我们针对新闻宣传工作制定了详细的工作计划，但在实施期间，宣传部门并没有认真对待，新闻上传太慢，没有时效性。新闻上传太少，不能够引起领导重视。</w:t>
      </w:r>
      <w:r>
        <w:rPr>
          <w:lang w:eastAsia="zh-CN"/>
        </w:rPr>
        <w:br/>
      </w:r>
      <w:r>
        <w:rPr>
          <w:lang w:eastAsia="zh-CN"/>
        </w:rPr>
        <w:t>　　2、很多运动员参赛时拍摄的照片效果不好，不能够作为下届运动会的宣传材料，并且，有些项目没有拍摄照片。</w:t>
      </w:r>
      <w:r>
        <w:rPr>
          <w:lang w:eastAsia="zh-CN"/>
        </w:rPr>
        <w:br/>
      </w:r>
      <w:r>
        <w:rPr>
          <w:lang w:eastAsia="zh-CN"/>
        </w:rPr>
        <w:t>　　3、运动员的接待工作做的不够充分，没有指定人员专门负责接送我系参赛运动员。也没有安排人员为我系参加长跑的运动员送水。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4、钉鞋、参赛服的收发记录不明确，导致运动会结束后衣服丢失。</w:t>
      </w:r>
      <w:r>
        <w:rPr>
          <w:lang w:eastAsia="zh-CN"/>
        </w:rPr>
        <w:br/>
      </w:r>
      <w:r>
        <w:rPr>
          <w:lang w:eastAsia="zh-CN"/>
        </w:rPr>
        <w:t>　　5、运动员检录不及时，导致一些项目没有能够参赛。在以后的运动会中应当抽出两个人负责运动员的检录工作。</w:t>
      </w:r>
      <w:r>
        <w:rPr>
          <w:lang w:eastAsia="zh-CN"/>
        </w:rPr>
        <w:br/>
      </w:r>
      <w:r>
        <w:rPr>
          <w:lang w:eastAsia="zh-CN"/>
        </w:rPr>
        <w:t>　　6、看台啦啦队不能够热烈，有我系运动员参赛时口号喊的不够响亮，并且，大鼓没有起到很好的作用。</w:t>
      </w:r>
      <w:r>
        <w:rPr>
          <w:lang w:eastAsia="zh-CN"/>
        </w:rPr>
        <w:br/>
      </w:r>
      <w:r>
        <w:rPr>
          <w:lang w:eastAsia="zh-CN"/>
        </w:rPr>
        <w:t>　　经过此次运动会，我们发现了学生会各部门的协作能力还有待加强，一些部门的工作能力需要提升，对待工作的态度还需转变。运动会是一个展示系风、系貌的平台，也是对学生会工作能力的一次考核，我们要认真对待在此期间出现的一些问题，及时发现，及时解决。为下一届运动会奠定良好的基础。</w:t>
      </w:r>
      <w:r>
        <w:rPr>
          <w:lang w:eastAsia="zh-CN"/>
        </w:rPr>
        <w:br/>
      </w:r>
      <w:r>
        <w:rPr>
          <w:lang w:eastAsia="zh-CN"/>
        </w:rPr>
        <w:t xml:space="preserve">    田径运动会活动工作总结 篇5 </w:t>
      </w:r>
      <w:r>
        <w:rPr>
          <w:lang w:eastAsia="zh-CN"/>
        </w:rPr>
        <w:br/>
      </w:r>
      <w:r>
        <w:rPr>
          <w:lang w:eastAsia="zh-CN"/>
        </w:rPr>
        <w:t>　　一年一度的大学生春季田径运动会在学院各部门的配合下以及老师的带领下圆满落幕。</w:t>
      </w:r>
      <w:r>
        <w:rPr>
          <w:lang w:eastAsia="zh-CN"/>
        </w:rPr>
        <w:br/>
      </w:r>
      <w:r>
        <w:rPr>
          <w:lang w:eastAsia="zh-CN"/>
        </w:rPr>
        <w:t>　　这次运动会我院取得了女子团体第四名、男子团体第五名的好成绩。总体上说是取得了非常优异的成绩，运动会中我院开展工作有许多值得肯定的地方。</w:t>
      </w:r>
      <w:r>
        <w:rPr>
          <w:lang w:eastAsia="zh-CN"/>
        </w:rPr>
        <w:br/>
      </w:r>
      <w:r>
        <w:rPr>
          <w:lang w:eastAsia="zh-CN"/>
        </w:rPr>
        <w:t>　　1、从运动会的筹备开始，就得到了学院领导的高度重视和大力支持，在开学不久刘老师就此次运动会的相关工作提到了工作日程上来。在体育部的安排下，我们很快就完成了运动会的报名及运动员的筛选。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2、运动员的态度十分认真。从方队训练到运动项目训练，大家都十分积极热情，烈日再大，训练时间再长同学们也没有什么怨言。我院师生都本着一颗“要做就做最好的”心态去完成此次运动会中的每一项工作。</w:t>
      </w:r>
      <w:r>
        <w:rPr>
          <w:lang w:eastAsia="zh-CN"/>
        </w:rPr>
        <w:br/>
      </w:r>
      <w:r>
        <w:rPr>
          <w:lang w:eastAsia="zh-CN"/>
        </w:rPr>
        <w:t>　　3、老师的积极参与。在运动场上当别的学院都只剩下寥寥无几的几位老师时，我们材料学院的老师们都在和同学们一起战斗，为他们加油、呐喊、助威及相关的`后勤工作，我想也是这种团结的精神这种不抛弃不放弃的精神才能使我们取得如此优异的成绩。</w:t>
      </w:r>
      <w:r>
        <w:rPr>
          <w:lang w:eastAsia="zh-CN"/>
        </w:rPr>
        <w:br/>
      </w:r>
      <w:r>
        <w:rPr>
          <w:lang w:eastAsia="zh-CN"/>
        </w:rPr>
        <w:t>　　存在的不足：</w:t>
      </w:r>
      <w:r>
        <w:rPr>
          <w:lang w:eastAsia="zh-CN"/>
        </w:rPr>
        <w:br/>
      </w:r>
      <w:r>
        <w:rPr>
          <w:lang w:eastAsia="zh-CN"/>
        </w:rPr>
        <w:t>　　1、报名工作有点拖沓，以致最后运动员的确定有点晚。</w:t>
      </w:r>
      <w:r>
        <w:rPr>
          <w:lang w:eastAsia="zh-CN"/>
        </w:rPr>
        <w:br/>
      </w:r>
      <w:r>
        <w:rPr>
          <w:lang w:eastAsia="zh-CN"/>
        </w:rPr>
        <w:t>　　2、训练。因为运动会前几周都在下雨，所以我们的训练工作都没能很好的实施起来，希望以后我们能把运动员的训练日程提前，争取做到每一个项目都能达到有效的训练，再就是制定一个应急方案，如下雨我们在那训练，怎样训练等。</w:t>
      </w:r>
      <w:r>
        <w:rPr>
          <w:lang w:eastAsia="zh-CN"/>
        </w:rPr>
        <w:br/>
      </w:r>
      <w:r>
        <w:rPr>
          <w:lang w:eastAsia="zh-CN"/>
        </w:rPr>
        <w:t>　　3、工作人员的职责不是很明确以及责任心不是很强。主要表现在有工作人员中途溜号、各班班长没有按照工作职责表做事还有很多班长没到现场。希望以后的每位工作人员都能对自己的工作负责，对自己的所负责的工作能做到亲力亲为，就算是把工作安排下去也应做好有效的沟通。</w:t>
      </w:r>
      <w:r>
        <w:rPr>
          <w:lang w:eastAsia="zh-CN"/>
        </w:rPr>
        <w:br/>
      </w:r>
      <w:r>
        <w:rPr>
          <w:lang w:eastAsia="zh-CN"/>
        </w:rPr>
        <w:t>　　4、后勤。主要体现在供水方面，因人员较少，工作人员都专注自己喜欢的比赛项目，所以此项工作做得不是很好，希望下次能多增加人员。但值得肯定的是因为下雨天气较冷而事先并未准备热水，该负责人主动去打热水让同学们能有热水喝。</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当然，在运动会中，我们部门工作还不是尽善尽美的，工作中有许多不足，如工作人员安排不合理，工作职责的不明确，通过老师的批评指正，我们及时改正了错误，并认真吸收老师同学们的意见，总结经验教训，进一步改善工作效率，改正缺点，争取在下一届运动会上与学院领导、老师、同学们共创辉煌!</w:t>
      </w:r>
      <w:r>
        <w:rPr>
          <w:lang w:eastAsia="zh-CN"/>
        </w:rPr>
        <w:br/>
      </w:r>
      <w:r>
        <w:rPr>
          <w:lang w:eastAsia="zh-CN"/>
        </w:rPr>
        <w:t xml:space="preserve">    田径运动会活动工作总结 篇6 </w:t>
      </w:r>
      <w:r>
        <w:rPr>
          <w:lang w:eastAsia="zh-CN"/>
        </w:rPr>
        <w:br/>
      </w:r>
      <w:r>
        <w:rPr>
          <w:lang w:eastAsia="zh-CN"/>
        </w:rPr>
        <w:t>　　自从九月份开学后，每天忙得是不亦乐乎，每天两个大课间必须亲自监督发令、6个班 的体育课，还有每天下午的两节训练，别说悠闲地看个电影了，就连书就没时间没精力去看了，整天想的就是如何训练如何上课，如何调动学生上课的积极性，如何提高运动员的成绩等等，初四的体育课、大课间活动和课外锻炼我一个人全包了，真的很过瘾啊！</w:t>
      </w:r>
      <w:r>
        <w:rPr>
          <w:lang w:eastAsia="zh-CN"/>
        </w:rPr>
        <w:br/>
      </w:r>
      <w:r>
        <w:rPr>
          <w:lang w:eastAsia="zh-CN"/>
        </w:rPr>
        <w:t>　　上周一至周四全市的中小学生田径运动会在我校举办，这给我省去了好多麻烦，不用操心学生的交通安全，还好校长听从我的建议给学生安排了两顿午餐，运动员们也尽全力为自己为学校挣得了荣誉，最后获得了团体市直第三名，全市排名中女子第六，市直第三，男子全市第九，市直第四。和各县区都是综合代表队，比我们一个学校的实力要强得多得多，我们在市直学校里排名这么靠前确实不易。</w:t>
      </w:r>
      <w:r>
        <w:rPr>
          <w:lang w:eastAsia="zh-CN"/>
        </w:rPr>
        <w:br/>
      </w:r>
      <w:r>
        <w:rPr>
          <w:lang w:eastAsia="zh-CN"/>
        </w:rPr>
        <w:t>　　有成绩还有不足，如果大家都发挥好的话，特别是最后的4_100米接力不出现意外的话，我们的成绩还得提高一大截，所以我还得认真总结一下，以便明年能取得更好的成绩。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我们取得的成绩主要是男女跳远、三级跳远，男女跨栏和跳高，女子短跑，其他项目我们的实力不如人也就算了，还有能取得名次没有取得是：男子4_400米接力交接棒有一棒失误比第六名慢了0.3秒没能进入决赛，男子4_100米第一棒起跑时抢跑犯规被罚下，女子4_100米接力第二棒被外界影响停下了几秒钟，男子400米栏速度很好就是跨栏动作没学会导致没能进入决赛，其他就是运动员平时训练不刻苦，太大意，导致自己实力不如人。</w:t>
      </w:r>
      <w:r>
        <w:rPr>
          <w:lang w:eastAsia="zh-CN"/>
        </w:rPr>
        <w:br/>
      </w:r>
      <w:r>
        <w:rPr>
          <w:lang w:eastAsia="zh-CN"/>
        </w:rPr>
        <w:t>　　这次选人定项目时间太紧张，好多细节没能研究好，所以下次选人的时候要注重学生的吃苦精神和意志品质，特别是技术性强的项目更应注意平时训练的细节，选对人选对项目还要注意临场经验和临场发挥，希望明年我们能取得更优异的成绩！</w:t>
      </w:r>
      <w:r>
        <w:rPr>
          <w:lang w:eastAsia="zh-CN"/>
        </w:rPr>
        <w:br/>
      </w:r>
      <w:r>
        <w:rPr>
          <w:lang w:eastAsia="zh-CN"/>
        </w:rPr>
        <w:t xml:space="preserve">    田径运动会活动工作总结 篇7 </w:t>
      </w:r>
      <w:r>
        <w:rPr>
          <w:lang w:eastAsia="zh-CN"/>
        </w:rPr>
        <w:br/>
      </w:r>
      <w:r>
        <w:rPr>
          <w:lang w:eastAsia="zh-CN"/>
        </w:rPr>
        <w:t>　　为了增强学生的体魄，为了学生有健康的身体素质，我院在四月份举办了20--年春季运动会，本月最后之际我部对运动会工作做以总结：</w:t>
      </w:r>
      <w:r>
        <w:rPr>
          <w:lang w:eastAsia="zh-CN"/>
        </w:rPr>
        <w:br/>
      </w:r>
      <w:r>
        <w:rPr>
          <w:lang w:eastAsia="zh-CN"/>
        </w:rPr>
        <w:t>　　为了响应运动会的号召及运动会文化精神,调动大家对运动积极支持、配合、参加的主动性。我系学生会在运动会期间;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首先进行了选拔工作，我们对所有项目报名的学生进行了选拔工作，在选拔的过程中，我们严格筛选，根据每个项目的比赛规则进行预赛，根据每个报名同学的成绩来择优选择。为期一个多星期的选拔工作，体现出了我们系同学们对于运动会的热情;在选拔过程中，我们进行了很好的组织，做到了公平公正公开，保证每个报名的同学都有机会参加选拔。</w:t>
      </w:r>
      <w:r>
        <w:rPr>
          <w:lang w:eastAsia="zh-CN"/>
        </w:rPr>
        <w:br/>
      </w:r>
      <w:r>
        <w:rPr>
          <w:lang w:eastAsia="zh-CN"/>
        </w:rPr>
        <w:t>　　接着是对选拔出来的运动员进行训练，训练工作是整个活动的重要环节。在不超负荷的情况下对运动员进行了高强度的训练，保证运动员的比赛状态，要求每一个运动员按照文体部安排的训练计划严格执行，在此过程中，文体部的干事们负责保证运动员在训练过程中的安全，陪同运动员进行训练。同时，在训练过程中仍发现了一些问题，例如运动员的情绪问题，有些时候运动员面对高强度的训练出现了不想训练的情况，在这种情况之下，文体部应该如何做好情绪的安抚工作还是一个有待改进的问题。在运动会进行的期间，整个学生会分工负责，文体部主要负责。在比赛过程中，文体部的干事负责了运动员的后勤工作，以及督促运动员按时检录并参加比赛，保证的运动会进行过程中，电子系运动员各项比赛的顺利进行。但同时也暴露出了一些漏洞，例如与其他部门的配合与协调，未能有效的互动，使得有些工作做的匆忙或缺憾。</w:t>
      </w:r>
      <w:r>
        <w:rPr>
          <w:lang w:eastAsia="zh-CN"/>
        </w:rPr>
        <w:br/>
      </w:r>
      <w:r>
        <w:rPr>
          <w:lang w:eastAsia="zh-CN"/>
        </w:rPr>
        <w:t>　　在这个活动中，文体部的每个干事都做出了努力，完成好了自己分内的事情，保证的比赛的顺利进行，但对于活动中所出现的一些问题，还有待改进。</w:t>
      </w:r>
      <w:r>
        <w:rPr>
          <w:lang w:eastAsia="zh-CN"/>
        </w:rPr>
        <w:br/>
      </w:r>
      <w:r>
        <w:rPr>
          <w:lang w:eastAsia="zh-CN"/>
        </w:rPr>
        <w:t>　　其次，我系本部在此期间积极配合文体部及相关部门制作运动会运动表演方阵所需道具，我部还按照院上要求宣传本次运动会。</w:t>
      </w:r>
      <w:r>
        <w:rPr>
          <w:lang w:eastAsia="zh-CN"/>
        </w:rPr>
        <w:br/>
      </w:r>
      <w:r>
        <w:rPr>
          <w:lang w:eastAsia="zh-CN"/>
        </w:rPr>
        <w:t>　　宣传方式：</w:t>
      </w:r>
      <w:r>
        <w:rPr>
          <w:lang w:eastAsia="zh-CN"/>
        </w:rPr>
        <w:br/>
      </w:r>
      <w:r>
        <w:rPr>
          <w:lang w:eastAsia="zh-CN"/>
        </w:rPr>
        <w:t>　　我电子信息以我系特色办了宣传展板;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展板设计;是以ipad平板电脑为模型的一块展板既体现电子风味又有运动气息。</w:t>
      </w:r>
      <w:r>
        <w:rPr>
          <w:lang w:eastAsia="zh-CN"/>
        </w:rPr>
        <w:br/>
      </w:r>
      <w:r>
        <w:rPr>
          <w:lang w:eastAsia="zh-CN"/>
        </w:rPr>
        <w:t>　　展板内容;主要采用平板电脑的主题内容为基础，但是我们巧妙融入运动表识，显得整个版面华丽而充满高贵又有运动精神文化高雅画面。</w:t>
      </w:r>
      <w:r>
        <w:rPr>
          <w:lang w:eastAsia="zh-CN"/>
        </w:rPr>
        <w:br/>
      </w:r>
      <w:r>
        <w:rPr>
          <w:lang w:eastAsia="zh-CN"/>
        </w:rPr>
        <w:t>　　展板表达;一个ipad模型既表达了电子科技产品的气息，又描述了运会的文化结晶。</w:t>
      </w:r>
      <w:r>
        <w:rPr>
          <w:lang w:eastAsia="zh-CN"/>
        </w:rPr>
        <w:br/>
      </w:r>
      <w:r>
        <w:rPr>
          <w:lang w:eastAsia="zh-CN"/>
        </w:rPr>
        <w:t>　　展板描述;以科技产品的模式描述运动会的文化。</w:t>
      </w:r>
      <w:r>
        <w:rPr>
          <w:lang w:eastAsia="zh-CN"/>
        </w:rPr>
        <w:br/>
      </w:r>
      <w:r>
        <w:rPr>
          <w:lang w:eastAsia="zh-CN"/>
        </w:rPr>
        <w:t>　　最后，我系的运动健儿以及运动期间的所有工作人员门由于都尽职尽责、以身作则。所以我系在本月举行了运动会表彰大会，奖励了在运动会期间的所有优秀人员。</w:t>
      </w:r>
      <w:r>
        <w:rPr>
          <w:lang w:eastAsia="zh-CN"/>
        </w:rPr>
        <w:br/>
      </w:r>
      <w:r>
        <w:rPr>
          <w:lang w:eastAsia="zh-CN"/>
        </w:rPr>
        <w:t>　　综上所述，是我电子系学生会学宣部对我院20--届春季运动的工作总结。</w:t>
      </w:r>
      <w:r>
        <w:rPr>
          <w:lang w:eastAsia="zh-CN"/>
        </w:rPr>
        <w:br/>
      </w:r>
      <w:r>
        <w:rPr>
          <w:lang w:eastAsia="zh-CN"/>
        </w:rPr>
        <w:t xml:space="preserve">    田径运动会活动工作总结 篇8 </w:t>
      </w:r>
      <w:r>
        <w:rPr>
          <w:lang w:eastAsia="zh-CN"/>
        </w:rPr>
        <w:br/>
      </w:r>
      <w:r>
        <w:rPr>
          <w:lang w:eastAsia="zh-CN"/>
        </w:rPr>
        <w:t>　　上海市市运会田径比赛结束了，通过本次比赛收获良多，酸甜苦辣回味心田。有开心的，有激动的，有遗憾的，有难过的。整整一年的艰苦训练，整整一年的付出只为了这次比赛。4年一届的比赛是如此的难得，如此的让人不堪回首。举全校之力，倾注了多少心血，有多少个夜晚彻夜难眠，辗转反侧。如今，终于结束了，紧绷的神经一瞬间仿佛放开了，那一幕幕艰苦奋斗的画面像电影片段在脑海中不断闪现。</w:t>
      </w:r>
      <w:r>
        <w:rPr>
          <w:lang w:eastAsia="zh-CN"/>
        </w:rPr>
        <w:br/>
      </w:r>
      <w:r>
        <w:rPr>
          <w:lang w:eastAsia="zh-CN"/>
        </w:rPr>
        <w:t>　　一、比赛准备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为了这次大赛，我们暑假、寒假、国庆假期都没有休息，不管是寒冬腊月还是炎炎酷暑，我们都在坚持训练。区政府、体育局、教育局、学校的领导都相当重视本次比赛，投入了大量的财力物力保障后勤工作。在暑期高温天下，身临一线督战训练，慰问教练员和运动员。体育局为学校一年内就添置了十几万的训练器材，学校为了让学生更好的训练休息，尽管学校经费紧张，但是依然提高了伙食标准，对校舍教室进行了维修。为了检验训练质量，学校多次与卢湾少体校进行了田径对抗赛。同时，特别加强了与二线教练员的沟通，第一时间掌握输送运动员的第一手材料。</w:t>
      </w:r>
      <w:r>
        <w:rPr>
          <w:lang w:eastAsia="zh-CN"/>
        </w:rPr>
        <w:br/>
      </w:r>
      <w:r>
        <w:rPr>
          <w:lang w:eastAsia="zh-CN"/>
        </w:rPr>
        <w:t>　　二、比赛成绩</w:t>
      </w:r>
      <w:r>
        <w:rPr>
          <w:lang w:eastAsia="zh-CN"/>
        </w:rPr>
        <w:br/>
      </w:r>
      <w:r>
        <w:rPr>
          <w:lang w:eastAsia="zh-CN"/>
        </w:rPr>
        <w:t>　　本次比赛，田径项目获得了8金，7银，8铜，11个第四名，5个第五名，5个第六名，1个第七名，3个第八名，总分为280分左右。上届市运会田径项目获得了3金，总分为189分。从金牌数目上看增加了一枚。上届比赛积分赛制前八名为1——13分，本届比赛积分赛制前八名为1——9分。</w:t>
      </w:r>
      <w:r>
        <w:rPr>
          <w:lang w:eastAsia="zh-CN"/>
        </w:rPr>
        <w:br/>
      </w:r>
      <w:r>
        <w:rPr>
          <w:lang w:eastAsia="zh-CN"/>
        </w:rPr>
        <w:t>　　因此，本届团体总分是远远超越往届。从奖牌总数和团体总分来看是学校历史最佳。虽然取得了这样的成绩，作为学校校务班子而言，还是有些许遗憾和失落。比赛前体育局给我们学校的任务是6枚金牌，6枚金牌对我校而言是有难度的，这需要我们计算在内的金牌必须不出意外的全部入帐。尽管难度很大，但是，我们的决心和激情促使我们义无返顾向着目标而奋斗。6块银牌有3块与金牌差之毫厘，有个别强项意外地出现了失误，这些令我们深深自责，也更加激发了我们好好总结，百尺竿头，更进一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三、比赛分析</w:t>
      </w:r>
      <w:r>
        <w:rPr>
          <w:lang w:eastAsia="zh-CN"/>
        </w:rPr>
        <w:br/>
      </w:r>
      <w:r>
        <w:rPr>
          <w:lang w:eastAsia="zh-CN"/>
        </w:rPr>
        <w:t>　　1、径赛项目有突破：我校在径赛项目上向来比较薄弱，径赛项目参赛人数多，项目具有普遍性，因此，获得好成绩确实很难。历史上我校从没在大赛中获得过径赛冠军。但是，在本次比赛中我校在男子400米上获得了冠军。男子200米决赛中，我校有四名运动员进入决赛，占据半壁江山，隐隐形成集团优势。男女共5人达到二级水平，我们在径赛项目上终于完成0的突破。</w:t>
      </w:r>
      <w:r>
        <w:rPr>
          <w:lang w:eastAsia="zh-CN"/>
        </w:rPr>
        <w:br/>
      </w:r>
      <w:r>
        <w:rPr>
          <w:lang w:eastAsia="zh-CN"/>
        </w:rPr>
        <w:t>　　2、田赛项目受到巨大冲击：田赛项目本是我校传统优势项目，无论标枪还是铅球，都具有集团优势，市里多次比赛都曾获得过4枚以上的金牌，本次大赛，我校对田赛项目寄于厚望。但是，在传统优势项目上我校只获得两枚金牌，究其原因，原因有二：</w:t>
      </w:r>
      <w:r>
        <w:rPr>
          <w:lang w:eastAsia="zh-CN"/>
        </w:rPr>
        <w:br/>
      </w:r>
      <w:r>
        <w:rPr>
          <w:lang w:eastAsia="zh-CN"/>
        </w:rPr>
        <w:t>　　第一，本次大赛，个别区县引进了高水平的运动员，在男b，男c，女b铅球项目上，我们都败给了引进的运动员。</w:t>
      </w:r>
      <w:r>
        <w:rPr>
          <w:lang w:eastAsia="zh-CN"/>
        </w:rPr>
        <w:br/>
      </w:r>
      <w:r>
        <w:rPr>
          <w:lang w:eastAsia="zh-CN"/>
        </w:rPr>
        <w:t>　　第二，我校对于优势项目产生了一定的轻敌怠慢情绪，在女c，男c标枪上大意失荊州，过于乐观的前景导致赛前出现了伤病，把最稳定的夺金点丢失了。可以说，本次的铅球，标枪项目遭到了前所未有的打击。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3、心理承受能力差：本次比赛，有至少3个项目由于运动员赛前紧张，肌肉僵硬，发挥失常，导致个别本有望创造佳绩的项目没能获得突破，没有发挥出平时训练的水平，除了由于没有绝对的实力，自信心缺失以外，我校业训处对学生心理承受能力的引导远远不够，学校缺少专业的心理咨询老师，也没有系统的一套运动心理辅助课程。比赛大场面经历的也比较少，运动员实践经验比较缺乏。这点值得我们在以后的工作中好好总结。</w:t>
      </w:r>
      <w:r>
        <w:rPr>
          <w:lang w:eastAsia="zh-CN"/>
        </w:rPr>
        <w:br/>
      </w:r>
      <w:r>
        <w:rPr>
          <w:lang w:eastAsia="zh-CN"/>
        </w:rPr>
        <w:t>　　4、后勤保障不全面：尽管本次比赛赛前准备我们以为做面面俱到，但是真的到了比赛还是在许多细节上体现出不足。比赛中学生出现了一定的伤病，但是我们的医疗辅助保障没有跟上，任由受伤的运动员继续比赛，而没有采取紧急医疗手段，说明我校紧急预案并不周到。比赛第二天下午本有三个冲金点，但是由于租赁车辆突然离开，导致许多兼项运动员从上午9点以后没有固定的休息场所，中午得不到充分的`休息，许多运动员就像没家的孩子，坐在路边休息，严重影响了第二天的运动成绩。这些方面都值得我们在以后的工作中继续加强。</w:t>
      </w:r>
      <w:r>
        <w:rPr>
          <w:lang w:eastAsia="zh-CN"/>
        </w:rPr>
        <w:br/>
      </w:r>
      <w:r>
        <w:rPr>
          <w:lang w:eastAsia="zh-CN"/>
        </w:rPr>
        <w:t>　　四、比赛精神</w:t>
      </w:r>
      <w:r>
        <w:rPr>
          <w:lang w:eastAsia="zh-CN"/>
        </w:rPr>
        <w:br/>
      </w:r>
      <w:r>
        <w:rPr>
          <w:lang w:eastAsia="zh-CN"/>
        </w:rPr>
        <w:t>　　为了十四届市运会，我们少体校的教练们体现出了勇往无前，锐意进取，顾大家弃小家的少体精神。我们的王建中教练和吴立新教练没有两年都快退休了，几十年如一日的严谨和钻研是他们每天训练的写照。这个暑假王建中教练的脸更加黝黑沧桑了，吴立新教练的鱼尾纹更加深了，吴教练暑期训练中左腿突然相当疼痛，去上海检查后确诊为左腿血管栓，医生建议他马上休息动手术，业训处也希望他能好好保重身体，把他的队员暂时交给其他教练，但是，他一定要坚持亲自带，每天依然巍然站立在场上进行着训练指导。训练场上总能听到两位老教练中气十足的呐喊，他们是长辈，也是榜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韩国芬教练60岁了，她是我校唯一的外聘教练，她的铅球队是我校的金牌之师，老太太暑训前总梦见自己的老妈妈，她的母亲在外地，一年来韩教练从没回去见过自己的母亲，韩教练的母亲年纪已经很大了，韩教练支身一人来到奉贤，每逢佳节倍思亲，韩教练常常担心母亲的身体，甚至担心到偷偷流泪，学校本打算让韩教练回家乡一个月尽尽孝道，可是她说还是放心不下队里的学生，坚持暑假中留在少体校坚持训练，四年一届的市运会代表着奉贤青少年竞技体育的最高水平，她无法割舍她队里的每一位队员。</w:t>
      </w:r>
      <w:r>
        <w:rPr>
          <w:lang w:eastAsia="zh-CN"/>
        </w:rPr>
        <w:br/>
      </w:r>
      <w:r>
        <w:rPr>
          <w:lang w:eastAsia="zh-CN"/>
        </w:rPr>
        <w:t>　　冯利兵教练的母亲在暑期当中离开了人世，子欲养而亲不在，这种苦，痛彻心扉，整个暑假他瘦了一圈，眼眶里总饱含着泪水，业训处的教练们安慰他，鼓励他。有时候甚至都不忍心看他消瘦的脸庞，听他那嘶哑的声音。但是，他坚强的挺过来了，把所有的伤痛转化成对学生的热爱，义无返顾的在训练场上。他说：“现在的他父亲和母亲都已经不在了，他有的就是队里的这些队员了。”</w:t>
      </w:r>
      <w:r>
        <w:rPr>
          <w:lang w:eastAsia="zh-CN"/>
        </w:rPr>
        <w:br/>
      </w:r>
      <w:r>
        <w:rPr>
          <w:lang w:eastAsia="zh-CN"/>
        </w:rPr>
        <w:t>　　暑假训练中，半夜有一名队员病倒了，发烧39度不退，张健教练二话没说，起来披件衣服就赶到学校，送学生到医院。挂号、就诊、取药、挂盐水，然后陪着她，给她讲故事一直到天亮。看着她因高烧而红扑扑的小脸慢慢的恢复正常，张教练悬着的心总算放心了些。有人问他：“你这样不累啊？整天都是这样的事情。”他笑而答到：“毕竟家长放心的把学生交给你，你就是他们的爸爸和妈妈！累点也没什么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杨晓峰教练今年暑假在得知妻子怀孕后，他将反应剧烈的妻子留给丈母娘照顾，毅然决定返回到工作岗位上；与此同时，将杨教练抚养长大的姑姑突然病重，在她弥留之际不断地喊着自己侄子的名字，而九十多岁的外公也在之后的一周离开了人世，但很遗憾，杨教练终究没能见到姑姑和外公的最后一面，亲人的离世终于让他病倒了，可杨教练上午打针过后，下午就又回到了工作岗位上。</w:t>
      </w:r>
      <w:r>
        <w:rPr>
          <w:lang w:eastAsia="zh-CN"/>
        </w:rPr>
        <w:br/>
      </w:r>
      <w:r>
        <w:rPr>
          <w:lang w:eastAsia="zh-CN"/>
        </w:rPr>
        <w:t>　　阳刚男儿也有侠骨柔情，教练员们也有那么多的伤心和难过，但他们更多体会到的是作为一名教练员所体现的精神，我们都是没有光环的人，我们可以跌到、可以失败，但我们不能丧失斗志和信心！很朴实，很平凡，平凡的如同沧海之水，大地尘埃，但水滴也有追求、尘埃也有梦想。体育事业对于教练员们来说是溶于皮肤，骨骼，血液里的追求。我们将继续发扬这种少体精神，将少体精神进行到底。</w:t>
      </w:r>
      <w:r>
        <w:rPr>
          <w:lang w:eastAsia="zh-CN"/>
        </w:rPr>
        <w:br/>
      </w:r>
      <w:r>
        <w:rPr>
          <w:lang w:eastAsia="zh-CN"/>
        </w:rPr>
        <w:t>　　五、比赛后续</w:t>
      </w:r>
      <w:r>
        <w:rPr>
          <w:lang w:eastAsia="zh-CN"/>
        </w:rPr>
        <w:br/>
      </w:r>
      <w:r>
        <w:rPr>
          <w:lang w:eastAsia="zh-CN"/>
        </w:rPr>
        <w:t>　　不管结局如何，十四届上海市市运会田径比赛已经结束了。这一届的遗憾和夙愿让我们在下一届完成。从比赛结束的伊始，我们已经将目光看向了未来。我们必须时刻保持忧患意识，用发展的眼光来看待少体校的改变。</w:t>
      </w:r>
      <w:r>
        <w:rPr>
          <w:lang w:eastAsia="zh-CN"/>
        </w:rPr>
        <w:br/>
      </w:r>
      <w:r>
        <w:rPr>
          <w:lang w:eastAsia="zh-CN"/>
        </w:rPr>
        <w:t>　　首先，就目前的项目设置来看，我们学校的冲金点已经基本达到饱和，下一个阶段，我们要大力发展自行车项目。同时，需要对项目设置进行新的调整。我们追求在田径上出高水平的运动员，但是也不能认死理钻牛角尖，变通也是必要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其次，我们的教练员队伍建设有待加强和提高，好的运动员需要好的教练才能人尽其用，随着老教练年龄日益增大，年轻教练一时难以接上班，我们需要通过各种渠道，各种手段加快教练队伍建设，甚至可以外聘高水平教练。</w:t>
      </w:r>
      <w:r>
        <w:rPr>
          <w:lang w:eastAsia="zh-CN"/>
        </w:rPr>
        <w:br/>
      </w:r>
      <w:r>
        <w:rPr>
          <w:lang w:eastAsia="zh-CN"/>
        </w:rPr>
        <w:t>　　最后，必须把好招生关和输送关，招生是基础，输送是保障。</w:t>
      </w:r>
      <w:r>
        <w:rPr>
          <w:lang w:eastAsia="zh-CN"/>
        </w:rPr>
        <w:br/>
      </w:r>
      <w:r>
        <w:rPr>
          <w:lang w:eastAsia="zh-CN"/>
        </w:rPr>
        <w:t>　　比赛虽然已经结束，但是我们前进的步伐不会停止。每一种创伤，都是一种成熟。这次没有完全完成指标我们不甘心，这种不甘将会化成动力，时刻督促我们再接再励，永不言败，终有一天将奉贤少体校打造成上海市一流的体育人才后备体校。</w:t>
      </w:r>
      <w:r>
        <w:rPr>
          <w:lang w:eastAsia="zh-CN"/>
        </w:rPr>
        <w:br/>
      </w:r>
      <w:r>
        <w:rPr>
          <w:lang w:eastAsia="zh-CN"/>
        </w:rPr>
        <w:t xml:space="preserve">    田径运动会活动工作总结 篇9 </w:t>
      </w:r>
      <w:r>
        <w:rPr>
          <w:lang w:eastAsia="zh-CN"/>
        </w:rPr>
        <w:br/>
      </w:r>
      <w:r>
        <w:rPr>
          <w:lang w:eastAsia="zh-CN"/>
        </w:rPr>
        <w:t>　　在紧张、激烈、精彩、公正的气氛中，中心小学田径运动会圆满结束了。</w:t>
      </w:r>
      <w:r>
        <w:rPr>
          <w:lang w:eastAsia="zh-CN"/>
        </w:rPr>
        <w:br/>
      </w:r>
      <w:r>
        <w:rPr>
          <w:lang w:eastAsia="zh-CN"/>
        </w:rPr>
        <w:t>　　一、领导高度重视，组织指挥得力。</w:t>
      </w:r>
      <w:r>
        <w:rPr>
          <w:lang w:eastAsia="zh-CN"/>
        </w:rPr>
        <w:br/>
      </w:r>
      <w:r>
        <w:rPr>
          <w:lang w:eastAsia="zh-CN"/>
        </w:rPr>
        <w:t>　　运动会能取得圆满成功，学校领导的高度重视是关键。运动会组织工作是一项庞大、复杂工作，之所以能取得圆满成功，关键在于领导重视，精心策划，组织有序，工作落实，各方支持。为了使运动会取得圆满成功，校长亲自统筹指挥，统一思想，明确职责，学校的行政领导多次召开学校田径运动会的会议，听取运动会筹备情况的汇报并对运动会各项工作提出明确的要求，多次出席运动会筹备会议，对运动会的各项组织工作、宣传工作、赛程安排等都一一过问，指导，确保各项工作落实到位。</w:t>
      </w:r>
      <w:r>
        <w:rPr>
          <w:lang w:eastAsia="zh-CN"/>
        </w:rPr>
        <w:br/>
      </w:r>
      <w:r>
        <w:rPr>
          <w:lang w:eastAsia="zh-CN"/>
        </w:rPr>
        <w:t>　　二、教师积极参与，团结协作。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从运动会筹备到召开我们整整用了一个月的时间，许多老师在保证正常工作的情况下做了大量的工作。使得运动会有你，有我，有他更精彩!</w:t>
      </w:r>
      <w:r>
        <w:rPr>
          <w:lang w:eastAsia="zh-CN"/>
        </w:rPr>
        <w:br/>
      </w:r>
      <w:r>
        <w:rPr>
          <w:lang w:eastAsia="zh-CN"/>
        </w:rPr>
        <w:t>　　1、体育教师全力以赴，尽职尽责。</w:t>
      </w:r>
      <w:r>
        <w:rPr>
          <w:lang w:eastAsia="zh-CN"/>
        </w:rPr>
        <w:br/>
      </w:r>
      <w:r>
        <w:rPr>
          <w:lang w:eastAsia="zh-CN"/>
        </w:rPr>
        <w:t>　　本次运动会的成功召开，除了学校领导的支持，离不开全体体育教师的共同努力。我们的体育教师为了运动会加班加点，从制定规程、发放规程报名、编排秩序册、测画场地、开幕式的预演、直到裁判工作，全体体育教师都能凭着团结协作、艰苦奋斗的精神做好本职工作。全体体育老师在做好迎接学校运动会的同时，要利用体育课对参赛运动员加强进行训练，还要对全校14个班在开幕式上出场和退场的顺序进行排练。有裁判经验的老师对裁判员的培训工作一丝不苟。从运动场场内场外的工作态度和精神，都体现出他们是一个团结协作的集体。特别是体育科组长涂培俊老师在本届运动会期间充分发挥了组织和协调能力，保证了运动会的顺利进行，他对本届运动会进行更是精心策划，为了编好秩序册，几易其稿，为了校运会的顺利进行，真的不遗余力。</w:t>
      </w:r>
      <w:r>
        <w:rPr>
          <w:lang w:eastAsia="zh-CN"/>
        </w:rPr>
        <w:br/>
      </w:r>
      <w:r>
        <w:rPr>
          <w:lang w:eastAsia="zh-CN"/>
        </w:rPr>
        <w:t>　　2、裁判员素质高，工作效率快。本次运动会上聘请了本校的教师当裁判员，所有教师裁判员，工作积极主动，在较短时间内学习并掌握竞赛规则和裁判法。工作中充分做到了严肃、认真、公正、准确。各组裁判长和裁判员配合默契，主动承担任务，表现出良好的工作作风。教师裁判员紧张有序，严谨细致，保证了运动会的比赛紧张激烈，运动员的成绩记载正确无误使本次运动会得以按计划顺利完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3、班主任密切配合，任劳任怨。</w:t>
      </w:r>
      <w:r>
        <w:rPr>
          <w:lang w:eastAsia="zh-CN"/>
        </w:rPr>
        <w:br/>
      </w:r>
      <w:r>
        <w:rPr>
          <w:lang w:eastAsia="zh-CN"/>
        </w:rPr>
        <w:t>　　校运会成功举行，凝聚了班主任不少的心血。比赛前，在不耽误正常的教学工作的情况下，他们对选拔运动员，训练运动员，开幕式学生出入场顺序排练，口号的设计等工作做到一丝不苟。在训练中，有同学出现情绪问题，班主任老师苦口婆心，谆谆教导，让学生放下心理包袱，做到了训练学习两不误。为了设计一个悦耳的口号，有的在学生中广泛征集，有的请教别人，有的自己再三推敲，真花了不少心思。为了让自己的班级的学生在开幕式出场时步伐整齐，精神抖擞，口号响亮，他们不厌其烦的利用空余时间训练。在比赛期间，一方面安排本班运动员参赛，一方面不辞劳苦的跟班管理，确保学生的安全。运动会期间，班主任对各项工作密切配合，任劳任怨，真是功不可没。</w:t>
      </w:r>
      <w:r>
        <w:rPr>
          <w:lang w:eastAsia="zh-CN"/>
        </w:rPr>
        <w:br/>
      </w:r>
      <w:r>
        <w:rPr>
          <w:lang w:eastAsia="zh-CN"/>
        </w:rPr>
        <w:t>　　4、其他老师各尽所能，终于职守。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宣传组认真搞好宣传的工作，承担了所有比赛用表的制作;他们及时公布比赛的成绩;他们用摄象机、照相机即使捕捉精彩的镜头;运动会结束后他们又结合校运动会，赶出了一期宣传画廊，工作十分辛苦。秘书组的老师打印材料，发放秩序册和物品，做到准确无误。奖品组的老师精心安排，使奖牌，鲜花，荣誉及时的送到胜利者身上，让两天运动会所有的奖项顺利颁发。保卫组的老师把学生的安全放在第一位，确保安全工作万无一失。广播组的老师和几位同学热情洋溢、抑扬顿挫的解说以及一句句努力!加油!的呼号声，使运动场增添了热烈的气氛。音响组的老师，为了确保运动会期间的音响效果，提前进行了多次试播和调试，根据播音效果制定了两套方案，保证了运动会的播音质量。后勤医务组的老师各种物品，送水递药，对运动员关怀备至。场地器材组搬运比赛器材和桌凳，搬上搬下，搬这搬那，不辞辛苦。音乐组老师，担任了红旗队、花束队、健美操、国标舞排练任务，经常提早回校进行训练。</w:t>
      </w:r>
      <w:r>
        <w:rPr>
          <w:lang w:eastAsia="zh-CN"/>
        </w:rPr>
        <w:br/>
      </w:r>
      <w:r>
        <w:rPr>
          <w:lang w:eastAsia="zh-CN"/>
        </w:rPr>
        <w:t>　　三、学生能力的提高，多种意识的培养。</w:t>
      </w:r>
      <w:r>
        <w:rPr>
          <w:lang w:eastAsia="zh-CN"/>
        </w:rPr>
        <w:br/>
      </w:r>
      <w:r>
        <w:rPr>
          <w:lang w:eastAsia="zh-CN"/>
        </w:rPr>
        <w:t>　　一个人的全面发展，应该是包括身体素质在内的各方面的和谐发展。学校培养的人才不仅应该具有高尚的品德，渊博的学识，创新的精神和实践能力，更应该拥有强健的体魄。</w:t>
      </w:r>
      <w:r>
        <w:rPr>
          <w:lang w:eastAsia="zh-CN"/>
        </w:rPr>
        <w:br/>
      </w:r>
      <w:r>
        <w:rPr>
          <w:lang w:eastAsia="zh-CN"/>
        </w:rPr>
        <w:t>　　在运动会期间，对学生体育意识与自我管理意识的培养发挥了体育运动本身得天独厚的功能，尤其是对于现在进课室拿书本，回到家中开电视，入了房间玩电脑，甚至饭来张口，衣来伸手的学生来说，此次运动会更具深远的意义。</w:t>
      </w:r>
      <w:r>
        <w:rPr>
          <w:lang w:eastAsia="zh-CN"/>
        </w:rPr>
        <w:br/>
      </w:r>
      <w:r>
        <w:rPr>
          <w:lang w:eastAsia="zh-CN"/>
        </w:rPr>
        <w:t>　　1、生命意识的培养。</w:t>
      </w:r>
      <w:r>
        <w:rPr>
          <w:lang w:eastAsia="zh-CN"/>
        </w:rPr>
        <w:br/>
      </w:r>
      <w:r>
        <w:rPr>
          <w:lang w:eastAsia="zh-CN"/>
        </w:rPr>
        <w:t>　　本次比赛强调多人参与,项目设置多，特别是集体项目，突出参与性，全校超过四分之一的学生参加了比赛，并且选择多样性，突出了文本到人本的转换，这是尊重学生的体现，他与奥运会格言比赛的目的不在于获胜，唯有参与则更有意义相吻合。两千多名的学生观看比赛，在旁助威打气，那种呐喊声，欢呼声，欢笑声，响切校园上空,真让人感受到生活的意义，生命的精彩。</w:t>
      </w:r>
      <w:r>
        <w:rPr>
          <w:lang w:eastAsia="zh-CN"/>
        </w:rPr>
        <w:br/>
      </w:r>
      <w:r>
        <w:rPr>
          <w:lang w:eastAsia="zh-CN"/>
        </w:rPr>
        <w:t>　　2、竞争意识的培养。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在锻炼成健康的身体中锻炼成健康的精神，运动员在潇洒比赛的同时表现出顽强、拼搏、勇敢、果断的意识品质，踏跳的瞬间，铿锵有力，腾空而起，气势如虹;终点冲刺，万马奔腾，气势磅礴;一球出手，犹如指点江山，一定乾坤;一棒传递，就像沟通的开始，希望的传送，今天在学校运动场上竞争的小健儿,谁敢说将来不就是在奥运会上夺冠的猛将。</w:t>
      </w:r>
      <w:r>
        <w:rPr>
          <w:lang w:eastAsia="zh-CN"/>
        </w:rPr>
        <w:br/>
      </w:r>
      <w:r>
        <w:rPr>
          <w:lang w:eastAsia="zh-CN"/>
        </w:rPr>
        <w:t>　　3、合作意识的培养。</w:t>
      </w:r>
      <w:r>
        <w:rPr>
          <w:lang w:eastAsia="zh-CN"/>
        </w:rPr>
        <w:br/>
      </w:r>
      <w:r>
        <w:rPr>
          <w:lang w:eastAsia="zh-CN"/>
        </w:rPr>
        <w:t>　　团结就是力量。本次比赛集体项目有多个，要求多名学生共同完成，通过合作让学生体验团队的作用，在合作中提升自己。本届运动会设立体育道德风尚奖，要求在开幕式入场时全班同学步伐整齐，精神抖擞，口号响亮，在观看的时候文明礼貌，秩序井然，注意安全，这也是合作意识的培养。</w:t>
      </w:r>
      <w:r>
        <w:rPr>
          <w:lang w:eastAsia="zh-CN"/>
        </w:rPr>
        <w:br/>
      </w:r>
      <w:r>
        <w:rPr>
          <w:lang w:eastAsia="zh-CN"/>
        </w:rPr>
        <w:t>　　4、管理意识的培养。</w:t>
      </w:r>
      <w:r>
        <w:rPr>
          <w:lang w:eastAsia="zh-CN"/>
        </w:rPr>
        <w:br/>
      </w:r>
      <w:r>
        <w:rPr>
          <w:lang w:eastAsia="zh-CN"/>
        </w:rPr>
        <w:t>　　比赛场上运动员生龙活虎，比赛高潮迭起，但观众们却文明看座，秩序井然，时而呐喊，时而静观，各个班级表现出良好的组织性、纪律性，学生的自我教育和自我管理意识得到培养，学校管中有理，理中带管的教育性管理得到了充分的体现。</w:t>
      </w:r>
      <w:r>
        <w:rPr>
          <w:lang w:eastAsia="zh-CN"/>
        </w:rPr>
        <w:br/>
      </w:r>
      <w:r>
        <w:rPr>
          <w:lang w:eastAsia="zh-CN"/>
        </w:rPr>
        <w:t>　　5、思想意识的培养。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本次运动会的是一场思想观念的变化，一种新理念的体现。运动会除比赛项目外，在开幕式的环节中，两个由三、四年级同学表演的精彩的健美操，国标舞，丰富了整个运动会的内涵，提高了学生的体育文化素养，坚固了学校体育文化支撑。因此，我们可以这么说：校运会不仅是特长学生发挥的舞台，更是全体学生展示风采的空间;校运会不仅是学校事历的兑现，更是学校实施素质教育的真实体现。</w:t>
      </w:r>
      <w:r>
        <w:rPr>
          <w:lang w:eastAsia="zh-CN"/>
        </w:rPr>
        <w:br/>
      </w:r>
      <w:r>
        <w:rPr>
          <w:lang w:eastAsia="zh-CN"/>
        </w:rPr>
        <w:t>　　通过举办本届田径运动会，激励学生积极参加体育锻炼，增强体质，提高学生的运动技术水平，培养学生吃苦耐劳、奋勇拼搏、团结进取、热爱集体的精神，展示我校素质教育的成果，同时发现和培养具有体育专长的人才，进一步推动我校体育运动的发展</w:t>
      </w:r>
      <w:r>
        <w:rPr>
          <w:lang w:eastAsia="zh-CN"/>
        </w:rPr>
        <w:br/>
      </w:r>
      <w:r>
        <w:rPr>
          <w:lang w:eastAsia="zh-CN"/>
        </w:rPr>
        <w:t xml:space="preserve">    田径运动会活动工作总结 篇10 </w:t>
      </w:r>
      <w:r>
        <w:rPr>
          <w:lang w:eastAsia="zh-CN"/>
        </w:rPr>
        <w:br/>
      </w:r>
      <w:r>
        <w:rPr>
          <w:lang w:eastAsia="zh-CN"/>
        </w:rPr>
        <w:t>　　随着闭幕式上最后一次掌声的跌落，怀化学院第五届田径运动会就到此结束了。本次运动会上，各系参赛运动队都表现比较，并且在多个体育项目竞技推上了一个较高的台阶。我们预科部在此次运动会上表现得较好，虽然没有创得较为突出的成绩，但是我们预科部的运动健儿们在运动场上所表现出的顽强拼搏的精神，却深深地震撼了我们全系师生们的心灵。</w:t>
      </w:r>
      <w:r>
        <w:rPr>
          <w:lang w:eastAsia="zh-CN"/>
        </w:rPr>
        <w:br/>
      </w:r>
      <w:r>
        <w:rPr>
          <w:lang w:eastAsia="zh-CN"/>
        </w:rPr>
        <w:t>　　本次运动会上在集体项目上我们表现得不是很好，但是在个人项目上却有很大的突破，为我们预科部争得了很大的荣誉，经过一段时间的指导训练，我们预科部运动员的综合体能得到了明显的增强。再加之全系师生们对本次运动会的高度重视与支持，更是大大增加了运动员的自信心，全体运动员士气高涨。但在训练的过程中也发现了不少的问题，使我们的训练还未完全达到令我系部训练组满意的`程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本次运动会上，我们预科部的所有部门都紧密团结，倾力合作，全力支持与协助了我系部的工作。各个小组成员都表现得较好，积极地为我们全体运动员服务，在突发情况面前考虑周到，处理及时，表现出了极强的集体荣誉感。在比赛过程中我们预科部的全体老师与工作人员认真负责，热心的关怀每一位运动员，让我们预科部的运动健儿们都感受到了温暖。</w:t>
      </w:r>
      <w:r>
        <w:rPr>
          <w:lang w:eastAsia="zh-CN"/>
        </w:rPr>
        <w:br/>
      </w:r>
      <w:r>
        <w:rPr>
          <w:lang w:eastAsia="zh-CN"/>
        </w:rPr>
        <w:t xml:space="preserve">    田径运动会活动工作总结 篇11 </w:t>
      </w:r>
      <w:r>
        <w:rPr>
          <w:lang w:eastAsia="zh-CN"/>
        </w:rPr>
        <w:br/>
      </w:r>
      <w:r>
        <w:rPr>
          <w:lang w:eastAsia="zh-CN"/>
        </w:rPr>
        <w:t>　　为了全面检阅我校体育教学发展成果，全面落实素质教育总体要求，严格执行教育部关于“上好体育课，每天运动一小时”的整体部署，为明年县运动会选好人才做准备的战略目标。我校结合实际，于--年11月23日至25日如期召开了声势浩大的田径运动会。综观此次运动盛会是成功的、有必要的，取得了良好的社会效益，赢得了家长和学生的普遍赞誉。现将工作细节具体总结于后：</w:t>
      </w:r>
      <w:r>
        <w:rPr>
          <w:lang w:eastAsia="zh-CN"/>
        </w:rPr>
        <w:br/>
      </w:r>
      <w:r>
        <w:rPr>
          <w:lang w:eastAsia="zh-CN"/>
        </w:rPr>
        <w:t>　　一、早计划、早安排、早部署。</w:t>
      </w:r>
      <w:r>
        <w:rPr>
          <w:lang w:eastAsia="zh-CN"/>
        </w:rPr>
        <w:br/>
      </w:r>
      <w:r>
        <w:rPr>
          <w:lang w:eastAsia="zh-CN"/>
        </w:rPr>
        <w:t>　　开学之初--副局长就要求开运动会,并要求教务处将此次运动会写入教学行事历中。为了进一步加强各班重视，在10月初班主任工作例会上也开了一次“吹风会”。并在10月下旬，分管副校长苏政、主管领导肖荣主任在百忙之中抽出时间，在不影响班干部正常学习的情况下，于中午时分召开了各班班长、体育委员会议。在会议上对各班在运动会中的方队、安全救护、啦啦队等都做了详细的安排和部署。为了使开幕式的当天有良好的开端，早早地安排了主持人员和各班的入场式导语。为此次运动会胜利召开做好了良好的人才储备。</w:t>
      </w:r>
      <w:r>
        <w:rPr>
          <w:lang w:eastAsia="zh-CN"/>
        </w:rPr>
        <w:br/>
      </w:r>
      <w:r>
        <w:rPr>
          <w:lang w:eastAsia="zh-CN"/>
        </w:rPr>
        <w:t>　　二、领导的重视，后勤的支持。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此次运动会开办之初，也遭到了一定的非议和阻力。因为本学期时间短，放假过多，教学压力大。--副局长认为，运动会三天实则意义具大。一是召开运动会是贯彻上级总体要求。二是运动会具有整合思想的作用，使学生学习更有冲劲。三是我校本期活动较少，具有一定的丰富学生枯燥的课外生活。--副局长在班主任工作会议上也多次强调了开好运动会的重要性和必要性。并亲自过问运动会筹备情况，也多次向后勤“打招呼”支持运动会等。后勤也积极响应--副局长的要求，按时的整修了跑道、报废并购买了体育器具。并接合跑道的安全性及时地剪修了树枝。重修并填埋了沙坑，规划了跑道线。为了开幕式的全面运行，后勤也给予财力支持，租借花蓝、请有关人员安放烟火等。为此次运动会做好了良好的物质和财力准备。</w:t>
      </w:r>
      <w:r>
        <w:rPr>
          <w:lang w:eastAsia="zh-CN"/>
        </w:rPr>
        <w:br/>
      </w:r>
      <w:r>
        <w:rPr>
          <w:lang w:eastAsia="zh-CN"/>
        </w:rPr>
        <w:t>　　三、加强领导，健全组织。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没有良好的组织和领导协调，再成功的运动会也会百密一疏。基于此我校及时健全组织，加强协调和领导。我校成立了以--副局长为组委会主任，副校级领导为组委会副主任。各中层领导和各班班主任为委员的十运会组委会。教务处作为主管部门按照分工及时地成立了十运会工作机构。苏政副校长亲自任竞赛组组长，彭彦任秘宣组组长、胡华副校长任安全保卫组组长、医务组由黄毅负责等，健全了各工作机构成员及工作人员。为了更好的让各班在运动会场有条不紊，制定了竞赛规程。设定了比赛项目、参赛办法、竞赛规则、录取名次及奖励办法、报名办法等。为运动会做好了良好的制度设计。</w:t>
      </w:r>
      <w:r>
        <w:rPr>
          <w:lang w:eastAsia="zh-CN"/>
        </w:rPr>
        <w:br/>
      </w:r>
      <w:r>
        <w:rPr>
          <w:lang w:eastAsia="zh-CN"/>
        </w:rPr>
        <w:t>　　四、各部门的通力合作、工作人员的全面配合。</w:t>
      </w:r>
      <w:r>
        <w:rPr>
          <w:lang w:eastAsia="zh-CN"/>
        </w:rPr>
        <w:br/>
      </w:r>
      <w:r>
        <w:rPr>
          <w:lang w:eastAsia="zh-CN"/>
        </w:rPr>
        <w:t>　　此次运动会圆满成功与各部门和全体工作人员的艰辛努力是分不开的。教务处抽出教务人员和部分老师全面充实裁判成员，他们在各自工作岗位严格公正裁决，有的白天站了一天，忍着劳累晚上还得坚守晚自习的值班。负责公告的人员三天不停地播报，声音出现了疲劳甚至疼痛也坚守岗位，毫无退却之意。德育处和保卫科、安办成员，三天全天候值班负责学校安全，防止意外事故。团委及时安排了志愿者，为跑道维持秩序，为部分场地提供辅助支持。裁判员在比赛中不仅公正裁决，而且还对运动员给予人性化的关注。当运动员因为一些损伤及时提供水、药等。各班主任更是尽心尽力。他们在班里安排了运动员接待、安全救护、啦啦队。当运动员比赛下来，我们经常看到本班班主任的身影，有人扶运动员，有人给运动员端荼送水……运动场成了一道亲密的爱心场。啦啦队更是乐不知疲，有的声音哑了，还在为本班呐喊，给学校描出了一道美丽的风景。</w:t>
      </w:r>
      <w:r>
        <w:rPr>
          <w:lang w:eastAsia="zh-CN"/>
        </w:rPr>
        <w:br/>
      </w:r>
      <w:r>
        <w:rPr>
          <w:lang w:eastAsia="zh-CN"/>
        </w:rPr>
        <w:t xml:space="preserve">    田径运动会活动工作总结 篇12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李校长——加油，加油！”随着震耳的呼喊声，整个会场气氛达到了高潮，啊！斑白的头发，始终坚守岗位，认认真真；我们的计时员业务有不熟练到熟练，到逐渐适应，手不断地写，嘴里不停地念，将一组组的比赛成绩誊写在单子上，他们都是第一个到，最后一个离开；我们的田赛裁判员的表现也非常好，大部分都能准时到岗，辛勤工作，顺利完成了各项比赛任务；但也有个别老教师一天半时间就有三次迟到早退现象，不拿比赛当回事，持有“事不关己，高高挂起”的心态，对工作不负责任，造成了很坏的影响，试想一下如果都像你一样，那我们的运动会还会这么顺利吗？还能如期完成比赛任务吗？</w:t>
      </w:r>
      <w:r>
        <w:rPr>
          <w:lang w:eastAsia="zh-CN"/>
        </w:rPr>
        <w:br/>
      </w:r>
      <w:r>
        <w:rPr>
          <w:lang w:eastAsia="zh-CN"/>
        </w:rPr>
        <w:t>　　总之，这次运动会开的即紧张热烈又圆满顺利，比赛场上运动员们比技术、比力量、比毅力；运动场外观众同学比纪律、比卫生、比服务，因此涌现出了许多优秀的运动员，涌现出了许多拾金不昧优秀品质的同学，涌现出了一个个我爱我家的环境小卫士，我们相信，运动会虽然开完了，但这样的精神和做法将永远传递下去，为我校的发展继续添砖加瓦奉献一份力量。</w:t>
      </w:r>
      <w:r>
        <w:rPr>
          <w:lang w:eastAsia="zh-CN"/>
        </w:rPr>
        <w:br/>
      </w:r>
      <w:r>
        <w:rPr>
          <w:lang w:eastAsia="zh-CN"/>
        </w:rPr>
        <w:t xml:space="preserve">    田径运动会活动工作总结 篇13 </w:t>
      </w:r>
      <w:r>
        <w:rPr>
          <w:lang w:eastAsia="zh-CN"/>
        </w:rPr>
        <w:br/>
      </w:r>
      <w:r>
        <w:rPr>
          <w:lang w:eastAsia="zh-CN"/>
        </w:rPr>
        <w:t>　　综观本届运动会有以下的三大特点：</w:t>
      </w:r>
      <w:r>
        <w:rPr>
          <w:lang w:eastAsia="zh-CN"/>
        </w:rPr>
        <w:br/>
      </w:r>
      <w:r>
        <w:rPr>
          <w:lang w:eastAsia="zh-CN"/>
        </w:rPr>
        <w:t>　　一、领导高度重视，组织指挥得力。</w:t>
      </w:r>
      <w:r>
        <w:rPr>
          <w:lang w:eastAsia="zh-CN"/>
        </w:rPr>
        <w:br/>
      </w:r>
      <w:r>
        <w:rPr>
          <w:lang w:eastAsia="zh-CN"/>
        </w:rPr>
        <w:t>　　运动会能取得圆满成功，学校领导的高度重视是关键。运动会组织工作是一项庞大、复杂工作，之所以能取得圆满成功，关键在于领导重视，精心策划，组织有序，工作落实，各方支持。为了使运动会取得圆满成功，校长亲自统筹指挥，统一思想，明确职责，学校多次召开会议，听取运动会筹备情况的汇报并对运动会各项工作提出明确的要求，对运动会的各项组织工作、赛程安排等都一一过问，指导，确保各项工作落实到位。</w:t>
      </w:r>
      <w:r>
        <w:rPr>
          <w:lang w:eastAsia="zh-CN"/>
        </w:rPr>
        <w:br/>
      </w:r>
      <w:r>
        <w:rPr>
          <w:lang w:eastAsia="zh-CN"/>
        </w:rPr>
        <w:t>　　二、教师积极参与，团结协作。</w:t>
      </w:r>
      <w:r>
        <w:rPr>
          <w:lang w:eastAsia="zh-CN"/>
        </w:rPr>
        <w:br/>
      </w:r>
    </w:p>
    <w:p w:rsidR="001B1F19" w14:textId="27C3F48A">
      <w:pPr>
        <w:rPr>
          <w:rFonts w:hint="eastAsia"/>
          <w:lang w:eastAsia="zh-CN"/>
        </w:rPr>
      </w:pPr>
      <w:r>
        <w:rPr>
          <w:lang w:eastAsia="zh-CN"/>
        </w:rPr>
        <w:t>　　从运动会筹备到召开我们整整用了一个月的时间，许多老师在保证正常工作的情况下做了大量的工作。使得运动会有你，有我，有他更精彩!</w:t>
      </w:r>
      <w:r>
        <w:rPr>
          <w:lang w:eastAsia="zh-CN"/>
        </w:rPr>
        <w:br/>
      </w:r>
      <w:r>
        <w:rPr>
          <w:lang w:eastAsia="zh-CN"/>
        </w:rPr>
        <w:t>　　1、体育教师全力以赴，尽职尽责。</w:t>
      </w:r>
      <w:r>
        <w:rPr>
          <w:lang w:eastAsia="zh-CN"/>
        </w:rPr>
        <w:br/>
      </w:r>
      <w:r>
        <w:rPr>
          <w:lang w:eastAsia="zh-CN"/>
        </w:rPr>
        <w:t>　　本次运动会的成功召开，除了领导的支持，离不开全体教师的共同努力。我们的教师为了运动会加班加点，从制定规程、发放规程报名、编排秩序册、测画场地、直到裁判工作，全体教师都能凭着团结协作、艰苦奋斗的精神做好本职工作。全体老师在做好迎接学校运动会的同时，要利用体育课对参赛运动员加强进行训练。从运动会各项工作态度和精神，都体现出我们学校的教师是一个团结协作的集体。特别是体育刘全良老师和路金合老师在本届运动会期间充分发挥了组织和协调能力，保证了运动会的顺利进行，他们对本届运动会进行更是精心策划，为了编好秩序册，几易其稿，为了校运会的顺利进行，真的不遗余力。</w:t>
      </w:r>
      <w:r>
        <w:rPr>
          <w:lang w:eastAsia="zh-CN"/>
        </w:rPr>
        <w:br/>
      </w:r>
      <w:r>
        <w:rPr>
          <w:lang w:eastAsia="zh-CN"/>
        </w:rPr>
        <w:t>　　2、裁判员素质高，工作效率快。本次运动会上聘请了本校的教师当裁判员，所有教师裁判员，工作积极主动，在较短时间内学习并掌握竞赛规则和裁判法。工作中充分做到了“严肃、认真、公正、准确”。各组裁判长和裁判员配合默契，主动承担任务，表现出良好的工作作风。教师裁判员紧张有序，严谨细致，保证了运动会的比赛紧张激烈，运动员的成绩记载正确无误使本次运动会得以按计划顺利完成。</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https://d.book118.com/045032211132011122</w:t>
        </w:r>
      </w:hyperlink>
    </w:p>
    <w:p w:rsidR="001B1F19">
      <w:pPr>
        <w:rPr>
          <w:rFonts w:hint="eastAsia"/>
          <w:lang w:eastAsia="zh-CN"/>
        </w:rPr>
      </w:pPr>
    </w:p>
    <w:sectPr>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4503221113201112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43</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