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客服经理个人总结报告（31篇）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客服经理个人总结报告（精选31篇）</w:t>
      </w:r>
      <w:r>
        <w:rPr>
          <w:lang w:eastAsia="zh-CN"/>
        </w:rPr>
        <w:br/>
      </w:r>
      <w:r>
        <w:rPr>
          <w:lang w:eastAsia="zh-CN"/>
        </w:rPr>
        <w:t xml:space="preserve">    客服经理个人总结报告 篇1 </w:t>
      </w:r>
      <w:r>
        <w:rPr>
          <w:lang w:eastAsia="zh-CN"/>
        </w:rPr>
        <w:br/>
      </w:r>
      <w:r>
        <w:rPr>
          <w:lang w:eastAsia="zh-CN"/>
        </w:rPr>
        <w:t>　　房地产，有太多对大国地产的企业文化及公园世家这个项目的相关情况还没能够了然于心，跟客户介绍的时候不足为企业和项目展示很好的口碑与形象，致使客户对我们的企业品牌与项目一知半解。我想作为一个大企业的置业顾问，不仅要精通卖房业务，更要让客户感觉中建无论是从企业品牌，社区环境，物业质量以及员工素质各方面都比其他楼盘有优势，坚定客户购买的信心。</w:t>
      </w:r>
      <w:r>
        <w:rPr>
          <w:lang w:eastAsia="zh-CN"/>
        </w:rPr>
        <w:br/>
      </w:r>
      <w:r>
        <w:rPr>
          <w:lang w:eastAsia="zh-CN"/>
        </w:rPr>
        <w:t>　　一、自身不足之处</w:t>
      </w:r>
      <w:r>
        <w:rPr>
          <w:lang w:eastAsia="zh-CN"/>
        </w:rPr>
        <w:br/>
      </w:r>
      <w:r>
        <w:rPr>
          <w:lang w:eastAsia="zh-CN"/>
        </w:rPr>
        <w:t>　　不知不觉，在大国工作已经两月有余，在这期间，工作量不大，要学的却很多，也正因为如此，我才乐此不彼，越来越喜欢这份工作。针对这个问题，我已经与公司前辈们深刻讨论过，多学习，多讨教，从自身做起树立对本企业品牌的绝对信心与优越感，以此感染每个客户。审视自己的不足之处以及对此的改善之道审视检查自身存在的问题，我认为主要是客服技巧上还有待提高。个人对客服说辞的把控已有了一定的逻辑性，欠缺的主要是丰富的说辞和客服技巧，可能跟客服经验少有关;在接待过程中，有时太过于热情，欠缺一种淡定和沉稳的个人形象，以及气质等都有待帮助和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二、改进方向</w:t>
      </w:r>
      <w:r>
        <w:rPr>
          <w:lang w:eastAsia="zh-CN"/>
        </w:rPr>
        <w:br/>
      </w:r>
      <w:r>
        <w:rPr>
          <w:lang w:eastAsia="zh-CN"/>
        </w:rPr>
        <w:t>　　1.客服技巧的提升可多向领导学习。</w:t>
      </w:r>
      <w:r>
        <w:rPr>
          <w:lang w:eastAsia="zh-CN"/>
        </w:rPr>
        <w:br/>
      </w:r>
      <w:r>
        <w:rPr>
          <w:lang w:eastAsia="zh-CN"/>
        </w:rPr>
        <w:t>　　2.平时多上网或看书学习专业知识;尽量多参加市场调查，来弥补竞争对手说辞的空缺，突显本项目的核心优势。</w:t>
      </w:r>
      <w:r>
        <w:rPr>
          <w:lang w:eastAsia="zh-CN"/>
        </w:rPr>
        <w:br/>
      </w:r>
      <w:r>
        <w:rPr>
          <w:lang w:eastAsia="zh-CN"/>
        </w:rPr>
        <w:t>　　3.增加客户接待量，从客户身上现学现卖;接待客户后应尽多分析、思考、总结说辞;通过这几点来逐步改善现在的客服能力，以期许能为公司带来更高的效益。形象气质是客户最看重的第一印象，如何才能做到一个气质型的置业顾问，给客户一种专业、愉悦之感。平时自己在看一些关于女人提升气质的书籍，来帮助改善不足之处。</w:t>
      </w:r>
      <w:r>
        <w:rPr>
          <w:lang w:eastAsia="zh-CN"/>
        </w:rPr>
        <w:br/>
      </w:r>
      <w:r>
        <w:rPr>
          <w:lang w:eastAsia="zh-CN"/>
        </w:rPr>
        <w:t>　　4.也可以通过一些道具的使用，衣着的整洁等来体现个人的专业形象，由内到外的改善过程，也需要从细节慢慢的去提高。</w:t>
      </w:r>
      <w:r>
        <w:rPr>
          <w:lang w:eastAsia="zh-CN"/>
        </w:rPr>
        <w:br/>
      </w:r>
      <w:r>
        <w:rPr>
          <w:lang w:eastAsia="zh-CN"/>
        </w:rPr>
        <w:t>　　自我反思后认为自身在工作中存在的问题和需要改进之处，在日后的工作，也希望领导和同事能帮助我一同发现问题、解决问题。在这三个月中，虽然我没有业绩，但是这段时间却让我学到一个真正的置业顾问重新所必备的能力!</w:t>
      </w:r>
      <w:r>
        <w:rPr>
          <w:lang w:eastAsia="zh-CN"/>
        </w:rPr>
        <w:br/>
      </w:r>
      <w:r>
        <w:rPr>
          <w:lang w:eastAsia="zh-CN"/>
        </w:rPr>
        <w:t>　　三、个人素质</w:t>
      </w:r>
      <w:r>
        <w:rPr>
          <w:lang w:eastAsia="zh-CN"/>
        </w:rPr>
        <w:br/>
      </w:r>
      <w:r>
        <w:rPr>
          <w:lang w:eastAsia="zh-CN"/>
        </w:rPr>
        <w:t>　　1.不做作，以诚相待，客户分辨的出真心假意。得到客户信任，客户听你的，反之你所说的一切都将起到反效果。</w:t>
      </w:r>
      <w:r>
        <w:rPr>
          <w:lang w:eastAsia="zh-CN"/>
        </w:rPr>
        <w:br/>
      </w:r>
      <w:r>
        <w:rPr>
          <w:lang w:eastAsia="zh-CN"/>
        </w:rPr>
        <w:t>　　2.了解客户需求，第一时间了解客户所需要的，做针对性讲解。</w:t>
      </w:r>
      <w:r>
        <w:rPr>
          <w:lang w:eastAsia="zh-CN"/>
        </w:rPr>
        <w:br/>
      </w:r>
      <w:r>
        <w:rPr>
          <w:lang w:eastAsia="zh-CN"/>
        </w:rPr>
        <w:t>　　3.推荐房源要有把握，了解所有的房子，包括它的优劣势。做到对客户的所有问题都有合理解释。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4.保持客户关系，每个客户都有各种人脉，只要保证他们对项目的喜爱，他们就会将喜爱传递。</w:t>
      </w:r>
      <w:r>
        <w:rPr>
          <w:lang w:eastAsia="zh-CN"/>
        </w:rPr>
        <w:br/>
      </w:r>
      <w:r>
        <w:rPr>
          <w:lang w:eastAsia="zh-CN"/>
        </w:rPr>
        <w:t>　　5.确定自己的身份，我们不是在卖房子，而是顾问，以我们的专业来帮助客户。多与客户讲讲专业知识，中立的评价其他楼盘，都可以增加客户的信任度。</w:t>
      </w:r>
      <w:r>
        <w:rPr>
          <w:lang w:eastAsia="zh-CN"/>
        </w:rPr>
        <w:br/>
      </w:r>
      <w:r>
        <w:rPr>
          <w:lang w:eastAsia="zh-CN"/>
        </w:rPr>
        <w:t>　　6.要与同事团结协作，这是好的团队所必须的。当然，再好的方法，也要靠强有力的执行力来完成。</w:t>
      </w:r>
      <w:r>
        <w:rPr>
          <w:lang w:eastAsia="zh-CN"/>
        </w:rPr>
        <w:br/>
      </w:r>
      <w:r>
        <w:rPr>
          <w:lang w:eastAsia="zh-CN"/>
        </w:rPr>
        <w:t>　　这也是我个人需要加强的地方。我想作为大国房地产的置业顾问，不仅要精通卖房业务，对周边的一些知识也必须了解,这样才能更好为客户服务，让客户感觉大国地产无论从质量，社区环境，物业质量等较其他楼盘都更有优势。</w:t>
      </w:r>
      <w:r>
        <w:rPr>
          <w:lang w:eastAsia="zh-CN"/>
        </w:rPr>
        <w:br/>
      </w:r>
      <w:r>
        <w:rPr>
          <w:lang w:eastAsia="zh-CN"/>
        </w:rPr>
        <w:t>　　四、业务能力</w:t>
      </w:r>
      <w:r>
        <w:rPr>
          <w:lang w:eastAsia="zh-CN"/>
        </w:rPr>
        <w:br/>
      </w:r>
      <w:r>
        <w:rPr>
          <w:lang w:eastAsia="zh-CN"/>
        </w:rPr>
        <w:t>　　1.对公司和产品一定要很熟悉</w:t>
      </w:r>
      <w:r>
        <w:rPr>
          <w:lang w:eastAsia="zh-CN"/>
        </w:rPr>
        <w:br/>
      </w:r>
      <w:r>
        <w:rPr>
          <w:lang w:eastAsia="zh-CN"/>
        </w:rPr>
        <w:t>　　对公司和产品不了解，不知道目标市场在那里，或当客户问一些有关公司和产品的专业问题，一问三不知。怎么去推销我们产品。其实只要对公司和产品熟悉，就自然知道目标市场在那，也可以很专业地回答客户的问题。</w:t>
      </w:r>
      <w:r>
        <w:rPr>
          <w:lang w:eastAsia="zh-CN"/>
        </w:rPr>
        <w:br/>
      </w:r>
      <w:r>
        <w:rPr>
          <w:lang w:eastAsia="zh-CN"/>
        </w:rPr>
        <w:t>　　2.对市场的了解</w:t>
      </w:r>
      <w:r>
        <w:rPr>
          <w:lang w:eastAsia="zh-CN"/>
        </w:rPr>
        <w:br/>
      </w:r>
      <w:r>
        <w:rPr>
          <w:lang w:eastAsia="zh-CN"/>
        </w:rPr>
        <w:t>　　这包括两个方面，一个是对目标市场的了解，一个是对竞争对手的了解。绝对不能坐井观天，不知天下事。因为世界上唯一不变的就是“变化”，所以要根据市场的变化而做出相应的策略，这样才能在激烈的竞争中制胜。</w:t>
      </w:r>
      <w:r>
        <w:rPr>
          <w:lang w:eastAsia="zh-CN"/>
        </w:rPr>
        <w:br/>
      </w:r>
      <w:r>
        <w:rPr>
          <w:lang w:eastAsia="zh-CN"/>
        </w:rPr>
        <w:t>　　3.业务技巧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很多客户都喜欢跟专业的客服人员谈生意，因为业务人员专业，所以谈判中可以解决很多问题，客户也愿意把置业交给专业的客服人员来负责。当然，业务技巧也是通过长时间的实践培养出来的，一切从客户的需求出发，在拜访中，我们要不断提问，从客户的回答中了解到客户的需求，这样做会事半功倍。</w:t>
      </w:r>
      <w:r>
        <w:rPr>
          <w:lang w:eastAsia="zh-CN"/>
        </w:rPr>
        <w:br/>
      </w:r>
      <w:r>
        <w:rPr>
          <w:lang w:eastAsia="zh-CN"/>
        </w:rPr>
        <w:t>　　五、工作计划</w:t>
      </w:r>
      <w:r>
        <w:rPr>
          <w:lang w:eastAsia="zh-CN"/>
        </w:rPr>
        <w:br/>
      </w:r>
      <w:r>
        <w:rPr>
          <w:lang w:eastAsia="zh-CN"/>
        </w:rPr>
        <w:t>　　我深知个人的发展离不开企业的发展，而热爱则是做好每件工作所必不可缺的。所以，在这充满希望的企业里，我必将全力服务公司，热爱岗位，勤奋工作，严于律己，认真专研，继续学习，用使命般的激情面对客户，用认真严谨的态度面对我的职业，为客户制造感动，为公司创造利润!</w:t>
      </w:r>
      <w:r>
        <w:rPr>
          <w:lang w:eastAsia="zh-CN"/>
        </w:rPr>
        <w:br/>
      </w:r>
      <w:r>
        <w:rPr>
          <w:lang w:eastAsia="zh-CN"/>
        </w:rPr>
        <w:t xml:space="preserve">    客服经理个人总结报告 篇2 </w:t>
      </w:r>
      <w:r>
        <w:rPr>
          <w:lang w:eastAsia="zh-CN"/>
        </w:rPr>
        <w:br/>
      </w:r>
      <w:r>
        <w:rPr>
          <w:lang w:eastAsia="zh-CN"/>
        </w:rPr>
        <w:t>　　两年的房地产客服经理的经历让我体会到不一样的人生，特别是在万科的案场，严格、严谨的管理下的洗礼也造就了我稳重踏实的工作作风，回首过去一步步的脚印，我总结的客服心得有以下几点:</w:t>
      </w:r>
      <w:r>
        <w:rPr>
          <w:lang w:eastAsia="zh-CN"/>
        </w:rPr>
        <w:br/>
      </w:r>
      <w:r>
        <w:rPr>
          <w:lang w:eastAsia="zh-CN"/>
        </w:rPr>
        <w:t>　　一、“坚持到底就是胜利”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坚持不懈，不轻易放弃就能一步步走向成功，虽然不知道几时能成功，但能肯定的是我们正离目标越来越近。有了顽强的精神，于是事半功倍。持续的工作，难免会令人疲倦，放松一下是人之常情，在最困难的时候，再坚持一下也就过去了;同样在客服中客人提出各种各样的异议，放弃对客户解释的机会，客户就流失了;而再坚持一下、说服一下也就成交了。往往希望就在于多打一个电话，多一次沟通。同时坚持不懈的学习房地产专业相关知识，让自己过硬的专业素养从心地打动客户。</w:t>
      </w:r>
      <w:r>
        <w:rPr>
          <w:lang w:eastAsia="zh-CN"/>
        </w:rPr>
        <w:br/>
      </w:r>
      <w:r>
        <w:rPr>
          <w:lang w:eastAsia="zh-CN"/>
        </w:rPr>
        <w:t>　　二、学会聆听，把握时机</w:t>
      </w:r>
      <w:r>
        <w:rPr>
          <w:lang w:eastAsia="zh-CN"/>
        </w:rPr>
        <w:br/>
      </w:r>
      <w:r>
        <w:rPr>
          <w:lang w:eastAsia="zh-CN"/>
        </w:rPr>
        <w:t>　　我认为一个好的客服人员应该是个好听众，通过聆听来了解客户的各方面信息，不能以貌取人，不应当轻易以自己的经验来判断客户“一看客户感觉这客户不会房”“这客户太刁，没诚意”，导致一些客户流失，应该通过客户的言行举止来判断他们潜在的想法，从而掌握客户真实信息，把握买房者的心理，在适当时机，一针见血的，点中要害，直至成交。</w:t>
      </w:r>
      <w:r>
        <w:rPr>
          <w:lang w:eastAsia="zh-CN"/>
        </w:rPr>
        <w:br/>
      </w:r>
      <w:r>
        <w:rPr>
          <w:lang w:eastAsia="zh-CN"/>
        </w:rPr>
        <w:t>　　三、对工作保持长久的热情和积极性</w:t>
      </w:r>
      <w:r>
        <w:rPr>
          <w:lang w:eastAsia="zh-CN"/>
        </w:rPr>
        <w:br/>
      </w:r>
      <w:r>
        <w:rPr>
          <w:lang w:eastAsia="zh-CN"/>
        </w:rPr>
        <w:t>　　辛勤的工作造就优秀的员工，我深信着这一点。因此自从我进入易居公司的那一刻起，我就一直保持着认真的工作态度和积极向上的进取心，无论做任何细小的事情都努力做到最好，推销自己的产品首先必须要先充分的熟悉自己的产品，喜爱自己的产品，保持热情，热诚的对待客户，脚踏实地的跟进客户，使不可能变成可能、使可能变成现实，点点滴滴的积累造就了我优秀的业绩。同时维护好所积累的老客户的关系，他们都对我认真的工作和热情的态度都抱以充分的肯定，又为我带来了更多的潜在客户，致使我的工作成绩能更上一层楼。这是我在客服工作中获得的最大的收获和财富，也是我最值得骄傲的。</w:t>
      </w:r>
      <w:r>
        <w:rPr>
          <w:lang w:eastAsia="zh-CN"/>
        </w:rPr>
        <w:br/>
      </w:r>
      <w:r>
        <w:rPr>
          <w:lang w:eastAsia="zh-CN"/>
        </w:rPr>
        <w:t>　　四、保持良好的心态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每个人都有过状态不好的时候，积极、乐观的客服员会将此归结为个人能力、经验的不完善，把此时作为必经的磨练的过程，他们乐意不断向好的方向改进和发展，而消极、悲观的客服员则怪罪于机遇和时运，总是抱怨、等待与放弃!</w:t>
      </w:r>
      <w:r>
        <w:rPr>
          <w:lang w:eastAsia="zh-CN"/>
        </w:rPr>
        <w:br/>
      </w:r>
      <w:r>
        <w:rPr>
          <w:lang w:eastAsia="zh-CN"/>
        </w:rPr>
        <w:t>　　龟兔赛跑的寓言，不断地出现在现实生活当中，兔子倾向于机会导向，乌龟总是坚持核心竞争力。现实生活中，也像龟兔赛跑的结局一样，不断积累核心竞争力的人，最终会赢过追逐机会的人。人生有时候像爬山，当你年轻力壮的时候，总是像兔子一样活蹦乱跳，一有机会就想跳槽、抄捷径;一遇挫折就想放弃，想休息。人生是需要积累的，有经验的人，像是乌龟一般，懂得匀速徐行的道理，我坚信只要方向正确，方法正确，一步一个脚印，每个脚步都结结实实地踏在前进的道路上，反而可以早点抵达终点。如果领先靠的是机会，运气总有用尽的一天。</w:t>
      </w:r>
      <w:r>
        <w:rPr>
          <w:lang w:eastAsia="zh-CN"/>
        </w:rPr>
        <w:br/>
      </w:r>
      <w:r>
        <w:rPr>
          <w:lang w:eastAsia="zh-CN"/>
        </w:rPr>
        <w:t>　　一直以来我坚持着做好自己能做好的事，一步一个脚印踏踏实实的坚定的向着我的目标前行。</w:t>
      </w:r>
      <w:r>
        <w:rPr>
          <w:lang w:eastAsia="zh-CN"/>
        </w:rPr>
        <w:br/>
      </w:r>
      <w:r>
        <w:rPr>
          <w:lang w:eastAsia="zh-CN"/>
        </w:rPr>
        <w:t xml:space="preserve">    客服经理个人总结报告 篇3 </w:t>
      </w:r>
      <w:r>
        <w:rPr>
          <w:lang w:eastAsia="zh-CN"/>
        </w:rPr>
        <w:br/>
      </w:r>
      <w:r>
        <w:rPr>
          <w:lang w:eastAsia="zh-CN"/>
        </w:rPr>
        <w:t>　　我是____年6月来到公司，经过几个月的证券知识培训，通过考试，然后入职，在这一年来的学习与工作的时间里，让我学到了很多东西，同时感谢各位领导和同事的帮助，下面我将汇报我一年以来的工作情况。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首先，我觉得证券是一个压力性的工作，特别是对于我这种刚刚毕业，身在异地，没有经过生活厉炼的新一批社会青年来说更是一种艰难的考验!作为客户经理，我认为开发客户与客户维护是非常重要的，如今的市场行情，开发一个新客户真是难上加难，第一个月通过自己的努力，时间紧任务重，尽力克服重重困难，让自己佣有一个良好的开端!</w:t>
      </w:r>
      <w:r>
        <w:rPr>
          <w:lang w:eastAsia="zh-CN"/>
        </w:rPr>
        <w:br/>
      </w:r>
      <w:r>
        <w:rPr>
          <w:lang w:eastAsia="zh-CN"/>
        </w:rPr>
        <w:t>　　其次，在维护客户方面，第一，常常给他们讲解一些股票技术方法，第二，力所能及的回答他们咨询的问题，第三，亲情服务，与他们认真交心交朋友，同时在他们身上学习一些知识。在此之间，也发现了开发客户是不容易的，维护客户是更不容易的，现在证券公司很多，竞争压力大，一不小心客户就很可能被转到其他公司，所以与客户之间建立良好的关系也是非常重要的，而我自己也在不断地学习，学习新的知识来充实自己，因为知识永远不熊市，这样才会获取客户的认可与接纳!</w:t>
      </w:r>
      <w:r>
        <w:rPr>
          <w:lang w:eastAsia="zh-CN"/>
        </w:rPr>
        <w:br/>
      </w:r>
      <w:r>
        <w:rPr>
          <w:lang w:eastAsia="zh-CN"/>
        </w:rPr>
        <w:t>　　面临着这些种.种问题首先是自己思考，再通过网络搜索查看一些相关资料参考，回想当初同事在处理这类事件的做法，最后请教领导的看法。经过以上方法，也成功的处理了几单客户投诉案，从中得到了一些方法，在此给大家作一个简单分享。</w:t>
      </w:r>
      <w:r>
        <w:rPr>
          <w:lang w:eastAsia="zh-CN"/>
        </w:rPr>
        <w:br/>
      </w:r>
      <w:r>
        <w:rPr>
          <w:lang w:eastAsia="zh-CN"/>
        </w:rPr>
        <w:t>　　客户投诉问题整体可以分为四个步骤：</w:t>
      </w:r>
      <w:r>
        <w:rPr>
          <w:lang w:eastAsia="zh-CN"/>
        </w:rPr>
        <w:br/>
      </w:r>
      <w:r>
        <w:rPr>
          <w:lang w:eastAsia="zh-CN"/>
        </w:rPr>
        <w:t>　　一、倾听客户诉说，控制自己的情绪，平息客户的怨气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客户来电投诉，一开始肯定很激动和恼火，这时我们应采取全方位倾听是非常重要的，充分调动自己左右脑，直觉和感觉来听，比较自己所听到、感到和想到的内容的一致性。用心体会、揣摩听懂弦外之音。此时千成别打断客户的话，让客户把心里想说的话全说出来。如果中途打断顾客的陈述，可能遭遇顾客更大的反感。在这个时候我们除了倾听外，还需要控制自己的反应情绪。总之坚持一项原则：可以不同意客户的投诉内容，但不可以不同意客户的投诉方式。</w:t>
      </w:r>
      <w:r>
        <w:rPr>
          <w:lang w:eastAsia="zh-CN"/>
        </w:rPr>
        <w:br/>
      </w:r>
      <w:r>
        <w:rPr>
          <w:lang w:eastAsia="zh-CN"/>
        </w:rPr>
        <w:t>　　由于客户的投诉多数属于发泄性质，消除了怨气，心理平衡后事情就容易解决了。因此，作为一名客户服务人员，在面对客户投诉时，一定要先倾听，设法搞清楚客户的怨气从何而来，以便对症下药，有效地平息客户的抱怨。只有认真听取客户的投诉，才能发现实质性的原因。千万不要争辩那只会火上加油，适得其反。</w:t>
      </w:r>
      <w:r>
        <w:rPr>
          <w:lang w:eastAsia="zh-CN"/>
        </w:rPr>
        <w:br/>
      </w:r>
      <w:r>
        <w:rPr>
          <w:lang w:eastAsia="zh-CN"/>
        </w:rPr>
        <w:t>　　二、建立与顾客共鸣，站在客户的立场上将心比心</w:t>
      </w:r>
      <w:r>
        <w:rPr>
          <w:lang w:eastAsia="zh-CN"/>
        </w:rPr>
        <w:br/>
      </w:r>
      <w:r>
        <w:rPr>
          <w:lang w:eastAsia="zh-CN"/>
        </w:rPr>
        <w:t>　　当客户投诉时，他最希望自己的意见能得到对方的认同，自己能被别人尊重。我们听完客户陈述后，用自己的话重述顾客的恼火原因，描述并稍微夸大客户的感受。对感受做出回应，把你从顾客那里感受到的情绪说出来。以换位来思考：“如果我是顾客，碰到这种情况，我会怎么样呢?”。取得客户的信任，也就是建立与客户共鸣，得到对方的信任。</w:t>
      </w:r>
      <w:r>
        <w:rPr>
          <w:lang w:eastAsia="zh-CN"/>
        </w:rPr>
        <w:br/>
      </w:r>
      <w:r>
        <w:rPr>
          <w:lang w:eastAsia="zh-CN"/>
        </w:rPr>
        <w:t>　　三、道歉，向客户表示歉意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真诚的说声“是我们的错，给您造成了损失，对不起!”语气一定要表现出真诚，这时候不要太吝啬道歉的话，因为主动道歉并不是主动承认错误，而道歉是客户这时候需要的。有道是，伸手不打笑脸人，你已经道歉了，客户很可能也会退让一步。因此，对所有客户投诉的处理，无论已经被证实还是没有被证实的，都不是先分清责任，而是先表示歉意，这才是最重要的：否则，后果将会难以想象。</w:t>
      </w:r>
      <w:r>
        <w:rPr>
          <w:lang w:eastAsia="zh-CN"/>
        </w:rPr>
        <w:br/>
      </w:r>
      <w:r>
        <w:rPr>
          <w:lang w:eastAsia="zh-CN"/>
        </w:rPr>
        <w:t>　　四、正确及时地解决客户问题</w:t>
      </w:r>
      <w:r>
        <w:rPr>
          <w:lang w:eastAsia="zh-CN"/>
        </w:rPr>
        <w:br/>
      </w:r>
      <w:r>
        <w:rPr>
          <w:lang w:eastAsia="zh-CN"/>
        </w:rPr>
        <w:t>　　对于客户的投诉应该及时正确地处理，若拖延时间，只会使客户的怨气变得越来越强烈，使客户感到自己没有受到足够的重视。应迅速做出应对，要针对这个问题提出应急方案;同时，提出杜绝类似事件发生或对类似事件进行处理的预见性方案，而不仅仅是修复手头的问题就万事大吉。如果经过调查，发现责任的确在于我们身上，我们应该给予适当的补偿，尽快告诉客户处理的结果。</w:t>
      </w:r>
      <w:r>
        <w:rPr>
          <w:lang w:eastAsia="zh-CN"/>
        </w:rPr>
        <w:br/>
      </w:r>
      <w:r>
        <w:rPr>
          <w:lang w:eastAsia="zh-CN"/>
        </w:rPr>
        <w:t>　　在处理各种客户投诉时，总结两大原则：</w:t>
      </w:r>
      <w:r>
        <w:rPr>
          <w:lang w:eastAsia="zh-CN"/>
        </w:rPr>
        <w:br/>
      </w:r>
      <w:r>
        <w:rPr>
          <w:lang w:eastAsia="zh-CN"/>
        </w:rPr>
        <w:t>　　第一是顾客至上，永远把顾客的利益放在第一位。</w:t>
      </w:r>
      <w:r>
        <w:rPr>
          <w:lang w:eastAsia="zh-CN"/>
        </w:rPr>
        <w:br/>
      </w:r>
      <w:r>
        <w:rPr>
          <w:lang w:eastAsia="zh-CN"/>
        </w:rPr>
        <w:t>　　第二是迅速补救，及时研究对策， 给予补救，重新获得顾客的信赖，引以为戒。</w:t>
      </w:r>
      <w:r>
        <w:rPr>
          <w:lang w:eastAsia="zh-CN"/>
        </w:rPr>
        <w:br/>
      </w:r>
      <w:r>
        <w:rPr>
          <w:lang w:eastAsia="zh-CN"/>
        </w:rPr>
        <w:t>　　在工作上我还存在很多不足，需要进一步学习与提高。特别是团队管理经验，还很缺乏，请公司多给予批评与指教。</w:t>
      </w:r>
      <w:r>
        <w:rPr>
          <w:lang w:eastAsia="zh-CN"/>
        </w:rPr>
        <w:br/>
      </w:r>
      <w:r>
        <w:rPr>
          <w:lang w:eastAsia="zh-CN"/>
        </w:rPr>
        <w:t>　　如今我逐渐的喜欢上了证券行业，虽然有压力有困难，一切事在人为，我不怕，有压力才会形成动力!客户经理是一项长期的工作，需要的是要有足够的耐心，平时工作的细心，坦诚的与客户交流和沟通，相信自己可以!我的工作与热情一切尽在行动中!</w:t>
      </w:r>
      <w:r>
        <w:rPr>
          <w:lang w:eastAsia="zh-CN"/>
        </w:rPr>
        <w:br/>
      </w:r>
      <w:r>
        <w:rPr>
          <w:lang w:eastAsia="zh-CN"/>
        </w:rPr>
        <w:t>　　总之，上半年我的职业规划及目标是：按照公司的规定，开发足够的客户，累积一定的资产，完成领导的要求!</w:t>
      </w:r>
      <w:r>
        <w:rPr>
          <w:lang w:eastAsia="zh-CN"/>
        </w:rPr>
        <w:br/>
      </w:r>
      <w:r>
        <w:rPr>
          <w:lang w:eastAsia="zh-CN"/>
        </w:rPr>
        <w:t xml:space="preserve">    客服经理个人总结报告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回首一年物业公司客服部，可说是进一步发展的一年，不断改进完善各项管理机能的一年。在这当中，物业客服部得到了公司领导的关心和支持，同时也得到了其他各部门的大力协助，经过全体客服人员一年来的努力工作，客服部的工作较上一年有了很大的进步，各项工作制度不断得到完善和落实，业户至上的服务理念深深烙入每一位客服工作人员的脑海。</w:t>
      </w:r>
      <w:r>
        <w:rPr>
          <w:lang w:eastAsia="zh-CN"/>
        </w:rPr>
        <w:br/>
      </w:r>
      <w:r>
        <w:rPr>
          <w:lang w:eastAsia="zh-CN"/>
        </w:rPr>
        <w:t>　　回顾一年来的客服工作，有得有失。现将一年来的客服工作总结如下：</w:t>
      </w:r>
      <w:r>
        <w:rPr>
          <w:lang w:eastAsia="zh-CN"/>
        </w:rPr>
        <w:br/>
      </w:r>
      <w:r>
        <w:rPr>
          <w:lang w:eastAsia="zh-CN"/>
        </w:rPr>
        <w:t>　　一、深化落实公司各项规章制度和客服部各项制度</w:t>
      </w:r>
      <w:r>
        <w:rPr>
          <w:lang w:eastAsia="zh-CN"/>
        </w:rPr>
        <w:br/>
      </w:r>
      <w:r>
        <w:rPr>
          <w:lang w:eastAsia="zh-CN"/>
        </w:rPr>
        <w:t>　　在年初步完善的各项规章制度的基础上，重点是深化落实，为此，客服部根据公司的发展现状，加深其对物业管理的认识和理解。同时，随着物业管理行业一些法律、法规的出台和完善，客服部也及时调整客服工作的相关制度，以求更好的适应新的形势。</w:t>
      </w:r>
      <w:r>
        <w:rPr>
          <w:lang w:eastAsia="zh-CN"/>
        </w:rPr>
        <w:br/>
      </w:r>
      <w:r>
        <w:rPr>
          <w:lang w:eastAsia="zh-CN"/>
        </w:rPr>
        <w:t>　　二、理论联系实际，积极开展客服人员的培训工作</w:t>
      </w:r>
      <w:r>
        <w:rPr>
          <w:lang w:eastAsia="zh-CN"/>
        </w:rPr>
        <w:br/>
      </w:r>
      <w:r>
        <w:rPr>
          <w:lang w:eastAsia="zh-CN"/>
        </w:rPr>
        <w:t>　　利用每周五的客服部例会时间，加强对本部门人员的培训工作。培训工作是根据一周来在工作当中遇到的实际问题展开的，这样就做到了理论与实际的结合，使每位客服人员对服务理念的认识更加的深刻。</w:t>
      </w:r>
      <w:r>
        <w:rPr>
          <w:lang w:eastAsia="zh-CN"/>
        </w:rPr>
        <w:br/>
      </w:r>
      <w:r>
        <w:rPr>
          <w:lang w:eastAsia="zh-CN"/>
        </w:rPr>
        <w:t>　　三、日常报修的处理</w:t>
      </w:r>
      <w:r>
        <w:rPr>
          <w:lang w:eastAsia="zh-CN"/>
        </w:rPr>
        <w:br/>
      </w:r>
      <w:r>
        <w:rPr>
          <w:lang w:eastAsia="zh-CN"/>
        </w:rPr>
        <w:t>　　据每周末的工作量统计，日接待各种形式的报修均达十余次。根据报修内容的不同积极进行派工，争取在最短的时间内将问题解决。同时，根据报修的完成情况及时地进行回访。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四、区物业费的收缴工作</w:t>
      </w:r>
      <w:r>
        <w:rPr>
          <w:lang w:eastAsia="zh-CN"/>
        </w:rPr>
        <w:br/>
      </w:r>
      <w:r>
        <w:rPr>
          <w:lang w:eastAsia="zh-CN"/>
        </w:rPr>
        <w:t>　　根据年初公司下达的收费指标，积极开展区物业费的收缴工作。最终在物业经理、书记及其它各部门的支持下，完成了公司下达的收费指标。</w:t>
      </w:r>
      <w:r>
        <w:rPr>
          <w:lang w:eastAsia="zh-CN"/>
        </w:rPr>
        <w:br/>
      </w:r>
      <w:r>
        <w:rPr>
          <w:lang w:eastAsia="zh-CN"/>
        </w:rPr>
        <w:t>　　五、能源费的收缴工作</w:t>
      </w:r>
      <w:r>
        <w:rPr>
          <w:lang w:eastAsia="zh-CN"/>
        </w:rPr>
        <w:br/>
      </w:r>
      <w:r>
        <w:rPr>
          <w:lang w:eastAsia="zh-CN"/>
        </w:rPr>
        <w:t>　　如期完成__区每季度入户抄水表收费工作的同时，又完成了公司布置的新的任务——__区首次入户抄水表收费工作。</w:t>
      </w:r>
      <w:r>
        <w:rPr>
          <w:lang w:eastAsia="zh-CN"/>
        </w:rPr>
        <w:br/>
      </w:r>
      <w:r>
        <w:rPr>
          <w:lang w:eastAsia="zh-CN"/>
        </w:rPr>
        <w:t>　　六、区底商的招租工作</w:t>
      </w:r>
      <w:r>
        <w:rPr>
          <w:lang w:eastAsia="zh-CN"/>
        </w:rPr>
        <w:br/>
      </w:r>
      <w:r>
        <w:rPr>
          <w:lang w:eastAsia="zh-CN"/>
        </w:rPr>
        <w:t>　　制定了底商的招租方案，并在下半年成功的引进了超市、药店项目。</w:t>
      </w:r>
      <w:r>
        <w:rPr>
          <w:lang w:eastAsia="zh-CN"/>
        </w:rPr>
        <w:br/>
      </w:r>
      <w:r>
        <w:rPr>
          <w:lang w:eastAsia="zh-CN"/>
        </w:rPr>
        <w:t>　　七、部分楼宇的收楼工作</w:t>
      </w:r>
      <w:r>
        <w:rPr>
          <w:lang w:eastAsia="zh-CN"/>
        </w:rPr>
        <w:br/>
      </w:r>
      <w:r>
        <w:rPr>
          <w:lang w:eastAsia="zh-CN"/>
        </w:rPr>
        <w:t>　　在9月份，完成了9#、10#的收楼工作;同时，又完成了部分区回迁楼(18#——1、2单元)收楼工作。</w:t>
      </w:r>
      <w:r>
        <w:rPr>
          <w:lang w:eastAsia="zh-CN"/>
        </w:rPr>
        <w:br/>
      </w:r>
      <w:r>
        <w:rPr>
          <w:lang w:eastAsia="zh-CN"/>
        </w:rPr>
        <w:t>　　总之，在工作基础上，我们满怀信心与希望，在新的一年里我们坚信，只要我们勤奋工作，努力工作，积极探索，勇于进取，我们一定能以最大的努力完成公司下达的各项工作指标。</w:t>
      </w:r>
      <w:r>
        <w:rPr>
          <w:lang w:eastAsia="zh-CN"/>
        </w:rPr>
        <w:br/>
      </w:r>
      <w:r>
        <w:rPr>
          <w:lang w:eastAsia="zh-CN"/>
        </w:rPr>
        <w:t xml:space="preserve">    客服经理个人总结报告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转眼又到了年底，在客服中心副主管这个位置上已经一年了，回顾起来，感受颇多。副主管的位置代表自己不能再像当培训师时，只做局部管理，而是要做全面的管理。作副主管压力最大时是杨主管离开客服中心的时候，我感觉客服中心的重担一下子压了下来，面对发展中且存在问题的客服中心，当时真有种无所适从的感觉。但我马上告诫自己，一定要冷静下来，找出问题，一个一个去解决。十一之前公司会议结束后，易总谈话：“遇到问题不要害怕，勇敢面对，要去想解决问题的方法这才是关键”给了我很大的鼓励，更坚定我要管理好客服中心的决心。</w:t>
      </w:r>
      <w:r>
        <w:rPr>
          <w:lang w:eastAsia="zh-CN"/>
        </w:rPr>
        <w:br/>
      </w:r>
      <w:r>
        <w:rPr>
          <w:lang w:eastAsia="zh-CN"/>
        </w:rPr>
        <w:t>　　十月中旬，王经理对我们的工作及时跟踪和指导，客服中心的每位管理人员都回答了王经理提出的五个针对性问题，并得到了及时回复，给我的回复中让我印象最深的是：“作好一个客服管理人员，是一件不容易，却又非常有成就感的事情，快速执行、快速反应、抓细节这些都是关键的地方。”这句简单却非常贴切的话，时刻伴随着我，使我把工作的压力转化为动力。</w:t>
      </w:r>
      <w:r>
        <w:rPr>
          <w:lang w:eastAsia="zh-CN"/>
        </w:rPr>
        <w:br/>
      </w:r>
      <w:r>
        <w:rPr>
          <w:lang w:eastAsia="zh-CN"/>
        </w:rPr>
        <w:t>　　感谢领导的鼓励和指导，也非常感谢各位同事的支持。站在这个位置上，一定要把这个客服管理好，才是对大家最好的回报。以下是我一年来工作的总结。</w:t>
      </w:r>
      <w:r>
        <w:rPr>
          <w:lang w:eastAsia="zh-CN"/>
        </w:rPr>
        <w:br/>
      </w:r>
      <w:r>
        <w:rPr>
          <w:lang w:eastAsia="zh-CN"/>
        </w:rPr>
        <w:t>　　在管理整个客服上，贯穿“让所有优秀的人的力量凝聚到一起，打造一个优秀团队”的思想。在管理中根据每个客服管理人员的优势，明确分工。根据所分工作做及时跟踪督促。在整个客服中心的管理上，根据客服现状，从业务提高和人员思想出发，列出阶段性目标和长期目标。从而达到客服整体面貌的改观。</w:t>
      </w:r>
      <w:r>
        <w:rPr>
          <w:lang w:eastAsia="zh-CN"/>
        </w:rPr>
        <w:br/>
      </w:r>
      <w:r>
        <w:rPr>
          <w:lang w:eastAsia="zh-CN"/>
        </w:rPr>
        <w:t>　　一、提高业务技能方面</w:t>
      </w:r>
      <w:r>
        <w:rPr>
          <w:lang w:eastAsia="zh-CN"/>
        </w:rPr>
        <w:br/>
      </w:r>
      <w:r>
        <w:rPr>
          <w:lang w:eastAsia="zh-CN"/>
        </w:rPr>
        <w:t>　　1、让每个座席人员从基本功练起，打字过关。</w:t>
      </w:r>
      <w:r>
        <w:rPr>
          <w:lang w:eastAsia="zh-CN"/>
        </w:rPr>
        <w:br/>
      </w:r>
      <w:r>
        <w:rPr>
          <w:lang w:eastAsia="zh-CN"/>
        </w:rPr>
        <w:t>　　2、客服培训手册应用新员培训，使培训更进一步走入正规化。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3、客服内部资料库的建立。新活动及群发内容及时更新，供座席人员查阅学习。</w:t>
      </w:r>
      <w:r>
        <w:rPr>
          <w:lang w:eastAsia="zh-CN"/>
        </w:rPr>
        <w:br/>
      </w:r>
      <w:r>
        <w:rPr>
          <w:lang w:eastAsia="zh-CN"/>
        </w:rPr>
        <w:t>　　4、试行“首问负责制”。简单投诉问题不再依赖班长，认真钻研业务后，能做到独立解决。</w:t>
      </w:r>
      <w:r>
        <w:rPr>
          <w:lang w:eastAsia="zh-CN"/>
        </w:rPr>
        <w:br/>
      </w:r>
      <w:r>
        <w:rPr>
          <w:lang w:eastAsia="zh-CN"/>
        </w:rPr>
        <w:t>　　二、服务质量方面</w:t>
      </w:r>
      <w:r>
        <w:rPr>
          <w:lang w:eastAsia="zh-CN"/>
        </w:rPr>
        <w:br/>
      </w:r>
      <w:r>
        <w:rPr>
          <w:lang w:eastAsia="zh-CN"/>
        </w:rPr>
        <w:t>　　在服务质量监测上实施奖罚分明的机制。设立服务标兵岗位，对服务优秀人员授予“服务之星”荣誉称号，在精神上给予鼓励。加大扣罚力度，出现问题者，以过失单形式扣罚。并要求质检人员和班长找其谈话，使座席人员从根本上认识自己的不足，最终达到提高其服务质量。</w:t>
      </w:r>
      <w:r>
        <w:rPr>
          <w:lang w:eastAsia="zh-CN"/>
        </w:rPr>
        <w:br/>
      </w:r>
      <w:r>
        <w:rPr>
          <w:lang w:eastAsia="zh-CN"/>
        </w:rPr>
        <w:t>　　三、针对客服中心由史以来的一大难题，在人员有限的基础上，提高一次接通率</w:t>
      </w:r>
      <w:r>
        <w:rPr>
          <w:lang w:eastAsia="zh-CN"/>
        </w:rPr>
        <w:br/>
      </w:r>
      <w:r>
        <w:rPr>
          <w:lang w:eastAsia="zh-CN"/>
        </w:rPr>
        <w:t>　　1、提出技术需求，将选择性接听改为直接接听，在一定程度上提高了一次接通率。</w:t>
      </w:r>
      <w:r>
        <w:rPr>
          <w:lang w:eastAsia="zh-CN"/>
        </w:rPr>
        <w:br/>
      </w:r>
      <w:r>
        <w:rPr>
          <w:lang w:eastAsia="zh-CN"/>
        </w:rPr>
        <w:t>　　2、在话务量高峰期，人员不足的情况下，实施新的补班计划，思想工作同步开展，将一次接通率和每位员工结合起来，用团队的力量共同达到标准。以至于现在每个员工都养成了习惯，都会随时关注一次接通率，从被动关注到现在的主动关注。从而达到提高客户的感知。</w:t>
      </w:r>
      <w:r>
        <w:rPr>
          <w:lang w:eastAsia="zh-CN"/>
        </w:rPr>
        <w:br/>
      </w:r>
      <w:r>
        <w:rPr>
          <w:lang w:eastAsia="zh-CN"/>
        </w:rPr>
        <w:t>　　4月份月均一次接通率：</w:t>
      </w:r>
      <w:r>
        <w:rPr>
          <w:lang w:eastAsia="zh-CN"/>
        </w:rPr>
        <w:br/>
      </w:r>
      <w:r>
        <w:rPr>
          <w:lang w:eastAsia="zh-CN"/>
        </w:rPr>
        <w:t>　　12581：87%</w:t>
      </w:r>
      <w:r>
        <w:rPr>
          <w:lang w:eastAsia="zh-CN"/>
        </w:rPr>
        <w:br/>
      </w:r>
      <w:r>
        <w:rPr>
          <w:lang w:eastAsia="zh-CN"/>
        </w:rPr>
        <w:t>　　12582：88%</w:t>
      </w:r>
      <w:r>
        <w:rPr>
          <w:lang w:eastAsia="zh-CN"/>
        </w:rPr>
        <w:br/>
      </w:r>
      <w:r>
        <w:rPr>
          <w:lang w:eastAsia="zh-CN"/>
        </w:rPr>
        <w:t>　　彩铃：47%</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11月份月均一次接通率：</w:t>
      </w:r>
      <w:r>
        <w:rPr>
          <w:lang w:eastAsia="zh-CN"/>
        </w:rPr>
        <w:br/>
      </w:r>
      <w:r>
        <w:rPr>
          <w:lang w:eastAsia="zh-CN"/>
        </w:rPr>
        <w:t>　　12581：92%</w:t>
      </w:r>
      <w:r>
        <w:rPr>
          <w:lang w:eastAsia="zh-CN"/>
        </w:rPr>
        <w:br/>
      </w:r>
      <w:r>
        <w:rPr>
          <w:lang w:eastAsia="zh-CN"/>
        </w:rPr>
        <w:t>　　12582：97%</w:t>
      </w:r>
      <w:r>
        <w:rPr>
          <w:lang w:eastAsia="zh-CN"/>
        </w:rPr>
        <w:br/>
      </w:r>
      <w:r>
        <w:rPr>
          <w:lang w:eastAsia="zh-CN"/>
        </w:rPr>
        <w:t>　　彩铃：84%</w:t>
      </w:r>
      <w:r>
        <w:rPr>
          <w:lang w:eastAsia="zh-CN"/>
        </w:rPr>
        <w:br/>
      </w:r>
      <w:r>
        <w:rPr>
          <w:lang w:eastAsia="zh-CN"/>
        </w:rPr>
        <w:t>　　以上的数据，告诉我，任何事情都是：没有做不到的，只有想不到的。</w:t>
      </w:r>
      <w:r>
        <w:rPr>
          <w:lang w:eastAsia="zh-CN"/>
        </w:rPr>
        <w:br/>
      </w:r>
      <w:r>
        <w:rPr>
          <w:lang w:eastAsia="zh-CN"/>
        </w:rPr>
        <w:t>　　四、创造了客服中心一个全面沟通的文化环境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客服中心是客户的`中心，是人的中心。客服中心的管理，必须是以人为本的管理。这是袁道唯博士负有哲理的话。结合客服现状，让每位员工从内心上服从管理，除了一些完善制度的约束外，另外一个主要使命就是沟通。沟通可以随时进行，但沟通文化却是需要逐渐培育的，作为客服中心的主管，我有责任给客服中心的员工营造一个全面的沟通文化环境。综合考虑，我选择了电子邮箱，没有时间和地域的限制，是一个非常有效的沟通方式。当然，邮箱刚建立时，两天没有任何反映，因为大家还对它还不信任。当第三天的时候，收到了第一封信，根据所反映的问题在最短的时间内给予解决，为以后起到很好的带头作用。邮件是接踵而来。收到的信件里，难免因前期无顺畅的沟通渠道造成一些不理解而出现一些偏激的语言，我在回信时针对提出的问题，若有执行可能性，立即让其它部门配合，马上实施，让事实说话。若暂无法实现或无法解决的，会告诉其原因。如果思想有偏差的，我会给其指引一个正确的方向。创造客服中心沟通文化环境时，鼓励并给大家创造机会，让所有客服员工把自己的想法表达出来，让大家感觉到沟通的正面效果。最终使大家以更好的心态投入到工作中去。从10月份以来，客服人员情绪较稳定，人员流动量降低到0。02%，并且对客服团队有了信任，以前的意见箱，现在变成了建议箱。好的建议更利于客服的发展，让我体会了沟通的重要性。</w:t>
      </w:r>
      <w:r>
        <w:rPr>
          <w:lang w:eastAsia="zh-CN"/>
        </w:rPr>
        <w:br/>
      </w:r>
      <w:r>
        <w:rPr>
          <w:lang w:eastAsia="zh-CN"/>
        </w:rPr>
        <w:t>　　五、文化建设方面</w:t>
      </w:r>
      <w:r>
        <w:rPr>
          <w:lang w:eastAsia="zh-CN"/>
        </w:rPr>
        <w:br/>
      </w:r>
      <w:r>
        <w:rPr>
          <w:lang w:eastAsia="zh-CN"/>
        </w:rPr>
        <w:t>　　1、7月份益智大比拼，使员工从紧张的晋级考试中得已缓解。提高员工团队协作，丰富了员工课余生活。</w:t>
      </w:r>
      <w:r>
        <w:rPr>
          <w:lang w:eastAsia="zh-CN"/>
        </w:rPr>
        <w:br/>
      </w:r>
      <w:r>
        <w:rPr>
          <w:lang w:eastAsia="zh-CN"/>
        </w:rPr>
        <w:t>　　2、客服主办的“中秋晚会”圆满成功，在这个全家团聚的特殊节日里，让员工感到公司对大家的关心和照顾。从而能更踏实的投入到工作中去。</w:t>
      </w:r>
      <w:r>
        <w:rPr>
          <w:lang w:eastAsia="zh-CN"/>
        </w:rPr>
        <w:br/>
      </w:r>
      <w:r>
        <w:rPr>
          <w:lang w:eastAsia="zh-CN"/>
        </w:rPr>
        <w:t>　　3、积极鼓励客服员工参与公司举办的“我行我秀”文化建设活动中，综合大家的想法，客服部在这次活动中，拿下了“整体效果奖”“团队协作奖”“最佳创意奖”三项大奖，让我也再次体会到了团队凝聚力是不估量的。</w:t>
      </w:r>
      <w:r>
        <w:rPr>
          <w:lang w:eastAsia="zh-CN"/>
        </w:rPr>
        <w:br/>
      </w:r>
      <w:r>
        <w:rPr>
          <w:lang w:eastAsia="zh-CN"/>
        </w:rPr>
        <w:t>　　六、制度完善方面</w:t>
      </w:r>
      <w:r>
        <w:rPr>
          <w:lang w:eastAsia="zh-CN"/>
        </w:rPr>
        <w:br/>
      </w:r>
      <w:r>
        <w:rPr>
          <w:lang w:eastAsia="zh-CN"/>
        </w:rPr>
        <w:t>　　根据新进同事建议，引进其它优秀客服的好的制度并运用到客服中心。</w:t>
      </w:r>
      <w:r>
        <w:rPr>
          <w:lang w:eastAsia="zh-CN"/>
        </w:rPr>
        <w:br/>
      </w:r>
      <w:r>
        <w:rPr>
          <w:lang w:eastAsia="zh-CN"/>
        </w:rPr>
        <w:t>　　1、示忙制度更规范。</w:t>
      </w:r>
      <w:r>
        <w:rPr>
          <w:lang w:eastAsia="zh-CN"/>
        </w:rPr>
        <w:br/>
      </w:r>
      <w:r>
        <w:rPr>
          <w:lang w:eastAsia="zh-CN"/>
        </w:rPr>
        <w:t>　　2、班长工作流程的规范。</w:t>
      </w:r>
      <w:r>
        <w:rPr>
          <w:lang w:eastAsia="zh-CN"/>
        </w:rPr>
        <w:br/>
      </w:r>
      <w:r>
        <w:rPr>
          <w:lang w:eastAsia="zh-CN"/>
        </w:rPr>
        <w:t>　　3、客服考勤制度的完善和运用。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通过以上六个方面的努力，使客服中心整体面貌有了一定的提高，让我深深体会了王经理曾对我说过的话“作好一个客服管理人员，是一件不容易，却又非常有成就感的事情。”一年来收获最大的，也是体会最深的：一个人的优秀不叫优秀，一个团队的优秀才是真正的优秀。作为客服中心的主管，一定要有能力把所有人优秀的力量综合起来，打造一个优秀的团队。团队的凝聚力是不可估量的。</w:t>
      </w:r>
      <w:r>
        <w:rPr>
          <w:lang w:eastAsia="zh-CN"/>
        </w:rPr>
        <w:br/>
      </w:r>
      <w:r>
        <w:rPr>
          <w:lang w:eastAsia="zh-CN"/>
        </w:rPr>
        <w:t xml:space="preserve">    客服经理个人总结报告 篇6 </w:t>
      </w:r>
      <w:r>
        <w:rPr>
          <w:lang w:eastAsia="zh-CN"/>
        </w:rPr>
        <w:br/>
      </w:r>
      <w:r>
        <w:rPr>
          <w:lang w:eastAsia="zh-CN"/>
        </w:rPr>
        <w:t>　　去年初，我们制定了公司经营目标指标，当时可能各位觉得不太可能完成，因为我们前两个月都是亏损的，但随着时间的推移，我们在年末看到的数字，已经远远超额完成了，这次的年终分配也是预藏了今年二月份的指标，剩余部分拿出了其中百分之二十几作为年终奖励，也就是说，今年二月份大家将看到的数字是第一个月就完成指标并超额，过完年后，第一个月就有好的提成数拿，因为指标高提成也高，员工中努力的还能很快加上工资。</w:t>
      </w:r>
      <w:r>
        <w:rPr>
          <w:lang w:eastAsia="zh-CN"/>
        </w:rPr>
        <w:br/>
      </w:r>
      <w:r>
        <w:rPr>
          <w:lang w:eastAsia="zh-CN"/>
        </w:rPr>
        <w:t>　　回顾过去的一年，是正方发展历史上极不寻常的一年，去年我们采取了公开指标和公司利润，让每一位员工都明白公司每个月的经营状态，让每一个员工都随正方的成功而心跳，也为正方的危机而心焦，应该说，在透明的经营赢亏数据面前，我们不敢懈怠，我们深感压力与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回顾过去的一年，我们看到好多在公司辛勤努力工作的身边最亲密的同事，有经常熬夜加班的设计部的全体同仁，默默无语、潜心好学、勇于奉献的孙剑雨;急客户所急、想客户所想，笑口常开的陈冰;赢在中国杂志主设计、动作飞快、责任心日增的杨飞;满面春风、好脾气的洪晓兵，他们都是好样的。</w:t>
      </w:r>
      <w:r>
        <w:rPr>
          <w:lang w:eastAsia="zh-CN"/>
        </w:rPr>
        <w:br/>
      </w:r>
      <w:r>
        <w:rPr>
          <w:lang w:eastAsia="zh-CN"/>
        </w:rPr>
        <w:t>　　策划部中有我们的才女周皆婷，她服务于近十个客户，忙得不亦乐乎却依旧春风满面;有进公司不久，积极上进、虚心好学的赵宏伟;有以博客为宣传工具，大力宏扬正方文化的、慷慨而讲情义的殷徳义;有我们亲爱的刚做了爸爸的植兵大师，他现在兼任两个部门的总监，负责创意和工作协调、把关，任务繁杂，精力消耗很大，但他十六年的专业经历和牧羊座的个性总是能应对各种挑战，有他在正方，我们似乎没有不敢接的策划业务。</w:t>
      </w:r>
      <w:r>
        <w:rPr>
          <w:lang w:eastAsia="zh-CN"/>
        </w:rPr>
        <w:br/>
      </w:r>
      <w:r>
        <w:rPr>
          <w:lang w:eastAsia="zh-CN"/>
        </w:rPr>
        <w:t>　　当然我们别忘了还有每天服务于客户和同事的的张孝文，由于她的努力并坚持，我们获得了多拿滋这样忠实的客户;司机赵宏伟从来任劳任怨，把出车任务当做上战场的命令，总是安全把各位送达目的地，当然他也花了不少罚金权当交了公税，好在他年底还多了一份安全奖，权当安慰奖得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值得我们大书特书的是我们的两位大姐，金一姫，自从负责物料供应以来，她经常在休息天被客户的送货命令所打扰，但她总是不折不扣地完成任务，并按时催缴货款，她对工作认真负责、细心，这一切得益于做财务出身的职业素养，我们期待她在新的一年能更好地把控成本使公司产生更多赢利;樊姐，樊利平，她一人身兼客户经理、办公室主管、出纳三项工作，偶尔还要当一下司机帮助公司其他人员进行业务联络，她的身影是每一个同事最最熟悉的，她不仅仅完成本职内工作，而且对于公司其他人需要帮助的时候，她总是义不容辞地、想方设法地把忙帮到底，她人品正、业务经验足、责任心超强，对于她经手的业务，她都会仔仔细细校对文稿，立争不出工作差错，应该说，我们为拥有这样的大姐感到幸福和欣慰。</w:t>
      </w:r>
      <w:r>
        <w:rPr>
          <w:lang w:eastAsia="zh-CN"/>
        </w:rPr>
        <w:br/>
      </w:r>
      <w:r>
        <w:rPr>
          <w:lang w:eastAsia="zh-CN"/>
        </w:rPr>
        <w:t>　　最后，我们的文秘徐晶晶小姐由于工作踏实，积极好学，很快地胜任了目前的岗位，并努力向着文案职位迈进;还有我们的实习生朱雨辰，专业不对口，但也很有兴趣地感受着正方的一切。</w:t>
      </w:r>
      <w:r>
        <w:rPr>
          <w:lang w:eastAsia="zh-CN"/>
        </w:rPr>
        <w:br/>
      </w:r>
      <w:r>
        <w:rPr>
          <w:lang w:eastAsia="zh-CN"/>
        </w:rPr>
        <w:t>　　如数家珍地把各位的长处一一道来，希望我们每一个正方员工从身边的人中取长补短，并同时反省自身的不足，用心血与汗水浇灌我们正方这块生存了十五年的牌子，希望我们在新的一年里，更加努力学习专业知识，更好地互助互动，把新年新任务努力地完成，争取不俗的业绩，年终荷包更满满。</w:t>
      </w:r>
      <w:r>
        <w:rPr>
          <w:lang w:eastAsia="zh-CN"/>
        </w:rPr>
        <w:br/>
      </w:r>
      <w:r>
        <w:rPr>
          <w:lang w:eastAsia="zh-CN"/>
        </w:rPr>
        <w:t xml:space="preserve">    客服经理个人总结报告 篇7 </w:t>
      </w:r>
      <w:r>
        <w:rPr>
          <w:lang w:eastAsia="zh-CN"/>
        </w:rPr>
        <w:br/>
      </w:r>
      <w:r>
        <w:rPr>
          <w:lang w:eastAsia="zh-CN"/>
        </w:rPr>
        <w:t>　　20年即将过去，客服部个人工作总结。在这一年里，似乎值得自己去回顾的事情并不是很多，生活和工作依旧是沿途没有什么风景，就在我以为大路朝前，日子就这样平静下去的时候。20年11月，我经过应聘和选拔来到了Uie，我非常。高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加入Uie已两个多月，但对于我来说，我成长了很多。从头开始学习我不完全熟悉的一种工作方式、工作内容、以及工作程序，让我更加全面的、系统的了解整个英文客服的工作流程和内容。两个月的工作，并非尽如人意，这些还都有待于我进一步用心去学习，然后要熟练运用在工作中的每一个细节里。这段时间里我有过反省和思考，在这里既对自己前段时间工作批评，也做一些总结，如何做好自己争取在日后的工作中能有好的表现，和大家一起服务于公司。</w:t>
      </w:r>
      <w:r>
        <w:rPr>
          <w:lang w:eastAsia="zh-CN"/>
        </w:rPr>
        <w:br/>
      </w:r>
      <w:r>
        <w:rPr>
          <w:lang w:eastAsia="zh-CN"/>
        </w:rPr>
        <w:t>　　一、20年总结</w:t>
      </w:r>
      <w:r>
        <w:rPr>
          <w:lang w:eastAsia="zh-CN"/>
        </w:rPr>
        <w:br/>
      </w:r>
      <w:r>
        <w:rPr>
          <w:lang w:eastAsia="zh-CN"/>
        </w:rPr>
        <w:t>　　(一)工作总结</w:t>
      </w:r>
      <w:r>
        <w:rPr>
          <w:lang w:eastAsia="zh-CN"/>
        </w:rPr>
        <w:br/>
      </w:r>
      <w:r>
        <w:rPr>
          <w:lang w:eastAsia="zh-CN"/>
        </w:rPr>
        <w:t>　　20年11月23日，我开始加入到Usfine，跟着老员工学习，第一次参与订单登记和后台管理;第一次参与英文客服订单验证工作;第一次参与问题单、完成订单回信;第一次接触到ChargeBack、投诉处理。在这里，我看到了希望，因为我可以学到更多的工作内容。由于之前我从事过相关工作，所以我上手很快。感谢领导和各位同事的指导帮助，感谢公司给了我学习的机会</w:t>
      </w:r>
      <w:r>
        <w:rPr>
          <w:lang w:eastAsia="zh-CN"/>
        </w:rPr>
        <w:br/>
      </w:r>
      <w:r>
        <w:rPr>
          <w:lang w:eastAsia="zh-CN"/>
        </w:rPr>
        <w:t>　　(二)工作中的不足</w:t>
      </w:r>
      <w:r>
        <w:rPr>
          <w:lang w:eastAsia="zh-CN"/>
        </w:rPr>
        <w:br/>
      </w:r>
      <w:r>
        <w:rPr>
          <w:lang w:eastAsia="zh-CN"/>
        </w:rPr>
        <w:t>　　在工作中，我欠缺主动性，与领导和大家沟通较少，考虑问题不够全面和细致，失误较多，尤其是在订单验证和追单方面，我需要多花时间和精力去学习。因为这距离工作中公司领导对我的期望和要求还有很大的距离。</w:t>
      </w:r>
      <w:r>
        <w:rPr>
          <w:lang w:eastAsia="zh-CN"/>
        </w:rPr>
        <w:br/>
      </w:r>
      <w:r>
        <w:rPr>
          <w:lang w:eastAsia="zh-CN"/>
        </w:rPr>
        <w:t>　　二、20年计划</w:t>
      </w:r>
      <w:r>
        <w:rPr>
          <w:lang w:eastAsia="zh-CN"/>
        </w:rPr>
        <w:br/>
      </w:r>
      <w:r>
        <w:rPr>
          <w:lang w:eastAsia="zh-CN"/>
        </w:rPr>
        <w:t>　　新的一年即将到来，充满了挑战和机遇，我必须更加的努力。看似容易，做起来却是需要用心、用力、用态度的，需要有自信，有更强的耐力。我坚信有公司领导的正确决策，有各位同事的协助，加上我个人的不懈努力，20__年会是我在Usfine实现蜕变的一年。</w:t>
      </w:r>
      <w:r>
        <w:rPr>
          <w:lang w:eastAsia="zh-CN"/>
        </w:rPr>
        <w:br/>
      </w:r>
      <w:r>
        <w:rPr>
          <w:lang w:eastAsia="zh-CN"/>
        </w:rPr>
        <w:t>　　(一)增强责任感，服从领导安排，积极与领导沟通，提高%工作效率。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要积极主动地把工作做到点上，落到实处，减少工作失误。时刻坚持不懂就问，不明白就多学的态度，与同事多合作，与领导多汇报工作情况和建议，做为一个新人要将自己放的低一点，懂得团队的力量和重要性。</w:t>
      </w:r>
      <w:r>
        <w:rPr>
          <w:lang w:eastAsia="zh-CN"/>
        </w:rPr>
        <w:br/>
      </w:r>
      <w:r>
        <w:rPr>
          <w:lang w:eastAsia="zh-CN"/>
        </w:rPr>
        <w:t>　　(二)勤学习，提高</w:t>
      </w:r>
      <w:r>
        <w:rPr>
          <w:lang w:eastAsia="zh-CN"/>
        </w:rPr>
        <w:br/>
      </w:r>
      <w:r>
        <w:rPr>
          <w:lang w:eastAsia="zh-CN"/>
        </w:rPr>
        <w:t>　　涉及到工作相关知识的学习，不怕苦难，努力克服。工作中遇到了许多接触少，甚至从不了解的新事物、新问题、新情况。比如Service信件处理、退款流程、订单登记细节处理、打电话验证，回答客人问题等。面对这些问题，要自己先多了解，熟悉公司的产品，订单操作，以及如何管理，做到心中有数，使自己很快能进入工作角色，用专业的言语向客户表达。</w:t>
      </w:r>
      <w:r>
        <w:rPr>
          <w:lang w:eastAsia="zh-CN"/>
        </w:rPr>
        <w:br/>
      </w:r>
      <w:r>
        <w:rPr>
          <w:lang w:eastAsia="zh-CN"/>
        </w:rPr>
        <w:t>　　(三)多行动，坚守工作职责。</w:t>
      </w:r>
      <w:r>
        <w:rPr>
          <w:lang w:eastAsia="zh-CN"/>
        </w:rPr>
        <w:br/>
      </w:r>
      <w:r>
        <w:rPr>
          <w:lang w:eastAsia="zh-CN"/>
        </w:rPr>
        <w:t>　　英文客服岗位，工作时间长，任务繁重，压力大，有夜班，肩负着公司的形象。所以，需要的是有责任心、不怕吃苦、能耐劳、乐于奉献的人。我们也要学会不断调节自己的情绪，给自己解压。</w:t>
      </w:r>
      <w:r>
        <w:rPr>
          <w:lang w:eastAsia="zh-CN"/>
        </w:rPr>
        <w:br/>
      </w:r>
      <w:r>
        <w:rPr>
          <w:lang w:eastAsia="zh-CN"/>
        </w:rPr>
        <w:t xml:space="preserve">    客服经理个人总结报告 篇8 </w:t>
      </w:r>
      <w:r>
        <w:rPr>
          <w:lang w:eastAsia="zh-CN"/>
        </w:rPr>
        <w:br/>
      </w:r>
      <w:r>
        <w:rPr>
          <w:lang w:eastAsia="zh-CN"/>
        </w:rPr>
        <w:t>　　一、管理精细化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理赔工作在保险业务中具有举足轻重的地位，它不仅事关保险公司自身的经济效益和发展，也影响到保险职能作用的发挥及社会效益的实现，对保障社会稳定和人民的安居乐业发挥着积极的作用。为此我们在理赔管理中，本着各自的工作岗位和分工，认真履行职责，努力学习有关理论和规定。随着公司‘精’‘细’‘微’管理的深入，制定了本部一系列规章制度，岗位到人，职责到人，奖罚到人。在理赔数据管理中，严抓落实，保证了数据的真实性、一致性、正确性、及时性和规范性，使理赔管理工作，达到了上级公司的要求。</w:t>
      </w:r>
      <w:r>
        <w:rPr>
          <w:lang w:eastAsia="zh-CN"/>
        </w:rPr>
        <w:br/>
      </w:r>
      <w:r>
        <w:rPr>
          <w:lang w:eastAsia="zh-CN"/>
        </w:rPr>
        <w:t>　　二、工作标准化</w:t>
      </w:r>
      <w:r>
        <w:rPr>
          <w:lang w:eastAsia="zh-CN"/>
        </w:rPr>
        <w:br/>
      </w:r>
      <w:r>
        <w:rPr>
          <w:lang w:eastAsia="zh-CN"/>
        </w:rPr>
        <w:t>　　理赔工作中我们坚持实事求是、“迅速、及时、准确、合理”的原则，狠抓理赔和防灾防损质量的提高，工作讲究高标准严要求。首先从抓第一现场的查勘率入手。只要接到报案，无论事故大小，无论白天黑夜，始终坚持赶到第一现场，掌握第一手资料，严格按照快速赔付流程，为客户提供力所能及的方便。坚持双人查勘，双人定损，限时赔付，不断提高服务质量;坚持24小时值班制度，积极参与“三个中心”建设，进一步提高了服务水平;加大了考核力度;积极做好防灾防损工作，及时拟订了重大客户防灾防损工作预案、夏季防汛安全检查办法、冬季防火防爆安全检查办法，始终做到提前把握，提前介入，增强了防范风险的能力，收到了良好的社会效果。我们狠抓理赔管理，加快理赔速度，加强队伍建设，提高服务水平，改善服务形象，切实挤压理赔水分，实现有效降赔，较好的完成了各项理赔指标。</w:t>
      </w:r>
      <w:r>
        <w:rPr>
          <w:lang w:eastAsia="zh-CN"/>
        </w:rPr>
        <w:br/>
      </w:r>
      <w:r>
        <w:rPr>
          <w:lang w:eastAsia="zh-CN"/>
        </w:rPr>
        <w:t>　　三、服务规范化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保险市场竞争不外乎是价格竞争、品牌竞争、服务竞争，而服务竞争在保险市场竞争中具有十分重要的作用。作为客户服务部来说，服务的好坏直接关系到公司的发展与生存。因此，我们部把理赔服务工作放在了重要位置。组织大家学习，充分认识客户服务的重要性，扎扎实实抓好客户服务工作，建立健全了服务制度，服务措施，规范了服务行为，于细微处见精神。比如客户随时随地上门办理业务，我们都能提供周到的服务;能一次办好的业务，不让客户跑第二次，每理算好一件赔案都会及时的电话通知保户前来领款。半年来我们不断改进工作作风，提高了服务质量，提高了客户满意度，尽职尽责的完成了工作。</w:t>
      </w:r>
      <w:r>
        <w:rPr>
          <w:lang w:eastAsia="zh-CN"/>
        </w:rPr>
        <w:br/>
      </w:r>
      <w:r>
        <w:rPr>
          <w:lang w:eastAsia="zh-CN"/>
        </w:rPr>
        <w:t>　　流火的七月，屡屡攀升的气温，象征着我们人保公司的各项工作水平，正在发生着一天天的变化和提高，令人欣喜、振奋。是的，成就代表过去，辉煌铸就未来。今后我们要加强学习，努力提高业务技能，精诚团结、扎实工作、奋力拼搏，为确保全年目标顺利完成而努力奋斗。衷心祝愿我们的人保事业蒸蒸日上，公司大而富强。</w:t>
      </w:r>
      <w:r>
        <w:rPr>
          <w:lang w:eastAsia="zh-CN"/>
        </w:rPr>
        <w:br/>
      </w:r>
      <w:r>
        <w:rPr>
          <w:lang w:eastAsia="zh-CN"/>
        </w:rPr>
        <w:t xml:space="preserve">    客服经理个人总结报告 篇9 </w:t>
      </w:r>
      <w:r>
        <w:rPr>
          <w:lang w:eastAsia="zh-CN"/>
        </w:rPr>
        <w:br/>
      </w:r>
      <w:r>
        <w:rPr>
          <w:lang w:eastAsia="zh-CN"/>
        </w:rPr>
        <w:t>　　转眼间，已经过去，迎来崭新的20__年，在药业公司一年来的经历更多是收获。回首我在刚刚进入公司对各个方面都还不是很了解。在这一年里我有成绩，有失败，有快乐，有无助，可就是经历这方方面面的事情后最终得到是收获。在公司里工作也给我改善了很多，有条件的改善，也有个人成长的改善。通过这一年的磨合我对我自己以后的发展也有了很明确的目标。是一个不平凡的一年。现在这一个不平凡的一年已经过去。我也要对自己做一个很好的总结。一个总结的结束就意味着一个全新的开始。这次终结我分为三大块商业、客服和20的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一、年全年的客服工作取得成就和不足</w:t>
      </w:r>
      <w:r>
        <w:rPr>
          <w:lang w:eastAsia="zh-CN"/>
        </w:rPr>
        <w:br/>
      </w:r>
      <w:r>
        <w:rPr>
          <w:lang w:eastAsia="zh-CN"/>
        </w:rPr>
        <w:t>　　1、年我刚刚进入公司，公司就对客服模式做出全新的改革，公司对以前被动的营销改成主动营销以客服做为龙头重点对年全力冲刺。在打造全新的服务中心。在进入公司我的首要任务就是建立完善的服务中心。我在进入公司的一个月后严格按照公司规定建立好。也是第一个合格的服务中心。</w:t>
      </w:r>
      <w:r>
        <w:rPr>
          <w:lang w:eastAsia="zh-CN"/>
        </w:rPr>
        <w:br/>
      </w:r>
      <w:r>
        <w:rPr>
          <w:lang w:eastAsia="zh-CN"/>
        </w:rPr>
        <w:t>　　在建立服务中心的过程中也入到不少的困难。因为对这个城市不熟导致工作进度有点慢。买的材料也买错过。但是我知道服务中心的重要性。如果服务中心建设不好就会影响以后的工作。选择地点也是非常的慎重。正因为自己的工作态度在老服务中心一直都是稳定。当然也有不足在我建里第2个服务中心时，因为自己对自己放松要求细节也不很仔细导致第2个服务中心在年的失败。在这里我也认识到细节在于品质，也就是我在建立第2个服务中心放松一点点。可是出现的结果却是完全不一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2、对人员的建立。服务中心的人员招聘这是一个很关键的。服务中心的人员是直接影响服务中心的销售，虽然我们是一个治疗机构可是对人员的选则不光要有很好的专业技能同时也要有很好沟通能力。还要有责任态度。我年我的人员招收也非艰难，一开始有很多人不理解我们的工作方式。也对公司有很多的顾虑、我也是通过长期的招聘也成功招到很优秀的员工，如方意勤，罗谷英，文春兰。但是走的也很多，有一段时间让我很烦的事。刚刚培训出来的员工一下子要离开。也许我在工作很多地方照顾的不好。这给公司造成的看不出的损失。说明我的管理也出现很大的问题。也让我明白铁打的营盘流水的兵。只有加强自己的能力。才能给公司带来更多的好员工。</w:t>
      </w:r>
      <w:r>
        <w:rPr>
          <w:lang w:eastAsia="zh-CN"/>
        </w:rPr>
        <w:br/>
      </w:r>
      <w:r>
        <w:rPr>
          <w:lang w:eastAsia="zh-CN"/>
        </w:rPr>
        <w:t>　　3、年里，因为我也是刚刚上岗，员工也是刚刚进来。对专业知识的也是非常的缺乏，虽然在一年里公司组织大规模的培训，但是对这刚刚上岗的人员吸收的太慢，在工作中边学习边摸索。这样也导致了治疗的患者出现很多失误。也给工作出了不少的阻扰。我也发现我自身的知识缺乏。在一年里我对专业做出强化学习。加快自身学习速度。为20__年打下扎实的基矗通过自我的学习，感化员工学习的积极性。只要付出就会有回报，我们全年治疗好的患者也到达几十人。得到患者的认可。还有就是不光是专业的学习。对患者的管理，对患者的沟通也要学习。还有对促销活动的学习。年是我们人员学习的一年。在服务中心完善的一年。这一年过去。今年的服务中心已经是个紧握的拳头已经具备强大的力量。</w:t>
      </w:r>
      <w:r>
        <w:rPr>
          <w:lang w:eastAsia="zh-CN"/>
        </w:rPr>
        <w:br/>
      </w:r>
      <w:r>
        <w:rPr>
          <w:lang w:eastAsia="zh-CN"/>
        </w:rPr>
        <w:t>　　4、促销活动的开展，我为什么把促销单独列一条，因为在这一年里。促销活动给我们带来太多的欢喜和辛苦。在公司进行改革。全新的销售模式推行。对走出服务中心主动寻找患者。我们在做促销的是面对自己太多的挑战。当我们站在大路上、商城里、车站里、药店门口。面对过往的人群就我们这群人为了自己的生活，在喧闹的城市人的异样的眼光。就我们这样一群人最后改变人们对我们的认识。从异样到敬畏从敬畏到崇拜。人呀不能感动得认真。我从中得到让我从没有感到过的震撼。也通过我们自己的努力证明呢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二、年全年的商业工作取得成就和不足</w:t>
      </w:r>
      <w:r>
        <w:rPr>
          <w:lang w:eastAsia="zh-CN"/>
        </w:rPr>
        <w:br/>
      </w:r>
      <w:r>
        <w:rPr>
          <w:lang w:eastAsia="zh-CN"/>
        </w:rPr>
        <w:t>　　1、的商业终端，我在工作中接触最多。也是我的主要任务，一个商业是我们的根基也是一个人与人的交通。一个长期的工作。终端是我们产品直接变成业绩的工作。终端是最基础最重要的环节，一个终端的好坏直接导致你在这市场里能不能立足。在我也认识到终端的重要性。在服务中心的建设的同时，我也积极对各个药房的走访。建立终端信息表，对各个药店进行了解，调查各个药店对我们产品的态度。通过一系列的工作。了解到很多的问题。很多都是赠品的发放问题。导致很多药房不愿意买我们的产品。有的都出现抵触心理。态度极其不好，再就是长期没有服务中心，很多患者买了药得不到全方面的治疗。很多人对亮甲疗效产生了质疑，很多药房的卖不出去。加上假的，仿的亮甲多。对市场的冲击那是相当的严重。说实话我从了解这些事情后，我的内心动摇过。不过我相信只要自己去做总会有点收获的付出和回报，一定是成正比。在这一年里我不断的在各个药房进行走访，自己贴钱买礼物。以真心的和他们交朋友。经过这一年的努力也有很多药房的认可。在价格维护也很好，铺卡也全面的展开。当然这些远远不够。因为几次商业检查我都付出了惨痛的代价。我需要学习，对各个处理事情方面我还进一步的完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2、对商业单位的开展。年我一共谈了4个商业单位。分别是为民医药、双鹤医药、康尔医药、同安医药。对这几家医药公司的洽谈也让我碰了无数的壁，大多数多是因为供货价格的问题让我无比的艰难的谈价。还有货源控制也对我产生很大的阻碍。让我听的最多的就是话就是“反正我们不在你这里拿货我们也能拿得到”也许是我自己的不熟悉，各个方面缺乏理解导致我都不知道说什么。这也是我最薄弱的方面。</w:t>
      </w:r>
      <w:r>
        <w:rPr>
          <w:lang w:eastAsia="zh-CN"/>
        </w:rPr>
        <w:br/>
      </w:r>
      <w:r>
        <w:rPr>
          <w:lang w:eastAsia="zh-CN"/>
        </w:rPr>
        <w:t>　　三、对20年的计划。</w:t>
      </w:r>
      <w:r>
        <w:rPr>
          <w:lang w:eastAsia="zh-CN"/>
        </w:rPr>
        <w:br/>
      </w:r>
      <w:r>
        <w:rPr>
          <w:lang w:eastAsia="zh-CN"/>
        </w:rPr>
        <w:t>　　1、20年我想是我们收获的一年，因为年的种子已经播种好了交好了水。当然也要有改善因为公司的政策在改。我也不能以年的标准来衡量今年。要有突破要有创新今年我给自己订的计划，首先我要更完善终端，终端绝对是重中之重。想要求突破就要从终端开始。因为我觉得只有终端才能决定商业和客服的发展性，也是最最基础工作</w:t>
      </w:r>
      <w:r>
        <w:rPr>
          <w:lang w:eastAsia="zh-CN"/>
        </w:rPr>
        <w:br/>
      </w:r>
      <w:r>
        <w:rPr>
          <w:lang w:eastAsia="zh-CN"/>
        </w:rPr>
        <w:t>　　2、商业公司的发展，20要有增加商业单位，保证商业回款</w:t>
      </w:r>
      <w:r>
        <w:rPr>
          <w:lang w:eastAsia="zh-CN"/>
        </w:rPr>
        <w:br/>
      </w:r>
      <w:r>
        <w:rPr>
          <w:lang w:eastAsia="zh-CN"/>
        </w:rPr>
        <w:t>　　3、服务中心的建设，要把第2家服务中心从新选址，认真的办起来</w:t>
      </w:r>
      <w:r>
        <w:rPr>
          <w:lang w:eastAsia="zh-CN"/>
        </w:rPr>
        <w:br/>
      </w:r>
      <w:r>
        <w:rPr>
          <w:lang w:eastAsia="zh-CN"/>
        </w:rPr>
        <w:t>　　4、服务中心的人员学习和自我的知识提高，让服务中心的治愈提高。保证口碑良性发展</w:t>
      </w:r>
      <w:r>
        <w:rPr>
          <w:lang w:eastAsia="zh-CN"/>
        </w:rPr>
        <w:br/>
      </w:r>
      <w:r>
        <w:rPr>
          <w:lang w:eastAsia="zh-CN"/>
        </w:rPr>
        <w:t>　　5、促销活动要继续进行，要有更高的要求展现自己的价值。</w:t>
      </w:r>
      <w:r>
        <w:rPr>
          <w:lang w:eastAsia="zh-CN"/>
        </w:rPr>
        <w:br/>
      </w:r>
      <w:r>
        <w:rPr>
          <w:lang w:eastAsia="zh-CN"/>
        </w:rPr>
        <w:t>　　以上就我的全年总结，有很多的细节可能没有写。但总结就是提高，新的开始新的认识自己下面该做什么，有什么做的不好的、不足的望领导给于严厉的批评和鞭策。顺便祝乐泰的员工新年快乐，工作顺利。</w:t>
      </w:r>
      <w:r>
        <w:rPr>
          <w:lang w:eastAsia="zh-CN"/>
        </w:rPr>
        <w:br/>
      </w:r>
      <w:r>
        <w:rPr>
          <w:lang w:eastAsia="zh-CN"/>
        </w:rPr>
        <w:t xml:space="preserve">    客服经理个人总结报告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在繁忙的工作中不知不觉又迎来了新的一年，回顾这一年的工作历程，作为_企业的每一名员工，我们深深感到_企业之蓬勃发展的热气，_人之拼搏的精神。</w:t>
      </w:r>
      <w:r>
        <w:rPr>
          <w:lang w:eastAsia="zh-CN"/>
        </w:rPr>
        <w:br/>
      </w:r>
      <w:r>
        <w:rPr>
          <w:lang w:eastAsia="zh-CN"/>
        </w:rPr>
        <w:t>　　是_销售部门的一名普通员工，刚到房产时，该员工对房地产方面的知识不是很精通，对于新环境、新事物比较很快了解到公司的性质及其房地产市场。作为销售部中的一员，该员工深深觉到自己身肩重任。作为企业的门面，企业的窗口，自己的一言一行也同时代表了一个企业的形象。所以更要提高自身的素质，高标准的要求自己。在高素质的基础上更要加强自己的专业知识和专业技能。此外，还要广泛了解整个房地产市场的动态，走在市场的前沿。经过这段时间的磨练，_员工已成为一名合格的销售人员，并且努力做好自己的本职工作。</w:t>
      </w:r>
      <w:r>
        <w:rPr>
          <w:lang w:eastAsia="zh-CN"/>
        </w:rPr>
        <w:br/>
      </w:r>
      <w:r>
        <w:rPr>
          <w:lang w:eastAsia="zh-CN"/>
        </w:rPr>
        <w:t>　　房地产市场的起伏动荡，公司于_年与_公司进行合资，共同完成销售工作。在这段时间，_员工积极配合_公司的员工，以销售为目的，在公司领导的指导下，完成经营价格的制定，在春节前策划完成了广告宣传，为_月份的销售高潮奠定了基础。最后以_个月完成合同额_万元的好成绩而告终。经过这次企业的洗礼，_员工从中得到了不少专业知识，使自己各方面都所有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_年下旬公司与_公司合作，这又是公司的一次重大变革和质的飞跃。在此期间主要是针对房屋的销售。经过之前销售部对房屋执行内部认购等手段的铺垫制造出火爆场面。在销售部，_员工担任销售内业及会计两种职务。面对工作量的增加以及销售工作的系统化和正规化，工作显得繁重和其中。在开盘之际，该员工基本上每天都要加班加点完成工作。经过一个多月时间的熟悉和了解，_员工立刻进入角色并且娴熟的完成了自己的本职工作。由于房款数额巨大，在收款的过程中该员工做到谨慎认真，现已收取了上千万的房款，每一笔帐目都相得益彰，无一差错。此外在此销售过程中每月的工作总结和每周例会，该员工不断总结自己的工作经验，及时找出弊端并及早改善。销售部在短短的三个月的时间将二期房屋全部清盘，而且一期余房也一并售罄，这其中与_员工和其他销售部成员的努力是分不开的。</w:t>
      </w:r>
      <w:r>
        <w:rPr>
          <w:lang w:eastAsia="zh-CN"/>
        </w:rPr>
        <w:br/>
      </w:r>
      <w:r>
        <w:rPr>
          <w:lang w:eastAsia="zh-CN"/>
        </w:rPr>
        <w:t>　　_年这一年是有意义的、有价值的、有收获的。公司在每一名员工的努力下，在新的一年中将会有新的突破，新的气象，能够在日益激烈的市场竞争中</w:t>
      </w:r>
      <w:r>
        <w:rPr>
          <w:lang w:eastAsia="zh-CN"/>
        </w:rPr>
        <w:br/>
      </w:r>
      <w:r>
        <w:rPr>
          <w:lang w:eastAsia="zh-CN"/>
        </w:rPr>
        <w:t xml:space="preserve">    客服经理个人总结报告 篇11 </w:t>
      </w:r>
      <w:r>
        <w:rPr>
          <w:lang w:eastAsia="zh-CN"/>
        </w:rPr>
        <w:br/>
      </w:r>
      <w:r>
        <w:rPr>
          <w:lang w:eastAsia="zh-CN"/>
        </w:rPr>
        <w:t>　　这一年本人主要负责总机工作，以下是我一年以来的工作情况汇报及明年的工作规划：</w:t>
      </w:r>
      <w:r>
        <w:rPr>
          <w:lang w:eastAsia="zh-CN"/>
        </w:rPr>
        <w:br/>
      </w:r>
      <w:r>
        <w:rPr>
          <w:lang w:eastAsia="zh-CN"/>
        </w:rPr>
        <w:t>　　一、总机</w:t>
      </w:r>
      <w:r>
        <w:rPr>
          <w:lang w:eastAsia="zh-CN"/>
        </w:rPr>
        <w:br/>
      </w:r>
      <w:r>
        <w:rPr>
          <w:lang w:eastAsia="zh-CN"/>
        </w:rPr>
        <w:t>　　1、负责公司所有经销商日常订单的接收、确认及汇总。</w:t>
      </w:r>
      <w:r>
        <w:rPr>
          <w:lang w:eastAsia="zh-CN"/>
        </w:rPr>
        <w:br/>
      </w:r>
      <w:r>
        <w:rPr>
          <w:lang w:eastAsia="zh-CN"/>
        </w:rPr>
        <w:t>　　2、客户确认单的制订及相关催款等事宜。</w:t>
      </w:r>
      <w:r>
        <w:rPr>
          <w:lang w:eastAsia="zh-CN"/>
        </w:rPr>
        <w:br/>
      </w:r>
      <w:r>
        <w:rPr>
          <w:lang w:eastAsia="zh-CN"/>
        </w:rPr>
        <w:t>　　3、负责非标产品的报价及图纸确认。</w:t>
      </w:r>
      <w:r>
        <w:rPr>
          <w:lang w:eastAsia="zh-CN"/>
        </w:rPr>
        <w:br/>
      </w:r>
      <w:r>
        <w:rPr>
          <w:lang w:eastAsia="zh-CN"/>
        </w:rPr>
        <w:t>　　4、销售统计表的制订及相关客户回款账目的整理。</w:t>
      </w:r>
      <w:r>
        <w:rPr>
          <w:lang w:eastAsia="zh-CN"/>
        </w:rPr>
        <w:br/>
      </w:r>
      <w:r>
        <w:rPr>
          <w:lang w:eastAsia="zh-CN"/>
        </w:rPr>
        <w:t>　　5、日常订单的跟踪及回复。</w:t>
      </w:r>
      <w:r>
        <w:rPr>
          <w:lang w:eastAsia="zh-CN"/>
        </w:rPr>
        <w:br/>
      </w:r>
      <w:r>
        <w:rPr>
          <w:lang w:eastAsia="zh-CN"/>
        </w:rPr>
        <w:t>　　6、发货状况的协调与跟进等。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二、不足之处</w:t>
      </w:r>
      <w:r>
        <w:rPr>
          <w:lang w:eastAsia="zh-CN"/>
        </w:rPr>
        <w:br/>
      </w:r>
      <w:r>
        <w:rPr>
          <w:lang w:eastAsia="zh-CN"/>
        </w:rPr>
        <w:t>　　1、对客户没有一种概念“急客户之所急”的基本理念。客户所反映的问题未能及时解决，导致给客户一种公司混乱的印象。</w:t>
      </w:r>
      <w:r>
        <w:rPr>
          <w:lang w:eastAsia="zh-CN"/>
        </w:rPr>
        <w:br/>
      </w:r>
      <w:r>
        <w:rPr>
          <w:lang w:eastAsia="zh-CN"/>
        </w:rPr>
        <w:t>　　2、缺乏生产进度表导致客户问产品生产进度时无法及时反馈信息给客户。</w:t>
      </w:r>
      <w:r>
        <w:rPr>
          <w:lang w:eastAsia="zh-CN"/>
        </w:rPr>
        <w:br/>
      </w:r>
      <w:r>
        <w:rPr>
          <w:lang w:eastAsia="zh-CN"/>
        </w:rPr>
        <w:t>　　3、缺乏团队合作精神！缺乏相互配合的工作态度，导致工作积极性丧失及自我约束力松懈，工作效率低下。</w:t>
      </w:r>
      <w:r>
        <w:rPr>
          <w:lang w:eastAsia="zh-CN"/>
        </w:rPr>
        <w:br/>
      </w:r>
      <w:r>
        <w:rPr>
          <w:lang w:eastAsia="zh-CN"/>
        </w:rPr>
        <w:t>　　三、下一年对自己有以下要求</w:t>
      </w:r>
      <w:r>
        <w:rPr>
          <w:lang w:eastAsia="zh-CN"/>
        </w:rPr>
        <w:br/>
      </w:r>
      <w:r>
        <w:rPr>
          <w:lang w:eastAsia="zh-CN"/>
        </w:rPr>
        <w:t>　　1、对所有客户都有一种理念“客户是上帝”。但不能太低三下气。给客户一个好印象，为公司树立更好的形象。</w:t>
      </w:r>
      <w:r>
        <w:rPr>
          <w:lang w:eastAsia="zh-CN"/>
        </w:rPr>
        <w:br/>
      </w:r>
      <w:r>
        <w:rPr>
          <w:lang w:eastAsia="zh-CN"/>
        </w:rPr>
        <w:t>　　2、客户反映问题，不再“事不关己，高高挂起”一定会尽全力解决。让客户相信我们的工作实力，才能更好的完成任务。</w:t>
      </w:r>
      <w:r>
        <w:rPr>
          <w:lang w:eastAsia="zh-CN"/>
        </w:rPr>
        <w:br/>
      </w:r>
      <w:r>
        <w:rPr>
          <w:lang w:eastAsia="zh-CN"/>
        </w:rPr>
        <w:t>　　3、和公司其他员工要有良好的沟通，有团队意识，多交流，多探讨，才能不断增加工作技能。</w:t>
      </w:r>
      <w:r>
        <w:rPr>
          <w:lang w:eastAsia="zh-CN"/>
        </w:rPr>
        <w:br/>
      </w:r>
      <w:r>
        <w:rPr>
          <w:lang w:eastAsia="zh-CN"/>
        </w:rPr>
        <w:t>　　下一年，是全新的一年，也是自我挑战的一年，我将努力改正过去一年工作中的不足，把新一年的工作做好，为公司的发展尽一份力。</w:t>
      </w:r>
      <w:r>
        <w:rPr>
          <w:lang w:eastAsia="zh-CN"/>
        </w:rPr>
        <w:br/>
      </w:r>
      <w:r>
        <w:rPr>
          <w:lang w:eastAsia="zh-CN"/>
        </w:rPr>
        <w:t xml:space="preserve">    客服经理个人总结报告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转眼间我到紫金银行工作已经六年了，在领导的培养帮助和同事们的支持下，我从一个法学专业出生的学生成长为一个能够熟练掌握大部分业务的银行员工。__年2月我从西岗分理处调至栖霞山支行从事客户经理岗们工作，静心回顾这一年的工作生活，我感觉收获颇丰，现将这一年的学习工作情况总结如下：</w:t>
      </w:r>
      <w:r>
        <w:rPr>
          <w:lang w:eastAsia="zh-CN"/>
        </w:rPr>
        <w:br/>
      </w:r>
      <w:r>
        <w:rPr>
          <w:lang w:eastAsia="zh-CN"/>
        </w:rPr>
        <w:t>　　一、加强学习、提高素质</w:t>
      </w:r>
      <w:r>
        <w:rPr>
          <w:lang w:eastAsia="zh-CN"/>
        </w:rPr>
        <w:br/>
      </w:r>
      <w:r>
        <w:rPr>
          <w:lang w:eastAsia="zh-CN"/>
        </w:rPr>
        <w:t>　　我今年二月份从西岗分理处调到栖霞山支行从事客户经理工作，以前对资产业务接触比较少，并且各项业务变化比较多，这就需要我静下心来重新学习信贷业务知识，在我到岗理清思路后，我自觉加强各种金融产品的理论知识学习，提高自己对我行金融产品的理解，并在较短时间内熟悉信贷业务，在领导和师傅们的帮助下，很快就上手了。我想只有自己对业务掌握透彻后才能更好的为客户提供服务。作为一名客户经理，我深刻体会和感触到该岗位的职责，客户经理是我行资产业务对公众服务的一张名片，是客户与我行联系的枢纽，怎样更好地服务好客户是我要学习和进步的地方，一方面要熟悉自己行里的业务产品，明白自己能够给客户带来什么，另一方面，要明白客户需求什么，尤其是后一方面，明白了客户的需求，才能去有的放矢的服务客户。</w:t>
      </w:r>
      <w:r>
        <w:rPr>
          <w:lang w:eastAsia="zh-CN"/>
        </w:rPr>
        <w:br/>
      </w:r>
      <w:r>
        <w:rPr>
          <w:lang w:eastAsia="zh-CN"/>
        </w:rPr>
        <w:t>　　在加强业务学习的同时，我还积极认真学习政治理论，提高自身政治素质。作为一名会员，我时时刻刻严格要求自己，作为党成员，我积极拥护中国共产党的领导，并积极参与建言献策，努力学习中国共产党的先进性文件，认真践行党的.群众路线。</w:t>
      </w:r>
      <w:r>
        <w:rPr>
          <w:lang w:eastAsia="zh-CN"/>
        </w:rPr>
        <w:br/>
      </w:r>
      <w:r>
        <w:rPr>
          <w:lang w:eastAsia="zh-CN"/>
        </w:rPr>
        <w:t>　　二、脚踏实地、勤奋工作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作为一名客户经理，我勤勤恳恳，任劳任怨。我的工作主要是银行资产业务，为单位创造效益的同时还要时刻把握业务风险，不能因为自己的疏忽给银行带来损失，这就要求我做事要细心，观察要仔细，调查要属实，报告要认真，分析要专业，在维护好存量客户的同时要努力挖掘新的客户，并以专业的业务处理能力来满足客户的需求，在优先获取营业利润的同时实现个人合规工作，保证信贷资金的安全。</w:t>
      </w:r>
      <w:r>
        <w:rPr>
          <w:lang w:eastAsia="zh-CN"/>
        </w:rPr>
        <w:br/>
      </w:r>
      <w:r>
        <w:rPr>
          <w:lang w:eastAsia="zh-CN"/>
        </w:rPr>
        <w:t>　　三、存在不足</w:t>
      </w:r>
      <w:r>
        <w:rPr>
          <w:lang w:eastAsia="zh-CN"/>
        </w:rPr>
        <w:br/>
      </w:r>
      <w:r>
        <w:rPr>
          <w:lang w:eastAsia="zh-CN"/>
        </w:rPr>
        <w:t>　　对挖掘现有客户资源，客户好中选优，提高客户数量和质量，提升客户对我行更大的贡献度和忠诚度还有待加强。我还需要进一步克服年轻气躁，做到脚踏实地，提高工作主动性，多干少说，在实践中完善提高自己。</w:t>
      </w:r>
      <w:r>
        <w:rPr>
          <w:lang w:eastAsia="zh-CN"/>
        </w:rPr>
        <w:br/>
      </w:r>
      <w:r>
        <w:rPr>
          <w:lang w:eastAsia="zh-CN"/>
        </w:rPr>
        <w:t>　　在新的一年，我将再接再厉，更加注重对新的规章、新的业务、新的知识的学习专研，改进工作方式方法，积极努力工作，增强服务意识，争取在各个方面取得进步，成为一名优秀客户经理。</w:t>
      </w:r>
      <w:r>
        <w:rPr>
          <w:lang w:eastAsia="zh-CN"/>
        </w:rPr>
        <w:br/>
      </w:r>
      <w:r>
        <w:rPr>
          <w:lang w:eastAsia="zh-CN"/>
        </w:rPr>
        <w:t xml:space="preserve">    客服经理个人总结报告 篇13 </w:t>
      </w:r>
      <w:r>
        <w:rPr>
          <w:lang w:eastAsia="zh-CN"/>
        </w:rPr>
        <w:br/>
      </w:r>
      <w:r>
        <w:rPr>
          <w:lang w:eastAsia="zh-CN"/>
        </w:rPr>
        <w:t>　　岁月如梭，光阴似箭，转眼间入职-_大酒店餐饮部工作已满一年，根据餐饮部经理的工作安排，主要负责部门各餐厅、酒吧及管事部的日常运作和部门的培训工作，现将本年度工作开展情况作总结汇报，并就-__年的工作打算作简要概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为国际知名的品牌酒店，餐饮部的经营与管理已很成熟，市场知名度较高，经过十五年的管理经验沉积和提炼，已形成了自己的管理风格，要在服务管理和培训上取得突破困难较大。入职后，根据餐饮部实际状况，本人提出了“打造优秀服务团队”的管理目标和口号，旨在提高整体服务水平，树立良好的行业形象。入职一年以来，主要开展了以下几方面的工作：</w:t>
      </w:r>
      <w:r>
        <w:rPr>
          <w:lang w:eastAsia="zh-CN"/>
        </w:rPr>
        <w:br/>
      </w:r>
      <w:r>
        <w:rPr>
          <w:lang w:eastAsia="zh-CN"/>
        </w:rPr>
        <w:t>　　一、以提升服务品质为核心，加强服务品质工程建设</w:t>
      </w:r>
      <w:r>
        <w:rPr>
          <w:lang w:eastAsia="zh-CN"/>
        </w:rPr>
        <w:br/>
      </w:r>
      <w:r>
        <w:rPr>
          <w:lang w:eastAsia="zh-CN"/>
        </w:rPr>
        <w:t>　　餐饮服务品质的建设，是一个庞大的系统工程，是餐饮管理实力的综合体现，20__年度，在对各运作部门的日常管理及服务品质建设方面开展了以下工作：</w:t>
      </w:r>
      <w:r>
        <w:rPr>
          <w:lang w:eastAsia="zh-CN"/>
        </w:rPr>
        <w:br/>
      </w:r>
      <w:r>
        <w:rPr>
          <w:lang w:eastAsia="zh-CN"/>
        </w:rPr>
        <w:t>　　1、编写操作规程，提升服务质量</w:t>
      </w:r>
      <w:r>
        <w:rPr>
          <w:lang w:eastAsia="zh-CN"/>
        </w:rPr>
        <w:br/>
      </w:r>
      <w:r>
        <w:rPr>
          <w:lang w:eastAsia="zh-CN"/>
        </w:rPr>
        <w:t>　　根据餐饮部各个部门的实际运作状况，编写了《宴会服务操作规范》、《青叶庭服务操作规范》、《西餐厅服务操作规范》、《酒吧服务操作规范》、《管事部服务操作规范》等。统一了各部门的服务标准，为各部门培训、检查、监督、考核确立了标准和依据，规范了员工服务操作。同时根据贵宾房的服务要求，编写了贵宾房服务接待流程，从咨客接待、语言要求、席间服务、酒水推销、卫生标准、物品准备、环境布置、视听效果、能源节约等方面作了明确详细的规定，促进了贵宾房的服务质量。</w:t>
      </w:r>
      <w:r>
        <w:rPr>
          <w:lang w:eastAsia="zh-CN"/>
        </w:rPr>
        <w:br/>
      </w:r>
      <w:r>
        <w:rPr>
          <w:lang w:eastAsia="zh-CN"/>
        </w:rPr>
        <w:t>　　2、加强现场监督，强化走动管理</w:t>
      </w:r>
      <w:r>
        <w:rPr>
          <w:lang w:eastAsia="zh-CN"/>
        </w:rPr>
        <w:br/>
      </w:r>
      <w:r>
        <w:rPr>
          <w:lang w:eastAsia="zh-CN"/>
        </w:rPr>
        <w:t>　　现场监督和走动管理是餐饮管理的重要形式，本人坚持在当班期间按二八原则进行管理时间分配(百分之八十的时间在管理现场，百分之二十的时间在做管理总结)，并直接参与现场服务，对现场出现的问题给予及时的纠正和提示，对典型问题进行记录，并向各部门负责人反映，分析问题根源，制定培训计划，堵塞管理漏洞。</w:t>
      </w:r>
      <w:r>
        <w:rPr>
          <w:lang w:eastAsia="zh-CN"/>
        </w:rPr>
        <w:br/>
      </w:r>
      <w:r>
        <w:rPr>
          <w:lang w:eastAsia="zh-CN"/>
        </w:rPr>
        <w:t>　　3、编写婚宴整体实操方案，提升婚宴服务质量</w:t>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xml:space="preserve"> 宴会服务部是酒店的品牌项目，为了进一部的提升婚宴服务的质量，编写了《婚宴服务整体实操方案》，进一步规范了婚宴服务的操作流程和服务标准，突显了婚礼现场的气氛，并邀请人力资源部对婚礼司仪进行了专场培训，使司仪主持更具特色，促进了婚宴市场的口碑。</w:t>
      </w:r>
      <w:r>
        <w:rPr>
          <w:lang w:eastAsia="zh-CN"/>
        </w:rPr>
        <w:br/>
      </w:r>
      <w:r>
        <w:rPr>
          <w:lang w:eastAsia="zh-CN"/>
        </w:rPr>
        <w:t>　　4、定期召开服务专题会议，探讨服务中存在的问题</w:t>
      </w:r>
      <w:r>
        <w:rPr>
          <w:lang w:eastAsia="zh-CN"/>
        </w:rPr>
        <w:br/>
      </w:r>
      <w:r>
        <w:rPr>
          <w:lang w:eastAsia="zh-CN"/>
        </w:rPr>
        <w:t>　　良好的服务品质是餐饮竞争力的核心，为了保证服务质量，提高服务管理水平，提高顾客满意度，将每月最后一天定为服务质量专题研讨会日，由各餐厅4-5级管理人员参加，分析各餐厅当月服务状况，检讨服务质量，分享管理经验，对典型案例进行剖析，寻找问题根源，研讨管理办法。在研讨会上，各餐厅相互学习和借鉴，与会人员积极参与，各抒己见，敢于面对问题，敢于承担责任，避免了同样的服务质量问题在管理过程中再次出现。这种形式的研讨，为餐厅管理人员提供了一个沟通交流管理经验的平台，对保证和提升服务质量起到了积极的作用。</w:t>
      </w:r>
      <w:r>
        <w:rPr>
          <w:lang w:eastAsia="zh-CN"/>
        </w:rPr>
        <w:br/>
      </w:r>
      <w:r>
        <w:rPr>
          <w:lang w:eastAsia="zh-CN"/>
        </w:rPr>
        <w:t>　　5、建立餐厅案例收集制度，减少顾客投诉几率</w:t>
      </w:r>
      <w:r>
        <w:rPr>
          <w:lang w:eastAsia="zh-CN"/>
        </w:rPr>
        <w:br/>
      </w:r>
      <w:r>
        <w:rPr>
          <w:lang w:eastAsia="zh-CN"/>
        </w:rPr>
        <w:t>　　本年度餐饮部在各餐厅实施餐饮案例收集制度，收集各餐厅顾客对服务质量、出品质量等方面的投诉，作为改善管理和评估各部门管理人员管理水平的重要依据，各餐厅管理人员对收集的案例进行分析总结，针对问题拿出解决方案，使管理更具针对性，减少了顾客的投诉几率。</w:t>
      </w:r>
      <w:r>
        <w:rPr>
          <w:lang w:eastAsia="zh-CN"/>
        </w:rPr>
        <w:br/>
      </w:r>
      <w:r>
        <w:rPr>
          <w:lang w:eastAsia="zh-CN"/>
        </w:rPr>
        <w:t>　　二、组织首届服务技能竞赛，展示餐饮部服务技能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为了配合酒店15周年庆典，餐饮部8月份组织各餐厅举行了首届餐饮服务技能暨餐饮知识竞赛，编写了竞赛实操方案，经过一个多月的准备和预赛，在人力资源部、行政部的大力支持下，取得了成功，得到上级领导的肯定，充分展示了餐饮部娴熟的服务技能和过硬的基本功，增强了团队的凝聚力，鼓舞了员工士气，达到了预期的目的。</w:t>
      </w:r>
      <w:r>
        <w:rPr>
          <w:lang w:eastAsia="zh-CN"/>
        </w:rPr>
        <w:br/>
      </w:r>
      <w:r>
        <w:rPr>
          <w:lang w:eastAsia="zh-CN"/>
        </w:rPr>
        <w:t>　　三、开展各级员工培训，提升员工综合素质</w:t>
      </w:r>
      <w:r>
        <w:rPr>
          <w:lang w:eastAsia="zh-CN"/>
        </w:rPr>
        <w:br/>
      </w:r>
      <w:r>
        <w:rPr>
          <w:lang w:eastAsia="zh-CN"/>
        </w:rPr>
        <w:t>　　本年度共开展了15场培训，其中服务技能培训3场，新人入职培训3场，专题培训9场，课程设置构想和主要内容如下：</w:t>
      </w:r>
      <w:r>
        <w:rPr>
          <w:lang w:eastAsia="zh-CN"/>
        </w:rPr>
        <w:br/>
      </w:r>
      <w:r>
        <w:rPr>
          <w:lang w:eastAsia="zh-CN"/>
        </w:rPr>
        <w:t>　　1、拓展管理思路，开阔行业视野</w:t>
      </w:r>
      <w:r>
        <w:rPr>
          <w:lang w:eastAsia="zh-CN"/>
        </w:rPr>
        <w:br/>
      </w:r>
      <w:r>
        <w:rPr>
          <w:lang w:eastAsia="zh-CN"/>
        </w:rPr>
        <w:t>　　各餐厅中层管理人员大部分是由低层员工逐步晋升(有些管理人员在同一岗位工作已有四、五年时间)，管理视野相对狭窄，为了加强他们的管理意识、拓展行业视野及专业知识，本年度为中层管理人员设置了7场餐饮专业知识培训，主要内容有《顾客满意经营》、《餐饮营销知识一》、《餐饮营销知识二》、《餐饮管理基础知识》、《餐饮美学》、《高效沟通技巧》、《如何有效的管-理-员工》等。这些课程的设置，在拓展中层管理人员的管理思想、餐饮专业知识及行业视野等方面都有积极作用，同时缓解了在管理过程中的各种矛盾冲突，增进员工与员工之间，员工与顾客之间的感情。</w:t>
      </w:r>
      <w:r>
        <w:rPr>
          <w:lang w:eastAsia="zh-CN"/>
        </w:rPr>
        <w:br/>
      </w:r>
      <w:r>
        <w:rPr>
          <w:lang w:eastAsia="zh-CN"/>
        </w:rPr>
        <w:t>　　2、培养员工服务意识，提高员工综合素质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为了培养员工的服务意识，提高他们的综合素质，本年度开展了《餐饮服务意识培训》、《员工心态训练》、《服务人员的五项修炼》、《员工礼仪礼貌》、《酒水知识》等培训，这些培训课程，使基层服务人员在服务意识，服务心态、专业服务形象及餐饮专业知识等方面都有所增强，自今年四月份以来，在历次的人力资源组织的大检查中没有出现员工违纪现象。</w:t>
      </w:r>
      <w:r>
        <w:rPr>
          <w:lang w:eastAsia="zh-CN"/>
        </w:rPr>
        <w:br/>
      </w:r>
      <w:r>
        <w:rPr>
          <w:lang w:eastAsia="zh-CN"/>
        </w:rPr>
        <w:t>　　3、开展服务技能培训，提高贵宾房服务水平</w:t>
      </w:r>
      <w:r>
        <w:rPr>
          <w:lang w:eastAsia="zh-CN"/>
        </w:rPr>
        <w:br/>
      </w:r>
      <w:r>
        <w:rPr>
          <w:lang w:eastAsia="zh-CN"/>
        </w:rPr>
        <w:t>　　为了提高贵宾房的服务接待能力，开展了《贵宾房服务接待技能培训》、《餐厅点菜技巧培训》，以案例分析、演示的形式对服务接待中出现的问题进行分析说明，并对标准化服务、推销技巧和人性化服务进行了实操演示，提升了贵宾房的服务质量。</w:t>
      </w:r>
      <w:r>
        <w:rPr>
          <w:lang w:eastAsia="zh-CN"/>
        </w:rPr>
        <w:br/>
      </w:r>
      <w:r>
        <w:rPr>
          <w:lang w:eastAsia="zh-CN"/>
        </w:rPr>
        <w:t>　　4、调整学员转型心态，快速容入餐饮团队</w:t>
      </w:r>
      <w:r>
        <w:rPr>
          <w:lang w:eastAsia="zh-CN"/>
        </w:rPr>
        <w:br/>
      </w:r>
      <w:r>
        <w:rPr>
          <w:lang w:eastAsia="zh-CN"/>
        </w:rPr>
        <w:t>　　实习生作为餐饮部人员的重要组成部分，能否快速的融入团队、调整好转型心态将直接影响餐饮服务质量及团队建设。根据实习生特点及入职情况，本年度共开展了三扯如何由校园人转化为企业人》的专题培训，其目的是调整学员的心态，正视角色转化，认识餐饮行业特点。该课程的设置，使学员在心理上作好充分的思想准备，缓解了因角色转变的不适应而造成的不满情绪，加快了融入餐饮团队的步伐。 5、结合工作实际，开发实用课程</w:t>
      </w:r>
      <w:r>
        <w:rPr>
          <w:lang w:eastAsia="zh-CN"/>
        </w:rPr>
        <w:br/>
      </w:r>
      <w:r>
        <w:rPr>
          <w:lang w:eastAsia="zh-CN"/>
        </w:rPr>
        <w:t>　　培训的目的是为了提高工作效率，使管理更加规范有效。7月份，根据各餐厅管理层执行不到位的现象开发了《执行力》课程，使管理人员从根本上认识到“好的制度，要有好的执行力”，并结合各餐厅执行力不够的具体表现以及同行业先进企业对执行力的贯彻，以案例分析的形式进行剖析，使管理者认识到“没有执行力，就没有竞争力”的重要道理，各级管理人员对执行力有了全新的认识和理解，在管理思想上形成了一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四、存在的问题和不足</w:t>
      </w:r>
      <w:r>
        <w:rPr>
          <w:lang w:eastAsia="zh-CN"/>
        </w:rPr>
        <w:br/>
      </w:r>
      <w:r>
        <w:rPr>
          <w:lang w:eastAsia="zh-CN"/>
        </w:rPr>
        <w:t>　　本年度的工作虽然按计划完成了，但在完成的质量上还做得不够，就部门运作和培训工作来看，主要表现在以下几方面：</w:t>
      </w:r>
      <w:r>
        <w:rPr>
          <w:lang w:eastAsia="zh-CN"/>
        </w:rPr>
        <w:br/>
      </w:r>
      <w:r>
        <w:rPr>
          <w:lang w:eastAsia="zh-CN"/>
        </w:rPr>
        <w:t>　　1、管理力度不够，用力不均，部分环节薄弱</w:t>
      </w:r>
      <w:r>
        <w:rPr>
          <w:lang w:eastAsia="zh-CN"/>
        </w:rPr>
        <w:br/>
      </w:r>
      <w:r>
        <w:rPr>
          <w:lang w:eastAsia="zh-CN"/>
        </w:rPr>
        <w:t>　　在管理过程中对部分敏感问题管理力度较弱，对多次出现的服务质量问题不能一针见血的向管理人员提出，使部分管理问题长期存在，不能从根本上得到解决。同时将主要精力放在楼面服务质量方面，削弱了对管事部、酒水部的管理。</w:t>
      </w:r>
      <w:r>
        <w:rPr>
          <w:lang w:eastAsia="zh-CN"/>
        </w:rPr>
        <w:br/>
      </w:r>
      <w:r>
        <w:rPr>
          <w:lang w:eastAsia="zh-CN"/>
        </w:rPr>
        <w:t>　　2、培训互动环节不够</w:t>
      </w:r>
      <w:r>
        <w:rPr>
          <w:lang w:eastAsia="zh-CN"/>
        </w:rPr>
        <w:br/>
      </w:r>
      <w:r>
        <w:rPr>
          <w:lang w:eastAsia="zh-CN"/>
        </w:rPr>
        <w:t>　　在培训过程中互动环节不多，员工参与的机会较少，减少了课堂的生气和活力。</w:t>
      </w:r>
      <w:r>
        <w:rPr>
          <w:lang w:eastAsia="zh-CN"/>
        </w:rPr>
        <w:br/>
      </w:r>
      <w:r>
        <w:rPr>
          <w:lang w:eastAsia="zh-CN"/>
        </w:rPr>
        <w:t>　　3、课程容量太大，授课进度太快，讲话语速太快</w:t>
      </w:r>
      <w:r>
        <w:rPr>
          <w:lang w:eastAsia="zh-CN"/>
        </w:rPr>
        <w:br/>
      </w:r>
      <w:r>
        <w:rPr>
          <w:lang w:eastAsia="zh-CN"/>
        </w:rPr>
        <w:t>　　餐饮专业知识课程设置容量太大，在培训过程中进度太快，语速太快，使受训人员对培训内容不能深入理会，削弱了这部分课程的培训效果。</w:t>
      </w:r>
      <w:r>
        <w:rPr>
          <w:lang w:eastAsia="zh-CN"/>
        </w:rPr>
        <w:br/>
      </w:r>
      <w:r>
        <w:rPr>
          <w:lang w:eastAsia="zh-CN"/>
        </w:rPr>
        <w:t>　　五、-__年工作打算</w:t>
      </w:r>
      <w:r>
        <w:rPr>
          <w:lang w:eastAsia="zh-CN"/>
        </w:rPr>
        <w:br/>
      </w:r>
      <w:r>
        <w:rPr>
          <w:lang w:eastAsia="zh-CN"/>
        </w:rPr>
        <w:t>　　-__年是一个机会年，要夯实管理基础，为酒店升级做足充分准备，进一步提高服务品质，优化服务流程，提升现有品牌档次，打造新的品牌项目，制造服务亮点，树立良好的餐饮品牌形象。</w:t>
      </w:r>
      <w:r>
        <w:rPr>
          <w:lang w:eastAsia="zh-CN"/>
        </w:rPr>
        <w:br/>
      </w:r>
      <w:r>
        <w:rPr>
          <w:lang w:eastAsia="zh-CN"/>
        </w:rPr>
        <w:t>　　1、优化婚宴服务流程，再次提升服务品质</w:t>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xml:space="preserve"> 将对20__年婚宴整体策划方案进行流程优化，进一步提升和突出主持人的风格，在婚礼主持环节加入更多的流行元素(对背景音乐进行调整)，对现场喜庆气氛进行包装提升，突出婚礼的亮点，加深现场观众对婚礼的印象，争取更多的潜在顾客，把婚宴服务这块金字招牌擦的更亮。</w:t>
      </w:r>
      <w:r>
        <w:rPr>
          <w:lang w:eastAsia="zh-CN"/>
        </w:rPr>
        <w:br/>
      </w:r>
      <w:r>
        <w:rPr>
          <w:lang w:eastAsia="zh-CN"/>
        </w:rPr>
        <w:t>　　2、提升研讨会质量，建立良好的沟通平台</w:t>
      </w:r>
      <w:r>
        <w:rPr>
          <w:lang w:eastAsia="zh-CN"/>
        </w:rPr>
        <w:br/>
      </w:r>
      <w:r>
        <w:rPr>
          <w:lang w:eastAsia="zh-CN"/>
        </w:rPr>
        <w:t>　　在现有服务质量研讨会的基础上进一步深化专题会的内容，扩大参会人数(酒吧、管事部的负责人参加)，提升研讨会的深度和广度，把服务质量研讨会建设成为中层管理人员的沟通平台，相互学习，相互借鉴，分享管理经验，激发思想火花，把质量研讨会打造成餐饮部的管理品牌项目。</w:t>
      </w:r>
      <w:r>
        <w:rPr>
          <w:lang w:eastAsia="zh-CN"/>
        </w:rPr>
        <w:br/>
      </w:r>
      <w:r>
        <w:rPr>
          <w:lang w:eastAsia="zh-CN"/>
        </w:rPr>
        <w:t>　　3、建立月度质量检查机制，公布各部门每月质量状况</w:t>
      </w:r>
      <w:r>
        <w:rPr>
          <w:lang w:eastAsia="zh-CN"/>
        </w:rPr>
        <w:br/>
      </w:r>
      <w:r>
        <w:rPr>
          <w:lang w:eastAsia="zh-CN"/>
        </w:rPr>
        <w:t>　　-__年将根据-_质量检查标准对餐饮部各部门的卫生状况、工程状况、设备设施维护状况、安全管理、服务质量、员工礼仪礼貌、送餐服务、标识规范等内容进行全面监督检查，每月定期公布检查结果，对不合格的部门和岗位进行相应的处罚，形成“质量检查天天有，质量效果月月评”的良好运作机制，把质量管理工作推上一个新台阶。</w:t>
      </w:r>
      <w:r>
        <w:rPr>
          <w:lang w:eastAsia="zh-CN"/>
        </w:rPr>
        <w:br/>
      </w:r>
      <w:r>
        <w:rPr>
          <w:lang w:eastAsia="zh-CN"/>
        </w:rPr>
        <w:t>　　4、以贵宾房为平台，制造服务亮点，树立优质服务窗口</w:t>
      </w:r>
      <w:r>
        <w:rPr>
          <w:lang w:eastAsia="zh-CN"/>
        </w:rPr>
        <w:br/>
      </w:r>
      <w:r>
        <w:rPr>
          <w:lang w:eastAsia="zh-CN"/>
        </w:rPr>
        <w:t>　　将在现有服务水准的基础上对贵宾房服务进行创新提升，主抓服务细节和人性化服务，并对贵宾房的服务人员进行结构性调整，提高贵宾房服务人员的入职资格，提升服务员的薪酬待遇，把贵宾房接待服务打造为餐饮部的服务典范，树立餐饮部的优质服务窗口，制造服务亮点，在宴会服务品牌的基础上再创新的服务品牌。</w:t>
      </w:r>
      <w:r>
        <w:rPr>
          <w:lang w:eastAsia="zh-CN"/>
        </w:rPr>
        <w:br/>
      </w:r>
      <w:r>
        <w:rPr>
          <w:lang w:eastAsia="zh-CN"/>
        </w:rPr>
        <w:t>　　5、协助餐饮部经理，共同促进出品质量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出品是餐饮管理的核心，-__年度将协助餐饮部经理在顾客意见收集、出品质量监督等方面做足工作，共同促进出品质量。</w:t>
      </w:r>
      <w:r>
        <w:rPr>
          <w:lang w:eastAsia="zh-CN"/>
        </w:rPr>
        <w:br/>
      </w:r>
      <w:r>
        <w:rPr>
          <w:lang w:eastAsia="zh-CN"/>
        </w:rPr>
        <w:t>　　6、调整培训方向，创建学习型团队</w:t>
      </w:r>
      <w:r>
        <w:rPr>
          <w:lang w:eastAsia="zh-CN"/>
        </w:rPr>
        <w:br/>
      </w:r>
      <w:r>
        <w:rPr>
          <w:lang w:eastAsia="zh-CN"/>
        </w:rPr>
        <w:t>　　-_年将对培训方向进行调整，减少培训密度，注重培训效果，提供行业学习相关信息，引导员工学习专业知识，鼓励员工积极参与餐饮服务技能考核、调酒师职业资格认证和餐饮专业知识方面的学习，在餐饮部掀起学习专业知识的热潮，对取得国家承认的各种行业资格证书的员工进行奖励，培养知识型管理人才，为酒店星级升级作好优秀管理人员的储备工作，把餐饮部打造成为一支学习型的团队。 7、优化培训课程，提升管理水平</w:t>
      </w:r>
      <w:r>
        <w:rPr>
          <w:lang w:eastAsia="zh-CN"/>
        </w:rPr>
        <w:br/>
      </w:r>
      <w:r>
        <w:rPr>
          <w:lang w:eastAsia="zh-CN"/>
        </w:rPr>
        <w:t>　　-__年的部门培训主要课程设置构想是：把20__年的部分课程进行调整、优化，使课程更具针对性、实效性。主要优化课程为：《顾客投诉管理》、《餐饮人员的基本礼仪》、《如何由校园人转化为企业人》、《顾客满意经营》、《如何有效的管理好员工》、《员工心态训练》、《服务人员的五项基本修炼》，拟订新开设的课程为：《时间管理》、《餐饮六常管理法》、《食品安全与营养》、《菜单制作》、《管理者情商》等，其中《餐饮六常管理法》将作为年度主要课程进行专题培训，并将把日常管理工作与所学内容紧密结合，全面推动餐饮管理。</w:t>
      </w:r>
      <w:r>
        <w:rPr>
          <w:lang w:eastAsia="zh-CN"/>
        </w:rPr>
        <w:br/>
      </w:r>
      <w:r>
        <w:rPr>
          <w:lang w:eastAsia="zh-CN"/>
        </w:rPr>
        <w:t>　　8、配合人力资源部，培养员工企业认同感，提高员工职业道德修养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积极配合人力资源部的各项培训工作，弘扬企业文化，培养员工对企业的认同感，提高员工的职业道德修养，增强员工的凝聚力。</w:t>
      </w:r>
      <w:r>
        <w:rPr>
          <w:lang w:eastAsia="zh-CN"/>
        </w:rPr>
        <w:br/>
      </w:r>
      <w:r>
        <w:rPr>
          <w:lang w:eastAsia="zh-CN"/>
        </w:rPr>
        <w:t>　　-__年度工作的顺利开展，全赖于领导的悉心指导和关怀，也离不开人力资源部和行政部的帮助，更得力于餐饮部各分部门对我工作的大力支持。新年新希望，希望来年在工作中能得到领导更多的指导和指正，能得到同事们在工作上更加友好、积极的配合和支持。新年新起点，希望在来年能将餐饮管理工作推上一个新台阶，使管理更加完善、更加合理、更加科学。总结过去，展望未来，在新历开篇之际，我将继续发扬优点，改正不足，进一步提升管理水平，为打造一支学习型的、优秀的餐饮服务团队而努力!</w:t>
      </w:r>
      <w:r>
        <w:rPr>
          <w:lang w:eastAsia="zh-CN"/>
        </w:rPr>
        <w:br/>
      </w:r>
      <w:r>
        <w:rPr>
          <w:lang w:eastAsia="zh-CN"/>
        </w:rPr>
        <w:t xml:space="preserve">    客服经理个人总结报告 篇14 </w:t>
      </w:r>
      <w:r>
        <w:rPr>
          <w:lang w:eastAsia="zh-CN"/>
        </w:rPr>
        <w:br/>
      </w:r>
      <w:r>
        <w:rPr>
          <w:lang w:eastAsia="zh-CN"/>
        </w:rPr>
        <w:t>　　快递在经过了三年的风风雨雨，从两个人发展到今天的几十个人和七个承包区，这期间有太多的辛酸。虽然我来到只有一年多的时间，从刚开始进入什么都不懂到现在，真的是很不容易！这是我第一次进行岗职陈述，随着快递行业竟争，邮政管理局的认可，公司制度的调整，我们面临生存与发展的重大压力！我们所有工作人员必须各负其则将做大、做强！</w:t>
      </w:r>
      <w:r>
        <w:rPr>
          <w:lang w:eastAsia="zh-CN"/>
        </w:rPr>
        <w:br/>
      </w:r>
      <w:r>
        <w:rPr>
          <w:lang w:eastAsia="zh-CN"/>
        </w:rPr>
        <w:t>　　首先，我要向各位领导及同事对我一年来工作和生活的关心支持表达诚挚的感谢！</w:t>
      </w:r>
      <w:r>
        <w:rPr>
          <w:lang w:eastAsia="zh-CN"/>
        </w:rPr>
        <w:br/>
      </w:r>
      <w:r>
        <w:rPr>
          <w:lang w:eastAsia="zh-CN"/>
        </w:rPr>
        <w:t>　　回顾过去一年的工作：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刚到任职时我对快递一窍不通，由于公司成立不久，加之人力、物力等方面的局限，因此切身感受到异样的工作氛围，工作忙、节奏快、时间紧、压力大、加之自己从未做过此行业，同时也肤浅的认为快递只不过是给别人送货而已，要说很简单，直到现我才切实感受到快递其实并没有所想的那么简单，它涉及面很广泛，且具有挑战性，同时也会提高个人素质和与他人沟通能力，特别是我们客服人员，面对不同的客户要用不同的语句和语气来与客户沟通，我们的言行举止直接反应了我们公司的声誉和形象。对每一项快递业务我们必须熟练到应用自如。对此在这一年里我收获很多，个人修养也提高了一个新的'起点，对这份工作我热爱有佳，对照职责认为自己还是称职的。</w:t>
      </w:r>
      <w:r>
        <w:rPr>
          <w:lang w:eastAsia="zh-CN"/>
        </w:rPr>
        <w:br/>
      </w:r>
      <w:r>
        <w:rPr>
          <w:lang w:eastAsia="zh-CN"/>
        </w:rPr>
        <w:t>　　虽然在一年的工作中我取得了一定的成绩，但也存在着诸多不足：</w:t>
      </w:r>
      <w:r>
        <w:rPr>
          <w:lang w:eastAsia="zh-CN"/>
        </w:rPr>
        <w:br/>
      </w:r>
      <w:r>
        <w:rPr>
          <w:lang w:eastAsia="zh-CN"/>
        </w:rPr>
        <w:t>　　一是由于年轻，工作方法过于简单，在处理问题上还不够成熟；二是在业务理论水平和组织管理能力上还有待于进一步提高；三是综合素质与公司要求相差甚远。这些不足，在今后的工作中加以改进和克服，虚心向其他同士学习工作和管理经验。</w:t>
      </w:r>
      <w:r>
        <w:rPr>
          <w:lang w:eastAsia="zh-CN"/>
        </w:rPr>
        <w:br/>
      </w:r>
      <w:r>
        <w:rPr>
          <w:lang w:eastAsia="zh-CN"/>
        </w:rPr>
        <w:t>　　一年来的工作情况汇报如下：</w:t>
      </w:r>
      <w:r>
        <w:rPr>
          <w:lang w:eastAsia="zh-CN"/>
        </w:rPr>
        <w:br/>
      </w:r>
      <w:r>
        <w:rPr>
          <w:lang w:eastAsia="zh-CN"/>
        </w:rPr>
        <w:t>　　1、从一开始工作我就给自己定下了一个要求，要以自己的能力做出一番成绩，不好高骛远，要踏踏实实，抱着认真严谨的态度开展各项工作。既然我是一名客服人员就应该切切实实的为广大客户服务，把自己的工作做好，把自己所学到的理论知识运用到工作中。在这一年来我也不断的从书本上及周围前辈身上学习到很多实用的东西，为提升自己的业务水平和能力奠定坚实的基础，以便更好的服务于客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2、按时完成组织和部门分配的例行工作。</w:t>
      </w:r>
      <w:r>
        <w:rPr>
          <w:lang w:eastAsia="zh-CN"/>
        </w:rPr>
        <w:br/>
      </w:r>
      <w:r>
        <w:rPr>
          <w:lang w:eastAsia="zh-CN"/>
        </w:rPr>
        <w:t>　　3、配合总公司及各部门下属领导完成各项工作和任务。</w:t>
      </w:r>
      <w:r>
        <w:rPr>
          <w:lang w:eastAsia="zh-CN"/>
        </w:rPr>
        <w:br/>
      </w:r>
      <w:r>
        <w:rPr>
          <w:lang w:eastAsia="zh-CN"/>
        </w:rPr>
        <w:t>　　4、尽我所能，帮助安康快递发展壮大。这份不带感情色彩的认可是对我最大的褒奖，这比任何物质上的奖励、一纸荣誉都要来得珍贵。</w:t>
      </w:r>
      <w:r>
        <w:rPr>
          <w:lang w:eastAsia="zh-CN"/>
        </w:rPr>
        <w:br/>
      </w:r>
      <w:r>
        <w:rPr>
          <w:lang w:eastAsia="zh-CN"/>
        </w:rPr>
        <w:t>　　客服部虽然是一个看起来不太显眼的部门，但对于快递却是一个至关重要的部门！对我而言，担任这个职务，深感压力重大。因我知道，顾客就是上帝，顾客的满意度是生存发展的命脉，而从今以后，我要直接负责所有为上帝服务的环节。这就意味着每一天，我都将直接面对成千上万的上帝的考核。我深知责任重大，必会竭力以赴。</w:t>
      </w:r>
      <w:r>
        <w:rPr>
          <w:lang w:eastAsia="zh-CN"/>
        </w:rPr>
        <w:br/>
      </w:r>
      <w:r>
        <w:rPr>
          <w:lang w:eastAsia="zh-CN"/>
        </w:rPr>
        <w:t>　　下面谈一谈我的就职计划：</w:t>
      </w:r>
      <w:r>
        <w:rPr>
          <w:lang w:eastAsia="zh-CN"/>
        </w:rPr>
        <w:br/>
      </w:r>
      <w:r>
        <w:rPr>
          <w:lang w:eastAsia="zh-CN"/>
        </w:rPr>
        <w:t>　　提升客服部素质，树立四有形象。</w:t>
      </w:r>
      <w:r>
        <w:rPr>
          <w:lang w:eastAsia="zh-CN"/>
        </w:rPr>
        <w:br/>
      </w:r>
      <w:r>
        <w:rPr>
          <w:lang w:eastAsia="zh-CN"/>
        </w:rPr>
        <w:t>　　这里所说的四有形象是指：有知识、有涵养、有耐心、有热情。作为客服管理人员，不仅肩负解决顾客投诉，更重要的是，客服是公司形象的浓缩。我们的举止言谈、接人待物，员工看在眼里，客户也看在眼里。可见，我们的素质对于形象是相当重要的。所以，提升我们的素质，是在客户眼中提升__公司素质的最直接快捷的方法。</w:t>
      </w:r>
      <w:r>
        <w:rPr>
          <w:lang w:eastAsia="zh-CN"/>
        </w:rPr>
        <w:br/>
      </w:r>
      <w:r>
        <w:rPr>
          <w:lang w:eastAsia="zh-CN"/>
        </w:rPr>
        <w:t>　　素质的提升不是一朝一夕之功，需要环境的熏陶和长期的引导。</w:t>
      </w:r>
      <w:r>
        <w:rPr>
          <w:lang w:eastAsia="zh-CN"/>
        </w:rPr>
        <w:br/>
      </w:r>
      <w:r>
        <w:rPr>
          <w:lang w:eastAsia="zh-CN"/>
        </w:rPr>
        <w:t>　　所以，总结成以下四点：</w:t>
      </w:r>
      <w:r>
        <w:rPr>
          <w:lang w:eastAsia="zh-CN"/>
        </w:rPr>
        <w:br/>
      </w:r>
    </w:p>
    <w:p w:rsidR="001B1F19" w14:textId="27C3F48A">
      <w:pPr>
        <w:rPr>
          <w:rFonts w:hint="eastAsia"/>
          <w:lang w:eastAsia="zh-CN"/>
        </w:rPr>
      </w:pPr>
      <w:r>
        <w:rPr>
          <w:lang w:eastAsia="zh-CN"/>
        </w:rPr>
        <w:t>　　第一，客服部是快递企业的窗口，应该多看公司新闻及公司制度，多学、多培训！我个人担负的担子非常重，因为客服是贯穿快件运营的全过程，然而心态与耐心是非常重要的，与客户沟通是至关重要，做好自已应该做的事！从而也会得到客户的认可！</w:t>
      </w:r>
      <w:r>
        <w:rPr>
          <w:lang w:eastAsia="zh-CN"/>
        </w:rPr>
        <w:br/>
      </w:r>
      <w:r>
        <w:rPr>
          <w:lang w:eastAsia="zh-CN"/>
        </w:rPr>
        <w:t>　　第二，业务技能的熟练程度。对业务员的区域多了解，分配公平合理。问题件处理及时并与承包区多沟通，让承包区也了解整个运营的过程，能够让承包区自已处理投拆，有时间多给承包区做培训！</w:t>
      </w:r>
      <w:r>
        <w:rPr>
          <w:lang w:eastAsia="zh-CN"/>
        </w:rPr>
        <w:br/>
      </w:r>
      <w:r>
        <w:rPr>
          <w:lang w:eastAsia="zh-CN"/>
        </w:rPr>
        <w:t>　　第三，树立职业化意识。每个人有不同的特长，所以在工作中要善于发挥自已的才能，严于律己的苛刻意识，做到职业化表率的意识。</w:t>
      </w:r>
      <w:r>
        <w:rPr>
          <w:lang w:eastAsia="zh-CN"/>
        </w:rPr>
        <w:br/>
      </w:r>
      <w:r>
        <w:rPr>
          <w:lang w:eastAsia="zh-CN"/>
        </w:rPr>
        <w:t>　　第四，多沟通、多谈心，不让年龄与级别成为鸿沟。年轻总免不了会急躁。尤其面对形形色色的客户，说话刁钻难听，甚至无理取闹，遇到这样的情况一定要克制住自己的情绪、冷静，不急不躁。作为快递的每位职员是应该为客户解决问题的，客户发火时，让客户把胸中的郁闷吐出来，把不快说出来！然后有问题解决问题，我们要随时保障工作气氛积极、通达、乐观。</w:t>
      </w:r>
      <w:r>
        <w:rPr>
          <w:lang w:eastAsia="zh-CN"/>
        </w:rPr>
        <w:br/>
      </w:r>
      <w:r>
        <w:rPr>
          <w:lang w:eastAsia="zh-CN"/>
        </w:rPr>
        <w:t>　　第五，在综合素质上距公司要求还相差甚远。这些不足，有待于在下步工作中加以改进和克服。在今后的工作中要虚心向其他同志学习工作和管理经验，借鉴好的工作方法，努力学习业务理论知识，不断提高自身的业务素质和管理水平。使自己的全面素质有所提高，要进一步强化敬业精神，增强责任意识，提高完成工作效率。为公司在新年度再创辉煌、更上一层楼贡献出自己微薄的力量。</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https://d.book118.com/045130113301011124</w:t>
        </w:r>
      </w:hyperlink>
    </w:p>
    <w:p w:rsidR="001B1F19">
      <w:pPr>
        <w:rPr>
          <w:rFonts w:hint="eastAsia"/>
          <w:lang w:eastAsia="zh-CN"/>
        </w:rPr>
      </w:pPr>
    </w:p>
    <w:sectPr>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4513011330101112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