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集体备课工作总结</w:t>
      </w:r>
    </w:p>
    <w:p>
      <w:pPr>
        <w:spacing w:before="100" w:after="200" w:line="360" w:lineRule="auto"/>
        <w:ind w:firstLine="576"/>
        <w:jc w:val="left"/>
      </w:pPr>
      <w:r>
        <w:rPr>
          <w:rFonts w:ascii="宋体" w:eastAsia="宋体" w:hAnsi="宋体"/>
          <w:sz w:val="28"/>
        </w:rPr>
        <w:t>光阴似箭，日月如梭。转眼间这一学期已接近尾声，这学期我接任了四年级（6）班的语文教学工作，并担任四年级语文组的备课组长，一学期下来我感受颇多。对于四年级的教学工作，我虽不是新手，但心中不免有点战战兢兢，觉得没个底。但是在年级组长薛主任的统一组织领导下，我和四年级全体语文老师共同努力，有计划地完成了本学期的教学任务。现将本学期的语文集体备课总结如下：</w:t>
      </w:r>
    </w:p>
    <w:p>
      <w:pPr>
        <w:spacing w:before="100" w:after="200" w:line="360" w:lineRule="auto"/>
        <w:jc w:val="left"/>
      </w:pPr>
      <w:r>
        <w:rPr>
          <w:rFonts w:ascii="宋体 (中文正文)" w:eastAsia="宋体" w:hAnsi="宋体 (中文正文)"/>
          <w:b/>
          <w:sz w:val="28"/>
        </w:rPr>
        <w:t>一、积极进行教研活动</w:t>
      </w:r>
    </w:p>
    <w:p>
      <w:pPr>
        <w:spacing w:before="100" w:after="200" w:line="360" w:lineRule="auto"/>
        <w:ind w:firstLine="576"/>
        <w:jc w:val="left"/>
      </w:pPr>
      <w:r>
        <w:rPr>
          <w:rFonts w:ascii="宋体" w:eastAsia="宋体" w:hAnsi="宋体"/>
          <w:sz w:val="28"/>
        </w:rPr>
        <w:t>准确定位好教材，有效落实课堂教学，提高学生的语文素养，一直是我们思考、探索的目标。在教学方面，老师们深钻教材，领会课标的年段日标，认真备课，认真上课，认真辅导。每单周星期三下午最后一节课，大家在一起认真进行集体备课，认真学习教育教学理论知识。按学校提出的备课要求钻研教材，根据我们学校学生的特点，精心编写导学案，每一次集体备课都能够做到“定时间、定地点、定内容、定主备人”。老师们的教研意识增强了，学生的语文能力明显提高。</w:t>
      </w:r>
    </w:p>
    <w:p>
      <w:pPr>
        <w:spacing w:before="100" w:after="200" w:line="360" w:lineRule="auto"/>
        <w:jc w:val="left"/>
      </w:pPr>
      <w:r>
        <w:rPr>
          <w:rFonts w:ascii="宋体 (中文正文)" w:eastAsia="宋体" w:hAnsi="宋体 (中文正文)"/>
          <w:b/>
          <w:sz w:val="28"/>
        </w:rPr>
        <w:t>二、认真上好常态课和研讨课</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我们四年级语文教研组的每一位老师都能以饱满的热情认真上好研讨课。做到课前有讨论，课后有反思。在研讨中，促进了我们观念的转变，大家形成了共识，尽力做到结合学校倡导的“五二三智慧”课堂，精心编写导学案，扎扎实实教好学生。我们四年级组的寇淑芬老师是本学期新调入的年轻教师，在导学案的编写和“五二三智慧”课堂的运用上还不熟练，我们就以老带新的策略，采用青蓝工程，对其加以帮助，取得了很好的效果。</w:t>
      </w:r>
    </w:p>
    <w:p>
      <w:pPr>
        <w:spacing w:before="100" w:after="200" w:line="360" w:lineRule="auto"/>
        <w:jc w:val="left"/>
      </w:pPr>
      <w:r>
        <w:rPr>
          <w:rFonts w:ascii="宋体 (中文正文)" w:eastAsia="宋体" w:hAnsi="宋体 (中文正文)"/>
          <w:b/>
          <w:sz w:val="28"/>
        </w:rPr>
        <w:t>三、精心组织课外活动，提高学生素质</w:t>
      </w:r>
    </w:p>
    <w:p>
      <w:pPr>
        <w:spacing w:before="100" w:after="200" w:line="360" w:lineRule="auto"/>
        <w:ind w:firstLine="576"/>
        <w:jc w:val="left"/>
      </w:pPr>
      <w:r>
        <w:rPr>
          <w:rFonts w:ascii="宋体" w:eastAsia="宋体" w:hAnsi="宋体"/>
          <w:sz w:val="28"/>
        </w:rPr>
        <w:t>老师们一面抓好课堂教学，进行培优和补差，一方面精心组织多项课外活动，较好的培养了学生学习语文的兴趣，提高了学生的语文素养。积极参加学校的“经典诗文诵读”活动。该活动大大激发了学生读古诗词的兴趣，使学生开阔视野，提高语言文字能力，陶冶情操，充实文化底蕴，提升学生的精神境界。</w:t>
      </w:r>
    </w:p>
    <w:p>
      <w:pPr>
        <w:spacing w:before="100" w:after="200" w:line="360" w:lineRule="auto"/>
        <w:ind w:firstLine="576"/>
        <w:jc w:val="left"/>
      </w:pPr>
      <w:r>
        <w:rPr>
          <w:rFonts w:ascii="宋体" w:eastAsia="宋体" w:hAnsi="宋体"/>
          <w:sz w:val="28"/>
        </w:rPr>
        <w:t>本学期，老师们为了扩大学生的阅读量，除了参加经典诗文诵读，还指导学生积极参与课外阅读。利用课余时间，让学生阅读课外书；在周末、节假日、寒暑假均布置学生阅读课外书籍，同时让学生摘录优美词句段，写读书心得。该活动对培养学生的阅读兴趣和能力起到了积极的促进作用，提高了学生的语文素养。</w:t>
      </w:r>
    </w:p>
    <w:p>
      <w:pPr>
        <w:spacing w:before="100" w:after="200" w:line="360" w:lineRule="auto"/>
        <w:jc w:val="left"/>
      </w:pPr>
      <w:r>
        <w:rPr>
          <w:rFonts w:ascii="宋体 (中文正文)" w:eastAsia="宋体" w:hAnsi="宋体 (中文正文)"/>
          <w:b/>
          <w:sz w:val="28"/>
        </w:rPr>
        <w:t>四、测试中体现集体智慧</w:t>
      </w:r>
    </w:p>
    <w:p>
      <w:pPr>
        <w:spacing w:before="100" w:after="200" w:line="360" w:lineRule="auto"/>
        <w:ind w:firstLine="576"/>
        <w:jc w:val="left"/>
      </w:pPr>
      <w:r>
        <w:rPr>
          <w:rFonts w:ascii="宋体" w:eastAsia="宋体" w:hAnsi="宋体"/>
          <w:sz w:val="28"/>
        </w:rPr>
        <w:t>我们组老师能按统一要求完成学生作业的布置和批阅。作业是对学生学习效率、对教师教学效果的一个检测。我们每位老师都能严格按照学校的要求，认真批改每一份作业，指导学生及时订正，提高作业的质量，并及时调整自己的教学进度与教学方法。在期末复习中，我们也是分工明确，各负责一个内容的归类，有问题互相探讨。</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回顾一学期备课组工作，我们四年级组全体老师尽心尽责，配合默契，完成了期初所订的工作计划。但是，也存在不足之处，如年轻教师的教学经验不足，导致教学效果不明显，班级之间还存在一定的差距，教师的论文发表、参加全市教师技能大赛的人数不多、获奖频次不多等。今后，我们将更加努力，使本年级组的各项工作更上一个新台阶。</w:t>
      </w:r>
    </w:p>
    <w:p>
      <w:pPr>
        <w:spacing w:before="100" w:after="200" w:line="360" w:lineRule="auto"/>
        <w:ind w:firstLine="576"/>
        <w:jc w:val="left"/>
      </w:pPr>
      <w:r>
        <w:rPr>
          <w:rFonts w:ascii="宋体" w:eastAsia="宋体" w:hAnsi="宋体"/>
          <w:sz w:val="28"/>
        </w:rPr>
        <w:t>为了响应学校号召，加强年级组教师之间的合作与交流，提高年级组教师的合作探究精神，促进全校校本研修的发展，使年级组的每一位教师都能有效地实施教学，是年级学生学习效果得到提高。我们六年级语文组决定聚焦课堂，改进教学行为，提高课堂效力，提升教师专业化发展水平为指导思想，开展了本组全体教师集体备课活动，现对本次活动开展情况总结如下：</w:t>
      </w:r>
    </w:p>
    <w:p>
      <w:pPr>
        <w:spacing w:before="100" w:after="200" w:line="360" w:lineRule="auto"/>
        <w:jc w:val="left"/>
      </w:pPr>
      <w:r>
        <w:rPr>
          <w:rFonts w:ascii="宋体 (中文正文)" w:eastAsia="宋体" w:hAnsi="宋体 (中文正文)"/>
          <w:b/>
          <w:sz w:val="28"/>
        </w:rPr>
        <w:t>一、取得的成绩</w:t>
      </w:r>
    </w:p>
    <w:p>
      <w:pPr>
        <w:spacing w:before="100" w:after="200" w:line="360" w:lineRule="auto"/>
        <w:ind w:firstLine="576"/>
        <w:jc w:val="left"/>
      </w:pPr>
      <w:r>
        <w:rPr>
          <w:rFonts w:ascii="宋体" w:eastAsia="宋体" w:hAnsi="宋体"/>
          <w:sz w:val="28"/>
        </w:rPr>
        <w:t>1、每周进行一次教研活动，由主讲、主备人讲出本周工作的重点，教学过程中可能出现的问题，和解决不了的问题，大家共同探讨，各抒己见找到问题解决的方法；在平常的教学中，发现问题，组内教师及时探讨，共商对策，把“实践性，科学性，全员性、实效性”落到实处。尽量做到深钻教材，吃透教材，把握好重难点，备好教材，备好学生，并备好教学中的生成，使教研活动成为组内教师实施有效教学的指路灯，成为学生有效学习的保障。</w:t>
      </w:r>
    </w:p>
    <w:p>
      <w:pPr>
        <w:spacing w:before="100" w:after="200" w:line="360" w:lineRule="auto"/>
        <w:ind w:firstLine="576"/>
        <w:jc w:val="left"/>
      </w:pPr>
      <w:r>
        <w:rPr>
          <w:rFonts w:ascii="宋体" w:eastAsia="宋体" w:hAnsi="宋体"/>
          <w:sz w:val="28"/>
        </w:rPr>
        <w:t>在教学研讨的基础上，每个单元的主备人总结经验，合理地利用互联网资源，把教案用电子表格的形式打印出来，组内教师资源共享，进行个人加减和反思，不断地完善教案，总结教学经验，让自己教的轻松，学生学得愉快。</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2、加大了本组教师的教研力度加大本组教研力度，以课堂教学为重点，推陈出新，构建自己的教学特色，进行“有经验的教师上示范课”“推门听课”等教学模式，取长补短，交流经验，共同进步。并按教学合理安排教学进度，循序渐进，实行同年级同进度。及时有效地按学校要求进行业务学习，及时做好检查督促工作。加强组内老师教科研的理论学习，多读书、勤动笔、常积累，加强现代教育技术的学习与应用。</w:t>
      </w:r>
    </w:p>
    <w:p>
      <w:pPr>
        <w:spacing w:before="100" w:after="200" w:line="360" w:lineRule="auto"/>
        <w:ind w:firstLine="576"/>
        <w:jc w:val="left"/>
      </w:pPr>
      <w:r>
        <w:rPr>
          <w:rFonts w:ascii="宋体" w:eastAsia="宋体" w:hAnsi="宋体"/>
          <w:sz w:val="28"/>
        </w:rPr>
        <w:t>在组内以“如何提高小学生阅读能力和作文水平”为研讨对象。陈利英老师的《关于农村小学作文教学的几点建议》，杨翠连老师《农村小学作文教学经验谈》，杨胜高老师《如何使作文教学更有效》，唐雪娇老师《如何进行小学语文阅读教学》，及唐慧芳老师《如何指导小学生进行课外阅读》等论文，是各位老师深钻教材，结合教学实际，大胆探究的结果。这些理念在组内资源共享，相互交流，提高了教师的教学能力，使阅读教学更为有效，作文教学不再枯燥。学生在教师有效地指导下，爱上了阅读，喜欢了写作，能力得到了提高，学习兴趣更为浓厚，语文教学渐渐成了一件师生互乐的事情。在第四届校园文学大赛中，有本组有四位教师分获湖南省、泸溪县优秀指导老师；学生也取得了不错的成绩：六（4）班杨芳、六（5）班李芳慧和六（2）班杨英俊、谭林霞等人获得了省级一、二、三等奖。</w:t>
      </w:r>
    </w:p>
    <w:p>
      <w:pPr>
        <w:spacing w:before="100" w:after="200" w:line="360" w:lineRule="auto"/>
        <w:ind w:firstLine="576"/>
        <w:jc w:val="left"/>
      </w:pPr>
      <w:r>
        <w:rPr>
          <w:rFonts w:ascii="宋体" w:eastAsia="宋体" w:hAnsi="宋体"/>
          <w:sz w:val="28"/>
        </w:rPr>
        <w:t>本学期本组以“如何当好小学高年级班主任”为专题，进行教育教学。组内教师立足于教学实践，积极钻研相关理论，在班级管理方面亦取得了不错成绩，并积累了宝贵的经验，为大家的班级管理提供了措施和有效的途径。唐雪娇老师的《把班级管理工作当成一门艺术》让我们对平常为之头疼的班级琐事有了新的认识；陈利英老师的《不要让学生变成一只刺猬或野猪》用自己的教学实际告诉我们，为大家在处理问题学生方面提供帮助；唐慧芳老师的《浅谈如何创造特色班级》亦为我们在班级管理中指明了方向。通过对此专题的研究，新老教师共同进步，在班级管理方面经验更丰富，行动更老练，班级管理得更有声有色了。</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3、在教学研讨的同时，狠抓教学质量，实行每月一考。月考试卷由年级组有经验的教师，根据一月来的教学进度，学生学习实况组织编写。月考由教导处统一安排时间，实施同年级同时、单人单桌考试，并在组长的带领下，实施年级组教师流水作业，统一批改试卷。针对每次考试情况，组内教师通过年级组比较，了解本班学生的学习情况，及试卷的命题情况进行试卷分析。通过月考，年级组的每位教师都能及时了解本班学生对知识的掌握情况，明白各班之间的差异，意识自己在教学过程中的不足，弄清学生在学习中的困难，用以指导自己的教学实际，为自己实施有效教学和学生进行有效学习奠定了坚实的基础。</w:t>
      </w:r>
    </w:p>
    <w:p>
      <w:pPr>
        <w:spacing w:before="100" w:after="200" w:line="360" w:lineRule="auto"/>
        <w:jc w:val="left"/>
      </w:pPr>
      <w:r>
        <w:rPr>
          <w:rFonts w:ascii="宋体 (中文正文)" w:eastAsia="宋体" w:hAnsi="宋体 (中文正文)"/>
          <w:b/>
          <w:sz w:val="28"/>
        </w:rPr>
        <w:t>二、存在的不足</w:t>
      </w:r>
    </w:p>
    <w:p>
      <w:pPr>
        <w:spacing w:before="100" w:after="200" w:line="360" w:lineRule="auto"/>
        <w:ind w:firstLine="576"/>
        <w:jc w:val="left"/>
      </w:pPr>
      <w:r>
        <w:rPr>
          <w:rFonts w:ascii="宋体" w:eastAsia="宋体" w:hAnsi="宋体"/>
          <w:sz w:val="28"/>
        </w:rPr>
        <w:t>然本次活动取得了不少的成绩，但离上级的要求还相差甚远，集体的智慧，并不是个人智慧简单的累加，我们将继续通过新老教师的交流、相互切磋，摒弃陈旧低效教法，学习先进教法，避免热热闹闹不扎实的课堂教学。</w:t>
      </w:r>
    </w:p>
    <w:p>
      <w:pPr>
        <w:spacing w:before="100" w:after="200" w:line="360" w:lineRule="auto"/>
        <w:ind w:firstLine="576"/>
        <w:jc w:val="left"/>
      </w:pPr>
      <w:r>
        <w:rPr>
          <w:rFonts w:ascii="宋体" w:eastAsia="宋体" w:hAnsi="宋体"/>
          <w:sz w:val="28"/>
        </w:rPr>
        <w:t>集体备课不能替代教师个人备课，更不能使我们的课堂教学走进同一模式。因此，教学设计还需要执教者在集体备课的基础上归纳，提升和再创造，根据自己的特点灵活选择，体现个性特色。</w:t>
      </w:r>
    </w:p>
    <w:p>
      <w:pPr>
        <w:spacing w:before="100" w:after="200" w:line="360" w:lineRule="auto"/>
        <w:ind w:firstLine="576"/>
        <w:jc w:val="left"/>
      </w:pPr>
      <w:r>
        <w:rPr>
          <w:rFonts w:ascii="宋体" w:eastAsia="宋体" w:hAnsi="宋体"/>
          <w:sz w:val="28"/>
        </w:rPr>
        <w:t>总之，本次集体备课活动让我们更加明白了集体备课的意义和方法，我们一定会沿着本次活动的足迹，将集体备课活动“进行到底”。</w:t>
      </w:r>
    </w:p>
    <w:p>
      <w:pPr>
        <w:spacing w:before="100" w:after="200" w:line="360" w:lineRule="auto"/>
        <w:ind w:firstLine="576"/>
        <w:jc w:val="left"/>
      </w:pPr>
      <w:r>
        <w:rPr>
          <w:rFonts w:ascii="宋体" w:eastAsia="宋体" w:hAnsi="宋体"/>
          <w:sz w:val="28"/>
        </w:rPr>
        <w:t>为了做到资源共享，加强教师间的合作与交流，体现同伴互助、互学的精神，充分发挥集体备课的优势，我校本期实行了集体备课。现对该项工作总结如下</w:t>
      </w:r>
    </w:p>
    <w:p>
      <w:pPr>
        <w:spacing w:before="100" w:after="200" w:line="360" w:lineRule="auto"/>
        <w:ind w:firstLine="576"/>
        <w:jc w:val="left"/>
      </w:pPr>
      <w:r>
        <w:rPr>
          <w:rFonts w:ascii="宋体" w:eastAsia="宋体" w:hAnsi="宋体"/>
          <w:sz w:val="28"/>
        </w:rPr>
        <w:t>本期我校的集体备课是按“备前研讨形成教案教案调整、实施教学课后反思、总结”这几个环节进行的。</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备前研讨：集体备课前1—3年级教师共同对三年级语文《和时间赛跑》进行教材内容分析，讨论这一课的教学重点、难点、教学方法、教学过程的设计等。</w:t>
      </w:r>
    </w:p>
    <w:p>
      <w:pPr>
        <w:spacing w:before="100" w:after="200" w:line="360" w:lineRule="auto"/>
        <w:ind w:firstLine="576"/>
        <w:jc w:val="left"/>
      </w:pPr>
      <w:r>
        <w:rPr>
          <w:rFonts w:ascii="宋体" w:eastAsia="宋体" w:hAnsi="宋体"/>
          <w:sz w:val="28"/>
        </w:rPr>
        <w:t>形成教案：主备教师张老师在集体讨论的基础上，将集体讨论的意见整理，进行了教案设计。</w:t>
      </w:r>
    </w:p>
    <w:p>
      <w:pPr>
        <w:spacing w:before="100" w:after="200" w:line="360" w:lineRule="auto"/>
        <w:ind w:firstLine="576"/>
        <w:jc w:val="left"/>
      </w:pPr>
      <w:r>
        <w:rPr>
          <w:rFonts w:ascii="宋体" w:eastAsia="宋体" w:hAnsi="宋体"/>
          <w:sz w:val="28"/>
        </w:rPr>
        <w:t>实施教学：张老师教师利用集体备课教案，根据教师本人特点和所任班级的学生情况，再运用于课堂教学。</w:t>
      </w:r>
    </w:p>
    <w:p>
      <w:pPr>
        <w:spacing w:before="100" w:after="200" w:line="360" w:lineRule="auto"/>
        <w:ind w:firstLine="576"/>
        <w:jc w:val="left"/>
      </w:pPr>
      <w:r>
        <w:rPr>
          <w:rFonts w:ascii="宋体" w:eastAsia="宋体" w:hAnsi="宋体"/>
          <w:sz w:val="28"/>
        </w:rPr>
        <w:t>课后反思、总结：课后，对教学情况进行了反思、总结。</w:t>
      </w:r>
    </w:p>
    <w:p>
      <w:pPr>
        <w:spacing w:before="100" w:after="200" w:line="360" w:lineRule="auto"/>
        <w:ind w:firstLine="576"/>
        <w:jc w:val="left"/>
      </w:pPr>
      <w:r>
        <w:rPr>
          <w:rFonts w:ascii="宋体" w:eastAsia="宋体" w:hAnsi="宋体"/>
          <w:sz w:val="28"/>
        </w:rPr>
        <w:t>本期的集体备课体现了以下优点：</w:t>
      </w:r>
    </w:p>
    <w:p>
      <w:pPr>
        <w:spacing w:before="100" w:after="200" w:line="360" w:lineRule="auto"/>
        <w:ind w:firstLine="576"/>
        <w:jc w:val="left"/>
      </w:pPr>
      <w:r>
        <w:rPr>
          <w:rFonts w:ascii="宋体" w:eastAsia="宋体" w:hAnsi="宋体"/>
          <w:sz w:val="28"/>
        </w:rPr>
        <w:t>1、不同年级教师加强了合作与交流，互相学习，共同研究，充分发挥集体的智慧和力量。</w:t>
      </w:r>
    </w:p>
    <w:p>
      <w:pPr>
        <w:spacing w:before="100" w:after="200" w:line="360" w:lineRule="auto"/>
        <w:ind w:firstLine="576"/>
        <w:jc w:val="left"/>
      </w:pPr>
      <w:r>
        <w:rPr>
          <w:rFonts w:ascii="宋体" w:eastAsia="宋体" w:hAnsi="宋体"/>
          <w:sz w:val="28"/>
        </w:rPr>
        <w:t>2、备课从实际出发，解决实实在在的问题，让备课为上课服务。</w:t>
      </w:r>
    </w:p>
    <w:p>
      <w:pPr>
        <w:spacing w:before="100" w:after="200" w:line="360" w:lineRule="auto"/>
        <w:ind w:firstLine="576"/>
        <w:jc w:val="left"/>
      </w:pPr>
      <w:r>
        <w:rPr>
          <w:rFonts w:ascii="宋体" w:eastAsia="宋体" w:hAnsi="宋体"/>
          <w:sz w:val="28"/>
        </w:rPr>
        <w:t>3、教师把参与集体备课当作是研究教材、研究教法、研究学生的研究性学习活动，积极参与，在研究中发现问题，解决问题。这有助于教师成为研究型教师，使教师队伍成为研究型教师群</w:t>
      </w:r>
    </w:p>
    <w:p>
      <w:pPr>
        <w:spacing w:before="100" w:after="200" w:line="360" w:lineRule="auto"/>
        <w:ind w:firstLine="576"/>
        <w:jc w:val="left"/>
      </w:pPr>
      <w:r>
        <w:rPr>
          <w:rFonts w:ascii="宋体" w:eastAsia="宋体" w:hAnsi="宋体"/>
          <w:sz w:val="28"/>
        </w:rPr>
        <w:t>我们的脚步虽被困家中，但教学的脚步却早已出发，东城教育集团六年级的25位教师积极开展线上集备活动，一次次集体备课时老师们分享的智慧如同这如约而至的春光一般温暖每个教学一线教师的教研之路。</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我们的每次集体备课先提前一周统一制定所要完成的教学任务。统一时间，统一主题，确定主备教师，为我们下周的集备明确了方向，也能做到重点突出，针对性强地完成备课任务。每次集体备课由主备老师分享课程的教学重点、难点，以及自身在备课中的设计和心得以及迷惑之处，最后大家集体讨论，提出建议或分享自己的看法，帮助达成总的方案。例如我主备的口语交际《同读一本书》随着集体备课活动的深入，我们由一课时延伸到整个单元文章学习的听、说、读、写的各个部分。以新教材新课程理念为方向，以培养学生语文素养的全面提高。</w:t>
      </w:r>
    </w:p>
    <w:p>
      <w:pPr>
        <w:spacing w:before="100" w:after="200" w:line="360" w:lineRule="auto"/>
        <w:ind w:firstLine="576"/>
        <w:jc w:val="left"/>
      </w:pPr>
      <w:r>
        <w:rPr>
          <w:rFonts w:ascii="宋体" w:eastAsia="宋体" w:hAnsi="宋体"/>
          <w:sz w:val="28"/>
        </w:rPr>
        <w:t>集体备好课是上好课的前提。为了充分发挥集体智慧，集思广益，博采众长，真正实现了脑资源共享，使全体教师能从单元整体上驾驭教材。通过大家的积极参与和讨论，不断改进我们的教学方案，以达到效果。其次，它也能帮助了我们每位老师的不断提高。因为在讨论过程中，老师也是向他人学习的过程，取他人之长，补自己之短。这就有效地避免了单个老师备课的不足之处。青年教师在集体备课的活动中不断成长，在建议中汲取教学经验，提升了自身的教学素质。</w:t>
      </w:r>
    </w:p>
    <w:p>
      <w:pPr>
        <w:spacing w:before="100" w:after="200" w:line="360" w:lineRule="auto"/>
        <w:ind w:firstLine="576"/>
        <w:jc w:val="left"/>
      </w:pPr>
      <w:r>
        <w:rPr>
          <w:rFonts w:ascii="宋体" w:eastAsia="宋体" w:hAnsi="宋体"/>
          <w:sz w:val="28"/>
        </w:rPr>
        <w:t>集体备课是每位教师智慧的汇集，我们将努力让集体备课发挥成效，达成共享。</w:t>
      </w:r>
    </w:p>
    <w:p>
      <w:pPr>
        <w:spacing w:before="100" w:after="200" w:line="360" w:lineRule="auto"/>
        <w:ind w:firstLine="576"/>
        <w:jc w:val="left"/>
      </w:pPr>
      <w:r>
        <w:rPr>
          <w:rFonts w:ascii="宋体" w:eastAsia="宋体" w:hAnsi="宋体"/>
          <w:sz w:val="28"/>
        </w:rPr>
        <w:t>为了适应当前教育发展的需要，发挥集体的智慧和力量，加快提高整体授课水平，从而大面积提高教育教学质量，我们信息技术组进行集体备课，现将本学期的集体备课工作总结如下：</w:t>
      </w:r>
    </w:p>
    <w:p>
      <w:pPr>
        <w:spacing w:before="100" w:after="200" w:line="360" w:lineRule="auto"/>
        <w:ind w:firstLine="576"/>
        <w:jc w:val="left"/>
      </w:pPr>
      <w:r>
        <w:rPr>
          <w:rFonts w:ascii="宋体" w:eastAsia="宋体" w:hAnsi="宋体"/>
          <w:sz w:val="28"/>
        </w:rPr>
        <w:t>一、进一步落实教学常规，开展“说、讲、评”一体化教学，充分发挥集体的教研的作用，集思广义，取他人之长，补自己之短，尽快提高化学组全体人员备课、授课水平，大面积提高我校教学质量，强化和规范备课。</w:t>
      </w:r>
    </w:p>
    <w:p>
      <w:pPr>
        <w:spacing w:before="100" w:after="200" w:line="360" w:lineRule="auto"/>
        <w:jc w:val="left"/>
      </w:pPr>
      <w:r>
        <w:rPr>
          <w:rFonts w:ascii="宋体 (中文正文)" w:eastAsia="宋体" w:hAnsi="宋体 (中文正文)"/>
          <w:b/>
          <w:sz w:val="28"/>
        </w:rPr>
        <w:t>二、集体备课应采取“一说、二议、三定、四行、五修”的方式。其程序如下：</w:t>
      </w:r>
    </w:p>
    <w:p>
      <w:pPr>
        <w:spacing w:before="100" w:after="200" w:line="360" w:lineRule="auto"/>
        <w:ind w:firstLine="576"/>
        <w:jc w:val="left"/>
      </w:pPr>
      <w:r>
        <w:rPr>
          <w:rFonts w:ascii="宋体" w:eastAsia="宋体" w:hAnsi="宋体"/>
          <w:sz w:val="28"/>
        </w:rPr>
        <w:t>①、将教材划分，确定出重点与难点以及备课内容。</w:t>
      </w:r>
    </w:p>
    <w:p>
      <w:pPr>
        <w:spacing w:before="100" w:after="200" w:line="360" w:lineRule="auto"/>
        <w:ind w:firstLine="576"/>
        <w:jc w:val="left"/>
      </w:pPr>
      <w:r>
        <w:rPr>
          <w:rFonts w:ascii="宋体" w:eastAsia="宋体" w:hAnsi="宋体"/>
          <w:sz w:val="28"/>
        </w:rPr>
        <w:t>②、将内容分配给各教师，并确定好中心发言人</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。③、由中心发言人谈教材的处理意见，然后由大家讨论，最后形成教学案的核心。</w:t>
      </w:r>
    </w:p>
    <w:p>
      <w:pPr>
        <w:spacing w:before="100" w:after="200" w:line="360" w:lineRule="auto"/>
        <w:ind w:firstLine="576"/>
        <w:jc w:val="left"/>
      </w:pPr>
      <w:r>
        <w:rPr>
          <w:rFonts w:ascii="宋体" w:eastAsia="宋体" w:hAnsi="宋体"/>
          <w:sz w:val="28"/>
        </w:rPr>
        <w:t>④、对教学方法、教学手段、典型例证、同步训练、跟踪测试作出统一的规定。</w:t>
      </w:r>
    </w:p>
    <w:p>
      <w:pPr>
        <w:spacing w:before="100" w:after="200" w:line="360" w:lineRule="auto"/>
        <w:ind w:firstLine="576"/>
        <w:jc w:val="left"/>
      </w:pPr>
      <w:r>
        <w:rPr>
          <w:rFonts w:ascii="宋体" w:eastAsia="宋体" w:hAnsi="宋体"/>
          <w:sz w:val="28"/>
        </w:rPr>
        <w:t>⑤、在教学框架和教学核心内容的基础上初步形成教学案，每人精心设计一个教学案，由全组讨论后共同使用。</w:t>
      </w:r>
    </w:p>
    <w:p>
      <w:pPr>
        <w:spacing w:before="100" w:after="200" w:line="360" w:lineRule="auto"/>
        <w:ind w:firstLine="576"/>
        <w:jc w:val="left"/>
      </w:pPr>
      <w:r>
        <w:rPr>
          <w:rFonts w:ascii="宋体" w:eastAsia="宋体" w:hAnsi="宋体"/>
          <w:sz w:val="28"/>
        </w:rPr>
        <w:t>⑥、由主讲人先行上研究课，之后，每人修改，小组讨论后方可上课。</w:t>
      </w:r>
    </w:p>
    <w:p>
      <w:pPr>
        <w:spacing w:before="100" w:after="200" w:line="360" w:lineRule="auto"/>
        <w:ind w:firstLine="576"/>
        <w:jc w:val="left"/>
      </w:pPr>
      <w:r>
        <w:rPr>
          <w:rFonts w:ascii="宋体" w:eastAsia="宋体" w:hAnsi="宋体"/>
          <w:sz w:val="28"/>
        </w:rPr>
        <w:t>三、备课严格按照国家新颁布的课程标准中的教学常规及“自主、综合、拓展、创新”和“先学后教”的先进的教学思想和有关要求进行。具体应做到以下几个方面：</w:t>
      </w:r>
    </w:p>
    <w:p>
      <w:pPr>
        <w:spacing w:before="100" w:after="200" w:line="360" w:lineRule="auto"/>
        <w:ind w:firstLine="576"/>
        <w:jc w:val="left"/>
      </w:pPr>
      <w:r>
        <w:rPr>
          <w:rFonts w:ascii="宋体" w:eastAsia="宋体" w:hAnsi="宋体"/>
          <w:sz w:val="28"/>
        </w:rPr>
        <w:t>①、做到五备。</w:t>
      </w:r>
    </w:p>
    <w:p>
      <w:pPr>
        <w:spacing w:before="100" w:after="200" w:line="360" w:lineRule="auto"/>
        <w:ind w:firstLine="576"/>
        <w:jc w:val="left"/>
      </w:pPr>
      <w:r>
        <w:rPr>
          <w:rFonts w:ascii="宋体" w:eastAsia="宋体" w:hAnsi="宋体"/>
          <w:sz w:val="28"/>
        </w:rPr>
        <w:t>备课程标准、备教材、备教法、备学生、备教学程序；</w:t>
      </w:r>
    </w:p>
    <w:p>
      <w:pPr>
        <w:spacing w:before="100" w:after="200" w:line="360" w:lineRule="auto"/>
        <w:ind w:firstLine="576"/>
        <w:jc w:val="left"/>
      </w:pPr>
      <w:r>
        <w:rPr>
          <w:rFonts w:ascii="宋体" w:eastAsia="宋体" w:hAnsi="宋体"/>
          <w:sz w:val="28"/>
        </w:rPr>
        <w:t>②、体现好五点。</w:t>
      </w:r>
    </w:p>
    <w:p>
      <w:pPr>
        <w:spacing w:before="100" w:after="200" w:line="360" w:lineRule="auto"/>
        <w:ind w:firstLine="576"/>
        <w:jc w:val="left"/>
      </w:pPr>
      <w:r>
        <w:rPr>
          <w:rFonts w:ascii="宋体" w:eastAsia="宋体" w:hAnsi="宋体"/>
          <w:sz w:val="28"/>
        </w:rPr>
        <w:t>每节课研究好知识点、能力点、重难点、教育点、及“自主、综合、拓展、创新”的渗透点。</w:t>
      </w:r>
    </w:p>
    <w:p>
      <w:pPr>
        <w:spacing w:before="100" w:after="200" w:line="360" w:lineRule="auto"/>
        <w:ind w:firstLine="576"/>
        <w:jc w:val="left"/>
      </w:pPr>
      <w:r>
        <w:rPr>
          <w:rFonts w:ascii="宋体" w:eastAsia="宋体" w:hAnsi="宋体"/>
          <w:sz w:val="28"/>
        </w:rPr>
        <w:t>③、力争三定。定时间、定内容、定中心。</w:t>
      </w:r>
    </w:p>
    <w:p>
      <w:pPr>
        <w:spacing w:before="100" w:after="200" w:line="360" w:lineRule="auto"/>
        <w:ind w:firstLine="576"/>
        <w:jc w:val="left"/>
      </w:pPr>
      <w:r>
        <w:rPr>
          <w:rFonts w:ascii="宋体" w:eastAsia="宋体" w:hAnsi="宋体"/>
          <w:sz w:val="28"/>
        </w:rPr>
        <w:t>④、搞好五研究。</w:t>
      </w:r>
    </w:p>
    <w:p>
      <w:pPr>
        <w:spacing w:before="100" w:after="200" w:line="360" w:lineRule="auto"/>
        <w:ind w:firstLine="576"/>
        <w:jc w:val="left"/>
      </w:pPr>
      <w:r>
        <w:rPr>
          <w:rFonts w:ascii="宋体" w:eastAsia="宋体" w:hAnsi="宋体"/>
          <w:sz w:val="28"/>
        </w:rPr>
        <w:t>研究重点、难点、教法、学法和考法⑤、做到五统一、</w:t>
      </w:r>
    </w:p>
    <w:p>
      <w:pPr>
        <w:spacing w:before="100" w:after="200" w:line="360" w:lineRule="auto"/>
        <w:ind w:firstLine="576"/>
        <w:jc w:val="left"/>
      </w:pPr>
      <w:r>
        <w:rPr>
          <w:rFonts w:ascii="宋体" w:eastAsia="宋体" w:hAnsi="宋体"/>
          <w:sz w:val="28"/>
        </w:rPr>
        <w:t>统一目标、统一进度、统一训练、统一单元测试。</w:t>
      </w:r>
    </w:p>
    <w:p>
      <w:pPr>
        <w:spacing w:before="100" w:after="200" w:line="360" w:lineRule="auto"/>
        <w:jc w:val="left"/>
        <w:sectPr w:rsidSect="00034616">
          <w:type w:val="nextPage"/>
          <w:pgSz w:w="11906" w:h="16838"/>
          <w:pgMar w:top="1440" w:right="1440" w:bottom="1440" w:left="1440" w:header="720" w:footer="720" w:gutter="0"/>
          <w:pgNumType w:start="8"/>
          <w:cols w:space="720"/>
          <w:titlePg w:val="0"/>
          <w:docGrid w:linePitch="360"/>
        </w:sectPr>
      </w:pPr>
      <w:r>
        <w:rPr>
          <w:rFonts w:ascii="宋体 (中文正文)" w:eastAsia="宋体" w:hAnsi="宋体 (中文正文)"/>
          <w:b/>
          <w:sz w:val="28"/>
        </w:rPr>
        <w:t>四、活动由备课组长负责，每次活动不超过1小时，记录好，形成材料，并注意保存和积累。</w:t>
      </w:r>
    </w:p>
    <w:p>
      <w:pPr>
        <w:spacing w:before="100" w:after="200" w:line="360" w:lineRule="auto"/>
        <w:ind w:firstLine="576"/>
        <w:jc w:val="left"/>
      </w:pPr>
      <w:r>
        <w:rPr>
          <w:rFonts w:ascii="宋体" w:eastAsia="宋体" w:hAnsi="宋体"/>
          <w:sz w:val="28"/>
        </w:rPr>
        <w:t>经过这一学期的集体备课，我们不仅发挥了集体的智慧和力量，而且加快提高整体授课水平，大面积提高了教育教学质量。</w:t>
      </w:r>
    </w:p>
    <w:p>
      <w:pPr>
        <w:spacing w:before="100" w:after="200" w:line="360" w:lineRule="auto"/>
        <w:ind w:firstLine="576"/>
        <w:jc w:val="left"/>
      </w:pPr>
      <w:r>
        <w:rPr>
          <w:rFonts w:ascii="宋体" w:eastAsia="宋体" w:hAnsi="宋体"/>
          <w:sz w:val="28"/>
        </w:rPr>
        <w:t>集体备课是教师合作研究的一种最有效的形式，是发挥教师团队精神，集思广益，取长补短的备课形式。本学期我们永安小学积极响应县教育局教研室的号召，开展了集体备课活动。现总结如下：</w:t>
      </w:r>
    </w:p>
    <w:p>
      <w:pPr>
        <w:spacing w:before="100" w:after="200" w:line="360" w:lineRule="auto"/>
        <w:jc w:val="left"/>
      </w:pPr>
      <w:r>
        <w:rPr>
          <w:rFonts w:ascii="宋体 (中文正文)" w:eastAsia="宋体" w:hAnsi="宋体 (中文正文)"/>
          <w:b/>
          <w:sz w:val="28"/>
        </w:rPr>
        <w:t>一、建立备课组，发挥集体优势</w:t>
      </w:r>
    </w:p>
    <w:p>
      <w:pPr>
        <w:spacing w:before="100" w:after="200" w:line="360" w:lineRule="auto"/>
        <w:ind w:firstLine="576"/>
        <w:jc w:val="left"/>
      </w:pPr>
      <w:r>
        <w:rPr>
          <w:rFonts w:ascii="宋体" w:eastAsia="宋体" w:hAnsi="宋体"/>
          <w:sz w:val="28"/>
        </w:rPr>
        <w:t>为了能更好地发挥集体备课的优势，取长补短，我们成立了由分管校长主抓的集体备课组。充分发挥每个教师的长处，形成优势互补，达到共同进步、共同提高的目的。</w:t>
      </w:r>
    </w:p>
    <w:p>
      <w:pPr>
        <w:spacing w:before="100" w:after="200" w:line="360" w:lineRule="auto"/>
        <w:jc w:val="left"/>
      </w:pPr>
      <w:r>
        <w:rPr>
          <w:rFonts w:ascii="宋体 (中文正文)" w:eastAsia="宋体" w:hAnsi="宋体 (中文正文)"/>
          <w:b/>
          <w:sz w:val="28"/>
        </w:rPr>
        <w:t>二、制定计划</w:t>
      </w:r>
    </w:p>
    <w:p>
      <w:pPr>
        <w:spacing w:before="100" w:after="200" w:line="360" w:lineRule="auto"/>
        <w:ind w:firstLine="576"/>
        <w:jc w:val="left"/>
      </w:pPr>
      <w:r>
        <w:rPr>
          <w:rFonts w:ascii="宋体" w:eastAsia="宋体" w:hAnsi="宋体"/>
          <w:sz w:val="28"/>
        </w:rPr>
        <w:t>开学初制定了详细的计划，各学科备课组确定了每周的主备人，提出了具体的要求，为集体备课的顺利进行提供了坚实的保证。</w:t>
      </w:r>
    </w:p>
    <w:p>
      <w:pPr>
        <w:spacing w:before="100" w:after="200" w:line="360" w:lineRule="auto"/>
        <w:jc w:val="left"/>
      </w:pPr>
      <w:r>
        <w:rPr>
          <w:rFonts w:ascii="宋体 (中文正文)" w:eastAsia="宋体" w:hAnsi="宋体 (中文正文)"/>
          <w:b/>
          <w:sz w:val="28"/>
        </w:rPr>
        <w:t>三、确定任务</w:t>
      </w:r>
    </w:p>
    <w:p>
      <w:pPr>
        <w:spacing w:before="100" w:after="200" w:line="360" w:lineRule="auto"/>
        <w:ind w:firstLine="576"/>
        <w:jc w:val="left"/>
      </w:pPr>
      <w:r>
        <w:rPr>
          <w:rFonts w:ascii="宋体" w:eastAsia="宋体" w:hAnsi="宋体"/>
          <w:sz w:val="28"/>
        </w:rPr>
        <w:t>在进行集体备课时，我们采取主讲人轮值制。首先由主备人选定课题，写好教案初稿，并充分作好发言准备。同时预先通知各个成员，充分挖掘和分析教材，并通过各种手段搜集各种有用信息，在备教材、备教法的基础上，形成自己的观点和看法，为发言作好充分准备。</w:t>
      </w:r>
    </w:p>
    <w:p>
      <w:pPr>
        <w:spacing w:before="100" w:after="200" w:line="360" w:lineRule="auto"/>
        <w:jc w:val="left"/>
      </w:pPr>
      <w:r>
        <w:rPr>
          <w:rFonts w:ascii="宋体 (中文正文)" w:eastAsia="宋体" w:hAnsi="宋体 (中文正文)"/>
          <w:b/>
          <w:sz w:val="28"/>
        </w:rPr>
        <w:t>四、强化参与</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我们备课活动的模式是“个人备课集体备课---形成个案”。个人备课需要个人钻研，独立思考。集体备课强调集思广益，相互切磋，发挥集体的群策群力和协作精神。集体备课后，个人再对集体备课的内容进行消化、吸收，再补充，并进行修改，形成有自己特色的适合本班的教案。</w:t>
      </w:r>
    </w:p>
    <w:p>
      <w:pPr>
        <w:spacing w:before="100" w:after="200" w:line="360" w:lineRule="auto"/>
        <w:jc w:val="left"/>
      </w:pPr>
      <w:r>
        <w:rPr>
          <w:rFonts w:ascii="宋体 (中文正文)" w:eastAsia="宋体" w:hAnsi="宋体 (中文正文)"/>
          <w:b/>
          <w:sz w:val="28"/>
        </w:rPr>
        <w:t>五、共同探讨，各抒己见</w:t>
      </w:r>
    </w:p>
    <w:p>
      <w:pPr>
        <w:spacing w:before="100" w:after="200" w:line="360" w:lineRule="auto"/>
        <w:ind w:firstLine="576"/>
        <w:jc w:val="left"/>
      </w:pPr>
      <w:r>
        <w:rPr>
          <w:rFonts w:ascii="宋体" w:eastAsia="宋体" w:hAnsi="宋体"/>
          <w:sz w:val="28"/>
        </w:rPr>
        <w:t>活动时，首先由主备人陈述本课的教学目标、教学重点、教学难点等内容，并将本课在书中所处地位以及本课的大概内容加以分析和介绍。然后由大家自由发言，就本课的各个部分进行深入的探讨和分</w:t>
      </w:r>
    </w:p>
    <w:p>
      <w:pPr>
        <w:spacing w:before="100" w:after="200" w:line="360" w:lineRule="auto"/>
        <w:ind w:firstLine="576"/>
        <w:jc w:val="left"/>
      </w:pPr>
      <w:r>
        <w:rPr>
          <w:rFonts w:ascii="宋体" w:eastAsia="宋体" w:hAnsi="宋体"/>
          <w:sz w:val="28"/>
        </w:rPr>
        <w:t>析，导入新课部分选出最新颖、独特且能吸引学生的方案，并用材料加以辅助。教学重点部分，首先由主备人陈述自己的见解，其他人分别发言，要求发言必须符合教学大纲要求和学生实际情况，同时要把相应的教法、学法融入材料分析之中。</w:t>
      </w:r>
    </w:p>
    <w:p>
      <w:pPr>
        <w:spacing w:before="100" w:after="200" w:line="360" w:lineRule="auto"/>
        <w:jc w:val="left"/>
      </w:pPr>
      <w:r>
        <w:rPr>
          <w:rFonts w:ascii="宋体 (中文正文)" w:eastAsia="宋体" w:hAnsi="宋体 (中文正文)"/>
          <w:b/>
          <w:sz w:val="28"/>
        </w:rPr>
        <w:t>六、强化管理，做好：“五、四、五”</w:t>
      </w:r>
    </w:p>
    <w:p>
      <w:pPr>
        <w:spacing w:before="100" w:after="200" w:line="360" w:lineRule="auto"/>
        <w:ind w:firstLine="576"/>
        <w:jc w:val="left"/>
      </w:pPr>
      <w:r>
        <w:rPr>
          <w:rFonts w:ascii="宋体" w:eastAsia="宋体" w:hAnsi="宋体"/>
          <w:sz w:val="28"/>
        </w:rPr>
        <w:t>开展集体备课活动时，我们力求做到“五备”：备课程标准、备教材、备教法、备学生、备教学程序；“四定”：定时间、定地点、定主讲人、定题；“五研究”：研究重点、难点、教法、学法、作业设计。为确保此项活动落到实处，学校安排专人督促检查，并将检查结果纳入对年级的考核。</w:t>
      </w:r>
    </w:p>
    <w:p>
      <w:pPr>
        <w:spacing w:before="100" w:after="200" w:line="360" w:lineRule="auto"/>
        <w:jc w:val="left"/>
      </w:pPr>
      <w:r>
        <w:rPr>
          <w:rFonts w:ascii="宋体 (中文正文)" w:eastAsia="宋体" w:hAnsi="宋体 (中文正文)"/>
          <w:b/>
          <w:sz w:val="28"/>
        </w:rPr>
        <w:t>七、存在的问题</w:t>
      </w:r>
    </w:p>
    <w:p>
      <w:pPr>
        <w:spacing w:before="100" w:after="200" w:line="360" w:lineRule="auto"/>
        <w:ind w:firstLine="576"/>
        <w:jc w:val="left"/>
      </w:pPr>
      <w:r>
        <w:rPr>
          <w:rFonts w:ascii="宋体" w:eastAsia="宋体" w:hAnsi="宋体"/>
          <w:sz w:val="28"/>
        </w:rPr>
        <w:t>1．由于我校教师都身负繁重的教学任务，工作量大，因此有的学科备课组准备的不充分，显得有些仓促。</w:t>
      </w:r>
    </w:p>
    <w:p>
      <w:pPr>
        <w:spacing w:before="100" w:after="200" w:line="360" w:lineRule="auto"/>
        <w:ind w:firstLine="576"/>
        <w:jc w:val="left"/>
      </w:pPr>
      <w:r>
        <w:rPr>
          <w:rFonts w:ascii="宋体" w:eastAsia="宋体" w:hAnsi="宋体"/>
          <w:sz w:val="28"/>
        </w:rPr>
        <w:t>2．有的学科备课组成了主备人一言堂，其他教师或者当听众一言不发，或者是赞不绝口，没有达到资源共享的教研效果。</w:t>
      </w:r>
    </w:p>
    <w:p>
      <w:pPr>
        <w:spacing w:before="100" w:after="200" w:line="360" w:lineRule="auto"/>
        <w:jc w:val="left"/>
        <w:sectPr w:rsidSect="00034616">
          <w:type w:val="nextPage"/>
          <w:pgSz w:w="11906" w:h="16838"/>
          <w:pgMar w:top="1440" w:right="1440" w:bottom="1440" w:left="1440" w:header="720" w:footer="720" w:gutter="0"/>
          <w:pgNumType w:start="10"/>
          <w:cols w:space="720"/>
          <w:titlePg w:val="0"/>
          <w:docGrid w:linePitch="360"/>
        </w:sectPr>
      </w:pPr>
      <w:r>
        <w:rPr>
          <w:rFonts w:ascii="宋体 (中文正文)" w:eastAsia="宋体" w:hAnsi="宋体 (中文正文)"/>
          <w:b/>
          <w:sz w:val="28"/>
        </w:rPr>
        <w:t>八、改进办法</w:t>
      </w:r>
    </w:p>
    <w:p>
      <w:pPr>
        <w:spacing w:before="100" w:after="200" w:line="360" w:lineRule="auto"/>
        <w:ind w:firstLine="576"/>
        <w:jc w:val="left"/>
      </w:pPr>
      <w:r>
        <w:rPr>
          <w:rFonts w:ascii="宋体" w:eastAsia="宋体" w:hAnsi="宋体"/>
          <w:sz w:val="28"/>
        </w:rPr>
        <w:t>1．提高认识，促进行为的自觉化。组织教师学习讨论集体备课的意义和作用，交流使用集体备课后的收获，使教师进一步认识到集体备课应是教师个体思维的碰撞，是教师共同智慧的结晶。</w:t>
      </w:r>
    </w:p>
    <w:p>
      <w:pPr>
        <w:spacing w:before="100" w:after="200" w:line="360" w:lineRule="auto"/>
        <w:ind w:firstLine="576"/>
        <w:jc w:val="left"/>
      </w:pPr>
      <w:r>
        <w:rPr>
          <w:rFonts w:ascii="宋体" w:eastAsia="宋体" w:hAnsi="宋体"/>
          <w:sz w:val="28"/>
        </w:rPr>
        <w:t>2．评价制度，激发教师备课热情。</w:t>
      </w:r>
    </w:p>
    <w:p>
      <w:pPr>
        <w:spacing w:before="100" w:after="200" w:line="360" w:lineRule="auto"/>
        <w:ind w:firstLine="576"/>
        <w:jc w:val="left"/>
      </w:pPr>
      <w:r>
        <w:rPr>
          <w:rFonts w:ascii="宋体" w:eastAsia="宋体" w:hAnsi="宋体"/>
          <w:sz w:val="28"/>
        </w:rPr>
        <w:t>总之，经过这一学期的集体备课，大家都受益匪浅。我们不仅发挥了集体的智慧和力量，而且提高了我校整体授课水平，大面积提高了教学质量。</w:t>
      </w:r>
    </w:p>
    <w:p>
      <w:pPr>
        <w:spacing w:before="100" w:after="200" w:line="360" w:lineRule="auto"/>
        <w:ind w:firstLine="576"/>
        <w:jc w:val="left"/>
      </w:pPr>
      <w:r>
        <w:rPr>
          <w:rFonts w:ascii="宋体" w:eastAsia="宋体" w:hAnsi="宋体"/>
          <w:sz w:val="28"/>
        </w:rPr>
        <w:t>课堂教学，备课是重要环节，集体备课更是教师之间互相交流教改信息，探讨教学方法，切磋教学艺术的一项重要措施。</w:t>
      </w:r>
    </w:p>
    <w:p>
      <w:pPr>
        <w:spacing w:before="100" w:after="200" w:line="360" w:lineRule="auto"/>
        <w:jc w:val="left"/>
      </w:pPr>
      <w:r>
        <w:rPr>
          <w:rFonts w:ascii="宋体 (中文正文)" w:eastAsia="宋体" w:hAnsi="宋体 (中文正文)"/>
          <w:b/>
          <w:sz w:val="28"/>
        </w:rPr>
        <w:t>一、定备课内容、时间和中心发言人</w:t>
      </w:r>
    </w:p>
    <w:p>
      <w:pPr>
        <w:spacing w:before="100" w:after="200" w:line="360" w:lineRule="auto"/>
        <w:ind w:firstLine="576"/>
        <w:jc w:val="left"/>
      </w:pPr>
      <w:r>
        <w:rPr>
          <w:rFonts w:ascii="宋体" w:eastAsia="宋体" w:hAnsi="宋体"/>
          <w:sz w:val="28"/>
        </w:rPr>
        <w:t>集体备课强调个人在独立钻研教材、大纲基础上集体交流。为了增强集体备课的实效性，学期初要按照教材确定集体备课内容，并把重点备课任务合理分解，落实中心发言人和备课时间，排出一学期的集体备课一览表，便于教师明确任务，提前准备（本学期要求第一章的第一节进行集体备课）。</w:t>
      </w:r>
    </w:p>
    <w:p>
      <w:pPr>
        <w:spacing w:before="100" w:after="200" w:line="360" w:lineRule="auto"/>
        <w:jc w:val="left"/>
      </w:pPr>
      <w:r>
        <w:rPr>
          <w:rFonts w:ascii="宋体 (中文正文)" w:eastAsia="宋体" w:hAnsi="宋体 (中文正文)"/>
          <w:b/>
          <w:sz w:val="28"/>
        </w:rPr>
        <w:t>二、要突出“研究”</w:t>
      </w:r>
    </w:p>
    <w:p>
      <w:pPr>
        <w:spacing w:before="100" w:after="200" w:line="360" w:lineRule="auto"/>
        <w:ind w:firstLine="576"/>
        <w:jc w:val="left"/>
      </w:pPr>
      <w:r>
        <w:rPr>
          <w:rFonts w:ascii="宋体" w:eastAsia="宋体" w:hAnsi="宋体"/>
          <w:sz w:val="28"/>
        </w:rPr>
        <w:t>1、集体备课要从教学思想的树立、大纲的领会、教材地位的评析、教材分析处理，教学目标的确定、教法的选择、课堂教学结构的确定、教材编写意图、教学设计的策划等方面进行深入研究，特别是研究教学如何体现素质教育的要求。</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2、集体备课即要研教又要研学，从教与学两个方面设计和组织。不仅要研究教师教什么，“怎么教”，还要研究学生如何运用学法积极主动学习。</w:t>
      </w:r>
    </w:p>
    <w:p>
      <w:pPr>
        <w:spacing w:before="100" w:after="200" w:line="360" w:lineRule="auto"/>
        <w:ind w:firstLine="576"/>
        <w:jc w:val="left"/>
      </w:pPr>
      <w:r>
        <w:rPr>
          <w:rFonts w:ascii="宋体" w:eastAsia="宋体" w:hAnsi="宋体"/>
          <w:sz w:val="28"/>
        </w:rPr>
        <w:t>3、确定中心发言人，为的是提高备课质量，而不是一人备课，集体模仿。每一位教师都要独立钻研教材、大纲，在集体备课中积极参与与讨论，发表自己独到的见解，不能当“听客”和“看客”，更不能用别人的教案。</w:t>
      </w:r>
    </w:p>
    <w:p>
      <w:pPr>
        <w:spacing w:before="100" w:after="200" w:line="360" w:lineRule="auto"/>
        <w:jc w:val="left"/>
      </w:pPr>
      <w:r>
        <w:rPr>
          <w:rFonts w:ascii="宋体 (中文正文)" w:eastAsia="宋体" w:hAnsi="宋体 (中文正文)"/>
          <w:b/>
          <w:sz w:val="28"/>
        </w:rPr>
        <w:t>三、要鼓励教师解放思想，大胆创新</w:t>
      </w:r>
    </w:p>
    <w:p>
      <w:pPr>
        <w:spacing w:before="100" w:after="200" w:line="360" w:lineRule="auto"/>
        <w:ind w:firstLine="576"/>
        <w:jc w:val="left"/>
      </w:pPr>
      <w:r>
        <w:rPr>
          <w:rFonts w:ascii="宋体" w:eastAsia="宋体" w:hAnsi="宋体"/>
          <w:sz w:val="28"/>
        </w:rPr>
        <w:t>课堂教学是极富创造性的劳动，没有固定模式，需要灵活运用教学方法，不同的教师有不同的个性，不同的学生有不同的学习方法，只有根据各班学生的具体情况，充分发挥教师的创造性，才能收到好的效果。集体备课的意义在于教师之间通过探讨和交流，取长补短，提高认识，更好地发挥每个人的教学特色。因此不可机械强调课时、内容、教法、作业等绝对统一、</w:t>
      </w:r>
    </w:p>
    <w:p>
      <w:pPr>
        <w:spacing w:before="100" w:after="200" w:line="360" w:lineRule="auto"/>
        <w:jc w:val="left"/>
      </w:pPr>
      <w:r>
        <w:rPr>
          <w:rFonts w:ascii="宋体 (中文正文)" w:eastAsia="宋体" w:hAnsi="宋体 (中文正文)"/>
          <w:b/>
          <w:sz w:val="28"/>
        </w:rPr>
        <w:t>四、注重集体备课的`多样性</w:t>
      </w:r>
    </w:p>
    <w:p>
      <w:pPr>
        <w:spacing w:before="100" w:after="200" w:line="360" w:lineRule="auto"/>
        <w:ind w:firstLine="576"/>
        <w:jc w:val="left"/>
      </w:pPr>
      <w:r>
        <w:rPr>
          <w:rFonts w:ascii="宋体" w:eastAsia="宋体" w:hAnsi="宋体"/>
          <w:sz w:val="28"/>
        </w:rPr>
        <w:t>集体备课的形式应灵活多样，即有集中，又有分散。除了同年级同学科集体备课，还可不同年级同学科大组备课，或同年级不同学科集体备课，特别要注重学科之间的交流、沟通。</w:t>
      </w:r>
    </w:p>
    <w:p>
      <w:pPr>
        <w:spacing w:before="100" w:after="200" w:line="360" w:lineRule="auto"/>
        <w:ind w:firstLine="576"/>
        <w:jc w:val="left"/>
      </w:pPr>
      <w:r>
        <w:rPr>
          <w:rFonts w:ascii="宋体" w:eastAsia="宋体" w:hAnsi="宋体"/>
          <w:sz w:val="28"/>
        </w:rPr>
        <w:t>时光匆匆，紧张、忙碌的一学期即将结束了，回顾这一学期的教学，再次感悟到了教育的精彩纷呈。我们二年级语文备课组的每一位老师努力着、奉献着；团结协作、奋力拼搏着；用智慧与汗水精心浇灌着属于自己的那一份“责任田”，顺利而圆满地完成了各项教育教学任务。现总结如下：</w:t>
      </w:r>
    </w:p>
    <w:p>
      <w:pPr>
        <w:spacing w:before="100" w:after="200" w:line="360" w:lineRule="auto"/>
        <w:jc w:val="left"/>
      </w:pPr>
      <w:r>
        <w:rPr>
          <w:rFonts w:ascii="宋体 (中文正文)" w:eastAsia="宋体" w:hAnsi="宋体 (中文正文)"/>
          <w:b/>
          <w:sz w:val="28"/>
        </w:rPr>
        <w:t>一、集体备课落到实处</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本学期我们在学校教研组、在胡主任的领导下，切实可行地开展备课组活动，做到定时间、定内容、定形式。开学初制定了详细的计划，各学科备课组确定了每周的主备人，提出了具体的要求，为集体备课的顺利进行提供了坚实的保证。在进行集体备课时，我们采取主讲人轮值制。首先由主备人选定课题，写好教案初稿，并充分作好发言准备。同时预先通知各个成员，充分挖掘和分析教材，并通过各种手段搜集各种有用信息，在备教材、备教法的基础上，形成自己的观点和看法，为发言作好充分准备。在活动中，我们集体研讨课文的教学目标，重难点，教学流程，课后拓展小练习等；我们互相切磋环节，努力探究课堂最佳教学环节，力求课堂教学的优化，真正提高课堂教学质量。集体备课是我们备课组集体智慧的结晶。我们对每个单元的教学提前进行阅读和研究，集体商讨出每个单元的教学重点难点，研究出每篇课文的教学思路和方法。每个老师都能在集体备课时候积极讨论，说出自己的想法。我们还重视教学过程的反思，每节课后教师都认真地反思教学过程，及时地把教学中点点滴滴的感受写下来。</w:t>
      </w:r>
    </w:p>
    <w:p>
      <w:pPr>
        <w:spacing w:before="100" w:after="200" w:line="360" w:lineRule="auto"/>
        <w:jc w:val="left"/>
      </w:pPr>
      <w:r>
        <w:rPr>
          <w:rFonts w:ascii="宋体 (中文正文)" w:eastAsia="宋体" w:hAnsi="宋体 (中文正文)"/>
          <w:b/>
          <w:sz w:val="28"/>
        </w:rPr>
        <w:t>二、团结协作不断完善</w:t>
      </w:r>
    </w:p>
    <w:p>
      <w:pPr>
        <w:spacing w:before="100" w:after="200" w:line="360" w:lineRule="auto"/>
        <w:ind w:firstLine="576"/>
        <w:jc w:val="left"/>
      </w:pPr>
      <w:r>
        <w:rPr>
          <w:rFonts w:ascii="宋体" w:eastAsia="宋体" w:hAnsi="宋体"/>
          <w:sz w:val="28"/>
        </w:rPr>
        <w:t>有凝聚力的团队才是有生命力的，而我们二年级语文组的蓬勃朝气也正是印证了这一点。本学期章老师接到公开课的任务，全体组员拧成一股绳。大家聚在一起钻研教材，确定教学内容再认真分析重点难点，设计教学方案，制作课件。为了保证顺利完成，我们语文组安排章老师到同年级班试上，然后大家再一起讨论研究，对教案、课件进行修改完善，尽量做到最好。</w:t>
      </w:r>
    </w:p>
    <w:p>
      <w:pPr>
        <w:spacing w:before="100" w:after="200" w:line="360" w:lineRule="auto"/>
        <w:jc w:val="left"/>
      </w:pPr>
      <w:r>
        <w:rPr>
          <w:rFonts w:ascii="宋体 (中文正文)" w:eastAsia="宋体" w:hAnsi="宋体 (中文正文)"/>
          <w:b/>
          <w:sz w:val="28"/>
        </w:rPr>
        <w:t>三、勤于研究大胆创新</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https://d.book118.com/045221140241011123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45221140241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