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指挥飞行员呼叫机尾</w:t>
      </w:r>
      <w:r>
        <w:t xml:space="preserve"> 我们即将抵达目标地点</w:t>
        <w:br/>
        <w:t>Command</w:t>
      </w:r>
      <w:r>
        <w:t xml:space="preserve"> pilot</w:t>
      </w:r>
      <w:r>
        <w:t xml:space="preserve"> to</w:t>
      </w:r>
      <w:r>
        <w:t xml:space="preserve"> tail,</w:t>
      </w:r>
      <w:r>
        <w:t xml:space="preserve"> we're</w:t>
      </w:r>
      <w:r>
        <w:t xml:space="preserve"> about</w:t>
      </w:r>
      <w:r>
        <w:t xml:space="preserve"> to</w:t>
      </w:r>
      <w:r>
        <w:t xml:space="preserve"> reach</w:t>
      </w:r>
      <w:r>
        <w:t xml:space="preserve"> the</w:t>
      </w:r>
      <w:r>
        <w:t xml:space="preserve"> target.</w:t>
        <w:br/>
        <w:t>后面情况如何?</w:t>
        <w:br/>
        <w:t>How</w:t>
      </w:r>
      <w:r>
        <w:t xml:space="preserve"> are</w:t>
      </w:r>
      <w:r>
        <w:t xml:space="preserve"> we</w:t>
      </w:r>
      <w:r>
        <w:t xml:space="preserve"> looking</w:t>
      </w:r>
      <w:r>
        <w:t xml:space="preserve"> back</w:t>
      </w:r>
      <w:r>
        <w:t xml:space="preserve"> there?</w:t>
        <w:br/>
        <w:t>还不错</w:t>
      </w:r>
      <w:r>
        <w:t xml:space="preserve"> 少校</w:t>
      </w:r>
      <w:r>
        <w:t xml:space="preserve"> 阵型整齐</w:t>
        <w:br/>
        <w:t>Looking</w:t>
      </w:r>
      <w:r>
        <w:t xml:space="preserve"> good,</w:t>
      </w:r>
      <w:r>
        <w:t xml:space="preserve"> Major.</w:t>
      </w:r>
      <w:r>
        <w:t xml:space="preserve"> All</w:t>
      </w:r>
      <w:r>
        <w:t xml:space="preserve"> lined</w:t>
      </w:r>
      <w:r>
        <w:t xml:space="preserve"> up.</w:t>
        <w:br/>
        <w:t>收到</w:t>
      </w:r>
      <w:r>
        <w:t xml:space="preserve"> 我们投弹吧</w:t>
        <w:br/>
        <w:t>Roger.</w:t>
      </w:r>
      <w:r>
        <w:t xml:space="preserve"> Let's</w:t>
      </w:r>
      <w:r>
        <w:t xml:space="preserve"> drop.</w:t>
        <w:br/>
        <w:t>飞机交给你了</w:t>
      </w:r>
      <w:r>
        <w:t xml:space="preserve"> 吉恩</w:t>
        <w:br/>
        <w:t>She's</w:t>
      </w:r>
      <w:r>
        <w:t xml:space="preserve"> all</w:t>
      </w:r>
      <w:r>
        <w:t xml:space="preserve"> yours,</w:t>
      </w:r>
      <w:r>
        <w:t xml:space="preserve"> Gene.</w:t>
        <w:br/>
        <w:t>收到</w:t>
      </w:r>
      <w:r>
        <w:t xml:space="preserve"> 少校</w:t>
        <w:br/>
        <w:t>Roger</w:t>
      </w:r>
      <w:r>
        <w:t xml:space="preserve"> that,</w:t>
      </w:r>
      <w:r>
        <w:t xml:space="preserve"> Major.</w:t>
        <w:br/>
        <w:t>炸&amp;hearts;弹&amp;hearts;舱门打开</w:t>
      </w:r>
      <w:r>
        <w:t xml:space="preserve"> 一分钟后投弹</w:t>
        <w:br/>
        <w:t>Bomb</w:t>
      </w:r>
      <w:r>
        <w:t xml:space="preserve"> bay</w:t>
      </w:r>
      <w:r>
        <w:t xml:space="preserve"> doors</w:t>
      </w:r>
      <w:r>
        <w:t xml:space="preserve"> opening.</w:t>
      </w:r>
      <w:r>
        <w:t xml:space="preserve"> One</w:t>
      </w:r>
      <w:r>
        <w:t xml:space="preserve"> minute</w:t>
      </w:r>
      <w:r>
        <w:t xml:space="preserve"> to</w:t>
      </w:r>
      <w:r>
        <w:t xml:space="preserve"> drop.</w:t>
        <w:br/>
        <w:t>我们被击中了</w:t>
      </w:r>
      <w:r>
        <w:t xml:space="preserve"> </w:t>
      </w:r>
      <w:r>
        <w:t xml:space="preserve"> -</w:t>
      </w:r>
      <w:r>
        <w:t xml:space="preserve"> 右侧引擎正常</w:t>
        <w:br/>
        <w:t>Are</w:t>
      </w:r>
      <w:r>
        <w:t xml:space="preserve"> we</w:t>
      </w:r>
      <w:r>
        <w:t xml:space="preserve"> hit?</w:t>
      </w:r>
      <w:r>
        <w:t xml:space="preserve"> -</w:t>
      </w:r>
      <w:r>
        <w:t xml:space="preserve"> Starboard</w:t>
      </w:r>
      <w:r>
        <w:t xml:space="preserve"> engines</w:t>
      </w:r>
      <w:r>
        <w:t xml:space="preserve"> are</w:t>
      </w:r>
      <w:r>
        <w:t xml:space="preserve"> okay.</w:t>
        <w:br/>
        <w:t>可是道格啊</w:t>
      </w:r>
      <w:r>
        <w:t xml:space="preserve"> 下来看看这个</w:t>
        <w:br/>
        <w:t>But</w:t>
      </w:r>
      <w:r>
        <w:t xml:space="preserve"> Doug,</w:t>
      </w:r>
      <w:r>
        <w:t xml:space="preserve"> come</w:t>
      </w:r>
      <w:r>
        <w:t xml:space="preserve"> down</w:t>
      </w:r>
      <w:r>
        <w:t xml:space="preserve"> here</w:t>
      </w:r>
      <w:r>
        <w:t xml:space="preserve"> and</w:t>
      </w:r>
      <w:r>
        <w:t xml:space="preserve"> take</w:t>
      </w:r>
      <w:r>
        <w:t xml:space="preserve"> a</w:t>
      </w:r>
      <w:r>
        <w:t xml:space="preserve"> look</w:t>
      </w:r>
      <w:r>
        <w:t xml:space="preserve"> at</w:t>
      </w:r>
      <w:r>
        <w:t xml:space="preserve"> this.</w:t>
        <w:br/>
        <w:t>有两个油箱中弹了</w:t>
        <w:br/>
        <w:t>A</w:t>
      </w:r>
      <w:r>
        <w:t xml:space="preserve"> couple</w:t>
      </w:r>
      <w:r>
        <w:t xml:space="preserve"> tanks</w:t>
      </w:r>
      <w:r>
        <w:t xml:space="preserve"> got</w:t>
      </w:r>
      <w:r>
        <w:t xml:space="preserve"> hit.</w:t>
        <w:br/>
        <w:t>是</w:t>
      </w:r>
      <w:r>
        <w:t xml:space="preserve"> 长官</w:t>
      </w:r>
      <w:r>
        <w:t xml:space="preserve"> 来了</w:t>
        <w:br/>
        <w:t>Yes,</w:t>
      </w:r>
      <w:r>
        <w:t xml:space="preserve"> sir.</w:t>
      </w:r>
      <w:r>
        <w:t xml:space="preserve"> On</w:t>
      </w:r>
      <w:r>
        <w:t xml:space="preserve"> my</w:t>
      </w:r>
      <w:r>
        <w:t xml:space="preserve"> way.</w:t>
        <w:br/>
        <w:t>少校</w:t>
      </w:r>
      <w:r>
        <w:t xml:space="preserve"> 飞机受损了</w:t>
        <w:br/>
        <w:t>Major,</w:t>
      </w:r>
      <w:r>
        <w:t xml:space="preserve"> we</w:t>
      </w:r>
      <w:r>
        <w:t xml:space="preserve"> have</w:t>
      </w:r>
      <w:r>
        <w:t xml:space="preserve"> damage</w:t>
      </w:r>
      <w:r>
        <w:t xml:space="preserve"> here.</w:t>
        <w:br/>
        <w:t>又有氧气瓶破了</w:t>
      </w:r>
      <w:r>
        <w:t xml:space="preserve"> 我们只剩六瓶了</w:t>
        <w:br/>
        <w:t>More</w:t>
      </w:r>
      <w:r>
        <w:t xml:space="preserve"> oxygen</w:t>
      </w:r>
      <w:r>
        <w:t xml:space="preserve"> bottles</w:t>
      </w:r>
      <w:r>
        <w:t xml:space="preserve"> are</w:t>
      </w:r>
      <w:r>
        <w:t xml:space="preserve"> ruptured.</w:t>
      </w:r>
      <w:r>
        <w:t xml:space="preserve"> We</w:t>
      </w:r>
      <w:r>
        <w:t xml:space="preserve"> only</w:t>
      </w:r>
      <w:r>
        <w:t xml:space="preserve"> have</w:t>
      </w:r>
      <w:r>
        <w:t xml:space="preserve"> six</w:t>
      </w:r>
      <w:r>
        <w:t xml:space="preserve"> in</w:t>
      </w:r>
      <w:r>
        <w:t xml:space="preserve"> reserve.</w:t>
        <w:br/>
        <w:t>收到</w:t>
      </w:r>
      <w:r>
        <w:t xml:space="preserve"> 注意盯着点</w:t>
      </w:r>
      <w:r>
        <w:t xml:space="preserve"> 道格</w:t>
        <w:br/>
        <w:t>Roger.</w:t>
      </w:r>
      <w:r>
        <w:t xml:space="preserve"> Keep</w:t>
      </w:r>
      <w:r>
        <w:t xml:space="preserve"> an</w:t>
      </w:r>
      <w:r>
        <w:t xml:space="preserve"> eye</w:t>
      </w:r>
      <w:r>
        <w:t xml:space="preserve"> on</w:t>
      </w:r>
      <w:r>
        <w:t xml:space="preserve"> it,</w:t>
      </w:r>
      <w:r>
        <w:t xml:space="preserve"> Doug.</w:t>
        <w:br/>
        <w:t>有火箭弹</w:t>
        <w:br/>
        <w:t>Rockets</w:t>
      </w:r>
      <w:r>
        <w:t xml:space="preserve"> incoming.</w:t>
        <w:br/>
        <w:t>一号&amp;hearts;引擎着火了</w:t>
      </w:r>
      <w:r>
        <w:t xml:space="preserve"> 我来关掉</w:t>
        <w:br/>
        <w:t>Engine</w:t>
      </w:r>
      <w:r>
        <w:t xml:space="preserve"> one's</w:t>
      </w:r>
      <w:r>
        <w:t xml:space="preserve"> on</w:t>
      </w:r>
      <w:r>
        <w:t xml:space="preserve"> fire.</w:t>
      </w:r>
      <w:r>
        <w:t xml:space="preserve"> Shutting</w:t>
      </w:r>
      <w:r>
        <w:t xml:space="preserve"> her</w:t>
      </w:r>
      <w:r>
        <w:t xml:space="preserve"> down.</w:t>
        <w:br/>
        <w:t>切断一号&amp;hearts;引擎的燃料</w:t>
      </w:r>
      <w:r>
        <w:t xml:space="preserve"> 引擎怎么样</w:t>
        <w:br/>
        <w:t>Cutting</w:t>
      </w:r>
      <w:r>
        <w:t xml:space="preserve"> fuel</w:t>
      </w:r>
      <w:r>
        <w:t xml:space="preserve"> and</w:t>
      </w:r>
      <w:r>
        <w:t xml:space="preserve"> oil</w:t>
      </w:r>
      <w:r>
        <w:t xml:space="preserve"> to</w:t>
      </w:r>
      <w:r>
        <w:t xml:space="preserve"> number</w:t>
      </w:r>
      <w:r>
        <w:t xml:space="preserve"> one.</w:t>
      </w:r>
      <w:r>
        <w:t xml:space="preserve"> How's</w:t>
      </w:r>
      <w:r>
        <w:t xml:space="preserve"> she</w:t>
      </w:r>
      <w:r>
        <w:t xml:space="preserve"> looking?</w:t>
        <w:br/>
        <w:t>好了</w:t>
      </w:r>
      <w:r>
        <w:t xml:space="preserve"> 火灭了...</w:t>
      </w:r>
      <w:r>
        <w:t xml:space="preserve"> -</w:t>
      </w:r>
      <w:r>
        <w:t xml:space="preserve"> 好</w:t>
        <w:br/>
        <w:t>That's</w:t>
      </w:r>
      <w:r>
        <w:t xml:space="preserve"> it.</w:t>
      </w:r>
      <w:r>
        <w:t xml:space="preserve"> She's</w:t>
      </w:r>
      <w:r>
        <w:t xml:space="preserve"> out.</w:t>
      </w:r>
      <w:r>
        <w:t xml:space="preserve"> She's</w:t>
      </w:r>
      <w:r>
        <w:t xml:space="preserve"> out.</w:t>
      </w:r>
      <w:r>
        <w:t xml:space="preserve"> -</w:t>
      </w:r>
      <w:r>
        <w:t xml:space="preserve"> Good.</w:t>
        <w:br/>
        <w:t>接近目标</w:t>
      </w:r>
      <w:r>
        <w:t xml:space="preserve"> 五秒后投弹</w:t>
        <w:br/>
        <w:t>Approaching</w:t>
      </w:r>
      <w:r>
        <w:t xml:space="preserve"> target.</w:t>
      </w:r>
      <w:r>
        <w:t xml:space="preserve"> Five</w:t>
      </w:r>
      <w:r>
        <w:t xml:space="preserve"> seconds</w:t>
      </w:r>
      <w:r>
        <w:t xml:space="preserve"> to</w:t>
      </w:r>
      <w:r>
        <w:t xml:space="preserve"> bomb</w:t>
      </w:r>
      <w:r>
        <w:t xml:space="preserve"> release.</w:t>
        <w:br/>
        <w:t>投弹</w:t>
        <w:br/>
        <w:t>Bombs</w:t>
      </w:r>
      <w:r>
        <w:t xml:space="preserve"> away.</w:t>
        <w:br/>
        <w:t>看起来不错</w:t>
      </w:r>
      <w:r>
        <w:t xml:space="preserve"> 卢克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看来我们...</w:t>
        <w:br/>
        <w:t>Looked</w:t>
      </w:r>
      <w:r>
        <w:t xml:space="preserve"> good,</w:t>
      </w:r>
      <w:r>
        <w:t xml:space="preserve"> Luke.</w:t>
      </w:r>
      <w:r>
        <w:t xml:space="preserve"> Looks</w:t>
      </w:r>
      <w:r>
        <w:t xml:space="preserve"> like</w:t>
      </w:r>
      <w:r>
        <w:t xml:space="preserve"> we</w:t>
      </w:r>
      <w:r>
        <w:t xml:space="preserve"> m...</w:t>
        <w:br/>
        <w:t>飞行员呼叫机组</w:t>
      </w:r>
      <w:r>
        <w:t xml:space="preserve"> 受损情况如何</w:t>
      </w:r>
      <w:r>
        <w:t xml:space="preserve"> 报告</w:t>
        <w:br/>
        <w:t>Pilot</w:t>
      </w:r>
      <w:r>
        <w:t xml:space="preserve"> to</w:t>
      </w:r>
      <w:r>
        <w:t xml:space="preserve"> crew,</w:t>
      </w:r>
      <w:r>
        <w:t xml:space="preserve"> what's</w:t>
      </w:r>
      <w:r>
        <w:t xml:space="preserve"> our</w:t>
      </w:r>
      <w:r>
        <w:t xml:space="preserve"> damage?</w:t>
      </w:r>
      <w:r>
        <w:t xml:space="preserve"> Report.</w:t>
        <w:br/>
        <w:t>吉恩</w:t>
      </w:r>
      <w:r>
        <w:t xml:space="preserve"> 卢克</w:t>
      </w:r>
      <w:r>
        <w:t xml:space="preserve"> 报告</w:t>
        <w:br/>
        <w:t>Gene,</w:t>
      </w:r>
      <w:r>
        <w:t xml:space="preserve"> Luke,</w:t>
      </w:r>
      <w:r>
        <w:t xml:space="preserve"> report.</w:t>
        <w:br/>
        <w:t>二号&amp;hearts;</w:t>
      </w:r>
      <w:r>
        <w:t xml:space="preserve"> 四号&amp;hearts;引擎油压下降中</w:t>
      </w:r>
      <w:r>
        <w:t xml:space="preserve"> 三号&amp;hearts;引擎着火</w:t>
        <w:br/>
        <w:t>Oil</w:t>
      </w:r>
      <w:r>
        <w:t xml:space="preserve"> pressure</w:t>
      </w:r>
      <w:r>
        <w:t xml:space="preserve"> is</w:t>
      </w:r>
      <w:r>
        <w:t xml:space="preserve"> dropping</w:t>
      </w:r>
      <w:r>
        <w:t xml:space="preserve"> on</w:t>
      </w:r>
      <w:r>
        <w:t xml:space="preserve"> two</w:t>
      </w:r>
      <w:r>
        <w:t xml:space="preserve"> and</w:t>
      </w:r>
      <w:r>
        <w:t xml:space="preserve"> four.</w:t>
      </w:r>
      <w:r>
        <w:t xml:space="preserve"> Engine</w:t>
      </w:r>
      <w:r>
        <w:t xml:space="preserve"> three</w:t>
      </w:r>
      <w:r>
        <w:t xml:space="preserve"> is</w:t>
      </w:r>
      <w:r>
        <w:t xml:space="preserve"> on</w:t>
      </w:r>
      <w:r>
        <w:t xml:space="preserve"> fire.</w:t>
        <w:br/>
        <w:t>我们要坠毁了...</w:t>
        <w:br/>
        <w:t>We're</w:t>
      </w:r>
      <w:r>
        <w:t xml:space="preserve"> gonna</w:t>
      </w:r>
      <w:r>
        <w:t xml:space="preserve"> lose</w:t>
      </w:r>
      <w:r>
        <w:t xml:space="preserve"> her.</w:t>
      </w:r>
      <w:r>
        <w:t xml:space="preserve"> We're</w:t>
      </w:r>
      <w:r>
        <w:t xml:space="preserve"> gonna</w:t>
      </w:r>
      <w:r>
        <w:t xml:space="preserve"> lose</w:t>
      </w:r>
      <w:r>
        <w:t xml:space="preserve"> her.</w:t>
        <w:br/>
        <w:t>该死</w:t>
        <w:br/>
        <w:t>Shit.</w:t>
        <w:br/>
        <w:t>指挥官呼叫副指挥官</w:t>
      </w:r>
      <w:r>
        <w:t xml:space="preserve"> 接下来交给你们了</w:t>
        <w:br/>
        <w:t>Lead</w:t>
      </w:r>
      <w:r>
        <w:t xml:space="preserve"> command</w:t>
      </w:r>
      <w:r>
        <w:t xml:space="preserve"> to</w:t>
      </w:r>
      <w:r>
        <w:t xml:space="preserve"> deputy</w:t>
      </w:r>
      <w:r>
        <w:t xml:space="preserve"> command,</w:t>
      </w:r>
      <w:r>
        <w:t xml:space="preserve"> you</w:t>
      </w:r>
      <w:r>
        <w:t xml:space="preserve"> boys</w:t>
      </w:r>
      <w:r>
        <w:t xml:space="preserve"> are</w:t>
      </w:r>
      <w:r>
        <w:t xml:space="preserve"> taking</w:t>
      </w:r>
      <w:r>
        <w:t xml:space="preserve"> over.</w:t>
        <w:br/>
        <w:t>重复</w:t>
      </w:r>
      <w:r>
        <w:t xml:space="preserve"> 交给你们指挥</w:t>
        <w:br/>
        <w:t>Repeat,</w:t>
      </w:r>
      <w:r>
        <w:t xml:space="preserve"> you</w:t>
      </w:r>
      <w:r>
        <w:t xml:space="preserve"> boys</w:t>
      </w:r>
      <w:r>
        <w:t xml:space="preserve"> are</w:t>
      </w:r>
      <w:r>
        <w:t xml:space="preserve"> taking</w:t>
      </w:r>
      <w:r>
        <w:t xml:space="preserve"> over.</w:t>
        <w:br/>
        <w:t>收到</w:t>
      </w:r>
      <w:r>
        <w:t xml:space="preserve"> 我们来领飞</w:t>
        <w:br/>
        <w:t>Roger</w:t>
      </w:r>
      <w:r>
        <w:t xml:space="preserve"> that.</w:t>
      </w:r>
      <w:r>
        <w:t xml:space="preserve"> We're</w:t>
      </w:r>
      <w:r>
        <w:t xml:space="preserve"> taking</w:t>
      </w:r>
      <w:r>
        <w:t xml:space="preserve"> the</w:t>
      </w:r>
      <w:r>
        <w:t xml:space="preserve"> lead.</w:t>
        <w:br/>
        <w:t>我来驾驶飞机</w:t>
      </w:r>
      <w:r>
        <w:t xml:space="preserve"> 好吗</w:t>
      </w:r>
      <w:r>
        <w:t xml:space="preserve"> </w:t>
      </w:r>
      <w:r>
        <w:t xml:space="preserve"> -</w:t>
      </w:r>
      <w:r>
        <w:t xml:space="preserve"> 收到</w:t>
        <w:br/>
        <w:t>I'm</w:t>
      </w:r>
      <w:r>
        <w:t xml:space="preserve"> gonna</w:t>
      </w:r>
      <w:r>
        <w:t xml:space="preserve"> take</w:t>
      </w:r>
      <w:r>
        <w:t xml:space="preserve"> the</w:t>
      </w:r>
      <w:r>
        <w:t xml:space="preserve"> ship,</w:t>
      </w:r>
      <w:r>
        <w:t xml:space="preserve"> okay?</w:t>
      </w:r>
      <w:r>
        <w:t xml:space="preserve"> -</w:t>
      </w:r>
      <w:r>
        <w:t xml:space="preserve"> Roger.</w:t>
        <w:br/>
        <w:t>我会努力带我们穿过苏联前线</w:t>
      </w:r>
      <w:r>
        <w:t xml:space="preserve"> 这样我们就安全了</w:t>
        <w:br/>
        <w:t>I'm</w:t>
      </w:r>
      <w:r>
        <w:t xml:space="preserve"> gonna</w:t>
      </w:r>
      <w:r>
        <w:t xml:space="preserve"> try</w:t>
      </w:r>
      <w:r>
        <w:t xml:space="preserve"> to</w:t>
      </w:r>
      <w:r>
        <w:t xml:space="preserve"> get</w:t>
      </w:r>
      <w:r>
        <w:t xml:space="preserve"> us</w:t>
      </w:r>
      <w:r>
        <w:t xml:space="preserve"> across</w:t>
      </w:r>
      <w:r>
        <w:t xml:space="preserve"> the</w:t>
      </w:r>
      <w:r>
        <w:t xml:space="preserve"> Russian</w:t>
      </w:r>
      <w:r>
        <w:t xml:space="preserve"> lines</w:t>
      </w:r>
      <w:r>
        <w:t xml:space="preserve"> where</w:t>
      </w:r>
      <w:r>
        <w:t xml:space="preserve"> we'll</w:t>
      </w:r>
      <w:r>
        <w:t xml:space="preserve"> be</w:t>
      </w:r>
      <w:r>
        <w:t xml:space="preserve"> safe.</w:t>
        <w:br/>
        <w:t>是</w:t>
      </w:r>
      <w:r>
        <w:t xml:space="preserve"> 长官</w:t>
      </w:r>
      <w:r>
        <w:t xml:space="preserve"> 你来驾驶吧</w:t>
      </w:r>
      <w:r>
        <w:t xml:space="preserve"> 罗西</w:t>
        <w:br/>
        <w:t>Yes,</w:t>
      </w:r>
      <w:r>
        <w:t xml:space="preserve"> sir.</w:t>
      </w:r>
      <w:r>
        <w:t xml:space="preserve"> Your</w:t>
      </w:r>
      <w:r>
        <w:t xml:space="preserve"> ship,</w:t>
      </w:r>
      <w:r>
        <w:t xml:space="preserve"> Rosie.</w:t>
        <w:br/>
        <w:t>拜托...再坚持一下</w:t>
        <w:br/>
        <w:t>Come</w:t>
      </w:r>
      <w:r>
        <w:t xml:space="preserve"> on.</w:t>
      </w:r>
      <w:r>
        <w:t xml:space="preserve"> Come</w:t>
      </w:r>
      <w:r>
        <w:t xml:space="preserve"> on.</w:t>
      </w:r>
      <w:r>
        <w:t xml:space="preserve"> Hold</w:t>
      </w:r>
      <w:r>
        <w:t xml:space="preserve"> together</w:t>
      </w:r>
      <w:r>
        <w:t xml:space="preserve"> a</w:t>
      </w:r>
      <w:r>
        <w:t xml:space="preserve"> little</w:t>
      </w:r>
      <w:r>
        <w:t xml:space="preserve"> longer.</w:t>
        <w:br/>
        <w:t>我们正在减速</w:t>
      </w:r>
      <w:r>
        <w:t xml:space="preserve"> 要跳伞吗?</w:t>
        <w:br/>
        <w:t>We're</w:t>
      </w:r>
      <w:r>
        <w:t xml:space="preserve"> losing</w:t>
      </w:r>
      <w:r>
        <w:t xml:space="preserve"> speed.</w:t>
      </w:r>
      <w:r>
        <w:t xml:space="preserve"> Should</w:t>
      </w:r>
      <w:r>
        <w:t xml:space="preserve"> we</w:t>
      </w:r>
      <w:r>
        <w:t xml:space="preserve"> bail?</w:t>
        <w:br/>
        <w:t>还不行</w:t>
      </w:r>
      <w:r>
        <w:t xml:space="preserve"> 我们不能在柏林坠毁</w:t>
        <w:br/>
        <w:t>Not</w:t>
      </w:r>
      <w:r>
        <w:t xml:space="preserve"> yet.</w:t>
      </w:r>
      <w:r>
        <w:t xml:space="preserve"> We're</w:t>
      </w:r>
      <w:r>
        <w:t xml:space="preserve"> not</w:t>
      </w:r>
      <w:r>
        <w:t xml:space="preserve"> going</w:t>
      </w:r>
      <w:r>
        <w:t xml:space="preserve"> down</w:t>
      </w:r>
      <w:r>
        <w:t xml:space="preserve"> in</w:t>
      </w:r>
      <w:r>
        <w:t xml:space="preserve"> Berlin.</w:t>
        <w:br/>
        <w:t>拜托...再飞一会儿</w:t>
        <w:br/>
        <w:t>Come</w:t>
      </w:r>
      <w:r>
        <w:t xml:space="preserve"> on,</w:t>
      </w:r>
      <w:r>
        <w:t xml:space="preserve"> come</w:t>
      </w:r>
      <w:r>
        <w:t xml:space="preserve"> on,</w:t>
      </w:r>
      <w:r>
        <w:t xml:space="preserve"> come</w:t>
      </w:r>
      <w:r>
        <w:t xml:space="preserve"> on.</w:t>
      </w:r>
      <w:r>
        <w:t xml:space="preserve"> A</w:t>
      </w:r>
      <w:r>
        <w:t xml:space="preserve"> little</w:t>
      </w:r>
      <w:r>
        <w:t xml:space="preserve"> longer.</w:t>
        <w:br/>
        <w:t>少校</w:t>
      </w:r>
      <w:r>
        <w:t xml:space="preserve"> 左翼碎了</w:t>
        <w:br/>
        <w:t>Major,</w:t>
      </w:r>
      <w:r>
        <w:t xml:space="preserve"> left</w:t>
      </w:r>
      <w:r>
        <w:t xml:space="preserve"> wing</w:t>
      </w:r>
      <w:r>
        <w:t xml:space="preserve"> is</w:t>
      </w:r>
      <w:r>
        <w:t xml:space="preserve"> shredded.</w:t>
        <w:br/>
        <w:t>我们就快到了</w:t>
        <w:br/>
        <w:t>We're</w:t>
      </w:r>
      <w:r>
        <w:t xml:space="preserve"> almost</w:t>
      </w:r>
      <w:r>
        <w:t xml:space="preserve"> there.</w:t>
        <w:br/>
        <w:t>完了</w:t>
      </w:r>
      <w:r>
        <w:t xml:space="preserve"> 要失速了</w:t>
        <w:br/>
        <w:t>That's</w:t>
      </w:r>
      <w:r>
        <w:t xml:space="preserve"> it.</w:t>
      </w:r>
      <w:r>
        <w:t xml:space="preserve"> She's</w:t>
      </w:r>
      <w:r>
        <w:t xml:space="preserve"> gonna</w:t>
      </w:r>
      <w:r>
        <w:t xml:space="preserve"> stall.</w:t>
        <w:br/>
        <w:t>跳伞</w:t>
      </w:r>
      <w:r>
        <w:t xml:space="preserve"> 拉响警报</w:t>
      </w:r>
      <w:r>
        <w:t xml:space="preserve"> 去吧</w:t>
        <w:br/>
        <w:t>Bail.</w:t>
      </w:r>
      <w:r>
        <w:t xml:space="preserve"> Hit</w:t>
      </w:r>
      <w:r>
        <w:t xml:space="preserve"> the</w:t>
      </w:r>
      <w:r>
        <w:t xml:space="preserve"> alarm</w:t>
      </w:r>
      <w:r>
        <w:t xml:space="preserve"> and</w:t>
      </w:r>
      <w:r>
        <w:t xml:space="preserve"> then</w:t>
      </w:r>
      <w:r>
        <w:t xml:space="preserve"> go.</w:t>
        <w:br/>
        <w:t>我们能从这里飞过那条河</w:t>
        <w:br/>
        <w:t>We</w:t>
      </w:r>
      <w:r>
        <w:t xml:space="preserve"> can</w:t>
      </w:r>
      <w:r>
        <w:t xml:space="preserve"> make</w:t>
      </w:r>
      <w:r>
        <w:t xml:space="preserve"> it</w:t>
      </w:r>
      <w:r>
        <w:t xml:space="preserve"> across</w:t>
      </w:r>
      <w:r>
        <w:t xml:space="preserve"> the</w:t>
      </w:r>
      <w:r>
        <w:t xml:space="preserve"> river</w:t>
      </w:r>
      <w:r>
        <w:t xml:space="preserve"> from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here.</w:t>
        <w:br/>
        <w:t>我尽量让飞机保持水平飞行久一些</w:t>
        <w:br/>
        <w:t>I'm</w:t>
      </w:r>
      <w:r>
        <w:t xml:space="preserve"> gonna</w:t>
      </w:r>
      <w:r>
        <w:t xml:space="preserve"> try</w:t>
      </w:r>
      <w:r>
        <w:t xml:space="preserve"> to</w:t>
      </w:r>
      <w:r>
        <w:t xml:space="preserve"> keep</w:t>
      </w:r>
      <w:r>
        <w:t xml:space="preserve"> her</w:t>
      </w:r>
      <w:r>
        <w:t xml:space="preserve"> level</w:t>
      </w:r>
      <w:r>
        <w:t xml:space="preserve"> as</w:t>
      </w:r>
      <w:r>
        <w:t xml:space="preserve"> long</w:t>
      </w:r>
      <w:r>
        <w:t xml:space="preserve"> as</w:t>
      </w:r>
      <w:r>
        <w:t xml:space="preserve"> I</w:t>
      </w:r>
      <w:r>
        <w:t xml:space="preserve"> can.</w:t>
        <w:br/>
        <w:t>快走</w:t>
      </w:r>
      <w:r>
        <w:t xml:space="preserve"> 有烟进来了</w:t>
      </w:r>
      <w:r>
        <w:t xml:space="preserve"> -</w:t>
      </w:r>
      <w:r>
        <w:t xml:space="preserve"> 是</w:t>
      </w:r>
      <w:r>
        <w:t xml:space="preserve"> 长官</w:t>
        <w:br/>
        <w:t>Go.</w:t>
      </w:r>
      <w:r>
        <w:t xml:space="preserve"> We</w:t>
      </w:r>
      <w:r>
        <w:t xml:space="preserve"> got</w:t>
      </w:r>
      <w:r>
        <w:t xml:space="preserve"> smoke</w:t>
      </w:r>
      <w:r>
        <w:t xml:space="preserve"> coming</w:t>
      </w:r>
      <w:r>
        <w:t xml:space="preserve"> in.</w:t>
      </w:r>
      <w:r>
        <w:t xml:space="preserve"> -</w:t>
      </w:r>
      <w:r>
        <w:t xml:space="preserve"> Yes,</w:t>
      </w:r>
      <w:r>
        <w:t xml:space="preserve"> sir.</w:t>
        <w:br/>
        <w:t>走</w:t>
        <w:br/>
        <w:t>Move.</w:t>
        <w:br/>
        <w:t>快...跳...</w:t>
      </w:r>
      <w:r>
        <w:t xml:space="preserve"> -</w:t>
      </w:r>
      <w:r>
        <w:t xml:space="preserve"> 你拿了吗?</w:t>
        <w:br/>
        <w:t>Come</w:t>
      </w:r>
      <w:r>
        <w:t xml:space="preserve"> on,</w:t>
      </w:r>
      <w:r>
        <w:t xml:space="preserve"> come</w:t>
      </w:r>
      <w:r>
        <w:t xml:space="preserve"> on.</w:t>
      </w:r>
      <w:r>
        <w:t xml:space="preserve"> Go,</w:t>
      </w:r>
      <w:r>
        <w:t xml:space="preserve"> go.</w:t>
      </w:r>
      <w:r>
        <w:t xml:space="preserve"> -</w:t>
      </w:r>
      <w:r>
        <w:t xml:space="preserve"> You</w:t>
      </w:r>
      <w:r>
        <w:t xml:space="preserve"> get</w:t>
      </w:r>
      <w:r>
        <w:t xml:space="preserve"> it?</w:t>
        <w:br/>
        <w:t>来吧</w:t>
        <w:br/>
        <w:t>Come</w:t>
      </w:r>
      <w:r>
        <w:t xml:space="preserve"> on.</w:t>
        <w:br/>
        <w:t>吉恩</w:t>
        <w:br/>
        <w:t>Gene!</w:t>
        <w:br/>
        <w:t>不...别开枪...我是美国人</w:t>
        <w:br/>
        <w:t>No,</w:t>
      </w:r>
      <w:r>
        <w:t xml:space="preserve"> no!</w:t>
      </w:r>
      <w:r>
        <w:t xml:space="preserve"> No,</w:t>
      </w:r>
      <w:r>
        <w:t xml:space="preserve"> no,</w:t>
      </w:r>
      <w:r>
        <w:t xml:space="preserve"> I'm</w:t>
      </w:r>
      <w:r>
        <w:t xml:space="preserve"> American.</w:t>
        <w:br/>
        <w:t>美国人</w:t>
      </w:r>
      <w:r>
        <w:t xml:space="preserve"> 罗斯福</w:t>
      </w:r>
      <w:r>
        <w:t xml:space="preserve"> 斯大林</w:t>
      </w:r>
      <w:r>
        <w:t xml:space="preserve"> 可口可乐</w:t>
        <w:br/>
        <w:t>Amerikanski.</w:t>
      </w:r>
      <w:r>
        <w:t xml:space="preserve"> Roosevelt.</w:t>
      </w:r>
      <w:r>
        <w:t xml:space="preserve"> Stalin.</w:t>
      </w:r>
      <w:r>
        <w:t xml:space="preserve"> Coca-Cola.</w:t>
        <w:br/>
        <w:t>罗斯福</w:t>
        <w:br/>
        <w:t>Roosevelt.</w:t>
        <w:br/>
        <w:t>该死的</w:t>
      </w:r>
      <w:r>
        <w:t xml:space="preserve"> 23点整</w:t>
      </w:r>
      <w:r>
        <w:t xml:space="preserve"> 还有30分钟</w:t>
      </w:r>
      <w:r>
        <w:t xml:space="preserve"> 不到30分钟</w:t>
        <w:br/>
        <w:t>Goddamn</w:t>
      </w:r>
      <w:r>
        <w:t xml:space="preserve"> it.</w:t>
      </w:r>
      <w:r>
        <w:t xml:space="preserve"> 2300</w:t>
      </w:r>
      <w:r>
        <w:t xml:space="preserve"> hours.</w:t>
      </w:r>
      <w:r>
        <w:t xml:space="preserve"> That's,</w:t>
      </w:r>
      <w:r>
        <w:t xml:space="preserve"> what,</w:t>
      </w:r>
      <w:r>
        <w:t xml:space="preserve"> 30</w:t>
      </w:r>
      <w:r>
        <w:t xml:space="preserve"> minutes?</w:t>
      </w:r>
      <w:r>
        <w:t xml:space="preserve"> Less.</w:t>
        <w:br/>
        <w:t>走啊</w:t>
      </w:r>
      <w:r>
        <w:t xml:space="preserve"> 快点</w:t>
        <w:br/>
        <w:t>Go!</w:t>
      </w:r>
      <w:r>
        <w:t xml:space="preserve"> Hustle!</w:t>
        <w:br/>
        <w:t>我们有半小时</w:t>
      </w:r>
      <w:r>
        <w:t xml:space="preserve"> 我们必须到正门去</w:t>
      </w:r>
      <w:r>
        <w:t xml:space="preserve"> 要行进了</w:t>
        <w:br/>
        <w:t>We</w:t>
      </w:r>
      <w:r>
        <w:t xml:space="preserve"> got</w:t>
      </w:r>
      <w:r>
        <w:t xml:space="preserve"> half</w:t>
      </w:r>
      <w:r>
        <w:t xml:space="preserve"> an</w:t>
      </w:r>
      <w:r>
        <w:t xml:space="preserve"> hour.</w:t>
      </w:r>
      <w:r>
        <w:t xml:space="preserve"> We</w:t>
      </w:r>
      <w:r>
        <w:t xml:space="preserve"> need</w:t>
      </w:r>
      <w:r>
        <w:t xml:space="preserve"> to</w:t>
      </w:r>
      <w:r>
        <w:t xml:space="preserve"> be</w:t>
      </w:r>
      <w:r>
        <w:t xml:space="preserve"> at</w:t>
      </w:r>
      <w:r>
        <w:t xml:space="preserve"> the</w:t>
      </w:r>
      <w:r>
        <w:t xml:space="preserve"> front</w:t>
      </w:r>
      <w:r>
        <w:t xml:space="preserve"> gate.</w:t>
      </w:r>
      <w:r>
        <w:t xml:space="preserve"> We're</w:t>
      </w:r>
      <w:r>
        <w:t xml:space="preserve"> marching.</w:t>
        <w:br/>
        <w:t>去通知大家</w:t>
      </w:r>
      <w:r>
        <w:t xml:space="preserve"> 快</w:t>
      </w:r>
      <w:r>
        <w:t xml:space="preserve"> -</w:t>
      </w:r>
      <w:r>
        <w:t xml:space="preserve"> 是</w:t>
      </w:r>
      <w:r>
        <w:t xml:space="preserve"> 长官</w:t>
      </w:r>
      <w:r>
        <w:t xml:space="preserve"> 没问题</w:t>
        <w:br/>
        <w:t>Go</w:t>
      </w:r>
      <w:r>
        <w:t xml:space="preserve"> tell</w:t>
      </w:r>
      <w:r>
        <w:t xml:space="preserve"> the</w:t>
      </w:r>
      <w:r>
        <w:t xml:space="preserve"> guys.</w:t>
      </w:r>
      <w:r>
        <w:t xml:space="preserve"> Go!</w:t>
      </w:r>
      <w:r>
        <w:t xml:space="preserve"> -</w:t>
      </w:r>
      <w:r>
        <w:t xml:space="preserve"> Yes,</w:t>
      </w:r>
      <w:r>
        <w:t xml:space="preserve"> sir.</w:t>
      </w:r>
      <w:r>
        <w:t xml:space="preserve"> You</w:t>
      </w:r>
      <w:r>
        <w:t xml:space="preserve"> got</w:t>
      </w:r>
      <w:r>
        <w:t xml:space="preserve"> it.</w:t>
        <w:br/>
        <w:t>所有人都出来</w:t>
      </w:r>
      <w:r>
        <w:t xml:space="preserve"> 走了</w:t>
      </w:r>
      <w:r>
        <w:t xml:space="preserve"> 30分钟</w:t>
        <w:br/>
        <w:t>Everyone</w:t>
      </w:r>
      <w:r>
        <w:t xml:space="preserve"> out.</w:t>
      </w:r>
      <w:r>
        <w:t xml:space="preserve"> Let's</w:t>
      </w:r>
      <w:r>
        <w:t xml:space="preserve"> go.</w:t>
      </w:r>
      <w:r>
        <w:t xml:space="preserve"> Thirty</w:t>
      </w:r>
      <w:r>
        <w:t xml:space="preserve"> minutes.</w:t>
        <w:br/>
        <w:t>卫兵们给了我们30分钟到正门集&amp;hearts;合&amp;hearts;</w:t>
        <w:br/>
        <w:t>Goons</w:t>
      </w:r>
      <w:r>
        <w:t xml:space="preserve"> gave</w:t>
      </w:r>
      <w:r>
        <w:t xml:space="preserve"> us</w:t>
      </w:r>
      <w:r>
        <w:t xml:space="preserve"> 30</w:t>
      </w:r>
      <w:r>
        <w:t xml:space="preserve"> minutes</w:t>
      </w:r>
      <w:r>
        <w:t xml:space="preserve"> to</w:t>
      </w:r>
      <w:r>
        <w:t xml:space="preserve"> be</w:t>
      </w:r>
      <w:r>
        <w:t xml:space="preserve"> at</w:t>
      </w:r>
      <w:r>
        <w:t xml:space="preserve"> the</w:t>
      </w:r>
      <w:r>
        <w:t xml:space="preserve"> front</w:t>
      </w:r>
      <w:r>
        <w:t xml:space="preserve"> gate.</w:t>
        <w:br/>
        <w:t>23点整就出发</w:t>
      </w:r>
      <w:r>
        <w:t xml:space="preserve"> 他们不肯说要走多远</w:t>
      </w:r>
      <w:r>
        <w:t xml:space="preserve"> 多久</w:t>
        <w:br/>
        <w:t>2300</w:t>
      </w:r>
      <w:r>
        <w:t xml:space="preserve"> hours,</w:t>
      </w:r>
      <w:r>
        <w:t xml:space="preserve"> then</w:t>
      </w:r>
      <w:r>
        <w:t xml:space="preserve"> we</w:t>
      </w:r>
      <w:r>
        <w:t xml:space="preserve"> march.</w:t>
      </w:r>
      <w:r>
        <w:t xml:space="preserve"> They</w:t>
      </w:r>
      <w:r>
        <w:t xml:space="preserve"> won't</w:t>
      </w:r>
      <w:r>
        <w:t xml:space="preserve"> say</w:t>
      </w:r>
      <w:r>
        <w:t xml:space="preserve"> how</w:t>
      </w:r>
      <w:r>
        <w:t xml:space="preserve"> far</w:t>
      </w:r>
      <w:r>
        <w:t xml:space="preserve"> or</w:t>
      </w:r>
      <w:r>
        <w:t xml:space="preserve"> for</w:t>
      </w:r>
      <w:r>
        <w:t xml:space="preserve"> how</w:t>
      </w:r>
      <w:r>
        <w:t xml:space="preserve"> long.</w:t>
        <w:br/>
        <w:t>30分钟</w:t>
      </w:r>
      <w:r>
        <w:t xml:space="preserve"> 天啊</w:t>
        <w:br/>
        <w:t>Thirty</w:t>
      </w:r>
      <w:r>
        <w:t xml:space="preserve"> minutes.</w:t>
      </w:r>
      <w:r>
        <w:t xml:space="preserve"> Jesus.</w:t>
        <w:br/>
        <w:t>好</w:t>
      </w:r>
      <w:r>
        <w:t xml:space="preserve"> 收拾东西</w:t>
      </w:r>
      <w:r>
        <w:t xml:space="preserve"> 走了</w:t>
      </w:r>
      <w:r>
        <w:t xml:space="preserve"> 穿上你们最暖和的衣服</w:t>
        <w:br/>
        <w:t>All</w:t>
      </w:r>
      <w:r>
        <w:t xml:space="preserve"> right.</w:t>
      </w:r>
      <w:r>
        <w:t xml:space="preserve"> Pack</w:t>
      </w:r>
      <w:r>
        <w:t xml:space="preserve"> it</w:t>
      </w:r>
      <w:r>
        <w:t xml:space="preserve"> up.</w:t>
      </w:r>
      <w:r>
        <w:t xml:space="preserve"> Let's</w:t>
      </w:r>
      <w:r>
        <w:t xml:space="preserve"> go.</w:t>
      </w:r>
      <w:r>
        <w:t xml:space="preserve"> Wear</w:t>
      </w:r>
      <w:r>
        <w:t xml:space="preserve"> the</w:t>
      </w:r>
      <w:r>
        <w:t xml:space="preserve"> warmest</w:t>
      </w:r>
      <w:r>
        <w:t xml:space="preserve"> clothes</w:t>
      </w:r>
      <w:r>
        <w:t xml:space="preserve"> you</w:t>
      </w:r>
      <w:r>
        <w:t xml:space="preserve"> got.</w:t>
        <w:br/>
        <w:t>你觉得我们要去哪?</w:t>
        <w:br/>
        <w:t>Where</w:t>
      </w:r>
      <w:r>
        <w:t xml:space="preserve"> do</w:t>
      </w:r>
      <w:r>
        <w:t xml:space="preserve"> you</w:t>
      </w:r>
      <w:r>
        <w:t xml:space="preserve"> think</w:t>
      </w:r>
      <w:r>
        <w:t xml:space="preserve"> we're</w:t>
      </w:r>
      <w:r>
        <w:t xml:space="preserve"> going?</w:t>
        <w:br/>
        <w:t>不知道</w:t>
      </w:r>
      <w:r>
        <w:t xml:space="preserve"> 盟军一定很近了</w:t>
        <w:br/>
        <w:t>I</w:t>
      </w:r>
      <w:r>
        <w:t xml:space="preserve"> don't</w:t>
      </w:r>
      <w:r>
        <w:t xml:space="preserve"> know.</w:t>
      </w:r>
      <w:r>
        <w:t xml:space="preserve"> Allies</w:t>
      </w:r>
      <w:r>
        <w:t xml:space="preserve"> must</w:t>
      </w:r>
      <w:r>
        <w:t xml:space="preserve"> be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close.</w:t>
        <w:br/>
        <w:t>穿上最暖和的衣服</w:t>
        <w:br/>
        <w:t>Get</w:t>
      </w:r>
      <w:r>
        <w:t xml:space="preserve"> your</w:t>
      </w:r>
      <w:r>
        <w:t xml:space="preserve"> warmest</w:t>
      </w:r>
      <w:r>
        <w:t xml:space="preserve"> gear.</w:t>
        <w:br/>
        <w:t>只带必要物品</w:t>
        <w:br/>
        <w:t>Only</w:t>
      </w:r>
      <w:r>
        <w:t xml:space="preserve"> essentials.</w:t>
        <w:br/>
        <w:t>弄断就好</w:t>
        <w:br/>
        <w:t>Just</w:t>
      </w:r>
      <w:r>
        <w:t xml:space="preserve"> break</w:t>
      </w:r>
      <w:r>
        <w:t xml:space="preserve"> it.</w:t>
        <w:br/>
        <w:t>走吧</w:t>
        <w:br/>
        <w:t>Let's</w:t>
      </w:r>
      <w:r>
        <w:t xml:space="preserve"> go.</w:t>
        <w:br/>
        <w:t>带上火柴</w:t>
        <w:br/>
        <w:t>Bring</w:t>
      </w:r>
      <w:r>
        <w:t xml:space="preserve"> matches.</w:t>
        <w:br/>
        <w:t>只带不会变质的食物</w:t>
        <w:br/>
        <w:t>Only</w:t>
      </w:r>
      <w:r>
        <w:t xml:space="preserve"> take</w:t>
      </w:r>
      <w:r>
        <w:t xml:space="preserve"> food</w:t>
      </w:r>
      <w:r>
        <w:t xml:space="preserve"> that</w:t>
      </w:r>
      <w:r>
        <w:t xml:space="preserve"> will</w:t>
      </w:r>
      <w:r>
        <w:t xml:space="preserve"> keep.</w:t>
        <w:br/>
        <w:t>德国鬼子已经把罐头戳破了</w:t>
        <w:br/>
        <w:t>The</w:t>
      </w:r>
      <w:r>
        <w:t xml:space="preserve"> Krauts</w:t>
      </w:r>
      <w:r>
        <w:t xml:space="preserve"> have</w:t>
      </w:r>
      <w:r>
        <w:t xml:space="preserve"> already</w:t>
      </w:r>
      <w:r>
        <w:t xml:space="preserve"> punched</w:t>
      </w:r>
      <w:r>
        <w:t xml:space="preserve"> holes</w:t>
      </w:r>
      <w:r>
        <w:t xml:space="preserve"> in</w:t>
      </w:r>
      <w:r>
        <w:t xml:space="preserve"> the</w:t>
      </w:r>
      <w:r>
        <w:t xml:space="preserve"> cans.</w:t>
        <w:br/>
        <w:t>会变质的</w:t>
        <w:br/>
        <w:t>They</w:t>
      </w:r>
      <w:r>
        <w:t xml:space="preserve"> won't</w:t>
      </w:r>
      <w:r>
        <w:t xml:space="preserve"> keep.</w:t>
        <w:br/>
        <w:t>烧掉</w:t>
      </w:r>
      <w:r>
        <w:t xml:space="preserve"> 全部烧掉</w:t>
        <w:br/>
        <w:t>Burn</w:t>
      </w:r>
      <w:r>
        <w:t xml:space="preserve"> everything!</w:t>
      </w:r>
      <w:r>
        <w:t xml:space="preserve"> Everything!</w:t>
        <w:br/>
        <w:t>放手</w:t>
      </w:r>
      <w:r>
        <w:t xml:space="preserve"> -</w:t>
      </w:r>
      <w:r>
        <w:t xml:space="preserve"> 那是我的</w:t>
        <w:br/>
        <w:t>Get</w:t>
      </w:r>
      <w:r>
        <w:t xml:space="preserve"> your</w:t>
      </w:r>
      <w:r>
        <w:t xml:space="preserve"> hands</w:t>
      </w:r>
      <w:r>
        <w:t xml:space="preserve"> off</w:t>
      </w:r>
      <w:r>
        <w:t xml:space="preserve"> it!</w:t>
      </w:r>
      <w:r>
        <w:t xml:space="preserve"> -</w:t>
      </w:r>
      <w:r>
        <w:t xml:space="preserve"> That's</w:t>
      </w:r>
      <w:r>
        <w:t xml:space="preserve"> mine!</w:t>
        <w:br/>
        <w:t>放开我</w:t>
        <w:br/>
        <w:t>Get</w:t>
      </w:r>
      <w:r>
        <w:t xml:space="preserve"> off</w:t>
      </w:r>
      <w:r>
        <w:t xml:space="preserve"> me!</w:t>
        <w:br/>
        <w:t>你怎么样?</w:t>
        <w:br/>
        <w:t>How</w:t>
      </w:r>
      <w:r>
        <w:t xml:space="preserve"> you</w:t>
      </w:r>
      <w:r>
        <w:t xml:space="preserve"> doing?</w:t>
        <w:br/>
        <w:t>我更希望苏联人先到这里</w:t>
        <w:br/>
        <w:t>Would</w:t>
      </w:r>
      <w:r>
        <w:t xml:space="preserve"> have</w:t>
      </w:r>
      <w:r>
        <w:t xml:space="preserve"> preferred</w:t>
      </w:r>
      <w:r>
        <w:t xml:space="preserve"> it</w:t>
      </w:r>
      <w:r>
        <w:t xml:space="preserve"> if</w:t>
      </w:r>
      <w:r>
        <w:t xml:space="preserve"> the</w:t>
      </w:r>
      <w:r>
        <w:t xml:space="preserve"> Russians</w:t>
      </w:r>
      <w:r>
        <w:t xml:space="preserve"> made</w:t>
      </w:r>
      <w:r>
        <w:t xml:space="preserve"> it</w:t>
      </w:r>
      <w:r>
        <w:t xml:space="preserve"> here</w:t>
      </w:r>
      <w:r>
        <w:t xml:space="preserve"> first.</w:t>
        <w:br/>
        <w:t>你不会是在想逃跑吧?</w:t>
        <w:br/>
        <w:t>You're</w:t>
      </w:r>
      <w:r>
        <w:t xml:space="preserve"> not</w:t>
      </w:r>
      <w:r>
        <w:t xml:space="preserve"> thinking</w:t>
      </w:r>
      <w:r>
        <w:t xml:space="preserve"> of</w:t>
      </w:r>
      <w:r>
        <w:t xml:space="preserve"> running,</w:t>
      </w:r>
      <w:r>
        <w:t xml:space="preserve"> are</w:t>
      </w:r>
      <w:r>
        <w:t xml:space="preserve"> you?</w:t>
        <w:br/>
        <w:t>你不会是在想逃跑吧?</w:t>
        <w:br/>
        <w:t>You're</w:t>
      </w:r>
      <w:r>
        <w:t xml:space="preserve"> not</w:t>
      </w:r>
      <w:r>
        <w:t xml:space="preserve"> thinking</w:t>
      </w:r>
      <w:r>
        <w:t xml:space="preserve"> of</w:t>
      </w:r>
      <w:r>
        <w:t xml:space="preserve"> running,</w:t>
      </w:r>
      <w:r>
        <w:t xml:space="preserve"> are</w:t>
      </w:r>
      <w:r>
        <w:t xml:space="preserve"> you?</w:t>
        <w:br/>
        <w:t>不可能</w:t>
      </w:r>
      <w:r>
        <w:t xml:space="preserve"> 太冷了</w:t>
        <w:br/>
        <w:t>Not</w:t>
      </w:r>
      <w:r>
        <w:t xml:space="preserve"> in</w:t>
      </w:r>
      <w:r>
        <w:t xml:space="preserve"> this</w:t>
      </w:r>
      <w:r>
        <w:t xml:space="preserve"> icebox.</w:t>
        <w:br/>
        <w:t>阿汉</w:t>
        <w:br/>
        <w:t>Ham.</w:t>
        <w:br/>
        <w:t>汉勃恩</w:t>
      </w:r>
      <w:r>
        <w:t xml:space="preserve"> 如果我是你</w:t>
      </w:r>
      <w:r>
        <w:t xml:space="preserve"> 我就不会那么做</w:t>
        <w:br/>
        <w:t>Hambone.</w:t>
      </w:r>
      <w:r>
        <w:t xml:space="preserve"> I</w:t>
      </w:r>
      <w:r>
        <w:t xml:space="preserve"> wouldn't</w:t>
      </w:r>
      <w:r>
        <w:t xml:space="preserve"> do</w:t>
      </w:r>
      <w:r>
        <w:t xml:space="preserve"> that</w:t>
      </w:r>
      <w:r>
        <w:t xml:space="preserve"> if</w:t>
      </w:r>
      <w:r>
        <w:t xml:space="preserve"> I</w:t>
      </w:r>
      <w:r>
        <w:t xml:space="preserve"> were</w:t>
      </w:r>
      <w:r>
        <w:t xml:space="preserve"> you.</w:t>
        <w:br/>
        <w:t>是吗?</w:t>
        <w:br/>
        <w:t>Yeah?</w:t>
        <w:br/>
        <w:t>谁知道我们什么时候</w:t>
      </w:r>
      <w:r>
        <w:t xml:space="preserve"> 能再次吃到这样的食物?</w:t>
        <w:br/>
        <w:t>Who</w:t>
      </w:r>
      <w:r>
        <w:t xml:space="preserve"> knows</w:t>
      </w:r>
      <w:r>
        <w:t xml:space="preserve"> when</w:t>
      </w:r>
      <w:r>
        <w:t xml:space="preserve"> we're</w:t>
      </w:r>
      <w:r>
        <w:t xml:space="preserve"> gonna</w:t>
      </w:r>
      <w:r>
        <w:t xml:space="preserve"> get</w:t>
      </w:r>
      <w:r>
        <w:t xml:space="preserve"> this</w:t>
      </w:r>
      <w:r>
        <w:t xml:space="preserve"> kind</w:t>
      </w:r>
      <w:r>
        <w:t xml:space="preserve"> of</w:t>
      </w:r>
      <w:r>
        <w:t xml:space="preserve"> food</w:t>
      </w:r>
      <w:r>
        <w:t xml:space="preserve"> again,</w:t>
      </w:r>
      <w:r>
        <w:t xml:space="preserve"> you</w:t>
      </w:r>
      <w:r>
        <w:t xml:space="preserve"> know?</w:t>
        <w:br/>
        <w:t>滚开</w:t>
        <w:br/>
        <w:t>Fuck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off.</w:t>
        <w:br/>
        <w:t>任何逃跑的人都将被击毙</w:t>
      </w:r>
      <w:r>
        <w:t xml:space="preserve"> 请不要以身试法</w:t>
        <w:br/>
        <w:t>Anyone</w:t>
      </w:r>
      <w:r>
        <w:t xml:space="preserve"> who</w:t>
      </w:r>
      <w:r>
        <w:t xml:space="preserve"> tries</w:t>
      </w:r>
      <w:r>
        <w:t xml:space="preserve"> to</w:t>
      </w:r>
      <w:r>
        <w:t xml:space="preserve"> escape</w:t>
      </w:r>
      <w:r>
        <w:t xml:space="preserve"> will</w:t>
      </w:r>
      <w:r>
        <w:t xml:space="preserve"> be</w:t>
      </w:r>
      <w:r>
        <w:t xml:space="preserve"> shot.</w:t>
      </w:r>
      <w:r>
        <w:t xml:space="preserve"> Please</w:t>
      </w:r>
      <w:r>
        <w:t xml:space="preserve"> do</w:t>
      </w:r>
      <w:r>
        <w:t xml:space="preserve"> not</w:t>
      </w:r>
      <w:r>
        <w:t xml:space="preserve"> try.</w:t>
        <w:br/>
        <w:t>是苏联人</w:t>
      </w:r>
      <w:r>
        <w:t xml:space="preserve"> 他们很近了</w:t>
        <w:br/>
        <w:t>That's</w:t>
      </w:r>
      <w:r>
        <w:t xml:space="preserve"> the</w:t>
      </w:r>
      <w:r>
        <w:t xml:space="preserve"> Russians.</w:t>
      </w:r>
      <w:r>
        <w:t xml:space="preserve"> They're</w:t>
      </w:r>
      <w:r>
        <w:t xml:space="preserve"> close.</w:t>
        <w:br/>
        <w:t>一定是苏联人</w:t>
        <w:br/>
        <w:t>That's</w:t>
      </w:r>
      <w:r>
        <w:t xml:space="preserve"> gotta</w:t>
      </w:r>
      <w:r>
        <w:t xml:space="preserve"> be</w:t>
      </w:r>
      <w:r>
        <w:t xml:space="preserve"> the</w:t>
      </w:r>
      <w:r>
        <w:t xml:space="preserve"> Russians.</w:t>
        <w:br/>
        <w:t>给我闭嘴</w:t>
      </w:r>
      <w:r>
        <w:t xml:space="preserve"> 黑鬼</w:t>
      </w:r>
      <w:r>
        <w:t xml:space="preserve"> 给我走</w:t>
      </w:r>
      <w:r>
        <w:t xml:space="preserve"> 快点...</w:t>
        <w:br/>
        <w:t>Shut</w:t>
      </w:r>
      <w:r>
        <w:t xml:space="preserve"> your</w:t>
      </w:r>
      <w:r>
        <w:t xml:space="preserve"> mouth,</w:t>
      </w:r>
      <w:r>
        <w:t xml:space="preserve"> Black</w:t>
      </w:r>
      <w:r>
        <w:t xml:space="preserve"> scum!</w:t>
      </w:r>
      <w:r>
        <w:t xml:space="preserve"> March!</w:t>
      </w:r>
      <w:r>
        <w:t xml:space="preserve"> Faster!</w:t>
      </w:r>
      <w:r>
        <w:t xml:space="preserve"> Faster!</w:t>
        <w:br/>
        <w:t>好</w:t>
      </w:r>
      <w:r>
        <w:t xml:space="preserve"> 我们在走了...</w:t>
        <w:br/>
        <w:t>Okay,</w:t>
      </w:r>
      <w:r>
        <w:t xml:space="preserve"> we're</w:t>
      </w:r>
      <w:r>
        <w:t xml:space="preserve"> going.</w:t>
      </w:r>
      <w:r>
        <w:t xml:space="preserve"> We're</w:t>
      </w:r>
      <w:r>
        <w:t xml:space="preserve"> going.</w:t>
      </w:r>
      <w:r>
        <w:t xml:space="preserve"> We're</w:t>
      </w:r>
      <w:r>
        <w:t xml:space="preserve"> going.</w:t>
        <w:br/>
        <w:t>就要这样处理恐怖传&amp;hearts;单&amp;hearts;和杀人犯</w:t>
        <w:br/>
        <w:t>That's</w:t>
      </w:r>
      <w:r>
        <w:t xml:space="preserve"> how</w:t>
      </w:r>
      <w:r>
        <w:t xml:space="preserve"> you</w:t>
      </w:r>
      <w:r>
        <w:t xml:space="preserve"> handle</w:t>
      </w:r>
      <w:r>
        <w:t xml:space="preserve"> terror</w:t>
      </w:r>
      <w:r>
        <w:t xml:space="preserve"> flyers</w:t>
      </w:r>
      <w:r>
        <w:t xml:space="preserve"> and</w:t>
      </w:r>
      <w:r>
        <w:t xml:space="preserve"> murderers.</w:t>
        <w:br/>
        <w:t>用武力</w:t>
        <w:br/>
        <w:t>With</w:t>
      </w:r>
      <w:r>
        <w:t xml:space="preserve"> force!</w:t>
        <w:br/>
        <w:t>所罗门</w:t>
      </w:r>
      <w:r>
        <w:t xml:space="preserve"> 还好吗?</w:t>
        <w:br/>
        <w:t>You</w:t>
      </w:r>
      <w:r>
        <w:t xml:space="preserve"> okay,</w:t>
      </w:r>
      <w:r>
        <w:t xml:space="preserve"> Solomon?</w:t>
        <w:br/>
        <w:t>好得很</w:t>
      </w:r>
      <w:r>
        <w:t xml:space="preserve"> 不过是个犹太人</w:t>
      </w:r>
      <w:r>
        <w:t xml:space="preserve"> 半夜在德国散步而已</w:t>
        <w:br/>
        <w:t>As</w:t>
      </w:r>
      <w:r>
        <w:t xml:space="preserve"> okay</w:t>
      </w:r>
      <w:r>
        <w:t xml:space="preserve"> as</w:t>
      </w:r>
      <w:r>
        <w:t xml:space="preserve"> a</w:t>
      </w:r>
      <w:r>
        <w:t xml:space="preserve"> Jew</w:t>
      </w:r>
      <w:r>
        <w:t xml:space="preserve"> taking</w:t>
      </w:r>
      <w:r>
        <w:t xml:space="preserve"> a</w:t>
      </w:r>
      <w:r>
        <w:t xml:space="preserve"> midnight</w:t>
      </w:r>
      <w:r>
        <w:t xml:space="preserve"> stroll</w:t>
      </w:r>
      <w:r>
        <w:t xml:space="preserve"> in</w:t>
      </w:r>
      <w:r>
        <w:t xml:space="preserve"> Germany</w:t>
      </w:r>
      <w:r>
        <w:t xml:space="preserve"> can</w:t>
      </w:r>
      <w:r>
        <w:t xml:space="preserve"> be.</w:t>
        <w:br/>
        <w:t>巴基提醒你了</w:t>
      </w:r>
      <w:r>
        <w:t xml:space="preserve"> 不要...</w:t>
      </w:r>
      <w:r>
        <w:t xml:space="preserve"> -</w:t>
      </w:r>
      <w:r>
        <w:t xml:space="preserve"> 别说了</w:t>
        <w:br/>
        <w:t>Bucky</w:t>
      </w:r>
      <w:r>
        <w:t xml:space="preserve"> warned</w:t>
      </w:r>
      <w:r>
        <w:t xml:space="preserve"> you</w:t>
      </w:r>
      <w:r>
        <w:t xml:space="preserve"> not</w:t>
      </w:r>
      <w:r>
        <w:t xml:space="preserve"> to...</w:t>
      </w:r>
      <w:r>
        <w:t xml:space="preserve"> -</w:t>
      </w:r>
      <w:r>
        <w:t xml:space="preserve"> Don't</w:t>
      </w:r>
      <w:r>
        <w:t xml:space="preserve"> fucking</w:t>
      </w:r>
      <w:r>
        <w:t xml:space="preserve"> say</w:t>
      </w:r>
      <w:r>
        <w:t xml:space="preserve"> it.</w:t>
        <w:br/>
        <w:t>好</w:t>
        <w:br/>
        <w:t>Okay.</w:t>
        <w:br/>
        <w:t>是</w:t>
        <w:br/>
        <w:t>Yeah.</w:t>
        <w:br/>
        <w:t>听着</w:t>
      </w:r>
      <w:r>
        <w:t xml:space="preserve"> 你一旦有消息就告诉我</w:t>
      </w:r>
      <w:r>
        <w:t xml:space="preserve"> 好吗?</w:t>
        <w:br/>
        <w:t>Well,</w:t>
      </w:r>
      <w:r>
        <w:t xml:space="preserve"> look,</w:t>
      </w:r>
      <w:r>
        <w:t xml:space="preserve"> as</w:t>
      </w:r>
      <w:r>
        <w:t xml:space="preserve"> soon</w:t>
      </w:r>
      <w:r>
        <w:t xml:space="preserve"> as</w:t>
      </w:r>
      <w:r>
        <w:t xml:space="preserve"> you</w:t>
      </w:r>
      <w:r>
        <w:t xml:space="preserve"> have</w:t>
      </w:r>
      <w:r>
        <w:t xml:space="preserve"> anything</w:t>
      </w:r>
      <w:r>
        <w:t xml:space="preserve"> at</w:t>
      </w:r>
      <w:r>
        <w:t xml:space="preserve"> all,</w:t>
      </w:r>
      <w:r>
        <w:t xml:space="preserve"> you</w:t>
      </w:r>
      <w:r>
        <w:t xml:space="preserve"> let</w:t>
      </w:r>
      <w:r>
        <w:t xml:space="preserve"> me</w:t>
      </w:r>
      <w:r>
        <w:t xml:space="preserve"> know.</w:t>
      </w:r>
      <w:r>
        <w:t xml:space="preserve"> Okay?</w:t>
        <w:br/>
        <w:t>谢了</w:t>
      </w:r>
      <w:r>
        <w:t xml:space="preserve"> 比尔</w:t>
        <w:br/>
        <w:t>Thanks,</w:t>
      </w:r>
      <w:r>
        <w:t xml:space="preserve"> Bill.</w:t>
        <w:br/>
        <w:t>没消息</w:t>
      </w:r>
      <w:r>
        <w:t xml:space="preserve"> 还是没有任何人的消息</w:t>
      </w:r>
      <w:r>
        <w:t xml:space="preserve"> 罗西和机组的都没有</w:t>
        <w:br/>
        <w:t>Nothing.</w:t>
      </w:r>
      <w:r>
        <w:t xml:space="preserve"> Still</w:t>
      </w:r>
      <w:r>
        <w:t xml:space="preserve"> no</w:t>
      </w:r>
      <w:r>
        <w:t xml:space="preserve"> news</w:t>
      </w:r>
      <w:r>
        <w:t xml:space="preserve"> on</w:t>
      </w:r>
      <w:r>
        <w:t xml:space="preserve"> any</w:t>
      </w:r>
      <w:r>
        <w:t xml:space="preserve"> of</w:t>
      </w:r>
      <w:r>
        <w:t xml:space="preserve"> 'em,</w:t>
      </w:r>
      <w:r>
        <w:t xml:space="preserve"> Rosie</w:t>
      </w:r>
      <w:r>
        <w:t xml:space="preserve"> or</w:t>
      </w:r>
      <w:r>
        <w:t xml:space="preserve"> the</w:t>
      </w:r>
      <w:r>
        <w:t xml:space="preserve"> crew.</w:t>
        <w:br/>
        <w:t>所以是怎么回事?</w:t>
        <w:br/>
        <w:t>So</w:t>
      </w:r>
      <w:r>
        <w:t xml:space="preserve"> what's</w:t>
      </w:r>
      <w:r>
        <w:t xml:space="preserve"> the</w:t>
      </w:r>
      <w:r>
        <w:t xml:space="preserve"> story?</w:t>
        <w:br/>
        <w:t>他们在柏林东部的无人区坠毁了</w:t>
        <w:br/>
        <w:t>They</w:t>
      </w:r>
      <w:r>
        <w:t xml:space="preserve"> went</w:t>
      </w:r>
      <w:r>
        <w:t xml:space="preserve"> down</w:t>
      </w:r>
      <w:r>
        <w:t xml:space="preserve"> over</w:t>
      </w:r>
      <w:r>
        <w:t xml:space="preserve"> no-man's-land</w:t>
      </w:r>
      <w:r>
        <w:t xml:space="preserve"> east</w:t>
      </w:r>
      <w:r>
        <w:t xml:space="preserve"> of</w:t>
      </w:r>
      <w:r>
        <w:t xml:space="preserve"> Berlin.</w:t>
        <w:br/>
        <w:t>天啊</w:t>
        <w:br/>
        <w:t>Jesus</w:t>
      </w:r>
      <w:r>
        <w:t xml:space="preserve"> Christ.</w:t>
        <w:br/>
        <w:t>少校</w:t>
      </w:r>
      <w:r>
        <w:t xml:space="preserve"> 长官</w:t>
        <w:br/>
        <w:t>Major,</w:t>
      </w:r>
      <w:r>
        <w:t xml:space="preserve"> sir.</w:t>
        <w:br/>
        <w:t>小子</w:t>
      </w:r>
      <w:r>
        <w:t xml:space="preserve"> 你怎么来了?</w:t>
        <w:br/>
        <w:t>The</w:t>
      </w:r>
      <w:r>
        <w:t xml:space="preserve"> hell</w:t>
      </w:r>
      <w:r>
        <w:t xml:space="preserve"> are</w:t>
      </w:r>
      <w:r>
        <w:t xml:space="preserve"> you</w:t>
      </w:r>
      <w:r>
        <w:t xml:space="preserve"> doing</w:t>
      </w:r>
      <w:r>
        <w:t xml:space="preserve"> here,</w:t>
      </w:r>
      <w:r>
        <w:t xml:space="preserve"> son?</w:t>
        <w:br/>
        <w:t>我们五分钟后要起飞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可设备室锁住了</w:t>
        <w:br/>
        <w:t>We</w:t>
      </w:r>
      <w:r>
        <w:t xml:space="preserve"> got</w:t>
      </w:r>
      <w:r>
        <w:t xml:space="preserve"> wheels</w:t>
      </w:r>
      <w:r>
        <w:t xml:space="preserve"> up</w:t>
      </w:r>
      <w:r>
        <w:t xml:space="preserve"> in</w:t>
      </w:r>
      <w:r>
        <w:t xml:space="preserve"> five,</w:t>
      </w:r>
      <w:r>
        <w:t xml:space="preserve"> and</w:t>
      </w:r>
      <w:r>
        <w:t xml:space="preserve"> the</w:t>
      </w:r>
      <w:r>
        <w:t xml:space="preserve"> equipment</w:t>
      </w:r>
      <w:r>
        <w:t xml:space="preserve"> room's</w:t>
      </w:r>
      <w:r>
        <w:t xml:space="preserve"> locked.</w:t>
        <w:br/>
        <w:t>动起来</w:t>
      </w:r>
      <w:r>
        <w:t xml:space="preserve"> 各位</w:t>
      </w:r>
      <w:r>
        <w:t xml:space="preserve"> 警惕点</w:t>
      </w:r>
      <w:r>
        <w:t xml:space="preserve"> 走了</w:t>
        <w:br/>
        <w:t>Let's</w:t>
      </w:r>
      <w:r>
        <w:t xml:space="preserve"> move,</w:t>
      </w:r>
      <w:r>
        <w:t xml:space="preserve"> people.</w:t>
      </w:r>
      <w:r>
        <w:t xml:space="preserve"> Look</w:t>
      </w:r>
      <w:r>
        <w:t xml:space="preserve"> alive.</w:t>
      </w:r>
      <w:r>
        <w:t xml:space="preserve"> Let's</w:t>
      </w:r>
      <w:r>
        <w:t xml:space="preserve"> go.</w:t>
        <w:br/>
        <w:t>你这该死的...</w:t>
      </w:r>
      <w:r>
        <w:t xml:space="preserve"> -</w:t>
      </w:r>
      <w:r>
        <w:t xml:space="preserve"> 嘿</w:t>
      </w:r>
      <w:r>
        <w:t xml:space="preserve"> 克劳特</w:t>
        <w:br/>
        <w:t>You</w:t>
      </w:r>
      <w:r>
        <w:t xml:space="preserve"> fucking...</w:t>
      </w:r>
      <w:r>
        <w:t xml:space="preserve"> -</w:t>
      </w:r>
      <w:r>
        <w:t xml:space="preserve"> Hey,</w:t>
      </w:r>
      <w:r>
        <w:t xml:space="preserve"> Clouter.</w:t>
        <w:br/>
        <w:t>你笑什么</w:t>
      </w:r>
      <w:r>
        <w:t xml:space="preserve"> </w:t>
      </w:r>
      <w:r>
        <w:t xml:space="preserve"> 你上周吃了一只又肥又大的鹪鹩</w:t>
        <w:br/>
        <w:t>What</w:t>
      </w:r>
      <w:r>
        <w:t xml:space="preserve"> are</w:t>
      </w:r>
      <w:r>
        <w:t xml:space="preserve"> you</w:t>
      </w:r>
      <w:r>
        <w:t xml:space="preserve"> laughing</w:t>
      </w:r>
      <w:r>
        <w:t xml:space="preserve"> at?</w:t>
      </w:r>
      <w:r>
        <w:t xml:space="preserve"> You</w:t>
      </w:r>
      <w:r>
        <w:t xml:space="preserve"> had</w:t>
      </w:r>
      <w:r>
        <w:t xml:space="preserve"> a</w:t>
      </w:r>
      <w:r>
        <w:t xml:space="preserve"> big,</w:t>
      </w:r>
      <w:r>
        <w:t xml:space="preserve"> fat</w:t>
      </w:r>
      <w:r>
        <w:t xml:space="preserve"> wren</w:t>
      </w:r>
      <w:r>
        <w:t xml:space="preserve"> last</w:t>
      </w:r>
      <w:r>
        <w:t xml:space="preserve"> week.</w:t>
        <w:br/>
        <w:t>我猜你从来没有不带降落伞</w:t>
      </w:r>
      <w:r>
        <w:t xml:space="preserve"> 在德国上空飞过</w:t>
      </w:r>
      <w:r>
        <w:t xml:space="preserve"> 是不是?</w:t>
        <w:br/>
        <w:t>I</w:t>
      </w:r>
      <w:r>
        <w:t xml:space="preserve"> guess</w:t>
      </w:r>
      <w:r>
        <w:t xml:space="preserve"> you've</w:t>
      </w:r>
      <w:r>
        <w:t xml:space="preserve"> never</w:t>
      </w:r>
      <w:r>
        <w:t xml:space="preserve"> flown</w:t>
      </w:r>
      <w:r>
        <w:t xml:space="preserve"> over</w:t>
      </w:r>
      <w:r>
        <w:t xml:space="preserve"> Germany</w:t>
      </w:r>
      <w:r>
        <w:t xml:space="preserve"> without</w:t>
      </w:r>
      <w:r>
        <w:t xml:space="preserve"> a</w:t>
      </w:r>
      <w:r>
        <w:t xml:space="preserve"> parachute,</w:t>
      </w:r>
      <w:r>
        <w:t xml:space="preserve"> huh?</w:t>
        <w:br/>
        <w:t>我不知道</w:t>
      </w:r>
      <w:r>
        <w:t xml:space="preserve"> 克罗斯比</w:t>
      </w:r>
      <w:r>
        <w:t xml:space="preserve"> 你呢?</w:t>
        <w:br/>
        <w:t>Well,</w:t>
      </w:r>
      <w:r>
        <w:t xml:space="preserve"> I</w:t>
      </w:r>
      <w:r>
        <w:t xml:space="preserve"> don't</w:t>
      </w:r>
      <w:r>
        <w:t xml:space="preserve"> know,</w:t>
      </w:r>
      <w:r>
        <w:t xml:space="preserve"> Crosby.</w:t>
      </w:r>
      <w:r>
        <w:t xml:space="preserve"> Have</w:t>
      </w:r>
      <w:r>
        <w:t xml:space="preserve"> you?</w:t>
        <w:br/>
        <w:t>听着</w:t>
      </w:r>
      <w:r>
        <w:t xml:space="preserve"> 从今往后</w:t>
        <w:br/>
        <w:t>Now,</w:t>
      </w:r>
      <w:r>
        <w:t xml:space="preserve"> from</w:t>
      </w:r>
      <w:r>
        <w:t xml:space="preserve"> here</w:t>
      </w:r>
      <w:r>
        <w:t xml:space="preserve"> on</w:t>
      </w:r>
      <w:r>
        <w:t xml:space="preserve"> out,</w:t>
        <w:br/>
        <w:t>设备室需保持开放并有人值守</w:t>
      </w:r>
      <w:r>
        <w:t xml:space="preserve"> 直至飞机起飞后</w:t>
        <w:br/>
        <w:t>you're</w:t>
      </w:r>
      <w:r>
        <w:t xml:space="preserve"> gonna</w:t>
      </w:r>
      <w:r>
        <w:t xml:space="preserve"> keep</w:t>
      </w:r>
      <w:r>
        <w:t xml:space="preserve"> that</w:t>
      </w:r>
      <w:r>
        <w:t xml:space="preserve"> equipment</w:t>
      </w:r>
      <w:r>
        <w:t xml:space="preserve"> hut</w:t>
      </w:r>
      <w:r>
        <w:t xml:space="preserve"> opened</w:t>
      </w:r>
      <w:r>
        <w:t xml:space="preserve"> and</w:t>
      </w:r>
      <w:r>
        <w:t xml:space="preserve"> manned</w:t>
      </w:r>
      <w:r>
        <w:t xml:space="preserve"> until</w:t>
      </w:r>
      <w:r>
        <w:t xml:space="preserve"> wheels</w:t>
      </w:r>
      <w:r>
        <w:t xml:space="preserve"> up</w:t>
        <w:br/>
        <w:t>30分钟</w:t>
      </w:r>
      <w:r>
        <w:t xml:space="preserve"> 少校</w:t>
      </w:r>
      <w:r>
        <w:t xml:space="preserve"> 懂吗?</w:t>
        <w:br/>
        <w:t>plus</w:t>
      </w:r>
      <w:r>
        <w:t xml:space="preserve"> 30</w:t>
      </w:r>
      <w:r>
        <w:t xml:space="preserve"> minutes.</w:t>
      </w:r>
      <w:r>
        <w:t xml:space="preserve"> Yes,</w:t>
      </w:r>
      <w:r>
        <w:t xml:space="preserve"> Major?</w:t>
        <w:br/>
        <w:t>懂了</w:t>
      </w:r>
      <w:r>
        <w:t xml:space="preserve"> 少校</w:t>
      </w:r>
      <w:r>
        <w:t xml:space="preserve"> -</w:t>
      </w:r>
      <w:r>
        <w:t xml:space="preserve"> 少校</w:t>
      </w:r>
      <w:r>
        <w:t xml:space="preserve"> 懂吗?</w:t>
        <w:br/>
        <w:t>Yes.</w:t>
      </w:r>
      <w:r>
        <w:t xml:space="preserve"> Major.</w:t>
      </w:r>
      <w:r>
        <w:t xml:space="preserve"> -</w:t>
      </w:r>
      <w:r>
        <w:t xml:space="preserve"> Yes,</w:t>
      </w:r>
      <w:r>
        <w:t xml:space="preserve"> Major?</w:t>
        <w:br/>
        <w:t>懂了</w:t>
      </w:r>
      <w:r>
        <w:t xml:space="preserve"> 少校</w:t>
        <w:br/>
        <w:t>Yes,</w:t>
      </w:r>
      <w:r>
        <w:t xml:space="preserve"> Major.</w:t>
        <w:br/>
        <w:t>好了</w:t>
      </w:r>
      <w:r>
        <w:t xml:space="preserve"> 都听见了</w:t>
      </w:r>
      <w:r>
        <w:t xml:space="preserve"> 收拾一下</w:t>
      </w:r>
      <w:r>
        <w:t xml:space="preserve"> 走吧</w:t>
        <w:br/>
        <w:t>All</w:t>
      </w:r>
      <w:r>
        <w:t xml:space="preserve"> right.</w:t>
      </w:r>
      <w:r>
        <w:t xml:space="preserve"> You</w:t>
      </w:r>
      <w:r>
        <w:t xml:space="preserve"> heard</w:t>
      </w:r>
      <w:r>
        <w:t xml:space="preserve"> the</w:t>
      </w:r>
      <w:r>
        <w:t xml:space="preserve"> man.</w:t>
      </w:r>
      <w:r>
        <w:t xml:space="preserve"> Clean</w:t>
      </w:r>
      <w:r>
        <w:t xml:space="preserve"> up.</w:t>
      </w:r>
      <w:r>
        <w:t xml:space="preserve"> Let's</w:t>
      </w:r>
      <w:r>
        <w:t xml:space="preserve"> go.</w:t>
        <w:br/>
        <w:t>谢谢...</w:t>
        <w:br/>
        <w:t>Danke.</w:t>
      </w:r>
      <w:r>
        <w:t xml:space="preserve"> Thank</w:t>
      </w:r>
      <w:r>
        <w:t xml:space="preserve"> you.</w:t>
        <w:br/>
        <w:t>把路让开</w:t>
        <w:br/>
        <w:t>Get</w:t>
      </w:r>
      <w:r>
        <w:t xml:space="preserve"> off</w:t>
      </w:r>
      <w:r>
        <w:t xml:space="preserve"> the</w:t>
      </w:r>
      <w:r>
        <w:t xml:space="preserve"> road!</w:t>
        <w:br/>
        <w:t>靠边</w:t>
      </w:r>
      <w:r>
        <w:t xml:space="preserve"> -</w:t>
      </w:r>
      <w:r>
        <w:t xml:space="preserve"> 把路让开</w:t>
        <w:br/>
        <w:t>To</w:t>
      </w:r>
      <w:r>
        <w:t xml:space="preserve"> the</w:t>
      </w:r>
      <w:r>
        <w:t xml:space="preserve"> side.</w:t>
      </w:r>
      <w:r>
        <w:t xml:space="preserve"> -</w:t>
      </w:r>
      <w:r>
        <w:t xml:space="preserve"> Get</w:t>
      </w:r>
      <w:r>
        <w:t xml:space="preserve"> off</w:t>
      </w:r>
      <w:r>
        <w:t xml:space="preserve"> the</w:t>
      </w:r>
      <w:r>
        <w:t xml:space="preserve"> road.</w:t>
        <w:br/>
        <w:t>让开</w:t>
      </w:r>
      <w:r>
        <w:t xml:space="preserve"> -</w:t>
      </w:r>
      <w:r>
        <w:t xml:space="preserve"> 听见没有?</w:t>
        <w:br/>
        <w:t>Move!</w:t>
      </w:r>
      <w:r>
        <w:t xml:space="preserve"> -</w:t>
      </w:r>
      <w:r>
        <w:t xml:space="preserve"> You</w:t>
      </w:r>
      <w:r>
        <w:t xml:space="preserve"> hear</w:t>
      </w:r>
      <w:r>
        <w:t xml:space="preserve"> me?</w:t>
        <w:br/>
        <w:t>让开</w:t>
      </w:r>
      <w:r>
        <w:t xml:space="preserve"> 快</w:t>
      </w:r>
      <w:r>
        <w:t xml:space="preserve"> -</w:t>
      </w:r>
      <w:r>
        <w:t xml:space="preserve"> 让路</w:t>
        <w:br/>
        <w:t>Off</w:t>
      </w:r>
      <w:r>
        <w:t xml:space="preserve"> the</w:t>
      </w:r>
      <w:r>
        <w:t xml:space="preserve"> road.</w:t>
      </w:r>
      <w:r>
        <w:t xml:space="preserve"> Now.</w:t>
      </w:r>
      <w:r>
        <w:t xml:space="preserve"> -</w:t>
      </w:r>
      <w:r>
        <w:t xml:space="preserve"> Move</w:t>
      </w:r>
      <w:r>
        <w:t xml:space="preserve"> it.</w:t>
        <w:br/>
        <w:t>为了鲜血和土壤</w:t>
        <w:br/>
        <w:t>For</w:t>
      </w:r>
      <w:r>
        <w:t xml:space="preserve"> blood</w:t>
      </w:r>
      <w:r>
        <w:t xml:space="preserve"> and</w:t>
      </w:r>
      <w:r>
        <w:t xml:space="preserve"> soil!</w:t>
        <w:br/>
        <w:t>站起来</w:t>
      </w:r>
      <w:r>
        <w:t xml:space="preserve"> 向我们英勇的战士们致敬</w:t>
        <w:br/>
        <w:t>Stand</w:t>
      </w:r>
      <w:r>
        <w:t xml:space="preserve"> up</w:t>
      </w:r>
      <w:r>
        <w:t xml:space="preserve"> and</w:t>
      </w:r>
      <w:r>
        <w:t xml:space="preserve"> show</w:t>
      </w:r>
      <w:r>
        <w:t xml:space="preserve"> respect</w:t>
      </w:r>
      <w:r>
        <w:t xml:space="preserve"> for</w:t>
      </w:r>
      <w:r>
        <w:t xml:space="preserve"> our</w:t>
      </w:r>
      <w:r>
        <w:t xml:space="preserve"> heroic</w:t>
      </w:r>
      <w:r>
        <w:t xml:space="preserve"> fighters!</w:t>
        <w:br/>
        <w:t>希&amp;hearts;特&amp;hearts;勒&amp;hearts;万岁</w:t>
        <w:br/>
        <w:t>Heil</w:t>
      </w:r>
      <w:r>
        <w:t xml:space="preserve"> Hitler.</w:t>
        <w:br/>
        <w:t>儿童和老人</w:t>
        <w:br/>
        <w:t>Children</w:t>
      </w:r>
      <w:r>
        <w:t xml:space="preserve"> and</w:t>
      </w:r>
      <w:r>
        <w:t xml:space="preserve"> old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men.</w:t>
        <w:br/>
        <w:t>一切都完了</w:t>
        <w:br/>
        <w:t>All</w:t>
      </w:r>
      <w:r>
        <w:t xml:space="preserve"> is</w:t>
      </w:r>
      <w:r>
        <w:t xml:space="preserve"> lost.</w:t>
        <w:br/>
        <w:t>不要跑</w:t>
      </w:r>
      <w:r>
        <w:t xml:space="preserve"> 不要跑</w:t>
      </w:r>
      <w:r>
        <w:t xml:space="preserve"> 不要跑</w:t>
        <w:br/>
        <w:t>Don't</w:t>
      </w:r>
      <w:r>
        <w:t xml:space="preserve"> run,</w:t>
      </w:r>
      <w:r>
        <w:t xml:space="preserve"> don't</w:t>
      </w:r>
      <w:r>
        <w:t xml:space="preserve"> run,</w:t>
      </w:r>
      <w:r>
        <w:t xml:space="preserve"> don't</w:t>
      </w:r>
      <w:r>
        <w:t xml:space="preserve"> run.</w:t>
        <w:br/>
        <w:t>嘿</w:t>
      </w:r>
      <w:r>
        <w:t xml:space="preserve"> 有足够的空间给每个人</w:t>
        <w:br/>
        <w:t>Hey,</w:t>
      </w:r>
      <w:r>
        <w:t xml:space="preserve"> there's</w:t>
      </w:r>
      <w:r>
        <w:t xml:space="preserve"> enough</w:t>
      </w:r>
      <w:r>
        <w:t xml:space="preserve"> room</w:t>
      </w:r>
      <w:r>
        <w:t xml:space="preserve"> for</w:t>
      </w:r>
      <w:r>
        <w:t xml:space="preserve"> everyone.</w:t>
        <w:br/>
        <w:t>来</w:t>
      </w:r>
      <w:r>
        <w:t xml:space="preserve"> 靠近点...</w:t>
        <w:br/>
        <w:t>Come</w:t>
      </w:r>
      <w:r>
        <w:t xml:space="preserve"> on.</w:t>
      </w:r>
      <w:r>
        <w:t xml:space="preserve"> Get</w:t>
      </w:r>
      <w:r>
        <w:t xml:space="preserve"> in</w:t>
      </w:r>
      <w:r>
        <w:t xml:space="preserve"> close.</w:t>
      </w:r>
      <w:r>
        <w:t xml:space="preserve"> Get</w:t>
      </w:r>
      <w:r>
        <w:t xml:space="preserve"> in</w:t>
      </w:r>
      <w:r>
        <w:t xml:space="preserve"> close.</w:t>
        <w:br/>
        <w:t>谣言说我们天一亮就要去一个火车站</w:t>
        <w:br/>
        <w:t>Scuttlebutt</w:t>
      </w:r>
      <w:r>
        <w:t xml:space="preserve"> is</w:t>
      </w:r>
      <w:r>
        <w:t xml:space="preserve"> we're</w:t>
      </w:r>
      <w:r>
        <w:t xml:space="preserve"> heading</w:t>
      </w:r>
      <w:r>
        <w:t xml:space="preserve"> to</w:t>
      </w:r>
      <w:r>
        <w:t xml:space="preserve"> a</w:t>
      </w:r>
      <w:r>
        <w:t xml:space="preserve"> train</w:t>
      </w:r>
      <w:r>
        <w:t xml:space="preserve"> station</w:t>
      </w:r>
      <w:r>
        <w:t xml:space="preserve"> at</w:t>
      </w:r>
      <w:r>
        <w:t xml:space="preserve"> first</w:t>
      </w:r>
      <w:r>
        <w:t xml:space="preserve"> light.</w:t>
        <w:br/>
        <w:t>谣言知道我们要去哪?</w:t>
        <w:br/>
        <w:t>Scuttlebutt</w:t>
      </w:r>
      <w:r>
        <w:t xml:space="preserve"> know</w:t>
      </w:r>
      <w:r>
        <w:t xml:space="preserve"> where</w:t>
      </w:r>
      <w:r>
        <w:t xml:space="preserve"> we're</w:t>
      </w:r>
      <w:r>
        <w:t xml:space="preserve"> going?</w:t>
        <w:br/>
        <w:t>不确定</w:t>
      </w:r>
      <w:r>
        <w:t xml:space="preserve"> 在黎明时分做好准备吧</w:t>
        <w:br/>
        <w:t>No.</w:t>
      </w:r>
      <w:r>
        <w:t xml:space="preserve"> Just</w:t>
      </w:r>
      <w:r>
        <w:t xml:space="preserve"> to</w:t>
      </w:r>
      <w:r>
        <w:t xml:space="preserve"> be</w:t>
      </w:r>
      <w:r>
        <w:t xml:space="preserve"> ready</w:t>
      </w:r>
      <w:r>
        <w:t xml:space="preserve"> at</w:t>
      </w:r>
      <w:r>
        <w:t xml:space="preserve"> dawn.</w:t>
        <w:br/>
        <w:br/>
        <w:t>情况不妙</w:t>
      </w:r>
      <w:r>
        <w:t xml:space="preserve"> 他们要把我们</w:t>
      </w:r>
      <w:r>
        <w:t xml:space="preserve"> 送到某地去处决</w:t>
      </w:r>
      <w:r>
        <w:t xml:space="preserve"> 不是吗?</w:t>
        <w:br/>
        <w:t>This</w:t>
      </w:r>
      <w:r>
        <w:t xml:space="preserve"> isn't</w:t>
      </w:r>
      <w:r>
        <w:t xml:space="preserve"> good.</w:t>
      </w:r>
      <w:r>
        <w:t xml:space="preserve"> They're</w:t>
      </w:r>
      <w:r>
        <w:t xml:space="preserve"> gonna</w:t>
      </w:r>
      <w:r>
        <w:t xml:space="preserve"> take</w:t>
      </w:r>
      <w:r>
        <w:t xml:space="preserve"> us</w:t>
      </w:r>
      <w:r>
        <w:t xml:space="preserve"> somewhere</w:t>
      </w:r>
      <w:r>
        <w:t xml:space="preserve"> and</w:t>
      </w:r>
      <w:r>
        <w:t xml:space="preserve"> kill</w:t>
      </w:r>
      <w:r>
        <w:t xml:space="preserve"> us,</w:t>
      </w:r>
      <w:r>
        <w:t xml:space="preserve"> aren't</w:t>
      </w:r>
      <w:r>
        <w:t xml:space="preserve"> they?</w:t>
        <w:br/>
        <w:t>那为什么转移我们?</w:t>
        <w:br/>
        <w:t>Why</w:t>
      </w:r>
      <w:r>
        <w:t xml:space="preserve"> move</w:t>
      </w:r>
      <w:r>
        <w:t xml:space="preserve"> us?</w:t>
        <w:br/>
        <w:t>他们要真想杀我们</w:t>
      </w:r>
      <w:r>
        <w:t xml:space="preserve"> 之前有的是机会</w:t>
        <w:br/>
        <w:t>They've</w:t>
      </w:r>
      <w:r>
        <w:t xml:space="preserve"> had</w:t>
      </w:r>
      <w:r>
        <w:t xml:space="preserve"> plenty</w:t>
      </w:r>
      <w:r>
        <w:t xml:space="preserve"> of</w:t>
      </w:r>
      <w:r>
        <w:t xml:space="preserve"> chances</w:t>
      </w:r>
      <w:r>
        <w:t xml:space="preserve"> if</w:t>
      </w:r>
      <w:r>
        <w:t xml:space="preserve"> they</w:t>
      </w:r>
      <w:r>
        <w:t xml:space="preserve"> really</w:t>
      </w:r>
      <w:r>
        <w:t xml:space="preserve"> wanted</w:t>
      </w:r>
      <w:r>
        <w:t xml:space="preserve"> to</w:t>
      </w:r>
      <w:r>
        <w:t xml:space="preserve"> kill</w:t>
      </w:r>
      <w:r>
        <w:t xml:space="preserve"> us.</w:t>
        <w:br/>
        <w:t>不知道</w:t>
      </w:r>
      <w:r>
        <w:t xml:space="preserve"> 他们是纳粹</w:t>
      </w:r>
      <w:r>
        <w:t xml:space="preserve"> -</w:t>
      </w:r>
      <w:r>
        <w:t xml:space="preserve"> 没事的</w:t>
      </w:r>
      <w:r>
        <w:t xml:space="preserve"> 所罗门</w:t>
        <w:br/>
        <w:t>I</w:t>
      </w:r>
      <w:r>
        <w:t xml:space="preserve"> don't</w:t>
      </w:r>
      <w:r>
        <w:t xml:space="preserve"> know.</w:t>
      </w:r>
      <w:r>
        <w:t xml:space="preserve"> They're</w:t>
      </w:r>
      <w:r>
        <w:t xml:space="preserve"> Nazis.</w:t>
      </w:r>
      <w:r>
        <w:t xml:space="preserve"> -</w:t>
      </w:r>
      <w:r>
        <w:t xml:space="preserve"> It'll</w:t>
      </w:r>
      <w:r>
        <w:t xml:space="preserve"> be</w:t>
      </w:r>
      <w:r>
        <w:t xml:space="preserve"> okay,</w:t>
      </w:r>
      <w:r>
        <w:t xml:space="preserve"> Solly.</w:t>
        <w:br/>
        <w:t>事情跟我们想象中不太一样吧?</w:t>
        <w:br/>
        <w:t>Hasn't</w:t>
      </w:r>
      <w:r>
        <w:t xml:space="preserve"> gone</w:t>
      </w:r>
      <w:r>
        <w:t xml:space="preserve"> exactly</w:t>
      </w:r>
      <w:r>
        <w:t xml:space="preserve"> how</w:t>
      </w:r>
      <w:r>
        <w:t xml:space="preserve"> we</w:t>
      </w:r>
      <w:r>
        <w:t xml:space="preserve"> thought,</w:t>
      </w:r>
      <w:r>
        <w:t xml:space="preserve"> has</w:t>
      </w:r>
      <w:r>
        <w:t xml:space="preserve"> it?</w:t>
        <w:br/>
        <w:t>不太一样</w:t>
      </w:r>
      <w:r>
        <w:t xml:space="preserve"> 你希望当时做了不同的选择?</w:t>
        <w:br/>
        <w:t>Not</w:t>
      </w:r>
      <w:r>
        <w:t xml:space="preserve"> exactly.</w:t>
      </w:r>
      <w:r>
        <w:t xml:space="preserve"> You</w:t>
      </w:r>
      <w:r>
        <w:t xml:space="preserve"> wish</w:t>
      </w:r>
      <w:r>
        <w:t xml:space="preserve"> you'd</w:t>
      </w:r>
      <w:r>
        <w:t xml:space="preserve"> done</w:t>
      </w:r>
      <w:r>
        <w:t xml:space="preserve"> it</w:t>
      </w:r>
      <w:r>
        <w:t xml:space="preserve"> differently?</w:t>
        <w:br/>
        <w:t>也不能这么说</w:t>
      </w:r>
      <w:r>
        <w:t xml:space="preserve"> 你呢?</w:t>
        <w:br/>
        <w:t>Can't</w:t>
      </w:r>
      <w:r>
        <w:t xml:space="preserve"> say</w:t>
      </w:r>
      <w:r>
        <w:t xml:space="preserve"> I</w:t>
      </w:r>
      <w:r>
        <w:t xml:space="preserve"> would</w:t>
      </w:r>
      <w:r>
        <w:t xml:space="preserve"> have.</w:t>
      </w:r>
      <w:r>
        <w:t xml:space="preserve"> You?</w:t>
        <w:br/>
        <w:t>我之前也没打算被击落</w:t>
        <w:br/>
        <w:t>I</w:t>
      </w:r>
      <w:r>
        <w:t xml:space="preserve"> wasn't</w:t>
      </w:r>
      <w:r>
        <w:t xml:space="preserve"> planning</w:t>
      </w:r>
      <w:r>
        <w:t xml:space="preserve"> on</w:t>
      </w:r>
      <w:r>
        <w:t xml:space="preserve"> getting</w:t>
      </w:r>
      <w:r>
        <w:t xml:space="preserve"> shot</w:t>
      </w:r>
      <w:r>
        <w:t xml:space="preserve"> down.</w:t>
        <w:br/>
        <w:t>但我真的相信如果只剩两架B17</w:t>
        <w:br/>
        <w:t>You</w:t>
      </w:r>
      <w:r>
        <w:t xml:space="preserve"> know,</w:t>
      </w:r>
      <w:r>
        <w:t xml:space="preserve"> I</w:t>
      </w:r>
      <w:r>
        <w:t xml:space="preserve"> really</w:t>
      </w:r>
      <w:r>
        <w:t xml:space="preserve"> did</w:t>
      </w:r>
      <w:r>
        <w:t xml:space="preserve"> believe</w:t>
      </w:r>
      <w:r>
        <w:t xml:space="preserve"> that</w:t>
      </w:r>
      <w:r>
        <w:t xml:space="preserve"> if</w:t>
      </w:r>
      <w:r>
        <w:t xml:space="preserve"> there</w:t>
      </w:r>
      <w:r>
        <w:t xml:space="preserve"> was</w:t>
      </w:r>
      <w:r>
        <w:t xml:space="preserve"> only</w:t>
      </w:r>
      <w:r>
        <w:t xml:space="preserve"> two</w:t>
      </w:r>
      <w:r>
        <w:t xml:space="preserve"> B-17s</w:t>
      </w:r>
      <w:r>
        <w:t xml:space="preserve"> left,</w:t>
        <w:br/>
        <w:t>那飞行员会是你和我</w:t>
        <w:br/>
        <w:t>be</w:t>
      </w:r>
      <w:r>
        <w:t xml:space="preserve"> you</w:t>
      </w:r>
      <w:r>
        <w:t xml:space="preserve"> and</w:t>
      </w:r>
      <w:r>
        <w:t xml:space="preserve"> me</w:t>
      </w:r>
      <w:r>
        <w:t xml:space="preserve"> flying</w:t>
      </w:r>
      <w:r>
        <w:t xml:space="preserve"> 'em.</w:t>
        <w:br/>
        <w:t>如果没有你</w:t>
      </w:r>
      <w:r>
        <w:t xml:space="preserve"> 过去几年会艰难得多</w:t>
      </w:r>
      <w:r>
        <w:t xml:space="preserve"> 约翰</w:t>
        <w:br/>
        <w:t>Last</w:t>
      </w:r>
      <w:r>
        <w:t xml:space="preserve"> few</w:t>
      </w:r>
      <w:r>
        <w:t xml:space="preserve"> years</w:t>
      </w:r>
      <w:r>
        <w:t xml:space="preserve"> would</w:t>
      </w:r>
      <w:r>
        <w:t xml:space="preserve"> have</w:t>
      </w:r>
      <w:r>
        <w:t xml:space="preserve"> been</w:t>
      </w:r>
      <w:r>
        <w:t xml:space="preserve"> a</w:t>
      </w:r>
      <w:r>
        <w:t xml:space="preserve"> lot</w:t>
      </w:r>
      <w:r>
        <w:t xml:space="preserve"> rougher</w:t>
      </w:r>
      <w:r>
        <w:t xml:space="preserve"> without</w:t>
      </w:r>
      <w:r>
        <w:t xml:space="preserve"> you,</w:t>
      </w:r>
      <w:r>
        <w:t xml:space="preserve"> John.</w:t>
        <w:br/>
        <w:t>彼此彼此</w:t>
        <w:br/>
        <w:t>Same.</w:t>
        <w:br/>
        <w:t>我们开始减速了</w:t>
      </w:r>
      <w:r>
        <w:t xml:space="preserve"> 不是吗?</w:t>
        <w:br/>
        <w:t>We're</w:t>
      </w:r>
      <w:r>
        <w:t xml:space="preserve"> slowing</w:t>
      </w:r>
      <w:r>
        <w:t xml:space="preserve"> down,</w:t>
      </w:r>
      <w:r>
        <w:t xml:space="preserve"> aren't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we?</w:t>
        <w:br/>
        <w:t>知道我们在哪吗?</w:t>
        <w:br/>
        <w:t>Any</w:t>
      </w:r>
      <w:r>
        <w:t xml:space="preserve"> idea</w:t>
      </w:r>
      <w:r>
        <w:t xml:space="preserve"> where</w:t>
      </w:r>
      <w:r>
        <w:t xml:space="preserve"> we</w:t>
      </w:r>
      <w:r>
        <w:t xml:space="preserve"> are?</w:t>
        <w:br/>
        <w:t>纽伦堡</w:t>
      </w:r>
      <w:r>
        <w:t xml:space="preserve"> 该死</w:t>
      </w:r>
      <w:r>
        <w:t xml:space="preserve"> 是纽伦堡</w:t>
      </w:r>
      <w:r>
        <w:t xml:space="preserve"> 该死的纽伦堡</w:t>
      </w:r>
      <w:r>
        <w:t xml:space="preserve"> 我说...</w:t>
        <w:br/>
        <w:t>Nuremberg.</w:t>
      </w:r>
      <w:r>
        <w:t xml:space="preserve"> Shit!</w:t>
      </w:r>
      <w:r>
        <w:t xml:space="preserve"> It's</w:t>
      </w:r>
      <w:r>
        <w:t xml:space="preserve"> Nuremberg.</w:t>
      </w:r>
      <w:r>
        <w:t xml:space="preserve"> It's</w:t>
      </w:r>
      <w:r>
        <w:t xml:space="preserve"> fucking</w:t>
      </w:r>
      <w:r>
        <w:t xml:space="preserve"> Nuremberg.</w:t>
      </w:r>
      <w:r>
        <w:t xml:space="preserve"> I</w:t>
      </w:r>
      <w:r>
        <w:t xml:space="preserve"> me...</w:t>
        <w:br/>
        <w:t>冷静点</w:t>
      </w:r>
      <w:r>
        <w:t xml:space="preserve"> 所罗门</w:t>
      </w:r>
      <w:r>
        <w:t xml:space="preserve"> -</w:t>
      </w:r>
      <w:r>
        <w:t xml:space="preserve"> 冷静</w:t>
        <w:br/>
        <w:t>Settle</w:t>
      </w:r>
      <w:r>
        <w:t xml:space="preserve"> down,</w:t>
      </w:r>
      <w:r>
        <w:t xml:space="preserve"> Solly.</w:t>
      </w:r>
      <w:r>
        <w:t xml:space="preserve"> -</w:t>
      </w:r>
      <w:r>
        <w:t xml:space="preserve"> Calm</w:t>
      </w:r>
      <w:r>
        <w:t xml:space="preserve"> down.</w:t>
        <w:br/>
        <w:t>我死定了</w:t>
      </w:r>
      <w:r>
        <w:t xml:space="preserve"> -</w:t>
      </w:r>
      <w:r>
        <w:t xml:space="preserve"> 没事的</w:t>
      </w:r>
      <w:r>
        <w:t xml:space="preserve"> 所罗门</w:t>
        <w:br/>
        <w:t>I'm</w:t>
      </w:r>
      <w:r>
        <w:t xml:space="preserve"> a</w:t>
      </w:r>
      <w:r>
        <w:t xml:space="preserve"> dead</w:t>
      </w:r>
      <w:r>
        <w:t xml:space="preserve"> man.</w:t>
      </w:r>
      <w:r>
        <w:t xml:space="preserve"> -</w:t>
      </w:r>
      <w:r>
        <w:t xml:space="preserve"> It's</w:t>
      </w:r>
      <w:r>
        <w:t xml:space="preserve"> all</w:t>
      </w:r>
      <w:r>
        <w:t xml:space="preserve"> right,</w:t>
      </w:r>
      <w:r>
        <w:t xml:space="preserve"> Solly.</w:t>
        <w:br/>
        <w:t>我们现在位于敌人祖国的核心</w:t>
      </w:r>
      <w:r>
        <w:t xml:space="preserve"> 兄弟们</w:t>
        <w:br/>
        <w:t>We're</w:t>
      </w:r>
      <w:r>
        <w:t xml:space="preserve"> in</w:t>
      </w:r>
      <w:r>
        <w:t xml:space="preserve"> the</w:t>
      </w:r>
      <w:r>
        <w:t xml:space="preserve"> heart</w:t>
      </w:r>
      <w:r>
        <w:t xml:space="preserve"> of</w:t>
      </w:r>
      <w:r>
        <w:t xml:space="preserve"> their</w:t>
      </w:r>
      <w:r>
        <w:t xml:space="preserve"> fatherland</w:t>
      </w:r>
      <w:r>
        <w:t xml:space="preserve"> now,</w:t>
      </w:r>
      <w:r>
        <w:t xml:space="preserve"> boys.</w:t>
        <w:br/>
        <w:t>盖尔</w:t>
      </w:r>
      <w:r>
        <w:t xml:space="preserve"> 盖尔</w:t>
        <w:br/>
        <w:t>Gale?</w:t>
      </w:r>
      <w:r>
        <w:t xml:space="preserve"> Gale!</w:t>
        <w:br/>
        <w:t>盖尔克莱文</w:t>
        <w:br/>
        <w:t>Gale</w:t>
      </w:r>
      <w:r>
        <w:t xml:space="preserve"> Cleven.</w:t>
        <w:br/>
        <w:t>天啊</w:t>
      </w:r>
      <w:r>
        <w:t xml:space="preserve"> 不会吧</w:t>
        <w:br/>
        <w:t>Jesus,</w:t>
      </w:r>
      <w:r>
        <w:t xml:space="preserve"> I'll</w:t>
      </w:r>
      <w:r>
        <w:t xml:space="preserve"> be.</w:t>
        <w:br/>
        <w:t>乔治</w:t>
      </w:r>
      <w:r>
        <w:t xml:space="preserve"> 你怎么样?</w:t>
        <w:br/>
        <w:t>George.</w:t>
      </w:r>
      <w:r>
        <w:t xml:space="preserve"> How</w:t>
      </w:r>
      <w:r>
        <w:t xml:space="preserve"> the</w:t>
      </w:r>
      <w:r>
        <w:t xml:space="preserve"> hell</w:t>
      </w:r>
      <w:r>
        <w:t xml:space="preserve"> are</w:t>
      </w:r>
      <w:r>
        <w:t xml:space="preserve"> you?</w:t>
        <w:br/>
        <w:t>离家很远</w:t>
        <w:br/>
        <w:t>Long</w:t>
      </w:r>
      <w:r>
        <w:t xml:space="preserve"> way</w:t>
      </w:r>
      <w:r>
        <w:t xml:space="preserve"> from</w:t>
      </w:r>
      <w:r>
        <w:t xml:space="preserve"> home.</w:t>
        <w:br/>
        <w:t>天啊</w:t>
      </w:r>
      <w:r>
        <w:t xml:space="preserve"> 嘿</w:t>
      </w:r>
      <w:r>
        <w:t xml:space="preserve"> 这是乔治尼斯汉姆</w:t>
        <w:br/>
        <w:t>Oh,</w:t>
      </w:r>
      <w:r>
        <w:t xml:space="preserve"> my</w:t>
      </w:r>
      <w:r>
        <w:t xml:space="preserve"> God.</w:t>
      </w:r>
      <w:r>
        <w:t xml:space="preserve"> Hey,</w:t>
      </w:r>
      <w:r>
        <w:t xml:space="preserve"> this</w:t>
      </w:r>
      <w:r>
        <w:t xml:space="preserve"> is</w:t>
      </w:r>
      <w:r>
        <w:t xml:space="preserve"> George</w:t>
      </w:r>
      <w:r>
        <w:t xml:space="preserve"> Neithammer.</w:t>
        <w:br/>
        <w:t>约翰</w:t>
      </w:r>
      <w:r>
        <w:t xml:space="preserve"> -</w:t>
      </w:r>
      <w:r>
        <w:t xml:space="preserve"> 他是我认识的人当中</w:t>
        <w:br/>
        <w:t>John.</w:t>
      </w:r>
      <w:r>
        <w:t xml:space="preserve"> -</w:t>
      </w:r>
      <w:r>
        <w:t xml:space="preserve"> Only</w:t>
      </w:r>
      <w:r>
        <w:t xml:space="preserve"> guy</w:t>
      </w:r>
      <w:r>
        <w:t xml:space="preserve"> I've</w:t>
      </w:r>
      <w:r>
        <w:t xml:space="preserve"> ever</w:t>
      </w:r>
      <w:r>
        <w:t xml:space="preserve"> met</w:t>
        <w:br/>
        <w:t>唯一一个比你还懂棒球的</w:t>
      </w:r>
      <w:r>
        <w:t xml:space="preserve"> -</w:t>
      </w:r>
      <w:r>
        <w:t xml:space="preserve"> 是吗?</w:t>
        <w:br/>
        <w:t>knows</w:t>
      </w:r>
      <w:r>
        <w:t xml:space="preserve"> more</w:t>
      </w:r>
      <w:r>
        <w:t xml:space="preserve"> about</w:t>
      </w:r>
      <w:r>
        <w:t xml:space="preserve"> baseball</w:t>
      </w:r>
      <w:r>
        <w:t xml:space="preserve"> than</w:t>
      </w:r>
      <w:r>
        <w:t xml:space="preserve"> you</w:t>
      </w:r>
      <w:r>
        <w:t xml:space="preserve"> do.</w:t>
      </w:r>
      <w:r>
        <w:t xml:space="preserve"> -</w:t>
      </w:r>
      <w:r>
        <w:t xml:space="preserve"> Is</w:t>
      </w:r>
      <w:r>
        <w:t xml:space="preserve"> that</w:t>
      </w:r>
      <w:r>
        <w:t xml:space="preserve"> right?</w:t>
        <w:br/>
        <w:t>你支持哪支球队</w:t>
      </w:r>
      <w:r>
        <w:t xml:space="preserve"> </w:t>
      </w:r>
      <w:r>
        <w:t xml:space="preserve"> -</w:t>
      </w:r>
      <w:r>
        <w:t xml:space="preserve"> 洋基队</w:t>
      </w:r>
      <w:r>
        <w:t xml:space="preserve"> 你呢?</w:t>
        <w:br/>
        <w:t>Who's</w:t>
      </w:r>
      <w:r>
        <w:t xml:space="preserve"> your</w:t>
      </w:r>
      <w:r>
        <w:t xml:space="preserve"> team?</w:t>
      </w:r>
      <w:r>
        <w:t xml:space="preserve"> -</w:t>
      </w:r>
      <w:r>
        <w:t xml:space="preserve"> Yankees.</w:t>
      </w:r>
      <w:r>
        <w:t xml:space="preserve"> You?</w:t>
        <w:br/>
        <w:t>小熊队</w:t>
      </w:r>
      <w:r>
        <w:t xml:space="preserve"> -</w:t>
      </w:r>
      <w:r>
        <w:t xml:space="preserve"> 总是可以明年再战嘛</w:t>
        <w:br/>
        <w:t>Cubs.</w:t>
      </w:r>
      <w:r>
        <w:t xml:space="preserve"> -</w:t>
      </w:r>
      <w:r>
        <w:t xml:space="preserve"> There's</w:t>
      </w:r>
      <w:r>
        <w:t xml:space="preserve"> always</w:t>
      </w:r>
      <w:r>
        <w:t xml:space="preserve"> next</w:t>
      </w:r>
      <w:r>
        <w:t xml:space="preserve"> year.</w:t>
        <w:br/>
        <w:t>我去看看能不能给你们兄弟几个</w:t>
      </w:r>
      <w:r>
        <w:t xml:space="preserve"> 找点帐篷</w:t>
      </w:r>
      <w:r>
        <w:t xml:space="preserve"> 生个火</w:t>
        <w:br/>
        <w:t>So</w:t>
      </w:r>
      <w:r>
        <w:t xml:space="preserve"> I'll</w:t>
      </w:r>
      <w:r>
        <w:t xml:space="preserve"> see</w:t>
      </w:r>
      <w:r>
        <w:t xml:space="preserve"> if</w:t>
      </w:r>
      <w:r>
        <w:t xml:space="preserve"> we</w:t>
      </w:r>
      <w:r>
        <w:t xml:space="preserve"> can</w:t>
      </w:r>
      <w:r>
        <w:t xml:space="preserve"> find</w:t>
      </w:r>
      <w:r>
        <w:t xml:space="preserve"> you</w:t>
      </w:r>
      <w:r>
        <w:t xml:space="preserve"> boys</w:t>
      </w:r>
      <w:r>
        <w:t xml:space="preserve"> some</w:t>
      </w:r>
      <w:r>
        <w:t xml:space="preserve"> tents</w:t>
      </w:r>
      <w:r>
        <w:t xml:space="preserve"> with</w:t>
      </w:r>
      <w:r>
        <w:t xml:space="preserve"> some</w:t>
      </w:r>
      <w:r>
        <w:t xml:space="preserve"> fires</w:t>
      </w:r>
      <w:r>
        <w:t xml:space="preserve"> going.</w:t>
        <w:br/>
        <w:t>先提个醒</w:t>
      </w:r>
      <w:r>
        <w:t xml:space="preserve"> 通常生不了火</w:t>
        <w:br/>
        <w:t>I'm</w:t>
      </w:r>
      <w:r>
        <w:t xml:space="preserve"> warning</w:t>
      </w:r>
      <w:r>
        <w:t xml:space="preserve"> you,</w:t>
      </w:r>
      <w:r>
        <w:t xml:space="preserve"> most</w:t>
      </w:r>
      <w:r>
        <w:t xml:space="preserve"> of</w:t>
      </w:r>
      <w:r>
        <w:t xml:space="preserve"> them</w:t>
      </w:r>
      <w:r>
        <w:t xml:space="preserve"> don't.</w:t>
        <w:br/>
        <w:t>没关系</w:t>
      </w:r>
      <w:r>
        <w:t xml:space="preserve"> 能避开雪就不错了</w:t>
        <w:br/>
        <w:t>That's</w:t>
      </w:r>
      <w:r>
        <w:t xml:space="preserve"> okay.</w:t>
      </w:r>
      <w:r>
        <w:t xml:space="preserve"> Happy</w:t>
      </w:r>
      <w:r>
        <w:t xml:space="preserve"> enough</w:t>
      </w:r>
      <w:r>
        <w:t xml:space="preserve"> to</w:t>
      </w:r>
      <w:r>
        <w:t xml:space="preserve"> just</w:t>
      </w:r>
      <w:r>
        <w:t xml:space="preserve"> get</w:t>
      </w:r>
      <w:r>
        <w:t xml:space="preserve"> out</w:t>
      </w:r>
      <w:r>
        <w:t xml:space="preserve"> of</w:t>
      </w:r>
      <w:r>
        <w:t xml:space="preserve"> the</w:t>
      </w:r>
      <w:r>
        <w:t xml:space="preserve"> snow.</w:t>
        <w:br/>
        <w:t>将军说他能带你去机场</w:t>
        <w:br/>
        <w:t>The</w:t>
      </w:r>
      <w:r>
        <w:t xml:space="preserve"> general</w:t>
      </w:r>
      <w:r>
        <w:t xml:space="preserve"> says</w:t>
      </w:r>
      <w:r>
        <w:t xml:space="preserve"> that</w:t>
      </w:r>
      <w:r>
        <w:t xml:space="preserve"> he</w:t>
      </w:r>
      <w:r>
        <w:t xml:space="preserve"> can</w:t>
      </w:r>
      <w:r>
        <w:t xml:space="preserve"> take</w:t>
      </w:r>
      <w:r>
        <w:t xml:space="preserve"> at</w:t>
      </w:r>
      <w:r>
        <w:t xml:space="preserve"> airport</w:t>
        <w:br/>
        <w:t>在巴拉诺维奇</w:t>
        <w:br/>
        <w:t>at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Baranavichy,</w:t>
        <w:br/>
        <w:t>搭飞机去莫斯科</w:t>
        <w:br/>
        <w:t>for</w:t>
      </w:r>
      <w:r>
        <w:t xml:space="preserve"> a</w:t>
      </w:r>
      <w:r>
        <w:t xml:space="preserve"> flight</w:t>
      </w:r>
      <w:r>
        <w:t xml:space="preserve"> to</w:t>
      </w:r>
      <w:r>
        <w:t xml:space="preserve"> Moscow.</w:t>
        <w:br/>
        <w:t>然后再转机去英国</w:t>
        <w:br/>
        <w:t>From</w:t>
      </w:r>
      <w:r>
        <w:t xml:space="preserve"> there</w:t>
      </w:r>
      <w:r>
        <w:t xml:space="preserve"> to</w:t>
      </w:r>
      <w:r>
        <w:t xml:space="preserve"> England.</w:t>
        <w:br/>
        <w:t>他警告你</w:t>
      </w:r>
      <w:r>
        <w:t xml:space="preserve"> 这条路会危险重重</w:t>
        <w:br/>
        <w:t>He</w:t>
      </w:r>
      <w:r>
        <w:t xml:space="preserve"> warns</w:t>
      </w:r>
      <w:r>
        <w:t xml:space="preserve"> you</w:t>
      </w:r>
      <w:r>
        <w:t xml:space="preserve"> that</w:t>
      </w:r>
      <w:r>
        <w:t xml:space="preserve"> the</w:t>
      </w:r>
      <w:r>
        <w:t xml:space="preserve"> road</w:t>
      </w:r>
      <w:r>
        <w:t xml:space="preserve"> is</w:t>
      </w:r>
      <w:r>
        <w:t xml:space="preserve"> going</w:t>
      </w:r>
      <w:r>
        <w:t xml:space="preserve"> to</w:t>
      </w:r>
      <w:r>
        <w:t xml:space="preserve"> be</w:t>
      </w:r>
      <w:r>
        <w:t xml:space="preserve"> very</w:t>
      </w:r>
      <w:r>
        <w:t xml:space="preserve"> dangerous.</w:t>
        <w:br/>
        <w:t>可能会途经德黑兰</w:t>
        <w:br/>
        <w:t>Possibly</w:t>
      </w:r>
      <w:r>
        <w:t xml:space="preserve"> via</w:t>
      </w:r>
      <w:r>
        <w:t xml:space="preserve"> Tehran.</w:t>
        <w:br/>
        <w:t>这是用来挡气味的</w:t>
        <w:br/>
        <w:t>For</w:t>
      </w:r>
      <w:r>
        <w:t xml:space="preserve"> the</w:t>
      </w:r>
      <w:r>
        <w:t xml:space="preserve"> smell.</w:t>
        <w:br/>
        <w:t>前面有辆车掉了一个轮子</w:t>
        <w:br/>
        <w:t>There</w:t>
      </w:r>
      <w:r>
        <w:t xml:space="preserve"> is</w:t>
      </w:r>
      <w:r>
        <w:t xml:space="preserve"> a</w:t>
      </w:r>
      <w:r>
        <w:t xml:space="preserve"> wagon</w:t>
      </w:r>
      <w:r>
        <w:t xml:space="preserve"> ahead</w:t>
      </w:r>
      <w:r>
        <w:t xml:space="preserve"> that</w:t>
      </w:r>
      <w:r>
        <w:t xml:space="preserve"> had</w:t>
      </w:r>
      <w:r>
        <w:t xml:space="preserve"> lost</w:t>
      </w:r>
      <w:r>
        <w:t xml:space="preserve"> its</w:t>
      </w:r>
      <w:r>
        <w:t xml:space="preserve"> wheel.</w:t>
        <w:br/>
        <w:t>他们必须修好</w:t>
        <w:br/>
        <w:t>They</w:t>
      </w:r>
      <w:r>
        <w:t xml:space="preserve"> have</w:t>
      </w:r>
      <w:r>
        <w:t xml:space="preserve"> to</w:t>
      </w:r>
      <w:r>
        <w:t xml:space="preserve"> fix</w:t>
      </w:r>
      <w:r>
        <w:t xml:space="preserve"> it.</w:t>
        <w:br/>
        <w:t>我可以走走吗?</w:t>
        <w:br/>
        <w:t>Do</w:t>
      </w:r>
      <w:r>
        <w:t xml:space="preserve"> you</w:t>
      </w:r>
      <w:r>
        <w:t xml:space="preserve"> mind</w:t>
      </w:r>
      <w:r>
        <w:t xml:space="preserve"> if</w:t>
      </w:r>
      <w:r>
        <w:t xml:space="preserve"> I...</w:t>
      </w:r>
      <w:r>
        <w:t xml:space="preserve"> if</w:t>
      </w:r>
      <w:r>
        <w:t xml:space="preserve"> I</w:t>
      </w:r>
      <w:r>
        <w:t xml:space="preserve"> stretch</w:t>
      </w:r>
      <w:r>
        <w:t xml:space="preserve"> my</w:t>
      </w:r>
      <w:r>
        <w:t xml:space="preserve"> legs?</w:t>
        <w:br/>
        <w:t>“生命的法官将为生命做出判决”</w:t>
        <w:br/>
        <w:t>"THE</w:t>
      </w:r>
      <w:r>
        <w:t xml:space="preserve"> JUDGE</w:t>
      </w:r>
      <w:r>
        <w:t xml:space="preserve"> OF</w:t>
      </w:r>
      <w:r>
        <w:t xml:space="preserve"> LIFE,</w:t>
      </w:r>
      <w:r>
        <w:t xml:space="preserve"> WILL</w:t>
      </w:r>
      <w:r>
        <w:t xml:space="preserve"> JUDGE</w:t>
      </w:r>
      <w:r>
        <w:t xml:space="preserve"> FOR</w:t>
      </w:r>
      <w:r>
        <w:t xml:space="preserve"> LIFE."</w:t>
        <w:br/>
        <w:t>我们找到了很多这样的集中营</w:t>
        <w:br/>
        <w:t>We</w:t>
      </w:r>
      <w:r>
        <w:t xml:space="preserve"> found</w:t>
      </w:r>
      <w:r>
        <w:t xml:space="preserve"> many</w:t>
      </w:r>
      <w:r>
        <w:t xml:space="preserve"> of</w:t>
      </w:r>
      <w:r>
        <w:t xml:space="preserve"> these</w:t>
      </w:r>
      <w:r>
        <w:t xml:space="preserve"> camps.</w:t>
        <w:br/>
        <w:t>我们到达之前</w:t>
      </w:r>
      <w:r>
        <w:t xml:space="preserve"> 所有人都已经死了</w:t>
      </w:r>
      <w:r>
        <w:t xml:space="preserve"> 被烧了</w:t>
        <w:br/>
        <w:t>Everyone's</w:t>
      </w:r>
      <w:r>
        <w:t xml:space="preserve"> already</w:t>
      </w:r>
      <w:r>
        <w:t xml:space="preserve"> dead</w:t>
      </w:r>
      <w:r>
        <w:t xml:space="preserve"> and</w:t>
      </w:r>
      <w:r>
        <w:t xml:space="preserve"> burned</w:t>
      </w:r>
      <w:r>
        <w:t xml:space="preserve"> before</w:t>
      </w:r>
      <w:r>
        <w:t xml:space="preserve"> we</w:t>
      </w:r>
      <w:r>
        <w:t xml:space="preserve"> arrived.</w:t>
        <w:br/>
        <w:t>还有...更多?</w:t>
        <w:br/>
        <w:t>There's...</w:t>
      </w:r>
      <w:r>
        <w:t xml:space="preserve"> There's</w:t>
      </w:r>
      <w:r>
        <w:t xml:space="preserve"> more</w:t>
      </w:r>
      <w:r>
        <w:t xml:space="preserve"> of</w:t>
      </w:r>
      <w:r>
        <w:t xml:space="preserve"> them?</w:t>
        <w:br/>
        <w:t>是的</w:t>
      </w:r>
      <w:r>
        <w:t xml:space="preserve"> 我们的同志甚至找到过</w:t>
      </w:r>
      <w:r>
        <w:t xml:space="preserve"> 比这更大的集中营</w:t>
        <w:br/>
        <w:t>Yes.</w:t>
      </w:r>
      <w:r>
        <w:t xml:space="preserve"> Our</w:t>
      </w:r>
      <w:r>
        <w:t xml:space="preserve"> comrades</w:t>
      </w:r>
      <w:r>
        <w:t xml:space="preserve"> found</w:t>
      </w:r>
      <w:r>
        <w:t xml:space="preserve"> even</w:t>
      </w:r>
      <w:r>
        <w:t xml:space="preserve"> bigger</w:t>
      </w:r>
      <w:r>
        <w:t xml:space="preserve"> camps</w:t>
      </w:r>
      <w:r>
        <w:t xml:space="preserve"> than</w:t>
      </w:r>
      <w:r>
        <w:t xml:space="preserve"> this.</w:t>
        <w:br/>
        <w:t>它们就是为了同时杀死很多人而建的</w:t>
        <w:br/>
        <w:t>They</w:t>
      </w:r>
      <w:r>
        <w:t xml:space="preserve"> were</w:t>
      </w:r>
      <w:r>
        <w:t xml:space="preserve"> built</w:t>
      </w:r>
      <w:r>
        <w:t xml:space="preserve"> for</w:t>
      </w:r>
      <w:r>
        <w:t xml:space="preserve"> killing</w:t>
      </w:r>
      <w:r>
        <w:t xml:space="preserve"> people,</w:t>
      </w:r>
      <w:r>
        <w:t xml:space="preserve"> many</w:t>
      </w:r>
      <w:r>
        <w:t xml:space="preserve"> people</w:t>
      </w:r>
      <w:r>
        <w:t xml:space="preserve"> at</w:t>
      </w:r>
      <w:r>
        <w:t xml:space="preserve"> a</w:t>
      </w:r>
      <w:r>
        <w:t xml:space="preserve"> time.</w:t>
        <w:br/>
        <w:t>波兰人</w:t>
      </w:r>
      <w:r>
        <w:t xml:space="preserve"> 苏联人</w:t>
      </w:r>
      <w:r>
        <w:t xml:space="preserve"> 主要是犹太人</w:t>
        <w:br/>
        <w:t>Poles,</w:t>
      </w:r>
      <w:r>
        <w:t xml:space="preserve"> Russians.</w:t>
      </w:r>
      <w:r>
        <w:t xml:space="preserve"> Mostly</w:t>
      </w:r>
      <w:r>
        <w:t xml:space="preserve"> Jews.</w:t>
        <w:br/>
        <w:t>那辆车挪开了</w:t>
      </w:r>
      <w:r>
        <w:t xml:space="preserve"> 我们可以继续上路了</w:t>
        <w:br/>
        <w:t>The</w:t>
      </w:r>
      <w:r>
        <w:t xml:space="preserve"> wagon,</w:t>
      </w:r>
      <w:r>
        <w:t xml:space="preserve"> it</w:t>
      </w:r>
      <w:r>
        <w:t xml:space="preserve"> is</w:t>
      </w:r>
      <w:r>
        <w:t xml:space="preserve"> clear.</w:t>
      </w:r>
      <w:r>
        <w:t xml:space="preserve"> We</w:t>
      </w:r>
      <w:r>
        <w:t xml:space="preserve"> can</w:t>
      </w:r>
      <w:r>
        <w:t xml:space="preserve"> resume.</w:t>
        <w:br/>
        <w:t>别走</w:t>
      </w:r>
      <w:r>
        <w:t xml:space="preserve"> 少校</w:t>
      </w:r>
      <w:r>
        <w:t xml:space="preserve"> 我去查查</w:t>
      </w:r>
      <w:r>
        <w:t xml:space="preserve"> 下一班去莫斯科的飞机何时起飞</w:t>
        <w:br/>
        <w:t>Stay</w:t>
      </w:r>
      <w:r>
        <w:t xml:space="preserve"> here,</w:t>
      </w:r>
      <w:r>
        <w:t xml:space="preserve"> Major,</w:t>
      </w:r>
      <w:r>
        <w:t xml:space="preserve"> and</w:t>
      </w:r>
      <w:r>
        <w:t xml:space="preserve"> I</w:t>
      </w:r>
      <w:r>
        <w:t xml:space="preserve"> will</w:t>
      </w:r>
      <w:r>
        <w:t xml:space="preserve"> find</w:t>
      </w:r>
      <w:r>
        <w:t xml:space="preserve"> out</w:t>
      </w:r>
      <w:r>
        <w:t xml:space="preserve"> when</w:t>
      </w:r>
      <w:r>
        <w:t xml:space="preserve"> the</w:t>
      </w:r>
      <w:r>
        <w:t xml:space="preserve"> next</w:t>
      </w:r>
      <w:r>
        <w:t xml:space="preserve"> plane</w:t>
      </w:r>
      <w:r>
        <w:t xml:space="preserve"> for</w:t>
      </w:r>
      <w:r>
        <w:t xml:space="preserve"> Moscow</w:t>
      </w:r>
      <w:r>
        <w:t xml:space="preserve"> leaves.</w:t>
        <w:br/>
        <w:t>谢谢你</w:t>
      </w:r>
      <w:r>
        <w:t xml:space="preserve"> 中尉</w:t>
        <w:br/>
        <w:t>Thank</w:t>
      </w:r>
      <w:r>
        <w:t xml:space="preserve"> you,</w:t>
      </w:r>
      <w:r>
        <w:t xml:space="preserve"> Lieutenant.</w:t>
        <w:br/>
        <w:t>你要去哪</w:t>
      </w:r>
      <w:r>
        <w:t xml:space="preserve"> 是回家吗?</w:t>
        <w:br/>
        <w:t>Where</w:t>
      </w:r>
      <w:r>
        <w:t xml:space="preserve"> are</w:t>
      </w:r>
      <w:r>
        <w:t xml:space="preserve"> you</w:t>
      </w:r>
      <w:r>
        <w:t xml:space="preserve"> headed?</w:t>
      </w:r>
      <w:r>
        <w:t xml:space="preserve"> Are</w:t>
      </w:r>
      <w:r>
        <w:t xml:space="preserve"> you...</w:t>
      </w:r>
      <w:r>
        <w:t xml:space="preserve"> you</w:t>
      </w:r>
      <w:r>
        <w:t xml:space="preserve"> headed</w:t>
      </w:r>
      <w:r>
        <w:t xml:space="preserve"> home?</w:t>
        <w:br/>
        <w:t>家?</w:t>
      </w:r>
      <w:r>
        <w:t xml:space="preserve"> 家人?</w:t>
        <w:br/>
        <w:t>Home?</w:t>
      </w:r>
      <w:r>
        <w:t xml:space="preserve"> Family?</w:t>
        <w:br/>
        <w:t>他说他的家人都死了</w:t>
      </w:r>
      <w:r>
        <w:t xml:space="preserve"> 埋在了他的村子里</w:t>
        <w:br/>
        <w:t>He</w:t>
      </w:r>
      <w:r>
        <w:t xml:space="preserve"> says</w:t>
      </w:r>
      <w:r>
        <w:t xml:space="preserve"> his</w:t>
      </w:r>
      <w:r>
        <w:t xml:space="preserve"> family</w:t>
      </w:r>
      <w:r>
        <w:t xml:space="preserve"> are</w:t>
      </w:r>
      <w:r>
        <w:t xml:space="preserve"> all</w:t>
      </w:r>
      <w:r>
        <w:t xml:space="preserve"> dead,</w:t>
      </w:r>
      <w:r>
        <w:t xml:space="preserve"> buried</w:t>
      </w:r>
      <w:r>
        <w:t xml:space="preserve"> in</w:t>
      </w:r>
      <w:r>
        <w:t xml:space="preserve"> his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village.</w:t>
        <w:br/>
        <w:t>他说是他亲手埋葬的</w:t>
        <w:br/>
        <w:t>He</w:t>
      </w:r>
      <w:r>
        <w:t xml:space="preserve"> said</w:t>
      </w:r>
      <w:r>
        <w:t xml:space="preserve"> he</w:t>
      </w:r>
      <w:r>
        <w:t xml:space="preserve"> buried</w:t>
      </w:r>
      <w:r>
        <w:t xml:space="preserve"> them</w:t>
      </w:r>
      <w:r>
        <w:t xml:space="preserve"> himself</w:t>
        <w:br/>
        <w:t>还有其他被德国人杀害的村民</w:t>
        <w:br/>
        <w:t>with</w:t>
      </w:r>
      <w:r>
        <w:t xml:space="preserve"> the</w:t>
      </w:r>
      <w:r>
        <w:t xml:space="preserve"> other</w:t>
      </w:r>
      <w:r>
        <w:t xml:space="preserve"> villagers</w:t>
      </w:r>
      <w:r>
        <w:t xml:space="preserve"> the</w:t>
      </w:r>
      <w:r>
        <w:t xml:space="preserve"> Germans</w:t>
      </w:r>
      <w:r>
        <w:t xml:space="preserve"> killed.</w:t>
        <w:br/>
        <w:t>德国人命令他把壕沟填满</w:t>
        <w:br/>
        <w:t>The</w:t>
      </w:r>
      <w:r>
        <w:t xml:space="preserve"> Germans,</w:t>
      </w:r>
      <w:r>
        <w:t xml:space="preserve"> they</w:t>
      </w:r>
      <w:r>
        <w:t xml:space="preserve"> ordered</w:t>
      </w:r>
      <w:r>
        <w:t xml:space="preserve"> him</w:t>
      </w:r>
      <w:r>
        <w:t xml:space="preserve"> to</w:t>
      </w:r>
      <w:r>
        <w:t xml:space="preserve"> fill</w:t>
      </w:r>
      <w:r>
        <w:t xml:space="preserve"> in</w:t>
      </w:r>
      <w:r>
        <w:t xml:space="preserve"> the</w:t>
      </w:r>
      <w:r>
        <w:t xml:space="preserve"> ditch.</w:t>
        <w:br/>
        <w:t>里面有他的妻子</w:t>
      </w:r>
      <w:r>
        <w:t xml:space="preserve"> 女儿</w:t>
      </w:r>
      <w:r>
        <w:t xml:space="preserve"> 孙辈</w:t>
        <w:br/>
        <w:t>Somewhere</w:t>
      </w:r>
      <w:r>
        <w:t xml:space="preserve"> in</w:t>
      </w:r>
      <w:r>
        <w:t xml:space="preserve"> there,</w:t>
      </w:r>
      <w:r>
        <w:t xml:space="preserve"> his</w:t>
      </w:r>
      <w:r>
        <w:t xml:space="preserve"> wife,</w:t>
      </w:r>
      <w:r>
        <w:t xml:space="preserve"> his</w:t>
      </w:r>
      <w:r>
        <w:t xml:space="preserve"> daughter,</w:t>
      </w:r>
      <w:r>
        <w:t xml:space="preserve"> his</w:t>
      </w:r>
      <w:r>
        <w:t xml:space="preserve"> grandchildren.</w:t>
        <w:br/>
        <w:t>他拿起铲子</w:t>
        <w:br/>
        <w:t>So,</w:t>
      </w:r>
      <w:r>
        <w:t xml:space="preserve"> he</w:t>
      </w:r>
      <w:r>
        <w:t xml:space="preserve"> takes</w:t>
      </w:r>
      <w:r>
        <w:t xml:space="preserve"> the</w:t>
      </w:r>
      <w:r>
        <w:t xml:space="preserve"> shovel.</w:t>
        <w:br/>
        <w:t>要想活命</w:t>
      </w:r>
      <w:r>
        <w:t xml:space="preserve"> 一个人必须做出选择</w:t>
        <w:br/>
        <w:t>To</w:t>
      </w:r>
      <w:r>
        <w:t xml:space="preserve"> live...</w:t>
      </w:r>
      <w:r>
        <w:t xml:space="preserve"> one</w:t>
      </w:r>
      <w:r>
        <w:t xml:space="preserve"> must</w:t>
      </w:r>
      <w:r>
        <w:t xml:space="preserve"> make</w:t>
      </w:r>
      <w:r>
        <w:t xml:space="preserve"> choices.</w:t>
        <w:br/>
        <w:t>他现在会去哪</w:t>
        <w:br/>
        <w:t>Where</w:t>
      </w:r>
      <w:r>
        <w:t xml:space="preserve"> will</w:t>
      </w:r>
      <w:r>
        <w:t xml:space="preserve"> he</w:t>
      </w:r>
      <w:r>
        <w:t xml:space="preserve"> go</w:t>
      </w:r>
      <w:r>
        <w:t xml:space="preserve"> now?</w:t>
        <w:br/>
        <w:t>少校</w:t>
      </w:r>
      <w:r>
        <w:t xml:space="preserve"> 去莫斯科的飞机正在登机</w:t>
        <w:br/>
        <w:t>Major,</w:t>
      </w:r>
      <w:r>
        <w:t xml:space="preserve"> the</w:t>
      </w:r>
      <w:r>
        <w:t xml:space="preserve"> plane</w:t>
      </w:r>
      <w:r>
        <w:t xml:space="preserve"> to</w:t>
      </w:r>
      <w:r>
        <w:t xml:space="preserve"> Moscow</w:t>
      </w:r>
      <w:r>
        <w:t xml:space="preserve"> is</w:t>
      </w:r>
      <w:r>
        <w:t xml:space="preserve"> boarding.</w:t>
        <w:br/>
        <w:t>与上帝同行</w:t>
        <w:br/>
        <w:t>Go</w:t>
      </w:r>
      <w:r>
        <w:t xml:space="preserve"> with</w:t>
      </w:r>
      <w:r>
        <w:t xml:space="preserve"> God.</w:t>
        <w:br/>
        <w:t>他说如果上帝存在</w:t>
      </w:r>
      <w:r>
        <w:t xml:space="preserve"> 一定已经把他忘了</w:t>
        <w:br/>
        <w:t>He</w:t>
      </w:r>
      <w:r>
        <w:t xml:space="preserve"> says</w:t>
      </w:r>
      <w:r>
        <w:t xml:space="preserve"> if</w:t>
      </w:r>
      <w:r>
        <w:t xml:space="preserve"> God</w:t>
      </w:r>
      <w:r>
        <w:t xml:space="preserve"> exists,</w:t>
      </w:r>
      <w:r>
        <w:t xml:space="preserve"> He</w:t>
      </w:r>
      <w:r>
        <w:t xml:space="preserve"> has</w:t>
      </w:r>
      <w:r>
        <w:t xml:space="preserve"> forgotten</w:t>
      </w:r>
      <w:r>
        <w:t xml:space="preserve"> him.</w:t>
        <w:br/>
        <w:t>连埋葬我们尸骨的大地都不会记得我们</w:t>
        <w:br/>
        <w:t>Not</w:t>
      </w:r>
      <w:r>
        <w:t xml:space="preserve"> even</w:t>
      </w:r>
      <w:r>
        <w:t xml:space="preserve"> the</w:t>
      </w:r>
      <w:r>
        <w:t xml:space="preserve"> earth</w:t>
      </w:r>
      <w:r>
        <w:t xml:space="preserve"> that</w:t>
      </w:r>
      <w:r>
        <w:t xml:space="preserve"> covers</w:t>
      </w:r>
      <w:r>
        <w:t xml:space="preserve"> our</w:t>
      </w:r>
      <w:r>
        <w:t xml:space="preserve"> bones</w:t>
      </w:r>
      <w:r>
        <w:t xml:space="preserve"> will</w:t>
      </w:r>
      <w:r>
        <w:t xml:space="preserve"> remember</w:t>
      </w:r>
      <w:r>
        <w:t xml:space="preserve"> us.</w:t>
        <w:br/>
        <w:t>少校...我们得走了</w:t>
      </w:r>
      <w:r>
        <w:t xml:space="preserve"> 快来</w:t>
        <w:br/>
        <w:t>Major!</w:t>
      </w:r>
      <w:r>
        <w:t xml:space="preserve"> Major,</w:t>
      </w:r>
      <w:r>
        <w:t xml:space="preserve"> we</w:t>
      </w:r>
      <w:r>
        <w:t xml:space="preserve"> must</w:t>
      </w:r>
      <w:r>
        <w:t xml:space="preserve"> go.</w:t>
      </w:r>
      <w:r>
        <w:t xml:space="preserve"> Come,</w:t>
      </w:r>
      <w:r>
        <w:t xml:space="preserve"> hurry.</w:t>
        <w:br/>
        <w:t>走吧</w:t>
        <w:br/>
        <w:t>Let's</w:t>
      </w:r>
      <w:r>
        <w:t xml:space="preserve"> go.</w:t>
        <w:br/>
        <w:t>他怎么说?</w:t>
        <w:br/>
        <w:t>What</w:t>
      </w:r>
      <w:r>
        <w:t xml:space="preserve"> did</w:t>
      </w:r>
      <w:r>
        <w:t xml:space="preserve"> he</w:t>
      </w:r>
      <w:r>
        <w:t xml:space="preserve"> say?</w:t>
        <w:br/>
        <w:t>德国人想要领先盟军一步</w:t>
        <w:br/>
        <w:t>The</w:t>
      </w:r>
      <w:r>
        <w:t xml:space="preserve"> Germans</w:t>
      </w:r>
      <w:r>
        <w:t xml:space="preserve"> want</w:t>
      </w:r>
      <w:r>
        <w:t xml:space="preserve"> to</w:t>
      </w:r>
      <w:r>
        <w:t xml:space="preserve"> stay</w:t>
      </w:r>
      <w:r>
        <w:t xml:space="preserve"> ahead</w:t>
      </w:r>
      <w:r>
        <w:t xml:space="preserve"> of</w:t>
      </w:r>
      <w:r>
        <w:t xml:space="preserve"> the</w:t>
      </w:r>
      <w:r>
        <w:t xml:space="preserve"> Allies.</w:t>
        <w:br/>
        <w:t>他们担心盟军离得太近了</w:t>
      </w:r>
      <w:r>
        <w:t xml:space="preserve"> 所以我们又要行进了</w:t>
        <w:br/>
        <w:t>They're</w:t>
      </w:r>
      <w:r>
        <w:t xml:space="preserve"> worried</w:t>
      </w:r>
      <w:r>
        <w:t xml:space="preserve"> they're</w:t>
      </w:r>
      <w:r>
        <w:t xml:space="preserve"> getting</w:t>
      </w:r>
      <w:r>
        <w:t xml:space="preserve"> too</w:t>
      </w:r>
      <w:r>
        <w:t xml:space="preserve"> close</w:t>
      </w:r>
      <w:r>
        <w:t xml:space="preserve"> again,</w:t>
      </w:r>
      <w:r>
        <w:t xml:space="preserve"> so</w:t>
      </w:r>
      <w:r>
        <w:t xml:space="preserve"> another</w:t>
      </w:r>
      <w:r>
        <w:t xml:space="preserve"> march.</w:t>
        <w:br/>
        <w:t>19点整出发</w:t>
        <w:br/>
        <w:t>We</w:t>
      </w:r>
      <w:r>
        <w:t xml:space="preserve"> leave</w:t>
      </w:r>
      <w:r>
        <w:t xml:space="preserve"> at</w:t>
      </w:r>
      <w:r>
        <w:t xml:space="preserve"> 1900</w:t>
      </w:r>
      <w:r>
        <w:t xml:space="preserve"> hours.</w:t>
        <w:br/>
        <w:t>又要晚上行进?</w:t>
        <w:br/>
        <w:t>Another</w:t>
      </w:r>
      <w:r>
        <w:t xml:space="preserve"> night</w:t>
      </w:r>
      <w:r>
        <w:t xml:space="preserve"> march?</w:t>
        <w:br/>
        <w:t>是</w:t>
      </w:r>
      <w:r>
        <w:t xml:space="preserve"> 但我跟他们说一晚上最多走20公里</w:t>
        <w:br/>
        <w:t>Yeah,</w:t>
      </w:r>
      <w:r>
        <w:t xml:space="preserve"> but</w:t>
      </w:r>
      <w:r>
        <w:t xml:space="preserve"> I</w:t>
      </w:r>
      <w:r>
        <w:t xml:space="preserve"> told</w:t>
      </w:r>
      <w:r>
        <w:t xml:space="preserve"> them</w:t>
      </w:r>
      <w:r>
        <w:t xml:space="preserve"> we</w:t>
      </w:r>
      <w:r>
        <w:t xml:space="preserve"> won't</w:t>
      </w:r>
      <w:r>
        <w:t xml:space="preserve"> go</w:t>
      </w:r>
      <w:r>
        <w:t xml:space="preserve"> more</w:t>
      </w:r>
      <w:r>
        <w:t xml:space="preserve"> than</w:t>
      </w:r>
      <w:r>
        <w:t xml:space="preserve"> 20</w:t>
      </w:r>
      <w:r>
        <w:t xml:space="preserve"> kilometers</w:t>
      </w:r>
      <w:r>
        <w:t xml:space="preserve"> a</w:t>
      </w:r>
      <w:r>
        <w:t xml:space="preserve"> night,</w:t>
        <w:br/>
        <w:t>他们同意了</w:t>
        <w:br/>
        <w:t>and</w:t>
      </w:r>
      <w:r>
        <w:t xml:space="preserve"> they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agreed.</w:t>
        <w:br/>
        <w:t>把话传下去</w:t>
        <w:br/>
        <w:t>Spread</w:t>
      </w:r>
      <w:r>
        <w:t xml:space="preserve"> the</w:t>
      </w:r>
      <w:r>
        <w:t xml:space="preserve"> word.</w:t>
        <w:br/>
        <w:t>卜派说明天要带我们跨过多瑙河</w:t>
        <w:br/>
        <w:t>Popeye's</w:t>
      </w:r>
      <w:r>
        <w:t xml:space="preserve"> saying</w:t>
      </w:r>
      <w:r>
        <w:t xml:space="preserve"> they're</w:t>
      </w:r>
      <w:r>
        <w:t xml:space="preserve"> taking</w:t>
      </w:r>
      <w:r>
        <w:t xml:space="preserve"> us</w:t>
      </w:r>
      <w:r>
        <w:t xml:space="preserve"> across</w:t>
      </w:r>
      <w:r>
        <w:t xml:space="preserve"> the</w:t>
      </w:r>
      <w:r>
        <w:t xml:space="preserve"> Danube</w:t>
      </w:r>
      <w:r>
        <w:t xml:space="preserve"> tomorrow.</w:t>
        <w:br/>
        <w:t>我们要么今晚行动</w:t>
      </w:r>
      <w:r>
        <w:t xml:space="preserve"> 要么就作罢</w:t>
        <w:br/>
        <w:t>We</w:t>
      </w:r>
      <w:r>
        <w:t xml:space="preserve"> move</w:t>
      </w:r>
      <w:r>
        <w:t xml:space="preserve"> tonight</w:t>
      </w:r>
      <w:r>
        <w:t xml:space="preserve"> or</w:t>
      </w:r>
      <w:r>
        <w:t xml:space="preserve"> we</w:t>
      </w:r>
      <w:r>
        <w:t xml:space="preserve"> don't</w:t>
      </w:r>
      <w:r>
        <w:t xml:space="preserve"> move</w:t>
      </w:r>
      <w:r>
        <w:t xml:space="preserve"> at</w:t>
      </w:r>
      <w:r>
        <w:t xml:space="preserve"> all.</w:t>
        <w:br/>
        <w:t>今晚</w:t>
      </w:r>
      <w:r>
        <w:t xml:space="preserve"> </w:t>
      </w:r>
      <w:r>
        <w:t xml:space="preserve"> -</w:t>
      </w:r>
      <w:r>
        <w:t xml:space="preserve"> 今晚</w:t>
        <w:br/>
        <w:t>Tonight?</w:t>
      </w:r>
      <w:r>
        <w:t xml:space="preserve"> -</w:t>
      </w:r>
      <w:r>
        <w:t xml:space="preserve"> Tonight.</w:t>
        <w:br/>
        <w:t>之后就没机会逃跑了</w:t>
      </w:r>
      <w:r>
        <w:t xml:space="preserve"> 盖尔</w:t>
        <w:br/>
        <w:t>We</w:t>
      </w:r>
      <w:r>
        <w:t xml:space="preserve"> won't</w:t>
      </w:r>
      <w:r>
        <w:t xml:space="preserve"> be</w:t>
      </w:r>
      <w:r>
        <w:t xml:space="preserve"> able</w:t>
      </w:r>
      <w:r>
        <w:t xml:space="preserve"> to</w:t>
      </w:r>
      <w:r>
        <w:t xml:space="preserve"> make</w:t>
      </w:r>
      <w:r>
        <w:t xml:space="preserve"> a</w:t>
      </w:r>
      <w:r>
        <w:t xml:space="preserve"> run</w:t>
      </w:r>
      <w:r>
        <w:t xml:space="preserve"> for</w:t>
      </w:r>
      <w:r>
        <w:t xml:space="preserve"> it</w:t>
      </w:r>
      <w:r>
        <w:t xml:space="preserve"> after</w:t>
      </w:r>
      <w:r>
        <w:t xml:space="preserve"> that,</w:t>
      </w:r>
      <w:r>
        <w:t xml:space="preserve"> Gale.</w:t>
        <w:br/>
        <w:t>河太宽了</w:t>
      </w:r>
      <w:r>
        <w:t xml:space="preserve"> 过去就回不来了</w:t>
        <w:br/>
        <w:t>The</w:t>
      </w:r>
      <w:r>
        <w:t xml:space="preserve"> river's</w:t>
      </w:r>
      <w:r>
        <w:t xml:space="preserve"> too</w:t>
      </w:r>
      <w:r>
        <w:t xml:space="preserve"> damn</w:t>
      </w:r>
      <w:r>
        <w:t xml:space="preserve"> big</w:t>
      </w:r>
      <w:r>
        <w:t xml:space="preserve"> to</w:t>
      </w:r>
      <w:r>
        <w:t xml:space="preserve"> get</w:t>
      </w:r>
      <w:r>
        <w:t xml:space="preserve"> back</w:t>
      </w:r>
      <w:r>
        <w:t xml:space="preserve"> to</w:t>
      </w:r>
      <w:r>
        <w:t xml:space="preserve"> this</w:t>
      </w:r>
      <w:r>
        <w:t xml:space="preserve"> side.</w:t>
        <w:br/>
        <w:t>听着</w:t>
      </w:r>
      <w:r>
        <w:t xml:space="preserve"> 大家已经开始分组</w:t>
        <w:br/>
        <w:t>Listen,</w:t>
      </w:r>
      <w:r>
        <w:t xml:space="preserve"> guys</w:t>
      </w:r>
      <w:r>
        <w:t xml:space="preserve"> are</w:t>
      </w:r>
      <w:r>
        <w:t xml:space="preserve"> starting</w:t>
      </w:r>
      <w:r>
        <w:t xml:space="preserve"> to</w:t>
      </w:r>
      <w:r>
        <w:t xml:space="preserve"> break</w:t>
      </w:r>
      <w:r>
        <w:t xml:space="preserve"> out</w:t>
      </w:r>
      <w:r>
        <w:t xml:space="preserve"> into</w:t>
      </w:r>
      <w:r>
        <w:t xml:space="preserve"> groups.</w:t>
        <w:br/>
        <w:t>巴克</w:t>
      </w:r>
      <w:r>
        <w:t xml:space="preserve"> 如果我们组只有几个人</w:t>
      </w:r>
      <w:r>
        <w:t xml:space="preserve"> 我</w:t>
      </w:r>
      <w:r>
        <w:t xml:space="preserve"> 你</w:t>
      </w:r>
      <w:r>
        <w:t xml:space="preserve"> 乔治</w:t>
      </w:r>
      <w:r>
        <w:t xml:space="preserve"> 阿林</w:t>
        <w:br/>
        <w:t>Buck,</w:t>
      </w:r>
      <w:r>
        <w:t xml:space="preserve"> if</w:t>
      </w:r>
      <w:r>
        <w:t xml:space="preserve"> we</w:t>
      </w:r>
      <w:r>
        <w:t xml:space="preserve"> keep</w:t>
      </w:r>
      <w:r>
        <w:t xml:space="preserve"> it</w:t>
      </w:r>
      <w:r>
        <w:t xml:space="preserve"> tight...</w:t>
      </w:r>
      <w:r>
        <w:t xml:space="preserve"> me,</w:t>
      </w:r>
      <w:r>
        <w:t xml:space="preserve"> you,</w:t>
      </w:r>
      <w:r>
        <w:t xml:space="preserve"> George,</w:t>
      </w:r>
      <w:r>
        <w:t xml:space="preserve"> Aring...</w:t>
        <w:br/>
        <w:t>逃走时就更不易被发现</w:t>
        <w:br/>
        <w:t>you</w:t>
      </w:r>
      <w:r>
        <w:t xml:space="preserve"> know,</w:t>
      </w:r>
      <w:r>
        <w:t xml:space="preserve"> it's</w:t>
      </w:r>
      <w:r>
        <w:t xml:space="preserve"> a</w:t>
      </w:r>
      <w:r>
        <w:t xml:space="preserve"> better</w:t>
      </w:r>
      <w:r>
        <w:t xml:space="preserve"> chance</w:t>
      </w:r>
      <w:r>
        <w:t xml:space="preserve"> to</w:t>
      </w:r>
      <w:r>
        <w:t xml:space="preserve"> move</w:t>
      </w:r>
      <w:r>
        <w:t xml:space="preserve"> unseen.</w:t>
        <w:br/>
        <w:t>P51战机</w:t>
      </w:r>
      <w:r>
        <w:t xml:space="preserve"> -</w:t>
      </w:r>
      <w:r>
        <w:t xml:space="preserve"> 把烟和火炬都灭了</w:t>
        <w:br/>
        <w:t>P-51!</w:t>
      </w:r>
      <w:r>
        <w:t xml:space="preserve"> -</w:t>
      </w:r>
      <w:r>
        <w:t xml:space="preserve"> Cigarettes</w:t>
      </w:r>
      <w:r>
        <w:t xml:space="preserve"> and</w:t>
      </w:r>
      <w:r>
        <w:t xml:space="preserve"> torches,</w:t>
      </w:r>
      <w:r>
        <w:t xml:space="preserve"> put</w:t>
      </w:r>
      <w:r>
        <w:t xml:space="preserve"> 'em</w:t>
      </w:r>
      <w:r>
        <w:t xml:space="preserve"> all</w:t>
      </w:r>
      <w:r>
        <w:t xml:space="preserve"> out!</w:t>
        <w:br/>
        <w:t>快灭掉</w:t>
        <w:br/>
        <w:t>Put</w:t>
      </w:r>
      <w:r>
        <w:t xml:space="preserve"> those</w:t>
      </w:r>
      <w:r>
        <w:t xml:space="preserve"> out!</w:t>
        <w:br/>
        <w:t>格兰尼茨</w:t>
      </w:r>
      <w:r>
        <w:t xml:space="preserve"> 我们跟你说了</w:t>
      </w:r>
      <w:r>
        <w:t xml:space="preserve"> 绝对不能晚上行进</w:t>
        <w:br/>
        <w:t>Glemnitz!</w:t>
      </w:r>
      <w:r>
        <w:t xml:space="preserve"> We</w:t>
      </w:r>
      <w:r>
        <w:t xml:space="preserve"> told</w:t>
      </w:r>
      <w:r>
        <w:t xml:space="preserve"> you</w:t>
      </w:r>
      <w:r>
        <w:t xml:space="preserve"> we</w:t>
      </w:r>
      <w:r>
        <w:t xml:space="preserve"> had</w:t>
      </w:r>
      <w:r>
        <w:t xml:space="preserve"> to</w:t>
      </w:r>
      <w:r>
        <w:t xml:space="preserve"> stop</w:t>
      </w:r>
      <w:r>
        <w:t xml:space="preserve"> marching</w:t>
      </w:r>
      <w:r>
        <w:t xml:space="preserve"> at</w:t>
      </w:r>
      <w:r>
        <w:t xml:space="preserve"> night.</w:t>
        <w:br/>
        <w:t>我们被自己人的飞机攻击了</w:t>
        <w:br/>
        <w:t>We're</w:t>
      </w:r>
      <w:r>
        <w:t xml:space="preserve"> being</w:t>
      </w:r>
      <w:r>
        <w:t xml:space="preserve"> attacked</w:t>
      </w:r>
      <w:r>
        <w:t xml:space="preserve"> by</w:t>
      </w:r>
      <w:r>
        <w:t xml:space="preserve"> our</w:t>
      </w:r>
      <w:r>
        <w:t xml:space="preserve"> own</w:t>
      </w:r>
      <w:r>
        <w:t xml:space="preserve"> goddamn</w:t>
      </w:r>
      <w:r>
        <w:t xml:space="preserve"> planes.</w:t>
        <w:br/>
        <w:t>这不安全</w:t>
      </w:r>
      <w:r>
        <w:t xml:space="preserve"> 都跟你说了不安全</w:t>
      </w:r>
      <w:r>
        <w:t xml:space="preserve"> -</w:t>
      </w:r>
      <w:r>
        <w:t xml:space="preserve"> 巴基</w:t>
      </w:r>
      <w:r>
        <w:t xml:space="preserve"> 冷静点</w:t>
        <w:br/>
        <w:t>It's</w:t>
      </w:r>
      <w:r>
        <w:t xml:space="preserve"> not</w:t>
      </w:r>
      <w:r>
        <w:t xml:space="preserve"> safe.</w:t>
      </w:r>
      <w:r>
        <w:t xml:space="preserve"> We</w:t>
      </w:r>
      <w:r>
        <w:t xml:space="preserve"> told</w:t>
      </w:r>
      <w:r>
        <w:t xml:space="preserve"> you</w:t>
      </w:r>
      <w:r>
        <w:t xml:space="preserve"> it's</w:t>
      </w:r>
      <w:r>
        <w:t xml:space="preserve"> not</w:t>
      </w:r>
      <w:r>
        <w:t xml:space="preserve"> safe.</w:t>
      </w:r>
      <w:r>
        <w:t xml:space="preserve"> -</w:t>
      </w:r>
      <w:r>
        <w:t xml:space="preserve"> Bucky,</w:t>
      </w:r>
      <w:r>
        <w:t xml:space="preserve"> calm</w:t>
      </w:r>
      <w:r>
        <w:t xml:space="preserve"> down!</w:t>
        <w:br/>
        <w:t>这不安全</w:t>
      </w:r>
      <w:r>
        <w:t xml:space="preserve"> 跟你说过了</w:t>
      </w:r>
      <w:r>
        <w:t xml:space="preserve"> -</w:t>
      </w:r>
      <w:r>
        <w:t xml:space="preserve"> 约翰</w:t>
      </w:r>
      <w:r>
        <w:t xml:space="preserve"> 看着我...</w:t>
        <w:br/>
        <w:t>It's</w:t>
      </w:r>
      <w:r>
        <w:t xml:space="preserve"> not</w:t>
      </w:r>
      <w:r>
        <w:t xml:space="preserve"> goddamn</w:t>
      </w:r>
      <w:r>
        <w:t xml:space="preserve"> safe.</w:t>
      </w:r>
      <w:r>
        <w:t xml:space="preserve"> We</w:t>
      </w:r>
      <w:r>
        <w:t xml:space="preserve"> told</w:t>
      </w:r>
      <w:r>
        <w:t xml:space="preserve"> you.</w:t>
      </w:r>
      <w:r>
        <w:t xml:space="preserve"> -</w:t>
      </w:r>
      <w:r>
        <w:t xml:space="preserve"> John,</w:t>
      </w:r>
      <w:r>
        <w:t xml:space="preserve"> look</w:t>
      </w:r>
      <w:r>
        <w:t xml:space="preserve"> at</w:t>
      </w:r>
      <w:r>
        <w:t xml:space="preserve"> me.</w:t>
      </w:r>
      <w:r>
        <w:t xml:space="preserve"> Look</w:t>
      </w:r>
      <w:r>
        <w:t xml:space="preserve"> at</w:t>
      </w:r>
      <w:r>
        <w:t xml:space="preserve"> me.</w:t>
        <w:br/>
        <w:t>看着我</w:t>
      </w:r>
      <w:r>
        <w:t xml:space="preserve"> 我参加</w:t>
        <w:br/>
        <w:t>Look</w:t>
      </w:r>
      <w:r>
        <w:t xml:space="preserve"> at</w:t>
      </w:r>
      <w:r>
        <w:t xml:space="preserve"> me.</w:t>
      </w:r>
      <w:r>
        <w:t xml:space="preserve"> I'm</w:t>
      </w:r>
      <w:r>
        <w:t xml:space="preserve"> in.</w:t>
        <w:br/>
        <w:t>我们今晚逃跑</w:t>
        <w:br/>
        <w:t>We</w:t>
      </w:r>
      <w:r>
        <w:t xml:space="preserve"> make</w:t>
      </w:r>
      <w:r>
        <w:t xml:space="preserve"> a</w:t>
      </w:r>
      <w:r>
        <w:t xml:space="preserve"> run</w:t>
      </w:r>
      <w:r>
        <w:t xml:space="preserve"> for</w:t>
      </w:r>
      <w:r>
        <w:t xml:space="preserve"> it</w:t>
      </w:r>
      <w:r>
        <w:t xml:space="preserve"> tonight.</w:t>
        <w:br/>
        <w:t>冷静点</w:t>
      </w:r>
      <w:r>
        <w:t xml:space="preserve"> 免得他们一枪打死你</w:t>
        <w:br/>
        <w:t>Calm</w:t>
      </w:r>
      <w:r>
        <w:t xml:space="preserve"> down</w:t>
      </w:r>
      <w:r>
        <w:t xml:space="preserve"> before</w:t>
      </w:r>
      <w:r>
        <w:t xml:space="preserve"> they</w:t>
      </w:r>
      <w:r>
        <w:t xml:space="preserve"> put</w:t>
      </w:r>
      <w:r>
        <w:t xml:space="preserve"> a</w:t>
      </w:r>
      <w:r>
        <w:t xml:space="preserve"> bullet</w:t>
      </w:r>
      <w:r>
        <w:t xml:space="preserve"> in</w:t>
      </w:r>
      <w:r>
        <w:t xml:space="preserve"> your</w:t>
      </w:r>
      <w:r>
        <w:t xml:space="preserve"> head.</w:t>
        <w:br/>
        <w:t>动起来</w:t>
      </w:r>
      <w:r>
        <w:t xml:space="preserve"> 行进...</w:t>
        <w:br/>
        <w:t>Move</w:t>
      </w:r>
      <w:r>
        <w:t xml:space="preserve"> it!</w:t>
      </w:r>
      <w:r>
        <w:t xml:space="preserve"> March,</w:t>
      </w:r>
      <w:r>
        <w:t xml:space="preserve"> march,</w:t>
      </w:r>
      <w:r>
        <w:t xml:space="preserve"> march!</w:t>
        <w:br/>
        <w:t>鲍勃</w:t>
      </w:r>
      <w:r>
        <w:t xml:space="preserve"> 去跟西门莱特说</w:t>
      </w:r>
      <w:r>
        <w:t xml:space="preserve"> 20公里走完了</w:t>
        <w:br/>
        <w:t>Bob,</w:t>
      </w:r>
      <w:r>
        <w:t xml:space="preserve"> go</w:t>
      </w:r>
      <w:r>
        <w:t xml:space="preserve"> tell</w:t>
      </w:r>
      <w:r>
        <w:t xml:space="preserve"> Simoleit</w:t>
      </w:r>
      <w:r>
        <w:t xml:space="preserve"> we've</w:t>
      </w:r>
      <w:r>
        <w:t xml:space="preserve"> done</w:t>
      </w:r>
      <w:r>
        <w:t xml:space="preserve"> our</w:t>
      </w:r>
      <w:r>
        <w:t xml:space="preserve"> 20</w:t>
      </w:r>
      <w:r>
        <w:t xml:space="preserve"> kilometers.</w:t>
        <w:br/>
        <w:t>我们就在这里停下</w:t>
        <w:br/>
        <w:t>We're</w:t>
      </w:r>
      <w:r>
        <w:t xml:space="preserve"> stopping</w:t>
      </w:r>
      <w:r>
        <w:t xml:space="preserve"> here</w:t>
      </w:r>
      <w:r>
        <w:t xml:space="preserve"> and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now.</w:t>
        <w:br/>
        <w:t>是</w:t>
      </w:r>
      <w:r>
        <w:t xml:space="preserve"> 长官</w:t>
        <w:br/>
        <w:t>Yes,</w:t>
      </w:r>
      <w:r>
        <w:t xml:space="preserve"> sir.</w:t>
        <w:br/>
        <w:t>克莱斯基</w:t>
      </w:r>
      <w:r>
        <w:t xml:space="preserve"> 蒂勒</w:t>
      </w:r>
      <w:r>
        <w:t xml:space="preserve"> 你们去找临时扎营地</w:t>
        <w:br/>
        <w:t>Korlesky,</w:t>
      </w:r>
      <w:r>
        <w:t xml:space="preserve"> Tiller,</w:t>
      </w:r>
      <w:r>
        <w:t xml:space="preserve"> I</w:t>
      </w:r>
      <w:r>
        <w:t xml:space="preserve"> want</w:t>
      </w:r>
      <w:r>
        <w:t xml:space="preserve"> you</w:t>
      </w:r>
      <w:r>
        <w:t xml:space="preserve"> to</w:t>
      </w:r>
      <w:r>
        <w:t xml:space="preserve"> scout</w:t>
      </w:r>
      <w:r>
        <w:t xml:space="preserve"> for</w:t>
      </w:r>
      <w:r>
        <w:t xml:space="preserve"> billets.</w:t>
        <w:br/>
        <w:t>废弃建筑</w:t>
      </w:r>
      <w:r>
        <w:t xml:space="preserve"> 教堂</w:t>
      </w:r>
      <w:r>
        <w:t xml:space="preserve"> 学校</w:t>
      </w:r>
      <w:r>
        <w:t xml:space="preserve"> 什么都行</w:t>
        <w:br/>
        <w:t>Abandoned</w:t>
      </w:r>
      <w:r>
        <w:t xml:space="preserve"> buildings...</w:t>
      </w:r>
      <w:r>
        <w:t xml:space="preserve"> Church,</w:t>
      </w:r>
      <w:r>
        <w:t xml:space="preserve"> school.</w:t>
      </w:r>
      <w:r>
        <w:t xml:space="preserve"> Whatever</w:t>
      </w:r>
      <w:r>
        <w:t xml:space="preserve"> you</w:t>
      </w:r>
      <w:r>
        <w:t xml:space="preserve"> can</w:t>
      </w:r>
      <w:r>
        <w:t xml:space="preserve"> find.</w:t>
        <w:br/>
        <w:t>杰斐逊的地图显示</w:t>
      </w:r>
      <w:r>
        <w:t xml:space="preserve"> 西北方向几公里处应该有个森林</w:t>
        <w:br/>
        <w:t>According</w:t>
      </w:r>
      <w:r>
        <w:t xml:space="preserve"> to</w:t>
      </w:r>
      <w:r>
        <w:t xml:space="preserve"> Jefferson's</w:t>
      </w:r>
      <w:r>
        <w:t xml:space="preserve"> map,</w:t>
      </w:r>
      <w:r>
        <w:t xml:space="preserve"> there's</w:t>
      </w:r>
      <w:r>
        <w:t xml:space="preserve"> a</w:t>
      </w:r>
      <w:r>
        <w:t xml:space="preserve"> forest</w:t>
      </w:r>
      <w:r>
        <w:t xml:space="preserve"> a</w:t>
      </w:r>
      <w:r>
        <w:t xml:space="preserve"> few</w:t>
      </w:r>
      <w:r>
        <w:t xml:space="preserve"> miles</w:t>
      </w:r>
      <w:r>
        <w:t xml:space="preserve"> northwest.</w:t>
        <w:br/>
        <w:t>如果我们能跑那么远</w:t>
      </w:r>
      <w:r>
        <w:t xml:space="preserve"> 应该能很好地藏匿起来</w:t>
        <w:br/>
        <w:t>If</w:t>
      </w:r>
      <w:r>
        <w:t xml:space="preserve"> we</w:t>
      </w:r>
      <w:r>
        <w:t xml:space="preserve"> make</w:t>
      </w:r>
      <w:r>
        <w:t xml:space="preserve"> it</w:t>
      </w:r>
      <w:r>
        <w:t xml:space="preserve"> that</w:t>
      </w:r>
      <w:r>
        <w:t xml:space="preserve"> far,</w:t>
      </w:r>
      <w:r>
        <w:t xml:space="preserve"> we</w:t>
      </w:r>
      <w:r>
        <w:t xml:space="preserve"> should</w:t>
      </w:r>
      <w:r>
        <w:t xml:space="preserve"> be</w:t>
      </w:r>
      <w:r>
        <w:t xml:space="preserve"> pretty</w:t>
      </w:r>
      <w:r>
        <w:t xml:space="preserve"> well</w:t>
      </w:r>
      <w:r>
        <w:t xml:space="preserve"> covered.</w:t>
        <w:br/>
        <w:t>我们能跑那么远的</w:t>
        <w:br/>
        <w:t>We'll</w:t>
      </w:r>
      <w:r>
        <w:t xml:space="preserve"> make</w:t>
      </w:r>
      <w:r>
        <w:t xml:space="preserve"> it</w:t>
      </w:r>
      <w:r>
        <w:t xml:space="preserve"> that</w:t>
      </w:r>
      <w:r>
        <w:t xml:space="preserve"> far.</w:t>
        <w:br/>
        <w:t>我说我们往那边跑</w:t>
        <w:br/>
        <w:t>I</w:t>
      </w:r>
      <w:r>
        <w:t xml:space="preserve"> say</w:t>
      </w:r>
      <w:r>
        <w:t xml:space="preserve"> we</w:t>
      </w:r>
      <w:r>
        <w:t xml:space="preserve"> head</w:t>
      </w:r>
      <w:r>
        <w:t xml:space="preserve"> down</w:t>
      </w:r>
      <w:r>
        <w:t xml:space="preserve"> that</w:t>
      </w:r>
      <w:r>
        <w:t xml:space="preserve"> way,</w:t>
        <w:br/>
        <w:t>趁着还有机会</w:t>
      </w:r>
      <w:r>
        <w:t xml:space="preserve"> 利用这个混乱场面</w:t>
        <w:br/>
        <w:t>take</w:t>
      </w:r>
      <w:r>
        <w:t xml:space="preserve"> advantage</w:t>
      </w:r>
      <w:r>
        <w:t xml:space="preserve"> of</w:t>
      </w:r>
      <w:r>
        <w:t xml:space="preserve"> the</w:t>
      </w:r>
      <w:r>
        <w:t xml:space="preserve"> confusion</w:t>
      </w:r>
      <w:r>
        <w:t xml:space="preserve"> while</w:t>
      </w:r>
      <w:r>
        <w:t xml:space="preserve"> we</w:t>
      </w:r>
      <w:r>
        <w:t xml:space="preserve"> still</w:t>
      </w:r>
      <w:r>
        <w:t xml:space="preserve"> can.</w:t>
        <w:br/>
        <w:t>翻过那堵墙</w:t>
        <w:br/>
        <w:t>Over</w:t>
      </w:r>
      <w:r>
        <w:t xml:space="preserve"> that</w:t>
      </w:r>
      <w:r>
        <w:t xml:space="preserve"> wall.</w:t>
        <w:br/>
        <w:t>好</w:t>
      </w:r>
      <w:r>
        <w:t xml:space="preserve"> 谁先去?</w:t>
        <w:br/>
        <w:t>All</w:t>
      </w:r>
      <w:r>
        <w:t xml:space="preserve"> right.</w:t>
      </w:r>
      <w:r>
        <w:t xml:space="preserve"> Who</w:t>
      </w:r>
      <w:r>
        <w:t xml:space="preserve"> wants</w:t>
      </w:r>
      <w:r>
        <w:t xml:space="preserve"> to</w:t>
      </w:r>
      <w:r>
        <w:t xml:space="preserve"> go</w:t>
      </w:r>
      <w:r>
        <w:t xml:space="preserve"> first?</w:t>
        <w:br/>
        <w:t>我先去</w:t>
        <w:br/>
        <w:t>I'll</w:t>
      </w:r>
      <w:r>
        <w:t xml:space="preserve"> go.</w:t>
        <w:br/>
        <w:t>好</w:t>
      </w:r>
      <w:r>
        <w:t xml:space="preserve"> 比尔</w:t>
      </w:r>
      <w:r>
        <w:t xml:space="preserve"> 去吧</w:t>
        <w:br/>
        <w:t>All</w:t>
      </w:r>
      <w:r>
        <w:t xml:space="preserve"> right,</w:t>
      </w:r>
      <w:r>
        <w:t xml:space="preserve"> Bill.</w:t>
      </w:r>
      <w:r>
        <w:t xml:space="preserve"> Go.</w:t>
        <w:br/>
        <w:t>好</w:t>
        <w:br/>
        <w:t>All</w:t>
      </w:r>
      <w:r>
        <w:t xml:space="preserve"> right.</w:t>
        <w:br/>
        <w:t>走吧</w:t>
      </w:r>
      <w:r>
        <w:t xml:space="preserve"> 我随后就来</w:t>
      </w:r>
      <w:r>
        <w:t xml:space="preserve"> -</w:t>
      </w:r>
      <w:r>
        <w:t xml:space="preserve"> 好</w:t>
        <w:br/>
        <w:t>Get</w:t>
      </w:r>
      <w:r>
        <w:t xml:space="preserve"> going.</w:t>
      </w:r>
      <w:r>
        <w:t xml:space="preserve"> I'm</w:t>
      </w:r>
      <w:r>
        <w:t xml:space="preserve"> right</w:t>
      </w:r>
      <w:r>
        <w:t xml:space="preserve"> behind</w:t>
      </w:r>
      <w:r>
        <w:t xml:space="preserve"> you.</w:t>
      </w:r>
      <w:r>
        <w:t xml:space="preserve"> -</w:t>
      </w:r>
      <w:r>
        <w:t xml:space="preserve"> All</w:t>
      </w:r>
      <w:r>
        <w:t xml:space="preserve"> right.</w:t>
        <w:br/>
        <w:t>站住...</w:t>
        <w:br/>
        <w:t>Halt!</w:t>
      </w:r>
      <w:r>
        <w:t xml:space="preserve"> Halt!</w:t>
        <w:br/>
        <w:t>嘿</w:t>
      </w:r>
      <w:r>
        <w:t xml:space="preserve"> 别开枪</w:t>
        <w:br/>
        <w:t>Hey,</w:t>
      </w:r>
      <w:r>
        <w:t xml:space="preserve"> don't</w:t>
      </w:r>
      <w:r>
        <w:t xml:space="preserve"> shoot.</w:t>
        <w:br/>
        <w:t>快</w:t>
      </w:r>
      <w:r>
        <w:t xml:space="preserve"> 巴克</w:t>
      </w:r>
      <w:r>
        <w:t xml:space="preserve"> 快跑</w:t>
      </w:r>
      <w:r>
        <w:t xml:space="preserve"> -</w:t>
      </w:r>
      <w:r>
        <w:t xml:space="preserve"> 站住</w:t>
        <w:br/>
        <w:t>Go,</w:t>
      </w:r>
      <w:r>
        <w:t xml:space="preserve"> Buck.</w:t>
      </w:r>
      <w:r>
        <w:t xml:space="preserve"> Get</w:t>
      </w:r>
      <w:r>
        <w:t xml:space="preserve"> out</w:t>
      </w:r>
      <w:r>
        <w:t xml:space="preserve"> of</w:t>
      </w:r>
      <w:r>
        <w:t xml:space="preserve"> here.</w:t>
      </w:r>
      <w:r>
        <w:t xml:space="preserve"> -</w:t>
      </w:r>
      <w:r>
        <w:t xml:space="preserve"> Halt!</w:t>
        <w:br/>
        <w:t>放了那个人</w:t>
      </w:r>
      <w:r>
        <w:t xml:space="preserve"> 立刻</w:t>
        <w:br/>
        <w:t>Release</w:t>
      </w:r>
      <w:r>
        <w:t xml:space="preserve"> that</w:t>
      </w:r>
      <w:r>
        <w:t xml:space="preserve"> man.</w:t>
      </w:r>
      <w:r>
        <w:t xml:space="preserve"> Now.</w:t>
        <w:br/>
        <w:t>放了他</w:t>
        <w:br/>
        <w:t>Let</w:t>
      </w:r>
      <w:r>
        <w:t xml:space="preserve"> him</w:t>
      </w:r>
      <w:r>
        <w:t xml:space="preserve"> go.</w:t>
        <w:br/>
        <w:t>该死的</w:t>
      </w:r>
      <w:r>
        <w:t xml:space="preserve"> 你们敢动他一根汗毛</w:t>
      </w:r>
      <w:r>
        <w:t xml:space="preserve"> 战俘们就会暴&amp;hearts;动&amp;hearts;</w:t>
        <w:br/>
        <w:t>Goddamn</w:t>
      </w:r>
      <w:r>
        <w:t xml:space="preserve"> it.</w:t>
      </w:r>
      <w:r>
        <w:t xml:space="preserve"> You</w:t>
      </w:r>
      <w:r>
        <w:t xml:space="preserve"> touch</w:t>
      </w:r>
      <w:r>
        <w:t xml:space="preserve"> one</w:t>
      </w:r>
      <w:r>
        <w:t xml:space="preserve"> hair</w:t>
      </w:r>
      <w:r>
        <w:t xml:space="preserve"> on</w:t>
      </w:r>
      <w:r>
        <w:t xml:space="preserve"> his</w:t>
      </w:r>
      <w:r>
        <w:t xml:space="preserve"> head,</w:t>
      </w:r>
      <w:r>
        <w:t xml:space="preserve"> and</w:t>
      </w:r>
      <w:r>
        <w:t xml:space="preserve"> you'll</w:t>
      </w:r>
      <w:r>
        <w:t xml:space="preserve"> have</w:t>
      </w:r>
      <w:r>
        <w:t xml:space="preserve"> a</w:t>
      </w:r>
    </w:p>
    <w:p>
      <w:r>
        <w:t xml:space="preserve"> riot.</w:t>
        <w:br/>
        <w:t>格兰尼茨</w:t>
        <w:br/>
        <w:t>Glemnitz.</w:t>
        <w:br/>
        <w:t>这是我的高级军官之一</w:t>
      </w:r>
      <w:r>
        <w:t xml:space="preserve"> 他是至关重要的...</w:t>
        <w:br/>
        <w:t>This</w:t>
      </w:r>
      <w:r>
        <w:t xml:space="preserve"> is</w:t>
      </w:r>
      <w:r>
        <w:t xml:space="preserve"> one</w:t>
      </w:r>
      <w:r>
        <w:t xml:space="preserve"> of</w:t>
      </w:r>
      <w:r>
        <w:t xml:space="preserve"> my</w:t>
      </w:r>
      <w:r>
        <w:t xml:space="preserve"> senior</w:t>
      </w:r>
      <w:r>
        <w:t xml:space="preserve"> officers,</w:t>
      </w:r>
      <w:r>
        <w:t xml:space="preserve"> and</w:t>
      </w:r>
      <w:r>
        <w:t xml:space="preserve"> he</w:t>
      </w:r>
      <w:r>
        <w:t xml:space="preserve"> is</w:t>
      </w:r>
      <w:r>
        <w:t xml:space="preserve"> essential</w:t>
      </w:r>
      <w:r>
        <w:t xml:space="preserve"> to...</w:t>
        <w:br/>
        <w:t>中士</w:t>
      </w:r>
      <w:r>
        <w:t xml:space="preserve"> 命令你的人放了伊根少校</w:t>
        <w:br/>
        <w:t>Sergeant,</w:t>
      </w:r>
      <w:r>
        <w:t xml:space="preserve"> order</w:t>
      </w:r>
      <w:r>
        <w:t xml:space="preserve"> your</w:t>
      </w:r>
      <w:r>
        <w:t xml:space="preserve"> man</w:t>
      </w:r>
      <w:r>
        <w:t xml:space="preserve"> to</w:t>
      </w:r>
      <w:r>
        <w:t xml:space="preserve"> release</w:t>
      </w:r>
      <w:r>
        <w:t xml:space="preserve"> Major</w:t>
      </w:r>
      <w:r>
        <w:t xml:space="preserve"> Egan.</w:t>
        <w:br/>
        <w:t>立刻</w:t>
        <w:br/>
        <w:t>Now.</w:t>
        <w:br/>
        <w:t>怎么回事?</w:t>
        <w:br/>
        <w:t>The</w:t>
      </w:r>
      <w:r>
        <w:t xml:space="preserve"> hell</w:t>
      </w:r>
      <w:r>
        <w:t xml:space="preserve"> was</w:t>
      </w:r>
      <w:r>
        <w:t xml:space="preserve"> that</w:t>
      </w:r>
      <w:r>
        <w:t xml:space="preserve"> all</w:t>
      </w:r>
      <w:r>
        <w:t xml:space="preserve"> about?</w:t>
        <w:br/>
        <w:t>乔治</w:t>
      </w:r>
      <w:r>
        <w:t xml:space="preserve"> 比尔和巴克翻过了那堵墙</w:t>
        <w:br/>
        <w:t>George,</w:t>
      </w:r>
      <w:r>
        <w:t xml:space="preserve"> Bill</w:t>
      </w:r>
      <w:r>
        <w:t xml:space="preserve"> and</w:t>
      </w:r>
      <w:r>
        <w:t xml:space="preserve"> Buck,</w:t>
      </w:r>
      <w:r>
        <w:t xml:space="preserve"> they</w:t>
      </w:r>
      <w:r>
        <w:t xml:space="preserve"> went</w:t>
      </w:r>
      <w:r>
        <w:t xml:space="preserve"> over</w:t>
      </w:r>
      <w:r>
        <w:t xml:space="preserve"> that</w:t>
      </w:r>
      <w:r>
        <w:t xml:space="preserve"> wall.</w:t>
        <w:br/>
        <w:t>听见了吗?</w:t>
        <w:br/>
        <w:t>You</w:t>
      </w:r>
      <w:r>
        <w:t xml:space="preserve"> hear</w:t>
      </w:r>
      <w:r>
        <w:t xml:space="preserve"> that?</w:t>
        <w:br/>
        <w:t>听起来像通用的车</w:t>
        <w:br/>
        <w:t>Sounds</w:t>
      </w:r>
      <w:r>
        <w:t xml:space="preserve"> like</w:t>
      </w:r>
      <w:r>
        <w:t xml:space="preserve"> GMCs.</w:t>
        <w:br/>
        <w:t>看起来他们在撤退</w:t>
        <w:br/>
        <w:t>Looks</w:t>
      </w:r>
      <w:r>
        <w:t xml:space="preserve"> like</w:t>
      </w:r>
      <w:r>
        <w:t xml:space="preserve"> they're</w:t>
      </w:r>
      <w:r>
        <w:t xml:space="preserve"> retreating.</w:t>
        <w:br/>
        <w:t>死猪</w:t>
        <w:br/>
        <w:t>Pig!</w:t>
        <w:br/>
        <w:t>求求你</w:t>
        <w:br/>
        <w:t>Please.</w:t>
        <w:br/>
        <w:t>求求你</w:t>
        <w:br/>
        <w:t>Please.</w:t>
        <w:br/>
        <w:t>滚</w:t>
        <w:br/>
        <w:t>Go!</w:t>
        <w:br/>
        <w:t>滚</w:t>
        <w:br/>
        <w:t>Go.</w:t>
        <w:br/>
        <w:t>小混&amp;hearts;蛋&amp;hearts;</w:t>
        <w:br/>
        <w:t>Fucking</w:t>
      </w:r>
      <w:r>
        <w:t xml:space="preserve"> kids.</w:t>
        <w:br/>
        <w:br/>
        <w:t>我们得走了</w:t>
      </w:r>
      <w:r>
        <w:t xml:space="preserve"> 巴克</w:t>
        <w:br/>
        <w:t>We</w:t>
      </w:r>
      <w:r>
        <w:t xml:space="preserve"> gotta</w:t>
      </w:r>
      <w:r>
        <w:t xml:space="preserve"> go,</w:t>
      </w:r>
      <w:r>
        <w:t xml:space="preserve"> Buck.</w:t>
        <w:br/>
        <w:t>巴克</w:t>
        <w:br/>
        <w:t>Buck.</w:t>
        <w:br/>
        <w:t>他们连子弹都没有</w:t>
        <w:br/>
        <w:t>They</w:t>
      </w:r>
      <w:r>
        <w:t xml:space="preserve"> didn't</w:t>
      </w:r>
      <w:r>
        <w:t xml:space="preserve"> even</w:t>
      </w:r>
      <w:r>
        <w:t xml:space="preserve"> have</w:t>
      </w:r>
      <w:r>
        <w:t xml:space="preserve"> any</w:t>
      </w:r>
      <w:r>
        <w:t xml:space="preserve"> goddamn</w:t>
      </w:r>
      <w:r>
        <w:t xml:space="preserve"> bullets.</w:t>
        <w:br/>
        <w:t>走吧</w:t>
        <w:br/>
        <w:t>Let's</w:t>
      </w:r>
      <w:r>
        <w:t xml:space="preserve"> go.</w:t>
        <w:br/>
        <w:t>他来了</w:t>
      </w:r>
      <w:r>
        <w:t xml:space="preserve"> 他还活着</w:t>
        <w:br/>
        <w:t>There</w:t>
      </w:r>
      <w:r>
        <w:t xml:space="preserve"> he</w:t>
      </w:r>
      <w:r>
        <w:t xml:space="preserve"> is.</w:t>
      </w:r>
      <w:r>
        <w:t xml:space="preserve"> He</w:t>
      </w:r>
      <w:r>
        <w:t xml:space="preserve"> made</w:t>
      </w:r>
      <w:r>
        <w:t xml:space="preserve"> it!</w:t>
        <w:br/>
        <w:t>欢迎回来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https://d.book118.com/045304002341011123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3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04530400234101112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