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2024年感恩节策划书范文（34篇）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2024年感恩节策划书范文（精选34篇）</w:t>
      </w:r>
      <w:r>
        <w:rPr>
          <w:lang w:eastAsia="zh-CN"/>
        </w:rPr>
        <w:br/>
      </w:r>
      <w:r>
        <w:rPr>
          <w:lang w:eastAsia="zh-CN"/>
        </w:rPr>
        <w:t xml:space="preserve">    2024年感恩节策划书范文 篇1 </w:t>
      </w:r>
      <w:r>
        <w:rPr>
          <w:lang w:eastAsia="zh-CN"/>
        </w:rPr>
        <w:br/>
      </w:r>
      <w:r>
        <w:rPr>
          <w:lang w:eastAsia="zh-CN"/>
        </w:rPr>
        <w:t>　　一、活动背景</w:t>
      </w:r>
      <w:r>
        <w:rPr>
          <w:lang w:eastAsia="zh-CN"/>
        </w:rPr>
        <w:br/>
      </w:r>
      <w:r>
        <w:rPr>
          <w:lang w:eastAsia="zh-CN"/>
        </w:rPr>
        <w:t>　　“感恩的心，感谢有你，伴我一生，让我有勇气做我自己；感恩的心，感谢命运，花开花落，我一样会珍惜”当这熟悉的旋律回响在耳旁，你是否可以感受到心灵深处的某种触动？11月的第四个星期四是感恩节。感恩节是美国人民独创的一个古老的节日，也是美国人合家欢聚的节日，因此美国人提起感恩节总会倍感亲切。如今，这个西方的节日在我们国家越来越受到年轻人的喜爱，并且现已深入寒冬，在这个寒冷的季节，希望这次活动可以让同学们感到些许温暖。</w:t>
      </w:r>
      <w:r>
        <w:rPr>
          <w:lang w:eastAsia="zh-CN"/>
        </w:rPr>
        <w:br/>
      </w:r>
      <w:r>
        <w:rPr>
          <w:lang w:eastAsia="zh-CN"/>
        </w:rPr>
        <w:t>　　二、活动目的</w:t>
      </w:r>
      <w:r>
        <w:rPr>
          <w:lang w:eastAsia="zh-CN"/>
        </w:rPr>
        <w:br/>
      </w:r>
      <w:r>
        <w:rPr>
          <w:lang w:eastAsia="zh-CN"/>
        </w:rPr>
        <w:t>　　为了加强大学生的感恩意识，我们特别借以感恩节让同学用眼睛去看，用耳朵去听，用心灵去感受什么是感恩文化，从而在自己的心中培植一种感恩的情感，无论对待父母、老师、朋友或对手，都能以一颗感恩的心去面对。那么，他们就会明白，生活是一面镜子，你哭她也哭，你笑她也笑。当你心存感恩，生活也将赐予你灿烂的阳光.唤起学生的感恩之心，让学生将自己的真实情感表达出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三、活动意义</w:t>
      </w:r>
      <w:r>
        <w:rPr>
          <w:lang w:eastAsia="zh-CN"/>
        </w:rPr>
        <w:br/>
      </w:r>
      <w:r>
        <w:rPr>
          <w:lang w:eastAsia="zh-CN"/>
        </w:rPr>
        <w:t>　　1、通过活动，让大家学会感恩，知道在我们身边需要感谢的人有很多，学会感恩是一个人起码的道德，通过这次活动唤起那已被一层层习惯与世故压在灵魂最深处的善良本性与感恩之心。</w:t>
      </w:r>
      <w:r>
        <w:rPr>
          <w:lang w:eastAsia="zh-CN"/>
        </w:rPr>
        <w:br/>
      </w:r>
      <w:r>
        <w:rPr>
          <w:lang w:eastAsia="zh-CN"/>
        </w:rPr>
        <w:t>　　2、让大家明白感恩其实很简单，一种坚持、一次问候、甚至一句谢谢就够了。</w:t>
      </w:r>
      <w:r>
        <w:rPr>
          <w:lang w:eastAsia="zh-CN"/>
        </w:rPr>
        <w:br/>
      </w:r>
      <w:r>
        <w:rPr>
          <w:lang w:eastAsia="zh-CN"/>
        </w:rPr>
        <w:t>　　3、懂得爱是相互的，在生活中，我们要乐于付出，其实给予也是一种快乐。从身边做起用自己的行动去感恩他人，善待他人。</w:t>
      </w:r>
      <w:r>
        <w:rPr>
          <w:lang w:eastAsia="zh-CN"/>
        </w:rPr>
        <w:br/>
      </w:r>
      <w:r>
        <w:rPr>
          <w:lang w:eastAsia="zh-CN"/>
        </w:rPr>
        <w:t>　　四、活动时间</w:t>
      </w:r>
      <w:r>
        <w:rPr>
          <w:lang w:eastAsia="zh-CN"/>
        </w:rPr>
        <w:br/>
      </w:r>
      <w:r>
        <w:rPr>
          <w:lang w:eastAsia="zh-CN"/>
        </w:rPr>
        <w:t>　　20__年11月24日</w:t>
      </w:r>
      <w:r>
        <w:rPr>
          <w:lang w:eastAsia="zh-CN"/>
        </w:rPr>
        <w:br/>
      </w:r>
      <w:r>
        <w:rPr>
          <w:lang w:eastAsia="zh-CN"/>
        </w:rPr>
        <w:t>　　五、活动地点</w:t>
      </w:r>
      <w:r>
        <w:rPr>
          <w:lang w:eastAsia="zh-CN"/>
        </w:rPr>
        <w:br/>
      </w:r>
      <w:r>
        <w:rPr>
          <w:lang w:eastAsia="zh-CN"/>
        </w:rPr>
        <w:t>　　女生寝室5栋楼下</w:t>
      </w:r>
      <w:r>
        <w:rPr>
          <w:lang w:eastAsia="zh-CN"/>
        </w:rPr>
        <w:br/>
      </w:r>
      <w:r>
        <w:rPr>
          <w:lang w:eastAsia="zh-CN"/>
        </w:rPr>
        <w:t>　　六、活动准备</w:t>
      </w:r>
      <w:r>
        <w:rPr>
          <w:lang w:eastAsia="zh-CN"/>
        </w:rPr>
        <w:br/>
      </w:r>
      <w:r>
        <w:rPr>
          <w:lang w:eastAsia="zh-CN"/>
        </w:rPr>
        <w:t>　　1、购买各色卡纸、蜡烛，制成卡片或字条的形式。</w:t>
      </w:r>
      <w:r>
        <w:rPr>
          <w:lang w:eastAsia="zh-CN"/>
        </w:rPr>
        <w:br/>
      </w:r>
      <w:r>
        <w:rPr>
          <w:lang w:eastAsia="zh-CN"/>
        </w:rPr>
        <w:t>　　2、准备一块展板，修饰一下成为感恩板。</w:t>
      </w:r>
      <w:r>
        <w:rPr>
          <w:lang w:eastAsia="zh-CN"/>
        </w:rPr>
        <w:br/>
      </w:r>
      <w:r>
        <w:rPr>
          <w:lang w:eastAsia="zh-CN"/>
        </w:rPr>
        <w:t>　　3、张贴海报，宣传感恩的意义及本次活动的内容，鼓励大家感恩，并联系学校广播，希望他们能在广播中宣传本次活动，感恩节当天反复播放感恩的心这首歌。</w:t>
      </w:r>
      <w:r>
        <w:rPr>
          <w:lang w:eastAsia="zh-CN"/>
        </w:rPr>
        <w:br/>
      </w:r>
      <w:r>
        <w:rPr>
          <w:lang w:eastAsia="zh-CN"/>
        </w:rPr>
        <w:t>　　4、落实人员安排，确保每个明确自己的职责。</w:t>
      </w:r>
      <w:r>
        <w:rPr>
          <w:lang w:eastAsia="zh-CN"/>
        </w:rPr>
        <w:br/>
      </w:r>
      <w:r>
        <w:rPr>
          <w:lang w:eastAsia="zh-CN"/>
        </w:rPr>
        <w:t>　　5、收集感恩故事及感恩节的来历等资料。</w:t>
      </w:r>
      <w:r>
        <w:rPr>
          <w:lang w:eastAsia="zh-CN"/>
        </w:rPr>
        <w:br/>
      </w:r>
      <w:r>
        <w:rPr>
          <w:lang w:eastAsia="zh-CN"/>
        </w:rPr>
        <w:t>　　七、活动内容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1、11月24日的前几天在通往食堂的'路上展出已收好的资料两天</w:t>
      </w:r>
      <w:r>
        <w:rPr>
          <w:lang w:eastAsia="zh-CN"/>
        </w:rPr>
        <w:br/>
      </w:r>
      <w:r>
        <w:rPr>
          <w:lang w:eastAsia="zh-CN"/>
        </w:rPr>
        <w:t>　　2、24日上午没课的同学在女生5栋寝室楼下摆台，搬来所需的东西，如募捐箱，感恩板，贺卡，笔之类。</w:t>
      </w:r>
      <w:r>
        <w:rPr>
          <w:lang w:eastAsia="zh-CN"/>
        </w:rPr>
        <w:br/>
      </w:r>
      <w:r>
        <w:rPr>
          <w:lang w:eastAsia="zh-CN"/>
        </w:rPr>
        <w:t>　　3、十一点左右开始发放已经做好的贺卡及字条给过往的同学，帮助想感恩老师或学校后勤工作者（包括学校食堂的大师傅们、宿舍管理员们、保安人员等）的同学把他们想说的话写在贺卡上，并在晚上之前送到该对象手中。帮助想感恩父母的同学把他们想说的话写在字条上然后贴在感恩板上。感恩板在学校主干道上摆放几天，让大家多体会感恩。</w:t>
      </w:r>
      <w:r>
        <w:rPr>
          <w:lang w:eastAsia="zh-CN"/>
        </w:rPr>
        <w:br/>
      </w:r>
      <w:r>
        <w:rPr>
          <w:lang w:eastAsia="zh-CN"/>
        </w:rPr>
        <w:t>　　八、活动注意事项</w:t>
      </w:r>
      <w:r>
        <w:rPr>
          <w:lang w:eastAsia="zh-CN"/>
        </w:rPr>
        <w:br/>
      </w:r>
      <w:r>
        <w:rPr>
          <w:lang w:eastAsia="zh-CN"/>
        </w:rPr>
        <w:t>　　1、注意安全</w:t>
      </w:r>
      <w:r>
        <w:rPr>
          <w:lang w:eastAsia="zh-CN"/>
        </w:rPr>
        <w:br/>
      </w:r>
      <w:r>
        <w:rPr>
          <w:lang w:eastAsia="zh-CN"/>
        </w:rPr>
        <w:t>　　2、活动前安排好人员，准备好物品。</w:t>
      </w:r>
      <w:r>
        <w:rPr>
          <w:lang w:eastAsia="zh-CN"/>
        </w:rPr>
        <w:br/>
      </w:r>
      <w:r>
        <w:rPr>
          <w:lang w:eastAsia="zh-CN"/>
        </w:rPr>
        <w:t>　　3、注意兼顾有意愿想参加该活动同学的心情及注意自己的举动，保持一种良好的形象</w:t>
      </w:r>
      <w:r>
        <w:rPr>
          <w:lang w:eastAsia="zh-CN"/>
        </w:rPr>
        <w:br/>
      </w:r>
      <w:r>
        <w:rPr>
          <w:lang w:eastAsia="zh-CN"/>
        </w:rPr>
        <w:t>　　九、活动预算</w:t>
      </w:r>
      <w:r>
        <w:rPr>
          <w:lang w:eastAsia="zh-CN"/>
        </w:rPr>
        <w:br/>
      </w:r>
      <w:r>
        <w:rPr>
          <w:lang w:eastAsia="zh-CN"/>
        </w:rPr>
        <w:t>　　便利贴3个每个3元总共9元</w:t>
      </w:r>
      <w:r>
        <w:rPr>
          <w:lang w:eastAsia="zh-CN"/>
        </w:rPr>
        <w:br/>
      </w:r>
      <w:r>
        <w:rPr>
          <w:lang w:eastAsia="zh-CN"/>
        </w:rPr>
        <w:t>　　签字笔6支每支6元总共6元</w:t>
      </w:r>
      <w:r>
        <w:rPr>
          <w:lang w:eastAsia="zh-CN"/>
        </w:rPr>
        <w:br/>
      </w:r>
      <w:r>
        <w:rPr>
          <w:lang w:eastAsia="zh-CN"/>
        </w:rPr>
        <w:t>　　十、活动预期效果</w:t>
      </w:r>
      <w:r>
        <w:rPr>
          <w:lang w:eastAsia="zh-CN"/>
        </w:rPr>
        <w:br/>
      </w:r>
      <w:r>
        <w:rPr>
          <w:lang w:eastAsia="zh-CN"/>
        </w:rPr>
        <w:t>　　通过活动，让大家学会感恩，知道在我们身边需要感谢的人有很多，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学会感恩是一个人起码的道德，通过这次活动从而在自己的心中培植一种感恩的情感，无论对待父母、老师、朋友或对手，都能以一颗感恩的心去面对。</w:t>
      </w:r>
      <w:r>
        <w:rPr>
          <w:lang w:eastAsia="zh-CN"/>
        </w:rPr>
        <w:br/>
      </w:r>
      <w:r>
        <w:rPr>
          <w:lang w:eastAsia="zh-CN"/>
        </w:rPr>
        <w:t xml:space="preserve">    2024年感恩节策划书范文 篇2 </w:t>
      </w:r>
      <w:r>
        <w:rPr>
          <w:lang w:eastAsia="zh-CN"/>
        </w:rPr>
        <w:br/>
      </w:r>
      <w:r>
        <w:rPr>
          <w:lang w:eastAsia="zh-CN"/>
        </w:rPr>
        <w:t>　　一、活动背景</w:t>
      </w:r>
      <w:r>
        <w:rPr>
          <w:lang w:eastAsia="zh-CN"/>
        </w:rPr>
        <w:br/>
      </w:r>
      <w:r>
        <w:rPr>
          <w:lang w:eastAsia="zh-CN"/>
        </w:rPr>
        <w:t>　　如今的孩子，都是在父母的百般苛护下长大，他们接受着父母无私的爱，把这一切视为理所当然。他们习惯了索取。从父母身上索取、老师身上索取、朋友身上索取，而忽略了一颗感恩的心。为了呼起那颗在习惯了世故压在灵魂深处的善良本性与感恩的心，我院爱心社组织部开展策划这次感恩系列活动。</w:t>
      </w:r>
      <w:r>
        <w:rPr>
          <w:lang w:eastAsia="zh-CN"/>
        </w:rPr>
        <w:br/>
      </w:r>
      <w:r>
        <w:rPr>
          <w:lang w:eastAsia="zh-CN"/>
        </w:rPr>
        <w:t>　　二、活动目的</w:t>
      </w:r>
      <w:r>
        <w:rPr>
          <w:lang w:eastAsia="zh-CN"/>
        </w:rPr>
        <w:br/>
      </w:r>
      <w:r>
        <w:rPr>
          <w:lang w:eastAsia="zh-CN"/>
        </w:rPr>
        <w:t>　　为了加强大学生的感恩意识，我们特别借以感恩节让同学用眼睛去看，用耳朵去听，用心灵去感受什么是感恩，从而在自己的心中培植一种感恩的情感，无论对待父母、老师、朋友或对手，都能以一颗感恩的心去面对。那么，他们就会明白，生活是一面镜子，你哭她也哭，你笑她也笑。当你心存感恩，生活也将赐予你灿烂的阳光、唤起学生的感恩之心，让学生将自己的真实情感表达出来。</w:t>
      </w:r>
      <w:r>
        <w:rPr>
          <w:lang w:eastAsia="zh-CN"/>
        </w:rPr>
        <w:br/>
      </w:r>
      <w:r>
        <w:rPr>
          <w:lang w:eastAsia="zh-CN"/>
        </w:rPr>
        <w:t>　　三、活动主题</w:t>
      </w:r>
      <w:r>
        <w:rPr>
          <w:lang w:eastAsia="zh-CN"/>
        </w:rPr>
        <w:br/>
      </w:r>
      <w:r>
        <w:rPr>
          <w:lang w:eastAsia="zh-CN"/>
        </w:rPr>
        <w:t>　　让我们怀着感恩的心，回报恩情人！</w:t>
      </w:r>
      <w:r>
        <w:rPr>
          <w:lang w:eastAsia="zh-CN"/>
        </w:rPr>
        <w:br/>
      </w:r>
      <w:r>
        <w:rPr>
          <w:lang w:eastAsia="zh-CN"/>
        </w:rPr>
        <w:t>　　四、活动时间</w:t>
      </w:r>
      <w:r>
        <w:rPr>
          <w:lang w:eastAsia="zh-CN"/>
        </w:rPr>
        <w:br/>
      </w:r>
      <w:r>
        <w:rPr>
          <w:lang w:eastAsia="zh-CN"/>
        </w:rPr>
        <w:t>　　20__年11月24日</w:t>
      </w:r>
      <w:r>
        <w:rPr>
          <w:lang w:eastAsia="zh-CN"/>
        </w:rPr>
        <w:br/>
      </w:r>
      <w:r>
        <w:rPr>
          <w:lang w:eastAsia="zh-CN"/>
        </w:rPr>
        <w:t>　　五、活动地点</w:t>
      </w:r>
      <w:r>
        <w:rPr>
          <w:lang w:eastAsia="zh-CN"/>
        </w:rPr>
        <w:br/>
      </w:r>
      <w:r>
        <w:rPr>
          <w:lang w:eastAsia="zh-CN"/>
        </w:rPr>
        <w:t>　　湛科院教学楼a405</w:t>
      </w:r>
      <w:r>
        <w:rPr>
          <w:lang w:eastAsia="zh-CN"/>
        </w:rPr>
        <w:br/>
      </w:r>
      <w:r>
        <w:rPr>
          <w:lang w:eastAsia="zh-CN"/>
        </w:rPr>
        <w:t>　　六、活动单位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湛科院社联</w:t>
      </w:r>
      <w:r>
        <w:rPr>
          <w:lang w:eastAsia="zh-CN"/>
        </w:rPr>
        <w:br/>
      </w:r>
      <w:r>
        <w:rPr>
          <w:lang w:eastAsia="zh-CN"/>
        </w:rPr>
        <w:t>　　七、活动负责人</w:t>
      </w:r>
      <w:r>
        <w:rPr>
          <w:lang w:eastAsia="zh-CN"/>
        </w:rPr>
        <w:br/>
      </w:r>
      <w:r>
        <w:rPr>
          <w:lang w:eastAsia="zh-CN"/>
        </w:rPr>
        <w:t>　　蔡庆庚、余德伟（以及爱心社全体干事）</w:t>
      </w:r>
      <w:r>
        <w:rPr>
          <w:lang w:eastAsia="zh-CN"/>
        </w:rPr>
        <w:br/>
      </w:r>
      <w:r>
        <w:rPr>
          <w:lang w:eastAsia="zh-CN"/>
        </w:rPr>
        <w:t>　　八、活动准备</w:t>
      </w:r>
      <w:r>
        <w:rPr>
          <w:lang w:eastAsia="zh-CN"/>
        </w:rPr>
        <w:br/>
      </w:r>
      <w:r>
        <w:rPr>
          <w:lang w:eastAsia="zh-CN"/>
        </w:rPr>
        <w:t>　　（1）校报宣传</w:t>
      </w:r>
      <w:r>
        <w:rPr>
          <w:lang w:eastAsia="zh-CN"/>
        </w:rPr>
        <w:br/>
      </w:r>
      <w:r>
        <w:rPr>
          <w:lang w:eastAsia="zh-CN"/>
        </w:rPr>
        <w:t>　　（2）拉宣传、组织干事在各系部宣传</w:t>
      </w:r>
      <w:r>
        <w:rPr>
          <w:lang w:eastAsia="zh-CN"/>
        </w:rPr>
        <w:br/>
      </w:r>
      <w:r>
        <w:rPr>
          <w:lang w:eastAsia="zh-CN"/>
        </w:rPr>
        <w:t>　　（3）网络宣传</w:t>
      </w:r>
      <w:r>
        <w:rPr>
          <w:lang w:eastAsia="zh-CN"/>
        </w:rPr>
        <w:br/>
      </w:r>
      <w:r>
        <w:rPr>
          <w:lang w:eastAsia="zh-CN"/>
        </w:rPr>
        <w:t>　　（4）摄影师摄影、会场的音响、灯光、调试</w:t>
      </w:r>
      <w:r>
        <w:rPr>
          <w:lang w:eastAsia="zh-CN"/>
        </w:rPr>
        <w:br/>
      </w:r>
      <w:r>
        <w:rPr>
          <w:lang w:eastAsia="zh-CN"/>
        </w:rPr>
        <w:t>　　九、活动方式</w:t>
      </w:r>
      <w:r>
        <w:rPr>
          <w:lang w:eastAsia="zh-CN"/>
        </w:rPr>
        <w:br/>
      </w:r>
      <w:r>
        <w:rPr>
          <w:lang w:eastAsia="zh-CN"/>
        </w:rPr>
        <w:t>　　（1）活动以晚会方式进行</w:t>
      </w:r>
      <w:r>
        <w:rPr>
          <w:lang w:eastAsia="zh-CN"/>
        </w:rPr>
        <w:br/>
      </w:r>
      <w:r>
        <w:rPr>
          <w:lang w:eastAsia="zh-CN"/>
        </w:rPr>
        <w:t>　　（2）活动有唱歌、朗诵等一系列表演</w:t>
      </w:r>
      <w:r>
        <w:rPr>
          <w:lang w:eastAsia="zh-CN"/>
        </w:rPr>
        <w:br/>
      </w:r>
      <w:r>
        <w:rPr>
          <w:lang w:eastAsia="zh-CN"/>
        </w:rPr>
        <w:t>　　十、活动中要注意的细节</w:t>
      </w:r>
      <w:r>
        <w:rPr>
          <w:lang w:eastAsia="zh-CN"/>
        </w:rPr>
        <w:br/>
      </w:r>
      <w:r>
        <w:rPr>
          <w:lang w:eastAsia="zh-CN"/>
        </w:rPr>
        <w:t>　　（1）活动前应检查会场是否有安全隐患</w:t>
      </w:r>
      <w:r>
        <w:rPr>
          <w:lang w:eastAsia="zh-CN"/>
        </w:rPr>
        <w:br/>
      </w:r>
      <w:r>
        <w:rPr>
          <w:lang w:eastAsia="zh-CN"/>
        </w:rPr>
        <w:t>　　（2）活动开展时要保持有序性和节奏性</w:t>
      </w:r>
      <w:r>
        <w:rPr>
          <w:lang w:eastAsia="zh-CN"/>
        </w:rPr>
        <w:br/>
      </w:r>
      <w:r>
        <w:rPr>
          <w:lang w:eastAsia="zh-CN"/>
        </w:rPr>
        <w:t>　　（3）注意部门的协调，切勿行动不明</w:t>
      </w:r>
      <w:r>
        <w:rPr>
          <w:lang w:eastAsia="zh-CN"/>
        </w:rPr>
        <w:br/>
      </w:r>
      <w:r>
        <w:rPr>
          <w:lang w:eastAsia="zh-CN"/>
        </w:rPr>
        <w:t>　　（4）要明确人员调动的紧急处理方案</w:t>
      </w:r>
      <w:r>
        <w:rPr>
          <w:lang w:eastAsia="zh-CN"/>
        </w:rPr>
        <w:br/>
      </w:r>
      <w:r>
        <w:rPr>
          <w:lang w:eastAsia="zh-CN"/>
        </w:rPr>
        <w:t>　　十一、晚会流程安排</w:t>
      </w:r>
      <w:r>
        <w:rPr>
          <w:lang w:eastAsia="zh-CN"/>
        </w:rPr>
        <w:br/>
      </w:r>
      <w:r>
        <w:rPr>
          <w:lang w:eastAsia="zh-CN"/>
        </w:rPr>
        <w:t>　　1、晚会开始前的暖场，在晚会舞台布置之时，用曲调缓慢，简单的钢琴或小提琴曲暖场，以增加温馨气息。</w:t>
      </w:r>
      <w:r>
        <w:rPr>
          <w:lang w:eastAsia="zh-CN"/>
        </w:rPr>
        <w:br/>
      </w:r>
      <w:r>
        <w:rPr>
          <w:lang w:eastAsia="zh-CN"/>
        </w:rPr>
        <w:t>　　2、晚会开始，主持人上场。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开幕词：各位同学大家晚上好！如果把时间比作一个魔术师，那是再恰当不过了，因为他总能在你我不经意间幻化出无限的奇迹，而当幕布拉开，一切魔术的秘密都被揭晓的时侯，当没有任何虚幻梦境的现实展现在你面前的时候，你所拥有的可能只是对魔术奇迹产生时的过去的一种怀念，于是回首过去并且期待、展望下一个魔术奇迹的诞生便成了你享受现在的最好方式，而今晚我们用祝福这一种特别的方式去告别，只是为了再一次的享受时间这个最伟大的魔术师带给我们的惊喜和希望。用祝福去告别，就让我们从回首过去开始。</w:t>
      </w:r>
      <w:r>
        <w:rPr>
          <w:lang w:eastAsia="zh-CN"/>
        </w:rPr>
        <w:br/>
      </w:r>
      <w:r>
        <w:rPr>
          <w:lang w:eastAsia="zh-CN"/>
        </w:rPr>
        <w:t>　　3、幻灯片播放，主要是过去我们的一些照片、视频再配上一些文字，音乐，以勾起同学们的回忆。</w:t>
      </w:r>
      <w:r>
        <w:rPr>
          <w:lang w:eastAsia="zh-CN"/>
        </w:rPr>
        <w:br/>
      </w:r>
      <w:r>
        <w:rPr>
          <w:lang w:eastAsia="zh-CN"/>
        </w:rPr>
        <w:t>　　4、颁奖开始，每一个同学逐一上场，主持人读颁奖词，获奖者感言、点燃一盏灯（简短）</w:t>
      </w:r>
      <w:r>
        <w:rPr>
          <w:lang w:eastAsia="zh-CN"/>
        </w:rPr>
        <w:br/>
      </w:r>
      <w:r>
        <w:rPr>
          <w:lang w:eastAsia="zh-CN"/>
        </w:rPr>
        <w:t>　　5、节目表演</w:t>
      </w:r>
      <w:r>
        <w:rPr>
          <w:lang w:eastAsia="zh-CN"/>
        </w:rPr>
        <w:br/>
      </w:r>
      <w:r>
        <w:rPr>
          <w:lang w:eastAsia="zh-CN"/>
        </w:rPr>
        <w:t>　　6、颁奖，重复四</w:t>
      </w:r>
      <w:r>
        <w:rPr>
          <w:lang w:eastAsia="zh-CN"/>
        </w:rPr>
        <w:br/>
      </w:r>
      <w:r>
        <w:rPr>
          <w:lang w:eastAsia="zh-CN"/>
        </w:rPr>
        <w:t>　　7、节目表演</w:t>
      </w:r>
      <w:r>
        <w:rPr>
          <w:lang w:eastAsia="zh-CN"/>
        </w:rPr>
        <w:br/>
      </w:r>
      <w:r>
        <w:rPr>
          <w:lang w:eastAsia="zh-CN"/>
        </w:rPr>
        <w:t>　　8、颁奖，重复四</w:t>
      </w:r>
      <w:r>
        <w:rPr>
          <w:lang w:eastAsia="zh-CN"/>
        </w:rPr>
        <w:br/>
      </w:r>
      <w:r>
        <w:rPr>
          <w:lang w:eastAsia="zh-CN"/>
        </w:rPr>
        <w:t>　　9、节目表演</w:t>
      </w:r>
      <w:r>
        <w:rPr>
          <w:lang w:eastAsia="zh-CN"/>
        </w:rPr>
        <w:br/>
      </w:r>
      <w:r>
        <w:rPr>
          <w:lang w:eastAsia="zh-CN"/>
        </w:rPr>
        <w:t>　　10、颁奖，重复四</w:t>
      </w:r>
      <w:r>
        <w:rPr>
          <w:lang w:eastAsia="zh-CN"/>
        </w:rPr>
        <w:br/>
      </w:r>
      <w:r>
        <w:rPr>
          <w:lang w:eastAsia="zh-CN"/>
        </w:rPr>
        <w:t>　　11、节目表演</w:t>
      </w:r>
      <w:r>
        <w:rPr>
          <w:lang w:eastAsia="zh-CN"/>
        </w:rPr>
        <w:br/>
      </w:r>
      <w:r>
        <w:rPr>
          <w:lang w:eastAsia="zh-CN"/>
        </w:rPr>
        <w:t>　　12、感恩老师，读每个同学写给老师的话</w:t>
      </w:r>
      <w:r>
        <w:rPr>
          <w:lang w:eastAsia="zh-CN"/>
        </w:rPr>
        <w:br/>
      </w:r>
      <w:r>
        <w:rPr>
          <w:lang w:eastAsia="zh-CN"/>
        </w:rPr>
        <w:t>　　13、播放短片</w:t>
      </w:r>
      <w:r>
        <w:rPr>
          <w:lang w:eastAsia="zh-CN"/>
        </w:rPr>
        <w:br/>
      </w:r>
      <w:r>
        <w:rPr>
          <w:lang w:eastAsia="zh-CN"/>
        </w:rPr>
        <w:t>　　（中间衔接由主持人窜词完成）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过去总是短暂而又美好，而用祝福去告别便成了我们面对这逝去美好的最好方式，告别——一个多么令人伤感而又期待的词语，伤感是因为它代表着过去的结束，而向往则是因为它预示着未来的开始。未完成待续！！）</w:t>
      </w:r>
      <w:r>
        <w:rPr>
          <w:lang w:eastAsia="zh-CN"/>
        </w:rPr>
        <w:br/>
      </w:r>
      <w:r>
        <w:rPr>
          <w:lang w:eastAsia="zh-CN"/>
        </w:rPr>
        <w:t>　　十三、注意事项</w:t>
      </w:r>
      <w:r>
        <w:rPr>
          <w:lang w:eastAsia="zh-CN"/>
        </w:rPr>
        <w:br/>
      </w:r>
      <w:r>
        <w:rPr>
          <w:lang w:eastAsia="zh-CN"/>
        </w:rPr>
        <w:t>　　1、注意晚会现场的秩序。</w:t>
      </w:r>
      <w:r>
        <w:rPr>
          <w:lang w:eastAsia="zh-CN"/>
        </w:rPr>
        <w:br/>
      </w:r>
      <w:r>
        <w:rPr>
          <w:lang w:eastAsia="zh-CN"/>
        </w:rPr>
        <w:t>　　2、注意晚会现场的安全。</w:t>
      </w:r>
      <w:r>
        <w:rPr>
          <w:lang w:eastAsia="zh-CN"/>
        </w:rPr>
        <w:br/>
      </w:r>
      <w:r>
        <w:rPr>
          <w:lang w:eastAsia="zh-CN"/>
        </w:rPr>
        <w:t>　　3、晚会结束后注意现场卫生清洁和电源的管理。</w:t>
      </w:r>
      <w:r>
        <w:rPr>
          <w:lang w:eastAsia="zh-CN"/>
        </w:rPr>
        <w:br/>
      </w:r>
      <w:r>
        <w:rPr>
          <w:lang w:eastAsia="zh-CN"/>
        </w:rPr>
        <w:t>　　4、其他突发情况的处理。</w:t>
      </w:r>
      <w:r>
        <w:rPr>
          <w:lang w:eastAsia="zh-CN"/>
        </w:rPr>
        <w:br/>
      </w:r>
      <w:r>
        <w:rPr>
          <w:lang w:eastAsia="zh-CN"/>
        </w:rPr>
        <w:t xml:space="preserve">    2024年感恩节策划书范文 篇3 </w:t>
      </w:r>
      <w:r>
        <w:rPr>
          <w:lang w:eastAsia="zh-CN"/>
        </w:rPr>
        <w:br/>
      </w:r>
      <w:r>
        <w:rPr>
          <w:lang w:eastAsia="zh-CN"/>
        </w:rPr>
        <w:t>　　一、活动背景</w:t>
      </w:r>
      <w:r>
        <w:rPr>
          <w:lang w:eastAsia="zh-CN"/>
        </w:rPr>
        <w:br/>
      </w:r>
      <w:r>
        <w:rPr>
          <w:lang w:eastAsia="zh-CN"/>
        </w:rPr>
        <w:t>　　十一月的第四个星期的星期四是西方传统节日——感恩节，为了加强大学生的感恩意识，我们特别借以感恩节让同学用眼睛去看，用耳朵去听，用心灵去感受什么是感恩文化，从而在自己的心中培植一种感恩的情感，无论对待父母、老师、朋友、同学或对手，都能以一颗感恩的心去面对。那么，他们就会明白，生活是一面镜子，你哭她也哭，你笑她也笑。当你心存感恩，生活也将赐予你灿烂的阳光、唤起学生的感恩之心，让我们学生将自己的真实情感表达出来。</w:t>
      </w:r>
      <w:r>
        <w:rPr>
          <w:lang w:eastAsia="zh-CN"/>
        </w:rPr>
        <w:br/>
      </w:r>
      <w:r>
        <w:rPr>
          <w:lang w:eastAsia="zh-CN"/>
        </w:rPr>
        <w:t>　　通过此次活动，让大家学会表达自己心中的感恩之情。</w:t>
      </w:r>
      <w:r>
        <w:rPr>
          <w:lang w:eastAsia="zh-CN"/>
        </w:rPr>
        <w:br/>
      </w:r>
      <w:r>
        <w:rPr>
          <w:lang w:eastAsia="zh-CN"/>
        </w:rPr>
        <w:t>　　二、活动主题</w:t>
      </w:r>
      <w:r>
        <w:rPr>
          <w:lang w:eastAsia="zh-CN"/>
        </w:rPr>
        <w:br/>
      </w:r>
      <w:r>
        <w:rPr>
          <w:lang w:eastAsia="zh-CN"/>
        </w:rPr>
        <w:t>　　感恩爱心人，回报恩情人。</w:t>
      </w:r>
      <w:r>
        <w:rPr>
          <w:lang w:eastAsia="zh-CN"/>
        </w:rPr>
        <w:br/>
      </w:r>
      <w:r>
        <w:rPr>
          <w:lang w:eastAsia="zh-CN"/>
        </w:rPr>
        <w:t>　　三、活动时间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11月24日2：:30-6:00</w:t>
      </w:r>
      <w:r>
        <w:rPr>
          <w:lang w:eastAsia="zh-CN"/>
        </w:rPr>
        <w:br/>
      </w:r>
      <w:r>
        <w:rPr>
          <w:lang w:eastAsia="zh-CN"/>
        </w:rPr>
        <w:t>　　四、活动地点</w:t>
      </w:r>
      <w:r>
        <w:rPr>
          <w:lang w:eastAsia="zh-CN"/>
        </w:rPr>
        <w:br/>
      </w:r>
      <w:r>
        <w:rPr>
          <w:lang w:eastAsia="zh-CN"/>
        </w:rPr>
        <w:t>　　教二楼225</w:t>
      </w:r>
      <w:r>
        <w:rPr>
          <w:lang w:eastAsia="zh-CN"/>
        </w:rPr>
        <w:br/>
      </w:r>
      <w:r>
        <w:rPr>
          <w:lang w:eastAsia="zh-CN"/>
        </w:rPr>
        <w:t>　　五、活动对象</w:t>
      </w:r>
      <w:r>
        <w:rPr>
          <w:lang w:eastAsia="zh-CN"/>
        </w:rPr>
        <w:br/>
      </w:r>
      <w:r>
        <w:rPr>
          <w:lang w:eastAsia="zh-CN"/>
        </w:rPr>
        <w:t>　　群体协会成员</w:t>
      </w:r>
      <w:r>
        <w:rPr>
          <w:lang w:eastAsia="zh-CN"/>
        </w:rPr>
        <w:br/>
      </w:r>
      <w:r>
        <w:rPr>
          <w:lang w:eastAsia="zh-CN"/>
        </w:rPr>
        <w:t>　　六、活动准备</w:t>
      </w:r>
      <w:r>
        <w:rPr>
          <w:lang w:eastAsia="zh-CN"/>
        </w:rPr>
        <w:br/>
      </w:r>
      <w:r>
        <w:rPr>
          <w:lang w:eastAsia="zh-CN"/>
        </w:rPr>
        <w:t>　　第一：由宣策部周炎通知各部准备节目,并在周五之前定出节目单。</w:t>
      </w:r>
      <w:r>
        <w:rPr>
          <w:lang w:eastAsia="zh-CN"/>
        </w:rPr>
        <w:br/>
      </w:r>
      <w:r>
        <w:rPr>
          <w:lang w:eastAsia="zh-CN"/>
        </w:rPr>
        <w:t>　　第二：各节目所需要的背景音乐和PPT自己下载拷贝给严晰，严晰在11月23号之前确定电脑相关物品能正常使用，并在活动时负责多媒体控制工作</w:t>
      </w:r>
      <w:r>
        <w:rPr>
          <w:lang w:eastAsia="zh-CN"/>
        </w:rPr>
        <w:br/>
      </w:r>
      <w:r>
        <w:rPr>
          <w:lang w:eastAsia="zh-CN"/>
        </w:rPr>
        <w:t>　　第三：由办公室刘艳云、鲁光远负责采购活动所需物品(具体物品见经费预算)</w:t>
      </w:r>
      <w:r>
        <w:rPr>
          <w:lang w:eastAsia="zh-CN"/>
        </w:rPr>
        <w:br/>
      </w:r>
      <w:r>
        <w:rPr>
          <w:lang w:eastAsia="zh-CN"/>
        </w:rPr>
        <w:t>　　第四：宣策部李鹏飞负责在网上找一段与主题相关的视频，在节目最后一个环节播放。</w:t>
      </w:r>
      <w:r>
        <w:rPr>
          <w:lang w:eastAsia="zh-CN"/>
        </w:rPr>
        <w:br/>
      </w:r>
      <w:r>
        <w:rPr>
          <w:lang w:eastAsia="zh-CN"/>
        </w:rPr>
        <w:t>　　第五：刘莹莹安排节目的链接，通知下个节目的准备时间。</w:t>
      </w:r>
      <w:r>
        <w:rPr>
          <w:lang w:eastAsia="zh-CN"/>
        </w:rPr>
        <w:br/>
      </w:r>
      <w:r>
        <w:rPr>
          <w:lang w:eastAsia="zh-CN"/>
        </w:rPr>
        <w:t>　　第六：李俊红负责向老师申请教室。</w:t>
      </w:r>
      <w:r>
        <w:rPr>
          <w:lang w:eastAsia="zh-CN"/>
        </w:rPr>
        <w:br/>
      </w:r>
      <w:r>
        <w:rPr>
          <w:lang w:eastAsia="zh-CN"/>
        </w:rPr>
        <w:t>　　第七：现场秩序维护人员(李建龙、史名举、周玉林)。</w:t>
      </w:r>
      <w:r>
        <w:rPr>
          <w:lang w:eastAsia="zh-CN"/>
        </w:rPr>
        <w:br/>
      </w:r>
      <w:r>
        <w:rPr>
          <w:lang w:eastAsia="zh-CN"/>
        </w:rPr>
        <w:t>　　第八：徐曼负责现场拍照工作。</w:t>
      </w:r>
      <w:r>
        <w:rPr>
          <w:lang w:eastAsia="zh-CN"/>
        </w:rPr>
        <w:br/>
      </w:r>
      <w:r>
        <w:rPr>
          <w:lang w:eastAsia="zh-CN"/>
        </w:rPr>
        <w:t>　　第九：宣策部全体成员提前一个小时到教室布置会场。</w:t>
      </w:r>
      <w:r>
        <w:rPr>
          <w:lang w:eastAsia="zh-CN"/>
        </w:rPr>
        <w:br/>
      </w:r>
      <w:r>
        <w:rPr>
          <w:lang w:eastAsia="zh-CN"/>
        </w:rPr>
        <w:t>　　第十：主持人及主持人稿的确定。(崔才永王纯周炎刘瑞丽)。</w:t>
      </w:r>
      <w:r>
        <w:rPr>
          <w:lang w:eastAsia="zh-CN"/>
        </w:rPr>
        <w:br/>
      </w:r>
      <w:r>
        <w:rPr>
          <w:lang w:eastAsia="zh-CN"/>
        </w:rPr>
        <w:t>　　第十一：游戏材料的准备由李鹏飞、刘莹莹负责。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七、活动内容</w:t>
      </w:r>
      <w:r>
        <w:rPr>
          <w:lang w:eastAsia="zh-CN"/>
        </w:rPr>
        <w:br/>
      </w:r>
      <w:r>
        <w:rPr>
          <w:lang w:eastAsia="zh-CN"/>
        </w:rPr>
        <w:t>　　每个部出一个至少5分钟的节目，中间穿插互动游戏，并在节目之后播放一段以感恩为主题的VCR。最后组织协会成员给自己的亲人打电话表达自己的感恩之情(也可以活动过后再打)</w:t>
      </w:r>
      <w:r>
        <w:rPr>
          <w:lang w:eastAsia="zh-CN"/>
        </w:rPr>
        <w:br/>
      </w:r>
      <w:r>
        <w:rPr>
          <w:lang w:eastAsia="zh-CN"/>
        </w:rPr>
        <w:t>　　第一：主持人：崔才永王纯周炎姚卓君</w:t>
      </w:r>
      <w:r>
        <w:rPr>
          <w:lang w:eastAsia="zh-CN"/>
        </w:rPr>
        <w:br/>
      </w:r>
      <w:r>
        <w:rPr>
          <w:lang w:eastAsia="zh-CN"/>
        </w:rPr>
        <w:t>　　环节一：主持人报幕并由会长张志杰致辞</w:t>
      </w:r>
      <w:r>
        <w:rPr>
          <w:lang w:eastAsia="zh-CN"/>
        </w:rPr>
        <w:br/>
      </w:r>
      <w:r>
        <w:rPr>
          <w:lang w:eastAsia="zh-CN"/>
        </w:rPr>
        <w:t>　　环节二：节目表演阶段</w:t>
      </w:r>
      <w:r>
        <w:rPr>
          <w:lang w:eastAsia="zh-CN"/>
        </w:rPr>
        <w:br/>
      </w:r>
      <w:r>
        <w:rPr>
          <w:lang w:eastAsia="zh-CN"/>
        </w:rPr>
        <w:t>　　1、秘书处表演</w:t>
      </w:r>
      <w:r>
        <w:rPr>
          <w:lang w:eastAsia="zh-CN"/>
        </w:rPr>
        <w:br/>
      </w:r>
      <w:r>
        <w:rPr>
          <w:lang w:eastAsia="zh-CN"/>
        </w:rPr>
        <w:t>　　2、培训部表演</w:t>
      </w:r>
      <w:r>
        <w:rPr>
          <w:lang w:eastAsia="zh-CN"/>
        </w:rPr>
        <w:br/>
      </w:r>
      <w:r>
        <w:rPr>
          <w:lang w:eastAsia="zh-CN"/>
        </w:rPr>
        <w:t>　　3、人力部表演</w:t>
      </w:r>
      <w:r>
        <w:rPr>
          <w:lang w:eastAsia="zh-CN"/>
        </w:rPr>
        <w:br/>
      </w:r>
      <w:r>
        <w:rPr>
          <w:lang w:eastAsia="zh-CN"/>
        </w:rPr>
        <w:t>　　4、外联部表演</w:t>
      </w:r>
      <w:r>
        <w:rPr>
          <w:lang w:eastAsia="zh-CN"/>
        </w:rPr>
        <w:br/>
      </w:r>
      <w:r>
        <w:rPr>
          <w:lang w:eastAsia="zh-CN"/>
        </w:rPr>
        <w:t>　　注：主持人报幕时，第一个部门的表演人员在教室一边做准备并由刘莹莹通知什么时候上场，第一个部门表演时第二个部门做准备，以此类推，中间都由刘莹莹做链接。每个节目表演结束之后由主持人宣布下个节目的名称与参与参与人员。前五个节目结束后开始下面的小游戏。</w:t>
      </w:r>
      <w:r>
        <w:rPr>
          <w:lang w:eastAsia="zh-CN"/>
        </w:rPr>
        <w:br/>
      </w:r>
      <w:r>
        <w:rPr>
          <w:lang w:eastAsia="zh-CN"/>
        </w:rPr>
        <w:t>　　环节三:小游戏压气球游戏</w:t>
      </w:r>
      <w:r>
        <w:rPr>
          <w:lang w:eastAsia="zh-CN"/>
        </w:rPr>
        <w:br/>
      </w:r>
      <w:r>
        <w:rPr>
          <w:lang w:eastAsia="zh-CN"/>
        </w:rPr>
        <w:t>　　压气球游戏规则：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现场找4男4女。分成2组。1男1女搭档，背靠背挽着，将气球放于2人腰中间，用腰部力量挤破气球,每组五个气球，1分钟内，谁先将五个气球挤爆就是这组的优胜者。每组的优胜者进入终极比赛，淘汰者接受真心话大冒险的游戏。自选惩罚措施(见后面的惩罚措施)。最终优胜者获得协会的奖品。淘汰者同样接受同上惩罚。</w:t>
      </w:r>
      <w:r>
        <w:rPr>
          <w:lang w:eastAsia="zh-CN"/>
        </w:rPr>
        <w:br/>
      </w:r>
      <w:r>
        <w:rPr>
          <w:lang w:eastAsia="zh-CN"/>
        </w:rPr>
        <w:t>　　游戏结束。</w:t>
      </w:r>
      <w:r>
        <w:rPr>
          <w:lang w:eastAsia="zh-CN"/>
        </w:rPr>
        <w:br/>
      </w:r>
      <w:r>
        <w:rPr>
          <w:lang w:eastAsia="zh-CN"/>
        </w:rPr>
        <w:t>　　环节四：主持人开始介绍接下来的节目</w:t>
      </w:r>
      <w:r>
        <w:rPr>
          <w:lang w:eastAsia="zh-CN"/>
        </w:rPr>
        <w:br/>
      </w:r>
      <w:r>
        <w:rPr>
          <w:lang w:eastAsia="zh-CN"/>
        </w:rPr>
        <w:t>　　5、主席团表演</w:t>
      </w:r>
      <w:r>
        <w:rPr>
          <w:lang w:eastAsia="zh-CN"/>
        </w:rPr>
        <w:br/>
      </w:r>
      <w:r>
        <w:rPr>
          <w:lang w:eastAsia="zh-CN"/>
        </w:rPr>
        <w:t>　　6、编辑部表演</w:t>
      </w:r>
      <w:r>
        <w:rPr>
          <w:lang w:eastAsia="zh-CN"/>
        </w:rPr>
        <w:br/>
      </w:r>
      <w:r>
        <w:rPr>
          <w:lang w:eastAsia="zh-CN"/>
        </w:rPr>
        <w:t>　　7、宣策部表演</w:t>
      </w:r>
      <w:r>
        <w:rPr>
          <w:lang w:eastAsia="zh-CN"/>
        </w:rPr>
        <w:br/>
      </w:r>
      <w:r>
        <w:rPr>
          <w:lang w:eastAsia="zh-CN"/>
        </w:rPr>
        <w:t>　　8、信息部表演</w:t>
      </w:r>
      <w:r>
        <w:rPr>
          <w:lang w:eastAsia="zh-CN"/>
        </w:rPr>
        <w:br/>
      </w:r>
      <w:r>
        <w:rPr>
          <w:lang w:eastAsia="zh-CN"/>
        </w:rPr>
        <w:t>　　中间链接人员安排同上，节目结束之后开始下面的小游戏，</w:t>
      </w:r>
      <w:r>
        <w:rPr>
          <w:lang w:eastAsia="zh-CN"/>
        </w:rPr>
        <w:br/>
      </w:r>
      <w:r>
        <w:rPr>
          <w:lang w:eastAsia="zh-CN"/>
        </w:rPr>
        <w:t>　　环节五：你来比划我来猜</w:t>
      </w:r>
      <w:r>
        <w:rPr>
          <w:lang w:eastAsia="zh-CN"/>
        </w:rPr>
        <w:br/>
      </w:r>
      <w:r>
        <w:rPr>
          <w:lang w:eastAsia="zh-CN"/>
        </w:rPr>
        <w:t>　　自由组合，两人一组，一个比划一个猜，在一分钟内答对题目最多的一组获胜。题目涉及生</w:t>
      </w:r>
      <w:r>
        <w:rPr>
          <w:lang w:eastAsia="zh-CN"/>
        </w:rPr>
        <w:br/>
      </w:r>
      <w:r>
        <w:rPr>
          <w:lang w:eastAsia="zh-CN"/>
        </w:rPr>
        <w:t>　　活用品、水果蔬菜、明星名字、地名等。游戏规则是比划的人可以用语言和肢体动作来提示</w:t>
      </w:r>
      <w:r>
        <w:rPr>
          <w:lang w:eastAsia="zh-CN"/>
        </w:rPr>
        <w:br/>
      </w:r>
      <w:r>
        <w:rPr>
          <w:lang w:eastAsia="zh-CN"/>
        </w:rPr>
        <w:t>　　描述，但是不能描述某个字的读音或写法。</w:t>
      </w:r>
      <w:r>
        <w:rPr>
          <w:lang w:eastAsia="zh-CN"/>
        </w:rPr>
        <w:br/>
      </w:r>
      <w:r>
        <w:rPr>
          <w:lang w:eastAsia="zh-CN"/>
        </w:rPr>
        <w:t>　　1、每个队依次上场，每队两人，一个人比划一个人猜。</w:t>
      </w:r>
      <w:r>
        <w:rPr>
          <w:lang w:eastAsia="zh-CN"/>
        </w:rPr>
        <w:br/>
      </w:r>
      <w:r>
        <w:rPr>
          <w:lang w:eastAsia="zh-CN"/>
        </w:rPr>
        <w:t>　　2、猜词过程中，不许说出词条中包含的任何字，否则该词条作废。</w:t>
      </w:r>
      <w:r>
        <w:rPr>
          <w:lang w:eastAsia="zh-CN"/>
        </w:rPr>
        <w:br/>
      </w:r>
      <w:r>
        <w:rPr>
          <w:lang w:eastAsia="zh-CN"/>
        </w:rPr>
        <w:t>　　3、台下的观众不能提醒。</w:t>
      </w:r>
      <w:r>
        <w:rPr>
          <w:lang w:eastAsia="zh-CN"/>
        </w:rPr>
        <w:br/>
      </w:r>
      <w:r>
        <w:rPr>
          <w:lang w:eastAsia="zh-CN"/>
        </w:rPr>
        <w:t>　　4、以猜中词条的多少，决定最终胜负。</w:t>
      </w:r>
      <w:r>
        <w:rPr>
          <w:lang w:eastAsia="zh-CN"/>
        </w:rPr>
        <w:br/>
      </w:r>
      <w:r>
        <w:rPr>
          <w:lang w:eastAsia="zh-CN"/>
        </w:rPr>
        <w:t>　　八、游戏惩罚措施</w:t>
      </w:r>
      <w:r>
        <w:rPr>
          <w:lang w:eastAsia="zh-CN"/>
        </w:rPr>
        <w:br/>
      </w:r>
      <w:r>
        <w:rPr>
          <w:lang w:eastAsia="zh-CN"/>
        </w:rPr>
        <w:t>　　1、深情的吻墙10秒</w:t>
      </w:r>
      <w:r>
        <w:rPr>
          <w:lang w:eastAsia="zh-CN"/>
        </w:rPr>
        <w:br/>
      </w:r>
      <w:r>
        <w:rPr>
          <w:lang w:eastAsia="zh-CN"/>
        </w:rPr>
        <w:t>　　2、对外大喊我是猪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3、摆3个芙蓉姐姐的S形</w:t>
      </w:r>
      <w:r>
        <w:rPr>
          <w:lang w:eastAsia="zh-CN"/>
        </w:rPr>
        <w:br/>
      </w:r>
      <w:r>
        <w:rPr>
          <w:lang w:eastAsia="zh-CN"/>
        </w:rPr>
        <w:t>　　4、(男生)选一个男生一边捶他胸一边说：你好讨厌哦</w:t>
      </w:r>
      <w:r>
        <w:rPr>
          <w:lang w:eastAsia="zh-CN"/>
        </w:rPr>
        <w:br/>
      </w:r>
      <w:r>
        <w:rPr>
          <w:lang w:eastAsia="zh-CN"/>
        </w:rPr>
        <w:t>　　5、男生将女生逼角落，用“调情式”一手撑墙，两人对视10秒</w:t>
      </w:r>
      <w:r>
        <w:rPr>
          <w:lang w:eastAsia="zh-CN"/>
        </w:rPr>
        <w:br/>
      </w:r>
      <w:r>
        <w:rPr>
          <w:lang w:eastAsia="zh-CN"/>
        </w:rPr>
        <w:t>　　6、正面对着十指交口，深情对视，深情朗诵骆宾王的《鹅》</w:t>
      </w:r>
      <w:r>
        <w:rPr>
          <w:lang w:eastAsia="zh-CN"/>
        </w:rPr>
        <w:br/>
      </w:r>
      <w:r>
        <w:rPr>
          <w:lang w:eastAsia="zh-CN"/>
        </w:rPr>
        <w:t>　　7、站起来，大喊“我是超人，我要回家了”</w:t>
      </w:r>
      <w:r>
        <w:rPr>
          <w:lang w:eastAsia="zh-CN"/>
        </w:rPr>
        <w:br/>
      </w:r>
      <w:r>
        <w:rPr>
          <w:lang w:eastAsia="zh-CN"/>
        </w:rPr>
        <w:t>　　　　九、活动经费</w:t>
      </w:r>
      <w:r>
        <w:rPr>
          <w:lang w:eastAsia="zh-CN"/>
        </w:rPr>
        <w:br/>
      </w:r>
      <w:r>
        <w:rPr>
          <w:lang w:eastAsia="zh-CN"/>
        </w:rPr>
        <w:t>　　瓜子：10斤_8元=80元</w:t>
      </w:r>
      <w:r>
        <w:rPr>
          <w:lang w:eastAsia="zh-CN"/>
        </w:rPr>
        <w:br/>
      </w:r>
      <w:r>
        <w:rPr>
          <w:lang w:eastAsia="zh-CN"/>
        </w:rPr>
        <w:t>　　糖：5斤_4元=20元</w:t>
      </w:r>
      <w:r>
        <w:rPr>
          <w:lang w:eastAsia="zh-CN"/>
        </w:rPr>
        <w:br/>
      </w:r>
      <w:r>
        <w:rPr>
          <w:lang w:eastAsia="zh-CN"/>
        </w:rPr>
        <w:t>　　花生：5斤_8元=40元</w:t>
      </w:r>
      <w:r>
        <w:rPr>
          <w:lang w:eastAsia="zh-CN"/>
        </w:rPr>
        <w:br/>
      </w:r>
      <w:r>
        <w:rPr>
          <w:lang w:eastAsia="zh-CN"/>
        </w:rPr>
        <w:t>　　气球：一包(15元)</w:t>
      </w:r>
      <w:r>
        <w:rPr>
          <w:lang w:eastAsia="zh-CN"/>
        </w:rPr>
        <w:br/>
      </w:r>
      <w:r>
        <w:rPr>
          <w:lang w:eastAsia="zh-CN"/>
        </w:rPr>
        <w:t>　　彩带：6根_2元=12元</w:t>
      </w:r>
      <w:r>
        <w:rPr>
          <w:lang w:eastAsia="zh-CN"/>
        </w:rPr>
        <w:br/>
      </w:r>
      <w:r>
        <w:rPr>
          <w:lang w:eastAsia="zh-CN"/>
        </w:rPr>
        <w:t>　　橘子：约60元</w:t>
      </w:r>
      <w:r>
        <w:rPr>
          <w:lang w:eastAsia="zh-CN"/>
        </w:rPr>
        <w:br/>
      </w:r>
      <w:r>
        <w:rPr>
          <w:lang w:eastAsia="zh-CN"/>
        </w:rPr>
        <w:t>　　蛋糕：75元</w:t>
      </w:r>
      <w:r>
        <w:rPr>
          <w:lang w:eastAsia="zh-CN"/>
        </w:rPr>
        <w:br/>
      </w:r>
      <w:r>
        <w:rPr>
          <w:lang w:eastAsia="zh-CN"/>
        </w:rPr>
        <w:t>　　总计：385元</w:t>
      </w:r>
      <w:r>
        <w:rPr>
          <w:lang w:eastAsia="zh-CN"/>
        </w:rPr>
        <w:br/>
      </w:r>
      <w:r>
        <w:rPr>
          <w:lang w:eastAsia="zh-CN"/>
        </w:rPr>
        <w:t>　　　　十、会后安排</w:t>
      </w:r>
      <w:r>
        <w:rPr>
          <w:lang w:eastAsia="zh-CN"/>
        </w:rPr>
        <w:br/>
      </w:r>
      <w:r>
        <w:rPr>
          <w:lang w:eastAsia="zh-CN"/>
        </w:rPr>
        <w:t>　　每个部留下2-3人整理活动物品以及垃圾等</w:t>
      </w:r>
      <w:r>
        <w:rPr>
          <w:lang w:eastAsia="zh-CN"/>
        </w:rPr>
        <w:br/>
      </w:r>
      <w:r>
        <w:rPr>
          <w:lang w:eastAsia="zh-CN"/>
        </w:rPr>
        <w:t>　　十一、注意事项</w:t>
      </w:r>
      <w:r>
        <w:rPr>
          <w:lang w:eastAsia="zh-CN"/>
        </w:rPr>
        <w:br/>
      </w:r>
      <w:r>
        <w:rPr>
          <w:lang w:eastAsia="zh-CN"/>
        </w:rPr>
        <w:t>　　注意安全</w:t>
      </w:r>
      <w:r>
        <w:rPr>
          <w:lang w:eastAsia="zh-CN"/>
        </w:rPr>
        <w:br/>
      </w:r>
      <w:r>
        <w:rPr>
          <w:lang w:eastAsia="zh-CN"/>
        </w:rPr>
        <w:t>　　推荐阅读</w:t>
      </w:r>
      <w:r>
        <w:rPr>
          <w:lang w:eastAsia="zh-CN"/>
        </w:rPr>
        <w:br/>
      </w:r>
      <w:r>
        <w:rPr>
          <w:lang w:eastAsia="zh-CN"/>
        </w:rPr>
        <w:t>　　注意保持会场气氛，该活跃时活跃，该感动时尽情宣泄</w:t>
      </w:r>
      <w:r>
        <w:rPr>
          <w:lang w:eastAsia="zh-CN"/>
        </w:rPr>
        <w:br/>
      </w:r>
      <w:r>
        <w:rPr>
          <w:lang w:eastAsia="zh-CN"/>
        </w:rPr>
        <w:t xml:space="preserve">    2024年感恩节策划书范文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一、活动背景：</w:t>
      </w:r>
      <w:r>
        <w:rPr>
          <w:lang w:eastAsia="zh-CN"/>
        </w:rPr>
        <w:br/>
      </w:r>
      <w:r>
        <w:rPr>
          <w:lang w:eastAsia="zh-CN"/>
        </w:rPr>
        <w:t>　　“感恩节”作为西方一种传统的节日，却在我国有着广大的群众基础，常怀感恩之心的人是最幸福的，要感谢我们的父母、老师、朋友、还有我们周围的一切。因此，我社决定在20__年11月28日“感恩节”开展以“感恩”为主题的活动。为的是能让本学院师生了解感恩，学会感恩。能进一步宣传感恩这一社会举动，让感恩之歌在身边响起，筑就更加和谐的校园。</w:t>
      </w:r>
      <w:r>
        <w:rPr>
          <w:lang w:eastAsia="zh-CN"/>
        </w:rPr>
        <w:br/>
      </w:r>
      <w:r>
        <w:rPr>
          <w:lang w:eastAsia="zh-CN"/>
        </w:rPr>
        <w:t>　　二、活动的目的及意义：</w:t>
      </w:r>
      <w:r>
        <w:rPr>
          <w:lang w:eastAsia="zh-CN"/>
        </w:rPr>
        <w:br/>
      </w:r>
      <w:r>
        <w:rPr>
          <w:lang w:eastAsia="zh-CN"/>
        </w:rPr>
        <w:t>　　为了给每一个有感恩之心的人创造一个感恩的机会，同时，也为了激发每一个人去感恩，从而创造一个充满爱心的校园发扬感恩之心，构建和谐校园。</w:t>
      </w:r>
      <w:r>
        <w:rPr>
          <w:lang w:eastAsia="zh-CN"/>
        </w:rPr>
        <w:br/>
      </w:r>
      <w:r>
        <w:rPr>
          <w:lang w:eastAsia="zh-CN"/>
        </w:rPr>
        <w:t>　　三、活动主办单位：</w:t>
      </w:r>
      <w:r>
        <w:rPr>
          <w:lang w:eastAsia="zh-CN"/>
        </w:rPr>
        <w:br/>
      </w:r>
      <w:r>
        <w:rPr>
          <w:lang w:eastAsia="zh-CN"/>
        </w:rPr>
        <w:t>　　新梦想实践社。</w:t>
      </w:r>
      <w:r>
        <w:rPr>
          <w:lang w:eastAsia="zh-CN"/>
        </w:rPr>
        <w:br/>
      </w:r>
      <w:r>
        <w:rPr>
          <w:lang w:eastAsia="zh-CN"/>
        </w:rPr>
        <w:t>　　四、活动协办单位：</w:t>
      </w:r>
      <w:r>
        <w:rPr>
          <w:lang w:eastAsia="zh-CN"/>
        </w:rPr>
        <w:br/>
      </w:r>
      <w:r>
        <w:rPr>
          <w:lang w:eastAsia="zh-CN"/>
        </w:rPr>
        <w:t>　　院演讲协会。</w:t>
      </w:r>
      <w:r>
        <w:rPr>
          <w:lang w:eastAsia="zh-CN"/>
        </w:rPr>
        <w:br/>
      </w:r>
      <w:r>
        <w:rPr>
          <w:lang w:eastAsia="zh-CN"/>
        </w:rPr>
        <w:t>　　五、活动参与对象：</w:t>
      </w:r>
      <w:r>
        <w:rPr>
          <w:lang w:eastAsia="zh-CN"/>
        </w:rPr>
        <w:br/>
      </w:r>
      <w:r>
        <w:rPr>
          <w:lang w:eastAsia="zh-CN"/>
        </w:rPr>
        <w:t>　　濮阳职业技术学院全体师生。</w:t>
      </w:r>
      <w:r>
        <w:rPr>
          <w:lang w:eastAsia="zh-CN"/>
        </w:rPr>
        <w:br/>
      </w:r>
      <w:r>
        <w:rPr>
          <w:lang w:eastAsia="zh-CN"/>
        </w:rPr>
        <w:t>　　六、活动地点:</w:t>
      </w:r>
      <w:r>
        <w:rPr>
          <w:lang w:eastAsia="zh-CN"/>
        </w:rPr>
        <w:br/>
      </w:r>
      <w:r>
        <w:rPr>
          <w:lang w:eastAsia="zh-CN"/>
        </w:rPr>
        <w:t>　　各个主干道及餐厅门口。</w:t>
      </w:r>
      <w:r>
        <w:rPr>
          <w:lang w:eastAsia="zh-CN"/>
        </w:rPr>
        <w:br/>
      </w:r>
      <w:r>
        <w:rPr>
          <w:lang w:eastAsia="zh-CN"/>
        </w:rPr>
        <w:t>　　七、活动名称：</w:t>
      </w:r>
      <w:r>
        <w:rPr>
          <w:lang w:eastAsia="zh-CN"/>
        </w:rPr>
        <w:br/>
      </w:r>
      <w:r>
        <w:rPr>
          <w:lang w:eastAsia="zh-CN"/>
        </w:rPr>
        <w:t>　　“系丝带贴心话，传祝福”，活动。</w:t>
      </w:r>
      <w:r>
        <w:rPr>
          <w:lang w:eastAsia="zh-CN"/>
        </w:rPr>
        <w:br/>
      </w:r>
      <w:r>
        <w:rPr>
          <w:lang w:eastAsia="zh-CN"/>
        </w:rPr>
        <w:t>　　八、活动目标：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提高感恩意识、发扬感恩之心、构建和谐校园。</w:t>
      </w:r>
      <w:r>
        <w:rPr>
          <w:lang w:eastAsia="zh-CN"/>
        </w:rPr>
        <w:br/>
      </w:r>
      <w:r>
        <w:rPr>
          <w:lang w:eastAsia="zh-CN"/>
        </w:rPr>
        <w:t>　　九、活动时间：</w:t>
      </w:r>
      <w:r>
        <w:rPr>
          <w:lang w:eastAsia="zh-CN"/>
        </w:rPr>
        <w:br/>
      </w:r>
      <w:r>
        <w:rPr>
          <w:lang w:eastAsia="zh-CN"/>
        </w:rPr>
        <w:t>　　20__年11月28日中午</w:t>
      </w:r>
      <w:r>
        <w:rPr>
          <w:lang w:eastAsia="zh-CN"/>
        </w:rPr>
        <w:br/>
      </w:r>
      <w:r>
        <w:rPr>
          <w:lang w:eastAsia="zh-CN"/>
        </w:rPr>
        <w:t>　　十、活动展开：</w:t>
      </w:r>
      <w:r>
        <w:rPr>
          <w:lang w:eastAsia="zh-CN"/>
        </w:rPr>
        <w:br/>
      </w:r>
      <w:r>
        <w:rPr>
          <w:lang w:eastAsia="zh-CN"/>
        </w:rPr>
        <w:t>　　“系丝带贴心话，传祝福”新梦想实践社于20__年11月28日在校园内展开活动。社团成员一边向路边的同学或老师宣传一些有个有关感恩节的知识，向他们分发“黄丝带”和便利贴，让他们把祝福语写在“黄丝带”上和便利贴上，并告诉他们我们会将把他们的祝福品挂在一棵“感恩树”或贴在“感恩板”或是让他们自己挂或自己贴。活动结束前，我们将所有的感恩祝原品一起挂或贴在事先选好的“感恩树”或“感恩板”上，并拍照留念。</w:t>
      </w:r>
      <w:r>
        <w:rPr>
          <w:lang w:eastAsia="zh-CN"/>
        </w:rPr>
        <w:br/>
      </w:r>
      <w:r>
        <w:rPr>
          <w:lang w:eastAsia="zh-CN"/>
        </w:rPr>
        <w:t>　　十一、活动前准备：</w:t>
      </w:r>
      <w:r>
        <w:rPr>
          <w:lang w:eastAsia="zh-CN"/>
        </w:rPr>
        <w:br/>
      </w:r>
      <w:r>
        <w:rPr>
          <w:lang w:eastAsia="zh-CN"/>
        </w:rPr>
        <w:t>　　“系丝带贴心话，传祝福”活动</w:t>
      </w:r>
      <w:r>
        <w:rPr>
          <w:lang w:eastAsia="zh-CN"/>
        </w:rPr>
        <w:br/>
      </w:r>
      <w:r>
        <w:rPr>
          <w:lang w:eastAsia="zh-CN"/>
        </w:rPr>
        <w:t>　　活动策划，活动负责人，活动宣传，活动场地的选择，活动人员的安排，活动材料器具采购等准备工作，活动注意事项及环境问题考虑，活动预算，实地考察。</w:t>
      </w:r>
      <w:r>
        <w:rPr>
          <w:lang w:eastAsia="zh-CN"/>
        </w:rPr>
        <w:br/>
      </w:r>
      <w:r>
        <w:rPr>
          <w:lang w:eastAsia="zh-CN"/>
        </w:rPr>
        <w:t>　　1、活动人员安排</w:t>
      </w:r>
      <w:r>
        <w:rPr>
          <w:lang w:eastAsia="zh-CN"/>
        </w:rPr>
        <w:br/>
      </w:r>
      <w:r>
        <w:rPr>
          <w:lang w:eastAsia="zh-CN"/>
        </w:rPr>
        <w:t>　　活动负责人(社长)</w:t>
      </w:r>
      <w:r>
        <w:rPr>
          <w:lang w:eastAsia="zh-CN"/>
        </w:rPr>
        <w:br/>
      </w:r>
      <w:r>
        <w:rPr>
          <w:lang w:eastAsia="zh-CN"/>
        </w:rPr>
        <w:t>　　活动场地负责人员(外联部)</w:t>
      </w:r>
      <w:r>
        <w:rPr>
          <w:lang w:eastAsia="zh-CN"/>
        </w:rPr>
        <w:br/>
      </w:r>
      <w:r>
        <w:rPr>
          <w:lang w:eastAsia="zh-CN"/>
        </w:rPr>
        <w:t>　　海报宣传负责人(宣传部)</w:t>
      </w:r>
      <w:r>
        <w:rPr>
          <w:lang w:eastAsia="zh-CN"/>
        </w:rPr>
        <w:br/>
      </w:r>
      <w:r>
        <w:rPr>
          <w:lang w:eastAsia="zh-CN"/>
        </w:rPr>
        <w:t>　　材料准备负责人(秘书部)</w:t>
      </w:r>
      <w:r>
        <w:rPr>
          <w:lang w:eastAsia="zh-CN"/>
        </w:rPr>
        <w:br/>
      </w:r>
      <w:r>
        <w:rPr>
          <w:lang w:eastAsia="zh-CN"/>
        </w:rPr>
        <w:t>　　现场布置准备工作人员(组织部与宣传部)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安排现场秩序维护人员(组织部)</w:t>
      </w:r>
      <w:r>
        <w:rPr>
          <w:lang w:eastAsia="zh-CN"/>
        </w:rPr>
        <w:br/>
      </w:r>
      <w:r>
        <w:rPr>
          <w:lang w:eastAsia="zh-CN"/>
        </w:rPr>
        <w:t>　　签到人员(审纪部)</w:t>
      </w:r>
      <w:r>
        <w:rPr>
          <w:lang w:eastAsia="zh-CN"/>
        </w:rPr>
        <w:br/>
      </w:r>
      <w:r>
        <w:rPr>
          <w:lang w:eastAsia="zh-CN"/>
        </w:rPr>
        <w:t>　　应急人员(所有参加活动的工作人员听从总负责安排)</w:t>
      </w:r>
      <w:r>
        <w:rPr>
          <w:lang w:eastAsia="zh-CN"/>
        </w:rPr>
        <w:br/>
      </w:r>
      <w:r>
        <w:rPr>
          <w:lang w:eastAsia="zh-CN"/>
        </w:rPr>
        <w:t>　　后勤负责人员(财务部、审纪部)</w:t>
      </w:r>
      <w:r>
        <w:rPr>
          <w:lang w:eastAsia="zh-CN"/>
        </w:rPr>
        <w:br/>
      </w:r>
      <w:r>
        <w:rPr>
          <w:lang w:eastAsia="zh-CN"/>
        </w:rPr>
        <w:t>　　摄像负责人员(组织部)</w:t>
      </w:r>
      <w:r>
        <w:rPr>
          <w:lang w:eastAsia="zh-CN"/>
        </w:rPr>
        <w:br/>
      </w:r>
      <w:r>
        <w:rPr>
          <w:lang w:eastAsia="zh-CN"/>
        </w:rPr>
        <w:t>　　内部每个成员参与活动;每个小组负责人做好各自工作;</w:t>
      </w:r>
      <w:r>
        <w:rPr>
          <w:lang w:eastAsia="zh-CN"/>
        </w:rPr>
        <w:br/>
      </w:r>
      <w:r>
        <w:rPr>
          <w:lang w:eastAsia="zh-CN"/>
        </w:rPr>
        <w:t>　　2、活动材料：课桌、椅子、宣传单、海报、照相机、丝带、笔、彩色纸、胶水、横幅、纸箱、红纸、红绳、夹子</w:t>
      </w:r>
      <w:r>
        <w:rPr>
          <w:lang w:eastAsia="zh-CN"/>
        </w:rPr>
        <w:br/>
      </w:r>
      <w:r>
        <w:rPr>
          <w:lang w:eastAsia="zh-CN"/>
        </w:rPr>
        <w:t>　　3、活动经费预算：横幅60，折纸40，丝带150，胶水20红绳20宣传单30夹子30海报40便利贴40礼品100共计630元横幅名字：发扬感恩之心，构建和谐校园。</w:t>
      </w:r>
      <w:r>
        <w:rPr>
          <w:lang w:eastAsia="zh-CN"/>
        </w:rPr>
        <w:br/>
      </w:r>
      <w:r>
        <w:rPr>
          <w:lang w:eastAsia="zh-CN"/>
        </w:rPr>
        <w:t>　　活动正式实施：</w:t>
      </w:r>
      <w:r>
        <w:rPr>
          <w:lang w:eastAsia="zh-CN"/>
        </w:rPr>
        <w:br/>
      </w:r>
      <w:r>
        <w:rPr>
          <w:lang w:eastAsia="zh-CN"/>
        </w:rPr>
        <w:t>　　11月28日，中午所有成员在图书馆广场集合。</w:t>
      </w:r>
      <w:r>
        <w:rPr>
          <w:lang w:eastAsia="zh-CN"/>
        </w:rPr>
        <w:br/>
      </w:r>
      <w:r>
        <w:rPr>
          <w:lang w:eastAsia="zh-CN"/>
        </w:rPr>
        <w:t>　　活动内容：</w:t>
      </w:r>
      <w:r>
        <w:rPr>
          <w:lang w:eastAsia="zh-CN"/>
        </w:rPr>
        <w:br/>
      </w:r>
      <w:r>
        <w:rPr>
          <w:lang w:eastAsia="zh-CN"/>
        </w:rPr>
        <w:t>　　1、宣传感恩节的来历，目的，</w:t>
      </w:r>
      <w:r>
        <w:rPr>
          <w:lang w:eastAsia="zh-CN"/>
        </w:rPr>
        <w:br/>
      </w:r>
      <w:r>
        <w:rPr>
          <w:lang w:eastAsia="zh-CN"/>
        </w:rPr>
        <w:t>　　2、发放丝带，让大家在丝带上写一句最想对要感恩的人祝福语，并亲自折花扣好挂在树上，代表我们对他们的感恩。</w:t>
      </w:r>
      <w:r>
        <w:rPr>
          <w:lang w:eastAsia="zh-CN"/>
        </w:rPr>
        <w:br/>
      </w:r>
      <w:r>
        <w:rPr>
          <w:lang w:eastAsia="zh-CN"/>
        </w:rPr>
        <w:t>　　3、鼓励大家在感恩节这天，拿出手机，给远在千里或尽在身边的家人送上祝福。</w:t>
      </w:r>
      <w:r>
        <w:rPr>
          <w:lang w:eastAsia="zh-CN"/>
        </w:rPr>
        <w:br/>
      </w:r>
      <w:r>
        <w:rPr>
          <w:lang w:eastAsia="zh-CN"/>
        </w:rPr>
        <w:t>　　4、凡是参与本次活动的，都有机会获得一份精美礼品。</w:t>
      </w:r>
      <w:r>
        <w:rPr>
          <w:lang w:eastAsia="zh-CN"/>
        </w:rPr>
        <w:br/>
      </w:r>
      <w:r>
        <w:rPr>
          <w:lang w:eastAsia="zh-CN"/>
        </w:rPr>
        <w:t>　　十二、活动中存在问题：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天气情况，活动时间，丝带、便利贴所需的材料的数量不能十分准确。</w:t>
      </w:r>
      <w:r>
        <w:rPr>
          <w:lang w:eastAsia="zh-CN"/>
        </w:rPr>
        <w:br/>
      </w:r>
      <w:r>
        <w:rPr>
          <w:lang w:eastAsia="zh-CN"/>
        </w:rPr>
        <w:t>　　十三、活动的应急措施：</w:t>
      </w:r>
      <w:r>
        <w:rPr>
          <w:lang w:eastAsia="zh-CN"/>
        </w:rPr>
        <w:br/>
      </w:r>
      <w:r>
        <w:rPr>
          <w:lang w:eastAsia="zh-CN"/>
        </w:rPr>
        <w:t>　　“系丝带贴心话，传祝福”活动如遇到雨天场地改到各系门口举行。每项活动中如出现一些活动材料不足时，有折纸代替。</w:t>
      </w:r>
      <w:r>
        <w:rPr>
          <w:lang w:eastAsia="zh-CN"/>
        </w:rPr>
        <w:br/>
      </w:r>
      <w:r>
        <w:rPr>
          <w:lang w:eastAsia="zh-CN"/>
        </w:rPr>
        <w:t>　　十四、活动结束：</w:t>
      </w:r>
      <w:r>
        <w:rPr>
          <w:lang w:eastAsia="zh-CN"/>
        </w:rPr>
        <w:br/>
      </w:r>
      <w:r>
        <w:rPr>
          <w:lang w:eastAsia="zh-CN"/>
        </w:rPr>
        <w:t>　　整理场地卫生、整理现场、收拾材料用具。</w:t>
      </w:r>
      <w:r>
        <w:rPr>
          <w:lang w:eastAsia="zh-CN"/>
        </w:rPr>
        <w:br/>
      </w:r>
      <w:r>
        <w:rPr>
          <w:lang w:eastAsia="zh-CN"/>
        </w:rPr>
        <w:t>　　十五、活动总结：</w:t>
      </w:r>
      <w:r>
        <w:rPr>
          <w:lang w:eastAsia="zh-CN"/>
        </w:rPr>
        <w:br/>
      </w:r>
      <w:r>
        <w:rPr>
          <w:lang w:eastAsia="zh-CN"/>
        </w:rPr>
        <w:t>　　活动结束后总结报告。</w:t>
      </w:r>
      <w:r>
        <w:rPr>
          <w:lang w:eastAsia="zh-CN"/>
        </w:rPr>
        <w:br/>
      </w:r>
      <w:r>
        <w:rPr>
          <w:lang w:eastAsia="zh-CN"/>
        </w:rPr>
        <w:t>　　注：活动经费以及人员安排还存在一些不足需要补充。</w:t>
      </w:r>
      <w:r>
        <w:rPr>
          <w:lang w:eastAsia="zh-CN"/>
        </w:rPr>
        <w:br/>
      </w:r>
      <w:r>
        <w:rPr>
          <w:lang w:eastAsia="zh-CN"/>
        </w:rPr>
        <w:t xml:space="preserve">    2024年感恩节策划书范文 篇5 </w:t>
      </w:r>
      <w:r>
        <w:rPr>
          <w:lang w:eastAsia="zh-CN"/>
        </w:rPr>
        <w:br/>
      </w:r>
      <w:r>
        <w:rPr>
          <w:lang w:eastAsia="zh-CN"/>
        </w:rPr>
        <w:t>　　一、小学感恩节主题：</w:t>
      </w:r>
      <w:r>
        <w:rPr>
          <w:lang w:eastAsia="zh-CN"/>
        </w:rPr>
        <w:br/>
      </w:r>
      <w:r>
        <w:rPr>
          <w:lang w:eastAsia="zh-CN"/>
        </w:rPr>
        <w:t>　　感恩从我做起，让人人感受到温暖</w:t>
      </w:r>
      <w:r>
        <w:rPr>
          <w:lang w:eastAsia="zh-CN"/>
        </w:rPr>
        <w:br/>
      </w:r>
      <w:r>
        <w:rPr>
          <w:lang w:eastAsia="zh-CN"/>
        </w:rPr>
        <w:t>　　二、小学感恩节活动目的</w:t>
      </w:r>
      <w:r>
        <w:rPr>
          <w:lang w:eastAsia="zh-CN"/>
        </w:rPr>
        <w:br/>
      </w:r>
      <w:r>
        <w:rPr>
          <w:lang w:eastAsia="zh-CN"/>
        </w:rPr>
        <w:t>　　通过一系列的活动，让小学生体会到“感恩”是一种生活态度，是一种美德，是做人的起码修养和道德准则。同时借助于感恩节活动举办一场晚上拉进学生与老师，学生与家长们之间的距离，趁这个机会热闹一下。</w:t>
      </w:r>
      <w:r>
        <w:rPr>
          <w:lang w:eastAsia="zh-CN"/>
        </w:rPr>
        <w:br/>
      </w:r>
      <w:r>
        <w:rPr>
          <w:lang w:eastAsia="zh-CN"/>
        </w:rPr>
        <w:t>　　三、小学感恩节活动时间：</w:t>
      </w:r>
      <w:r>
        <w:rPr>
          <w:lang w:eastAsia="zh-CN"/>
        </w:rPr>
        <w:br/>
      </w:r>
      <w:r>
        <w:rPr>
          <w:lang w:eastAsia="zh-CN"/>
        </w:rPr>
        <w:t>　　__月25日</w:t>
      </w:r>
      <w:r>
        <w:rPr>
          <w:lang w:eastAsia="zh-CN"/>
        </w:rPr>
        <w:br/>
      </w:r>
      <w:r>
        <w:rPr>
          <w:lang w:eastAsia="zh-CN"/>
        </w:rPr>
        <w:t>　　四、小学感恩节活动活动过程</w:t>
      </w:r>
      <w:r>
        <w:rPr>
          <w:lang w:eastAsia="zh-CN"/>
        </w:rPr>
        <w:br/>
      </w:r>
      <w:r>
        <w:rPr>
          <w:lang w:eastAsia="zh-CN"/>
        </w:rPr>
        <w:t>　　第一阶段：宣传发动，渲染气氛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在老师们的组织之下，所有的师生一起来集中通过国旗下演讲，宣读《感恩教育倡议书》全员发动，本次活动的主题不需广州礼仪公司的主持人，只需要小学里面的优秀学生做代表。在第二阶段的晚会，将会有广州礼仪公司的专业主持人主持。</w:t>
      </w:r>
      <w:r>
        <w:rPr>
          <w:lang w:eastAsia="zh-CN"/>
        </w:rPr>
        <w:br/>
      </w:r>
      <w:r>
        <w:rPr>
          <w:lang w:eastAsia="zh-CN"/>
        </w:rPr>
        <w:t>　　第二阶段：活动推进阶段</w:t>
      </w:r>
      <w:r>
        <w:rPr>
          <w:lang w:eastAsia="zh-CN"/>
        </w:rPr>
        <w:br/>
      </w:r>
      <w:r>
        <w:rPr>
          <w:lang w:eastAsia="zh-CN"/>
        </w:rPr>
        <w:t>　　全校师生一起来，开始观看晚会《感恩从心开始，让爱温暖彼此》，该晚会有广州演出公司以及广州演艺公司共同演艺，有些节目是由学校的班级里推送。这些活动会得到一些商家的赞助冠名，这些赞助是广州公关公司邀请的。</w:t>
      </w:r>
      <w:r>
        <w:rPr>
          <w:lang w:eastAsia="zh-CN"/>
        </w:rPr>
        <w:br/>
      </w:r>
      <w:r>
        <w:rPr>
          <w:lang w:eastAsia="zh-CN"/>
        </w:rPr>
        <w:t>　　感恩节演出活动节目单：</w:t>
      </w:r>
      <w:r>
        <w:rPr>
          <w:lang w:eastAsia="zh-CN"/>
        </w:rPr>
        <w:br/>
      </w:r>
      <w:r>
        <w:rPr>
          <w:lang w:eastAsia="zh-CN"/>
        </w:rPr>
        <w:t>　　《千手观音》</w:t>
      </w:r>
      <w:r>
        <w:rPr>
          <w:lang w:eastAsia="zh-CN"/>
        </w:rPr>
        <w:br/>
      </w:r>
      <w:r>
        <w:rPr>
          <w:lang w:eastAsia="zh-CN"/>
        </w:rPr>
        <w:t>　　《春暖》</w:t>
      </w:r>
      <w:r>
        <w:rPr>
          <w:lang w:eastAsia="zh-CN"/>
        </w:rPr>
        <w:br/>
      </w:r>
      <w:r>
        <w:rPr>
          <w:lang w:eastAsia="zh-CN"/>
        </w:rPr>
        <w:t>　　《华罗庚》</w:t>
      </w:r>
      <w:r>
        <w:rPr>
          <w:lang w:eastAsia="zh-CN"/>
        </w:rPr>
        <w:br/>
      </w:r>
      <w:r>
        <w:rPr>
          <w:lang w:eastAsia="zh-CN"/>
        </w:rPr>
        <w:t>　　《背着爸爸上学去》</w:t>
      </w:r>
      <w:r>
        <w:rPr>
          <w:lang w:eastAsia="zh-CN"/>
        </w:rPr>
        <w:br/>
      </w:r>
      <w:r>
        <w:rPr>
          <w:lang w:eastAsia="zh-CN"/>
        </w:rPr>
        <w:t>　　《闪电行动》</w:t>
      </w:r>
      <w:r>
        <w:rPr>
          <w:lang w:eastAsia="zh-CN"/>
        </w:rPr>
        <w:br/>
      </w:r>
      <w:r>
        <w:rPr>
          <w:lang w:eastAsia="zh-CN"/>
        </w:rPr>
        <w:t>　　《和你在一起》</w:t>
      </w:r>
      <w:r>
        <w:rPr>
          <w:lang w:eastAsia="zh-CN"/>
        </w:rPr>
        <w:br/>
      </w:r>
      <w:r>
        <w:rPr>
          <w:lang w:eastAsia="zh-CN"/>
        </w:rPr>
        <w:t>　　《妈妈再爱我一次》</w:t>
      </w:r>
      <w:r>
        <w:rPr>
          <w:lang w:eastAsia="zh-CN"/>
        </w:rPr>
        <w:br/>
      </w:r>
      <w:r>
        <w:rPr>
          <w:lang w:eastAsia="zh-CN"/>
        </w:rPr>
        <w:t>　　《漂亮妈妈》</w:t>
      </w:r>
      <w:r>
        <w:rPr>
          <w:lang w:eastAsia="zh-CN"/>
        </w:rPr>
        <w:br/>
      </w:r>
      <w:r>
        <w:rPr>
          <w:lang w:eastAsia="zh-CN"/>
        </w:rPr>
        <w:t>　　《小鞋》</w:t>
      </w:r>
      <w:r>
        <w:rPr>
          <w:lang w:eastAsia="zh-CN"/>
        </w:rPr>
        <w:br/>
      </w:r>
      <w:r>
        <w:rPr>
          <w:lang w:eastAsia="zh-CN"/>
        </w:rPr>
        <w:t>　　《美丽人生》</w:t>
      </w:r>
      <w:r>
        <w:rPr>
          <w:lang w:eastAsia="zh-CN"/>
        </w:rPr>
        <w:br/>
      </w:r>
      <w:r>
        <w:rPr>
          <w:lang w:eastAsia="zh-CN"/>
        </w:rPr>
        <w:t>　　第三阶段：学生们一起写感恩信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通过写“感恩信”汇亲情。组织孩子们给父母写一封信。让所有的孩子都参与热情高涨的氛围中，将自己的心里话用书信向父母尽情表达。</w:t>
      </w:r>
      <w:r>
        <w:rPr>
          <w:lang w:eastAsia="zh-CN"/>
        </w:rPr>
        <w:br/>
      </w:r>
      <w:r>
        <w:rPr>
          <w:lang w:eastAsia="zh-CN"/>
        </w:rPr>
        <w:t xml:space="preserve">    2024年感恩节策划书范文 篇6 </w:t>
      </w:r>
      <w:r>
        <w:rPr>
          <w:lang w:eastAsia="zh-CN"/>
        </w:rPr>
        <w:br/>
      </w:r>
      <w:r>
        <w:rPr>
          <w:lang w:eastAsia="zh-CN"/>
        </w:rPr>
        <w:t>　　场地布置：</w:t>
      </w:r>
      <w:r>
        <w:rPr>
          <w:lang w:eastAsia="zh-CN"/>
        </w:rPr>
        <w:br/>
      </w:r>
      <w:r>
        <w:rPr>
          <w:lang w:eastAsia="zh-CN"/>
        </w:rPr>
        <w:t>　　1.活动安排场地为瑞金宾馆内3号楼和草坪。</w:t>
      </w:r>
      <w:r>
        <w:rPr>
          <w:lang w:eastAsia="zh-CN"/>
        </w:rPr>
        <w:br/>
      </w:r>
      <w:r>
        <w:rPr>
          <w:lang w:eastAsia="zh-CN"/>
        </w:rPr>
        <w:t>　　2.宾馆3号楼布置成古欧洲城堡，以下称为：城堡.。</w:t>
      </w:r>
      <w:r>
        <w:rPr>
          <w:lang w:eastAsia="zh-CN"/>
        </w:rPr>
        <w:br/>
      </w:r>
      <w:r>
        <w:rPr>
          <w:lang w:eastAsia="zh-CN"/>
        </w:rPr>
        <w:t>　　3.城堡楼顶装吊索装置。城堡四周装舞台灯光，城堡内布置DISCO灯光音响。</w:t>
      </w:r>
      <w:r>
        <w:rPr>
          <w:lang w:eastAsia="zh-CN"/>
        </w:rPr>
        <w:br/>
      </w:r>
      <w:r>
        <w:rPr>
          <w:lang w:eastAsia="zh-CN"/>
        </w:rPr>
        <w:t>　　4.草坪上搭建一个表演舞台，布置DISCO灯光音响。</w:t>
      </w:r>
      <w:r>
        <w:rPr>
          <w:lang w:eastAsia="zh-CN"/>
        </w:rPr>
        <w:br/>
      </w:r>
      <w:r>
        <w:rPr>
          <w:lang w:eastAsia="zh-CN"/>
        </w:rPr>
        <w:t>　　5.草坪上两个巨型烧烤炉(原有)。</w:t>
      </w:r>
      <w:r>
        <w:rPr>
          <w:lang w:eastAsia="zh-CN"/>
        </w:rPr>
        <w:br/>
      </w:r>
      <w:r>
        <w:rPr>
          <w:lang w:eastAsia="zh-CN"/>
        </w:rPr>
        <w:t>　　活动具体安排：</w:t>
      </w:r>
      <w:r>
        <w:rPr>
          <w:lang w:eastAsia="zh-CN"/>
        </w:rPr>
        <w:br/>
      </w:r>
      <w:r>
        <w:rPr>
          <w:lang w:eastAsia="zh-CN"/>
        </w:rPr>
        <w:t>　　一.17：00游客进入活动场地。</w:t>
      </w:r>
      <w:r>
        <w:rPr>
          <w:lang w:eastAsia="zh-CN"/>
        </w:rPr>
        <w:br/>
      </w:r>
      <w:r>
        <w:rPr>
          <w:lang w:eastAsia="zh-CN"/>
        </w:rPr>
        <w:t>　　二.17：30——18：45举行万圣节百人巴西烧烤。</w:t>
      </w:r>
      <w:r>
        <w:rPr>
          <w:lang w:eastAsia="zh-CN"/>
        </w:rPr>
        <w:br/>
      </w:r>
      <w:r>
        <w:rPr>
          <w:lang w:eastAsia="zh-CN"/>
        </w:rPr>
        <w:t>　　三.19：00开始进入“十字军东征，魔鬼复活”的庆祝万圣节游戏表演活动：</w:t>
      </w:r>
      <w:r>
        <w:rPr>
          <w:lang w:eastAsia="zh-CN"/>
        </w:rPr>
        <w:br/>
      </w:r>
      <w:r>
        <w:rPr>
          <w:lang w:eastAsia="zh-CN"/>
        </w:rPr>
        <w:t>　　“十字军队员”由演员扮演，以下称为：十字军。</w:t>
      </w:r>
      <w:r>
        <w:rPr>
          <w:lang w:eastAsia="zh-CN"/>
        </w:rPr>
        <w:br/>
      </w:r>
      <w:r>
        <w:rPr>
          <w:lang w:eastAsia="zh-CN"/>
        </w:rPr>
        <w:t>　　“鬼王”，“魔鬼”由演员扮演，以下称为：鬼王，魔鬼。</w:t>
      </w:r>
      <w:r>
        <w:rPr>
          <w:lang w:eastAsia="zh-CN"/>
        </w:rPr>
        <w:br/>
      </w:r>
      <w:r>
        <w:rPr>
          <w:lang w:eastAsia="zh-CN"/>
        </w:rPr>
        <w:t>　　1.十字军的头领带着队员们走进大草坪，向游客宣布“世界再一次陷入恐慌，魔鬼到处杀害人类。”</w:t>
      </w:r>
      <w:r>
        <w:rPr>
          <w:lang w:eastAsia="zh-CN"/>
        </w:rPr>
        <w:br/>
      </w:r>
      <w:r>
        <w:rPr>
          <w:lang w:eastAsia="zh-CN"/>
        </w:rPr>
        <w:t>　　2.表演鬼王复活：</w:t>
      </w:r>
      <w:r>
        <w:rPr>
          <w:lang w:eastAsia="zh-CN"/>
        </w:rPr>
        <w:br/>
      </w:r>
      <w:r>
        <w:rPr>
          <w:lang w:eastAsia="zh-CN"/>
        </w:rPr>
        <w:t>　　3.在草坪上十字军号召游客加入他们的队伍，一起来对抗鬼王。</w:t>
      </w:r>
      <w:r>
        <w:rPr>
          <w:lang w:eastAsia="zh-CN"/>
        </w:rPr>
        <w:br/>
      </w:r>
      <w:r>
        <w:rPr>
          <w:lang w:eastAsia="zh-CN"/>
        </w:rPr>
        <w:t>　　开始游戏：</w:t>
      </w:r>
      <w:r>
        <w:rPr>
          <w:lang w:eastAsia="zh-CN"/>
        </w:rPr>
        <w:br/>
      </w:r>
      <w:r>
        <w:rPr>
          <w:lang w:eastAsia="zh-CN"/>
        </w:rPr>
        <w:t>　　游戏地点：草坪，由主持人林海现场主持。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1.美男计：在游客中选4位女性，1位男性，他们穿上一样的衣服，带上一样的面具，让大家猜猜其中哪一位是男性。猜中者发奖品。游戏进行三轮。</w:t>
      </w:r>
      <w:r>
        <w:rPr>
          <w:lang w:eastAsia="zh-CN"/>
        </w:rPr>
        <w:br/>
      </w:r>
      <w:r>
        <w:rPr>
          <w:lang w:eastAsia="zh-CN"/>
        </w:rPr>
        <w:t>　　2.打鬼：两位身体强壮的教练穿上保护套，戴好头盔。游客带上拳击手套，与教练进行中度的搏斗，教练只守不攻，游客不得打的教练的要害处。限时为一场3分钟。最后让游客来评选谁的武打招式漂亮，前五名发奖品。</w:t>
      </w:r>
      <w:r>
        <w:rPr>
          <w:lang w:eastAsia="zh-CN"/>
        </w:rPr>
        <w:br/>
      </w:r>
      <w:r>
        <w:rPr>
          <w:lang w:eastAsia="zh-CN"/>
        </w:rPr>
        <w:t>　　3.美式摔角赛：根据美式摔角的特殊规则和表演性，让游客自由组队(每队两人)进行比赛，限时一场5分钟。根据每队表演逼真的方面来决定名次。前五名发奖品。</w:t>
      </w:r>
      <w:r>
        <w:rPr>
          <w:lang w:eastAsia="zh-CN"/>
        </w:rPr>
        <w:br/>
      </w:r>
      <w:r>
        <w:rPr>
          <w:lang w:eastAsia="zh-CN"/>
        </w:rPr>
        <w:t>　　4.化妆舞会：游客自由组队，一共组成十队，每队必须由一名男性来充当模特。比赛内容是将各队中的男模特化妆成女性的模样(包括服装，假发等)，化好妆后再要求男模特在舞台上模仿女模特进行时装表演，让游客一起评判谁最像。前五名的队发奖品。</w:t>
      </w:r>
      <w:r>
        <w:rPr>
          <w:lang w:eastAsia="zh-CN"/>
        </w:rPr>
        <w:br/>
      </w:r>
      <w:r>
        <w:rPr>
          <w:lang w:eastAsia="zh-CN"/>
        </w:rPr>
        <w:t>　　鬼王表演：</w:t>
      </w:r>
      <w:r>
        <w:rPr>
          <w:lang w:eastAsia="zh-CN"/>
        </w:rPr>
        <w:br/>
      </w:r>
      <w:r>
        <w:rPr>
          <w:lang w:eastAsia="zh-CN"/>
        </w:rPr>
        <w:t>　　1.游戏结束后灯光打暗，大光灯照向城堡顶端(3号楼)，背景音乐呈现恐怖感。</w:t>
      </w:r>
      <w:r>
        <w:rPr>
          <w:lang w:eastAsia="zh-CN"/>
        </w:rPr>
        <w:br/>
      </w:r>
      <w:r>
        <w:rPr>
          <w:lang w:eastAsia="zh-CN"/>
        </w:rPr>
        <w:t>　　2.鬼王再次出现，此时的鬼王已经完全复活，模样与开始是不同，他由架在城堡楼顶的钢索慢慢的放吊在半空，然后向游客讲述鬼的过去，现在，未来和要统治世界，让人类永远生活在黑暗中的的话。十字军的头领此时走来与鬼王进行对话，称要消灭魔鬼。对话结束，鬼王在狂笑中由吊索吊回到楼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开始游戏“A计划”</w:t>
      </w:r>
      <w:r>
        <w:rPr>
          <w:lang w:eastAsia="zh-CN"/>
        </w:rPr>
        <w:br/>
      </w:r>
      <w:r>
        <w:rPr>
          <w:lang w:eastAsia="zh-CN"/>
        </w:rPr>
        <w:t>　　1.先前变成魔鬼的游客进入城堡，化妆成魔鬼进行游戏。</w:t>
      </w:r>
      <w:r>
        <w:rPr>
          <w:lang w:eastAsia="zh-CN"/>
        </w:rPr>
        <w:br/>
      </w:r>
      <w:r>
        <w:rPr>
          <w:lang w:eastAsia="zh-CN"/>
        </w:rPr>
        <w:t>　　2.其他的游客组成十字军团进攻城堡，与魔鬼展开战斗。</w:t>
      </w:r>
      <w:r>
        <w:rPr>
          <w:lang w:eastAsia="zh-CN"/>
        </w:rPr>
        <w:br/>
      </w:r>
      <w:r>
        <w:rPr>
          <w:lang w:eastAsia="zh-CN"/>
        </w:rPr>
        <w:t>　　3.游戏规则：城堡内的魔鬼为防守方，城堡外的十字军为进攻方，双方均拿有武器(塑料的充气玩具)，每人脚上都绑有一只气球，十字军分批进入城堡与城堡内的魔鬼进行斗争，游戏进行中气球爆掉的游客就算输，最终获胜者得大奖，获胜方人人有奖品，输的一方没奖品。</w:t>
      </w:r>
      <w:r>
        <w:rPr>
          <w:lang w:eastAsia="zh-CN"/>
        </w:rPr>
        <w:br/>
      </w:r>
      <w:r>
        <w:rPr>
          <w:lang w:eastAsia="zh-CN"/>
        </w:rPr>
        <w:t>　　鬼王与十字军头领决斗表演</w:t>
      </w:r>
      <w:r>
        <w:rPr>
          <w:lang w:eastAsia="zh-CN"/>
        </w:rPr>
        <w:br/>
      </w:r>
      <w:r>
        <w:rPr>
          <w:lang w:eastAsia="zh-CN"/>
        </w:rPr>
        <w:t>　　鬼王与十字军头领在城堡内进行决斗表演，表演内容先是正宗的武术对打，然后变成极其夸张和幽默的对打表演。最终鬼王打败十字军头领，但自己也受重伤，与鬼后逃到城堡内的某个角落里。</w:t>
      </w:r>
      <w:r>
        <w:rPr>
          <w:lang w:eastAsia="zh-CN"/>
        </w:rPr>
        <w:br/>
      </w:r>
      <w:r>
        <w:rPr>
          <w:lang w:eastAsia="zh-CN"/>
        </w:rPr>
        <w:t>　　开始游戏“捉鬼王，鬼后”</w:t>
      </w:r>
      <w:r>
        <w:rPr>
          <w:lang w:eastAsia="zh-CN"/>
        </w:rPr>
        <w:br/>
      </w:r>
      <w:r>
        <w:rPr>
          <w:lang w:eastAsia="zh-CN"/>
        </w:rPr>
        <w:t>　　1.鬼王，鬼后藏在城堡某一处。</w:t>
      </w:r>
      <w:r>
        <w:rPr>
          <w:lang w:eastAsia="zh-CN"/>
        </w:rPr>
        <w:br/>
      </w:r>
      <w:r>
        <w:rPr>
          <w:lang w:eastAsia="zh-CN"/>
        </w:rPr>
        <w:t>　　2.游客进入城堡去寻找鬼王，鬼后。</w:t>
      </w:r>
      <w:r>
        <w:rPr>
          <w:lang w:eastAsia="zh-CN"/>
        </w:rPr>
        <w:br/>
      </w:r>
      <w:r>
        <w:rPr>
          <w:lang w:eastAsia="zh-CN"/>
        </w:rPr>
        <w:t>　　3.捉到鬼王，鬼后的游客得大奖，同时捉到的游客则平分奖项或自行协调。</w:t>
      </w:r>
      <w:r>
        <w:rPr>
          <w:lang w:eastAsia="zh-CN"/>
        </w:rPr>
        <w:br/>
      </w:r>
      <w:r>
        <w:rPr>
          <w:lang w:eastAsia="zh-CN"/>
        </w:rPr>
        <w:t>　　23：00开始万圣节假面DISCO</w:t>
      </w:r>
      <w:r>
        <w:rPr>
          <w:lang w:eastAsia="zh-CN"/>
        </w:rPr>
        <w:br/>
      </w:r>
      <w:r>
        <w:rPr>
          <w:lang w:eastAsia="zh-CN"/>
        </w:rPr>
        <w:t>　　地点：大草坪，城堡底楼。</w:t>
      </w:r>
      <w:r>
        <w:rPr>
          <w:lang w:eastAsia="zh-CN"/>
        </w:rPr>
        <w:br/>
      </w:r>
      <w:r>
        <w:rPr>
          <w:lang w:eastAsia="zh-CN"/>
        </w:rPr>
        <w:t>　　23：50抽奖</w:t>
      </w:r>
      <w:r>
        <w:rPr>
          <w:lang w:eastAsia="zh-CN"/>
        </w:rPr>
        <w:br/>
      </w:r>
      <w:r>
        <w:rPr>
          <w:lang w:eastAsia="zh-CN"/>
        </w:rPr>
        <w:t>　　1.“姓名抽奖法”进行抽奖。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2.规则：先抽出姓氏的笔画数，再抽出姓名的总笔画在几到几笔之间，然后抽出名的总笔画数来决定奖项。</w:t>
      </w:r>
      <w:r>
        <w:rPr>
          <w:lang w:eastAsia="zh-CN"/>
        </w:rPr>
        <w:br/>
      </w:r>
      <w:r>
        <w:rPr>
          <w:lang w:eastAsia="zh-CN"/>
        </w:rPr>
        <w:t>　　24：00“十字军东征，魔鬼复活”万圣节庆祝活动结束。</w:t>
      </w:r>
      <w:r>
        <w:rPr>
          <w:lang w:eastAsia="zh-CN"/>
        </w:rPr>
        <w:br/>
      </w:r>
      <w:r>
        <w:rPr>
          <w:lang w:eastAsia="zh-CN"/>
        </w:rPr>
        <w:t xml:space="preserve">    2024年感恩节策划书范文 篇7 </w:t>
      </w:r>
      <w:r>
        <w:rPr>
          <w:lang w:eastAsia="zh-CN"/>
        </w:rPr>
        <w:br/>
      </w:r>
      <w:r>
        <w:rPr>
          <w:lang w:eastAsia="zh-CN"/>
        </w:rPr>
        <w:t>　　感恩节，对于中国的孩子们应该是怎样的一种存在？</w:t>
      </w:r>
      <w:r>
        <w:rPr>
          <w:lang w:eastAsia="zh-CN"/>
        </w:rPr>
        <w:br/>
      </w:r>
      <w:r>
        <w:rPr>
          <w:lang w:eastAsia="zh-CN"/>
        </w:rPr>
        <w:t>　　在幼儿园，我们不防这样理解感恩节：感恩节是一个表达谢意的日子。它引导我们去关注身边所有的美好，所有应该感谢的事物和人们。一个懂得说谢谢，知道表达感恩的人，一定有一颗淡定、丰富、温暖、博爱的心灵，也往往与自然、他人有着和谐的关系。所以让我们抓住感恩节的教育，让孩子、家长、老师们体验感恩带来的欢乐吧。</w:t>
      </w:r>
      <w:r>
        <w:rPr>
          <w:lang w:eastAsia="zh-CN"/>
        </w:rPr>
        <w:br/>
      </w:r>
      <w:r>
        <w:rPr>
          <w:lang w:eastAsia="zh-CN"/>
        </w:rPr>
        <w:t>　　一、活动目标</w:t>
      </w:r>
      <w:r>
        <w:rPr>
          <w:lang w:eastAsia="zh-CN"/>
        </w:rPr>
        <w:br/>
      </w:r>
      <w:r>
        <w:rPr>
          <w:lang w:eastAsia="zh-CN"/>
        </w:rPr>
        <w:t>　　1、了解感恩节的来历，知道感恩节是表达谢意的日子。</w:t>
      </w:r>
      <w:r>
        <w:rPr>
          <w:lang w:eastAsia="zh-CN"/>
        </w:rPr>
        <w:br/>
      </w:r>
      <w:r>
        <w:rPr>
          <w:lang w:eastAsia="zh-CN"/>
        </w:rPr>
        <w:t>　　2、知道感恩节的特色食物与象征物，能够进行感恩节相关英文表达。</w:t>
      </w:r>
      <w:r>
        <w:rPr>
          <w:lang w:eastAsia="zh-CN"/>
        </w:rPr>
        <w:br/>
      </w:r>
      <w:r>
        <w:rPr>
          <w:lang w:eastAsia="zh-CN"/>
        </w:rPr>
        <w:t>　　3、感受感恩节的故事（蓝丝带、你大我小等），懂得感恩，享受并参于感恩节的庆祝活动。</w:t>
      </w:r>
      <w:r>
        <w:rPr>
          <w:lang w:eastAsia="zh-CN"/>
        </w:rPr>
        <w:br/>
      </w:r>
      <w:r>
        <w:rPr>
          <w:lang w:eastAsia="zh-CN"/>
        </w:rPr>
        <w:t>　　4、通过跟家长共度感恩节，幼儿在感恩行动中体验感恩的美好。</w:t>
      </w:r>
      <w:r>
        <w:rPr>
          <w:lang w:eastAsia="zh-CN"/>
        </w:rPr>
        <w:br/>
      </w:r>
      <w:r>
        <w:rPr>
          <w:lang w:eastAsia="zh-CN"/>
        </w:rPr>
        <w:t>　　二、感恩节来历介绍</w:t>
      </w:r>
      <w:r>
        <w:rPr>
          <w:lang w:eastAsia="zh-CN"/>
        </w:rPr>
        <w:br/>
      </w:r>
      <w:r>
        <w:rPr>
          <w:lang w:eastAsia="zh-CN"/>
        </w:rPr>
        <w:t>　　1、通过讲故事、放视频等形式让幼儿了解感恩节的来历，并对西方文化作简单了解。</w:t>
      </w:r>
      <w:r>
        <w:rPr>
          <w:lang w:eastAsia="zh-CN"/>
        </w:rPr>
        <w:br/>
      </w:r>
      <w:r>
        <w:rPr>
          <w:lang w:eastAsia="zh-CN"/>
        </w:rPr>
        <w:t>　　2、对来历了解后，幼儿可向其他人，如父母、同伴进行故事讲解，也可以通过自制故事书、师幼剧本表演等形式进行呈现。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三、感恩节节日教育</w:t>
      </w:r>
      <w:r>
        <w:rPr>
          <w:lang w:eastAsia="zh-CN"/>
        </w:rPr>
        <w:br/>
      </w:r>
      <w:r>
        <w:rPr>
          <w:lang w:eastAsia="zh-CN"/>
        </w:rPr>
        <w:t>　　1、向幼儿介绍有关感恩节的来历、庆祝方式、代表物等。</w:t>
      </w:r>
      <w:r>
        <w:rPr>
          <w:lang w:eastAsia="zh-CN"/>
        </w:rPr>
        <w:br/>
      </w:r>
      <w:r>
        <w:rPr>
          <w:lang w:eastAsia="zh-CN"/>
        </w:rPr>
        <w:t>　　2、感恩节故事欣赏：通过故事带孩子们体会感恩的心情。推荐故事：《你大我小》、《温情的狮子》、《蓝丝带》、《我是霸王龙》。</w:t>
      </w:r>
      <w:r>
        <w:rPr>
          <w:lang w:eastAsia="zh-CN"/>
        </w:rPr>
        <w:br/>
      </w:r>
      <w:r>
        <w:rPr>
          <w:lang w:eastAsia="zh-CN"/>
        </w:rPr>
        <w:t>　　3、艺术活动：感恩节涂色、印第安人头饰制作、火鸡拓印。推荐活动歌曲：《感恩的心》《ten little Indians》《you are my sunshine》。</w:t>
      </w:r>
      <w:r>
        <w:rPr>
          <w:lang w:eastAsia="zh-CN"/>
        </w:rPr>
        <w:br/>
      </w:r>
      <w:r>
        <w:rPr>
          <w:lang w:eastAsia="zh-CN"/>
        </w:rPr>
        <w:t>　　4、播放并讲解中央电视台《Family公益广告》，告诉孩子们家的涵义与彼此感恩的意义。</w:t>
      </w:r>
      <w:r>
        <w:rPr>
          <w:lang w:eastAsia="zh-CN"/>
        </w:rPr>
        <w:br/>
      </w:r>
      <w:r>
        <w:rPr>
          <w:lang w:eastAsia="zh-CN"/>
        </w:rPr>
        <w:t>　　5、制作感恩贺卡。</w:t>
      </w:r>
      <w:r>
        <w:rPr>
          <w:lang w:eastAsia="zh-CN"/>
        </w:rPr>
        <w:br/>
      </w:r>
      <w:r>
        <w:rPr>
          <w:lang w:eastAsia="zh-CN"/>
        </w:rPr>
        <w:t>　　四、感恩倡议</w:t>
      </w:r>
      <w:r>
        <w:rPr>
          <w:lang w:eastAsia="zh-CN"/>
        </w:rPr>
        <w:br/>
      </w:r>
      <w:r>
        <w:rPr>
          <w:lang w:eastAsia="zh-CN"/>
        </w:rPr>
        <w:t>　　感恩父母，我们可以这样倡议：</w:t>
      </w:r>
      <w:r>
        <w:rPr>
          <w:lang w:eastAsia="zh-CN"/>
        </w:rPr>
        <w:br/>
      </w:r>
      <w:r>
        <w:rPr>
          <w:lang w:eastAsia="zh-CN"/>
        </w:rPr>
        <w:t>　　也许你还记得，也许你已忘记：儿时的牙牙学语、蹒跚的步履，生病时她（他）焦虑的眼神、满脸的泪滴，几时为你忧、何时为你喜，送别时不舍的目光、千叮万嘱的话语……</w:t>
      </w:r>
      <w:r>
        <w:rPr>
          <w:lang w:eastAsia="zh-CN"/>
        </w:rPr>
        <w:br/>
      </w:r>
      <w:r>
        <w:rPr>
          <w:lang w:eastAsia="zh-CN"/>
        </w:rPr>
        <w:t>　　也许这些事对我们来说太过于熟悉，熟悉得让我们甚至可以忽略不计，也许这些人和我们太过于亲密，亲密得让我们甚至无需想起！</w:t>
      </w:r>
      <w:r>
        <w:rPr>
          <w:lang w:eastAsia="zh-CN"/>
        </w:rPr>
        <w:br/>
      </w:r>
      <w:r>
        <w:rPr>
          <w:lang w:eastAsia="zh-CN"/>
        </w:rPr>
        <w:t>　　“羊有跪乳之恩，鸦有反哺之义”，让我们行动起来吧，在感恩节到来之际，用我们的儿女之心送上我们的孝义，因为她（他）需要的只是点点滴滴！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感恩同事，我们可以这样倡议：</w:t>
      </w:r>
      <w:r>
        <w:rPr>
          <w:lang w:eastAsia="zh-CN"/>
        </w:rPr>
        <w:br/>
      </w:r>
      <w:r>
        <w:rPr>
          <w:lang w:eastAsia="zh-CN"/>
        </w:rPr>
        <w:t>　　也许你还记得，也许你已忘记：保温桶里谁已把水打好？满地的垃圾谁已清扫？今天的“淘气包”谁哄她（他）睡的觉？班级的环境布置谁贪黑又起早？也许她（他）性情好，也许她（他）脾气有点糟，可对待孩子，那可没得挑！也许她（他）身材高，或许她（他）力气小，可对待工作，那是一个字——“好！”</w:t>
      </w:r>
      <w:r>
        <w:rPr>
          <w:lang w:eastAsia="zh-CN"/>
        </w:rPr>
        <w:br/>
      </w:r>
      <w:r>
        <w:rPr>
          <w:lang w:eastAsia="zh-CN"/>
        </w:rPr>
        <w:t>　　也许这些活干得太多，你已无需言表；也许有些话说出来比不说更好，“滴水之恩，当涌泉相报”，建设和谐班级，谁也少不了！</w:t>
      </w:r>
      <w:r>
        <w:rPr>
          <w:lang w:eastAsia="zh-CN"/>
        </w:rPr>
        <w:br/>
      </w:r>
      <w:r>
        <w:rPr>
          <w:lang w:eastAsia="zh-CN"/>
        </w:rPr>
        <w:t>　　值此感恩节来临之际，让我们行动起来，用真心的拥抱来释放我们的热情，用真诚的祝福来表达我们的友情，心灵的花朵需要用爱来浇灌，感情的世界需要用真情来妆点！</w:t>
      </w:r>
      <w:r>
        <w:rPr>
          <w:lang w:eastAsia="zh-CN"/>
        </w:rPr>
        <w:br/>
      </w:r>
      <w:r>
        <w:rPr>
          <w:lang w:eastAsia="zh-CN"/>
        </w:rPr>
        <w:t>　　“赠人玫瑰，手有余香”，感恩，让生活充满阳光，让世界充满温馨。亲爱的老师们，让我们怀着感恩的心面向世界吧！让我们怀着感恩的心对待我们的生活吧！希望大家从现在做起，从身边的每一件小事做起，来珍惜生命给予我们的一切。会感恩的人，才懂得珍惜；会珍惜的人，才能够快乐！让感恩节——感恩，快乐！</w:t>
      </w:r>
      <w:r>
        <w:rPr>
          <w:lang w:eastAsia="zh-CN"/>
        </w:rPr>
        <w:br/>
      </w:r>
      <w:r>
        <w:rPr>
          <w:lang w:eastAsia="zh-CN"/>
        </w:rPr>
        <w:t>　　五、家长配合</w:t>
      </w:r>
      <w:r>
        <w:rPr>
          <w:lang w:eastAsia="zh-CN"/>
        </w:rPr>
        <w:br/>
      </w:r>
      <w:r>
        <w:rPr>
          <w:lang w:eastAsia="zh-CN"/>
        </w:rPr>
        <w:t>　　1、向家长以通知、海报宣传的形式告知感恩节的意义以及介绍幼儿园感恩节庆祝活动。请家长跟幼儿一起准备装扮所需的服饰——感恩节火鸡头饰，印第安人服饰及头饰、爆米花项链等，并带来好吃的（如糖果、爆米花等）跟自己的好朋友一起分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2、搜集家长与幼儿“爱的瞬间”照片，并将照片在大厅电视或者班级中循环播放。</w:t>
      </w:r>
      <w:r>
        <w:rPr>
          <w:lang w:eastAsia="zh-CN"/>
        </w:rPr>
        <w:br/>
      </w:r>
      <w:r>
        <w:rPr>
          <w:lang w:eastAsia="zh-CN"/>
        </w:rPr>
        <w:t>　　六、感恩庆祝活动推荐</w:t>
      </w:r>
      <w:r>
        <w:rPr>
          <w:lang w:eastAsia="zh-CN"/>
        </w:rPr>
        <w:br/>
      </w:r>
      <w:r>
        <w:rPr>
          <w:lang w:eastAsia="zh-CN"/>
        </w:rPr>
        <w:t>　　1、晨间接待</w:t>
      </w:r>
      <w:r>
        <w:rPr>
          <w:lang w:eastAsia="zh-CN"/>
        </w:rPr>
        <w:br/>
      </w:r>
      <w:r>
        <w:rPr>
          <w:lang w:eastAsia="zh-CN"/>
        </w:rPr>
        <w:t>　　安排老师们化装成印第安人的摸样进行接待：拥抱我们的孩子、同事，跟家长表达谢意，让他们感受到我们的爱。</w:t>
      </w:r>
      <w:r>
        <w:rPr>
          <w:lang w:eastAsia="zh-CN"/>
        </w:rPr>
        <w:br/>
      </w:r>
      <w:r>
        <w:rPr>
          <w:lang w:eastAsia="zh-CN"/>
        </w:rPr>
        <w:t>　　2、感恩行动调查问卷</w:t>
      </w:r>
      <w:r>
        <w:rPr>
          <w:lang w:eastAsia="zh-CN"/>
        </w:rPr>
        <w:br/>
      </w:r>
      <w:r>
        <w:rPr>
          <w:lang w:eastAsia="zh-CN"/>
        </w:rPr>
        <w:t>　　发给幼儿感恩行动调查问卷，告诉家长感恩行动的意义，并做好记录。周一宝贝为您捶捶背；周二宝贝为您洗洗脚；周三宝贝给您端杯水；周四宝贝送您一个吻；周五宝贝来表演。</w:t>
      </w:r>
      <w:r>
        <w:rPr>
          <w:lang w:eastAsia="zh-CN"/>
        </w:rPr>
        <w:br/>
      </w:r>
      <w:r>
        <w:rPr>
          <w:lang w:eastAsia="zh-CN"/>
        </w:rPr>
        <w:t>　　3、“感恩你我，让爱同行”主题生日会</w:t>
      </w:r>
      <w:r>
        <w:rPr>
          <w:lang w:eastAsia="zh-CN"/>
        </w:rPr>
        <w:br/>
      </w:r>
      <w:r>
        <w:rPr>
          <w:lang w:eastAsia="zh-CN"/>
        </w:rPr>
        <w:t>　　感恩节上午9点在多功能厅进行“感恩你我，让爱同行”主题生日会，集体为11月过生日的老师和孩子们过集体生日。</w:t>
      </w:r>
      <w:r>
        <w:rPr>
          <w:lang w:eastAsia="zh-CN"/>
        </w:rPr>
        <w:br/>
      </w:r>
      <w:r>
        <w:rPr>
          <w:lang w:eastAsia="zh-CN"/>
        </w:rPr>
        <w:t>　　4、“感恩让我们更幸福”亲情体验活动</w:t>
      </w:r>
      <w:r>
        <w:rPr>
          <w:lang w:eastAsia="zh-CN"/>
        </w:rPr>
        <w:br/>
      </w:r>
      <w:r>
        <w:rPr>
          <w:lang w:eastAsia="zh-CN"/>
        </w:rPr>
        <w:t>　　时间：11月_日下午4：30</w:t>
      </w:r>
      <w:r>
        <w:rPr>
          <w:lang w:eastAsia="zh-CN"/>
        </w:rPr>
        <w:br/>
      </w:r>
      <w:r>
        <w:rPr>
          <w:lang w:eastAsia="zh-CN"/>
        </w:rPr>
        <w:t>　　地点：各班级教师</w:t>
      </w:r>
      <w:r>
        <w:rPr>
          <w:lang w:eastAsia="zh-CN"/>
        </w:rPr>
        <w:br/>
      </w:r>
      <w:r>
        <w:rPr>
          <w:lang w:eastAsia="zh-CN"/>
        </w:rPr>
        <w:t>　　负责人：班级班主任及教师</w:t>
      </w:r>
      <w:r>
        <w:rPr>
          <w:lang w:eastAsia="zh-CN"/>
        </w:rPr>
        <w:br/>
      </w:r>
      <w:r>
        <w:rPr>
          <w:lang w:eastAsia="zh-CN"/>
        </w:rPr>
        <w:t>　　七、活动内容</w:t>
      </w:r>
      <w:r>
        <w:rPr>
          <w:lang w:eastAsia="zh-CN"/>
        </w:rPr>
        <w:br/>
      </w:r>
      <w:r>
        <w:rPr>
          <w:lang w:eastAsia="zh-CN"/>
        </w:rPr>
        <w:t>　　1、教师讲解感恩节活动及其意义。</w:t>
      </w:r>
      <w:r>
        <w:rPr>
          <w:lang w:eastAsia="zh-CN"/>
        </w:rPr>
        <w:br/>
      </w:r>
      <w:r>
        <w:rPr>
          <w:lang w:eastAsia="zh-CN"/>
        </w:rPr>
        <w:t>　　2、幼儿表演歌曲《Ten little Indians》。</w:t>
      </w:r>
      <w:r>
        <w:rPr>
          <w:lang w:eastAsia="zh-CN"/>
        </w:rPr>
        <w:br/>
      </w:r>
      <w:r>
        <w:rPr>
          <w:lang w:eastAsia="zh-CN"/>
        </w:rPr>
        <w:t>　　3、手语歌曲《感恩的心》，并在歌曲中间和最后向爸爸妈妈、爷爷奶奶、姥姥姥爷等长辈表达谢意。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4、请家长坐下，幼儿帮助爸爸妈妈捶捶背，揉揉腿，告诉他们：我长大了，谢谢您，我爱你！（教师注意音乐及语言渲染）</w:t>
      </w:r>
      <w:r>
        <w:rPr>
          <w:lang w:eastAsia="zh-CN"/>
        </w:rPr>
        <w:br/>
      </w:r>
      <w:r>
        <w:rPr>
          <w:lang w:eastAsia="zh-CN"/>
        </w:rPr>
        <w:t>　　5、亲子游戏击鼓传花。拿到花的家长对自己要感恩的人说一句话。</w:t>
      </w:r>
      <w:r>
        <w:rPr>
          <w:lang w:eastAsia="zh-CN"/>
        </w:rPr>
        <w:br/>
      </w:r>
      <w:r>
        <w:rPr>
          <w:lang w:eastAsia="zh-CN"/>
        </w:rPr>
        <w:t>　　6、教师总结发言并拍照留念。</w:t>
      </w:r>
      <w:r>
        <w:rPr>
          <w:lang w:eastAsia="zh-CN"/>
        </w:rPr>
        <w:br/>
      </w:r>
      <w:r>
        <w:rPr>
          <w:lang w:eastAsia="zh-CN"/>
        </w:rPr>
        <w:t>　　7、感恩大餐及班级联谊：各班级可自行选择联谊班级开展礼物互赠、食物分享等活动，旨在扩大幼儿交际面，提高幼儿分享及表现能力。</w:t>
      </w:r>
      <w:r>
        <w:rPr>
          <w:lang w:eastAsia="zh-CN"/>
        </w:rPr>
        <w:br/>
      </w:r>
      <w:r>
        <w:rPr>
          <w:lang w:eastAsia="zh-CN"/>
        </w:rPr>
        <w:t>　　8、Thank you week：将感恩周设立为宝宝日，期间向同事、家长、幼儿每天各一个拥抱，并说“thank you”，给人温暖。</w:t>
      </w:r>
      <w:r>
        <w:rPr>
          <w:lang w:eastAsia="zh-CN"/>
        </w:rPr>
        <w:br/>
      </w:r>
      <w:r>
        <w:rPr>
          <w:lang w:eastAsia="zh-CN"/>
        </w:rPr>
        <w:t xml:space="preserve">    2024年感恩节策划书范文 篇8 </w:t>
      </w:r>
      <w:r>
        <w:rPr>
          <w:lang w:eastAsia="zh-CN"/>
        </w:rPr>
        <w:br/>
      </w:r>
      <w:r>
        <w:rPr>
          <w:lang w:eastAsia="zh-CN"/>
        </w:rPr>
        <w:t>　　一、活动背景</w:t>
      </w:r>
      <w:r>
        <w:rPr>
          <w:lang w:eastAsia="zh-CN"/>
        </w:rPr>
        <w:br/>
      </w:r>
      <w:r>
        <w:rPr>
          <w:lang w:eastAsia="zh-CN"/>
        </w:rPr>
        <w:t>　　如今的孩子，都是在父母的百般苛护下长大，他们接受着父母无私的爱，把这一切视为理所当然。他们习惯了索取。从父母身上索取、老师身上索取、朋友身上索取，而忽略了一颗感恩的心。为了呼起那颗在习惯了世故压在灵魂深处的善良本性与感恩的心，我院爱心社组织部开展策划这次感恩系列活动。</w:t>
      </w:r>
      <w:r>
        <w:rPr>
          <w:lang w:eastAsia="zh-CN"/>
        </w:rPr>
        <w:br/>
      </w:r>
      <w:r>
        <w:rPr>
          <w:lang w:eastAsia="zh-CN"/>
        </w:rPr>
        <w:t>　　二、活动目的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为了加强大学生的感恩意识，我们特别借以感恩节让同学用眼睛去看，用耳朵去听，用心灵去感受什么是感恩，从而在自己的心中培植一种感恩的情感，无论对待父母、老师、朋友或对手，都能以一颗感恩的心去面对。那么，他们就会明白，生活是一面镜子，你哭她也哭，你笑她也笑。当你心存感恩，生活也将赐予你灿烂的阳光.唤起学生的感恩之心，让学生将自己的真实情感表达出来。</w:t>
      </w:r>
      <w:r>
        <w:rPr>
          <w:lang w:eastAsia="zh-CN"/>
        </w:rPr>
        <w:br/>
      </w:r>
      <w:r>
        <w:rPr>
          <w:lang w:eastAsia="zh-CN"/>
        </w:rPr>
        <w:t>　　三、活动主题</w:t>
      </w:r>
      <w:r>
        <w:rPr>
          <w:lang w:eastAsia="zh-CN"/>
        </w:rPr>
        <w:br/>
      </w:r>
      <w:r>
        <w:rPr>
          <w:lang w:eastAsia="zh-CN"/>
        </w:rPr>
        <w:t>　　让我们怀着感恩的心，回报恩情人！</w:t>
      </w:r>
      <w:r>
        <w:rPr>
          <w:lang w:eastAsia="zh-CN"/>
        </w:rPr>
        <w:br/>
      </w:r>
      <w:r>
        <w:rPr>
          <w:lang w:eastAsia="zh-CN"/>
        </w:rPr>
        <w:t>　　四、活动时间</w:t>
      </w:r>
      <w:r>
        <w:rPr>
          <w:lang w:eastAsia="zh-CN"/>
        </w:rPr>
        <w:br/>
      </w:r>
      <w:r>
        <w:rPr>
          <w:lang w:eastAsia="zh-CN"/>
        </w:rPr>
        <w:t>　　20__-11-24</w:t>
      </w:r>
      <w:r>
        <w:rPr>
          <w:lang w:eastAsia="zh-CN"/>
        </w:rPr>
        <w:br/>
      </w:r>
      <w:r>
        <w:rPr>
          <w:lang w:eastAsia="zh-CN"/>
        </w:rPr>
        <w:t>　　五、活动地点</w:t>
      </w:r>
      <w:r>
        <w:rPr>
          <w:lang w:eastAsia="zh-CN"/>
        </w:rPr>
        <w:br/>
      </w:r>
      <w:r>
        <w:rPr>
          <w:lang w:eastAsia="zh-CN"/>
        </w:rPr>
        <w:t>　　湛科院教学楼a405</w:t>
      </w:r>
      <w:r>
        <w:rPr>
          <w:lang w:eastAsia="zh-CN"/>
        </w:rPr>
        <w:br/>
      </w:r>
      <w:r>
        <w:rPr>
          <w:lang w:eastAsia="zh-CN"/>
        </w:rPr>
        <w:t>　　六、活动单位</w:t>
      </w:r>
      <w:r>
        <w:rPr>
          <w:lang w:eastAsia="zh-CN"/>
        </w:rPr>
        <w:br/>
      </w:r>
      <w:r>
        <w:rPr>
          <w:lang w:eastAsia="zh-CN"/>
        </w:rPr>
        <w:t>　　湛科院社联</w:t>
      </w:r>
      <w:r>
        <w:rPr>
          <w:lang w:eastAsia="zh-CN"/>
        </w:rPr>
        <w:br/>
      </w:r>
      <w:r>
        <w:rPr>
          <w:lang w:eastAsia="zh-CN"/>
        </w:rPr>
        <w:t>　　七、活动负责人</w:t>
      </w:r>
      <w:r>
        <w:rPr>
          <w:lang w:eastAsia="zh-CN"/>
        </w:rPr>
        <w:br/>
      </w:r>
      <w:r>
        <w:rPr>
          <w:lang w:eastAsia="zh-CN"/>
        </w:rPr>
        <w:t>　　蔡庆庚、余德伟(以及爱心社全体干事)</w:t>
      </w:r>
      <w:r>
        <w:rPr>
          <w:lang w:eastAsia="zh-CN"/>
        </w:rPr>
        <w:br/>
      </w:r>
      <w:r>
        <w:rPr>
          <w:lang w:eastAsia="zh-CN"/>
        </w:rPr>
        <w:t>　　八、活动准备</w:t>
      </w:r>
      <w:r>
        <w:rPr>
          <w:lang w:eastAsia="zh-CN"/>
        </w:rPr>
        <w:br/>
      </w:r>
      <w:r>
        <w:rPr>
          <w:lang w:eastAsia="zh-CN"/>
        </w:rPr>
        <w:t>　　（1）校报宣传</w:t>
      </w:r>
      <w:r>
        <w:rPr>
          <w:lang w:eastAsia="zh-CN"/>
        </w:rPr>
        <w:br/>
      </w:r>
      <w:r>
        <w:rPr>
          <w:lang w:eastAsia="zh-CN"/>
        </w:rPr>
        <w:t>　　（2）拉宣传、组织干事在各系部宣传</w:t>
      </w:r>
      <w:r>
        <w:rPr>
          <w:lang w:eastAsia="zh-CN"/>
        </w:rPr>
        <w:br/>
      </w:r>
      <w:r>
        <w:rPr>
          <w:lang w:eastAsia="zh-CN"/>
        </w:rPr>
        <w:t>　　（3）网络宣传</w:t>
      </w:r>
      <w:r>
        <w:rPr>
          <w:lang w:eastAsia="zh-CN"/>
        </w:rPr>
        <w:br/>
      </w:r>
      <w:r>
        <w:rPr>
          <w:lang w:eastAsia="zh-CN"/>
        </w:rPr>
        <w:t>　　（4）摄影师摄影、会场的音响、灯光、调试</w:t>
      </w:r>
      <w:r>
        <w:rPr>
          <w:lang w:eastAsia="zh-CN"/>
        </w:rPr>
        <w:br/>
      </w:r>
      <w:r>
        <w:rPr>
          <w:lang w:eastAsia="zh-CN"/>
        </w:rPr>
        <w:t>　　九、活动方式</w:t>
      </w:r>
      <w:r>
        <w:rPr>
          <w:lang w:eastAsia="zh-CN"/>
        </w:rPr>
        <w:br/>
      </w:r>
      <w:r>
        <w:rPr>
          <w:lang w:eastAsia="zh-CN"/>
        </w:rPr>
        <w:t>　　（1）活动以晚会方式进行</w:t>
      </w:r>
      <w:r>
        <w:rPr>
          <w:lang w:eastAsia="zh-CN"/>
        </w:rPr>
        <w:br/>
      </w:r>
      <w:r>
        <w:rPr>
          <w:lang w:eastAsia="zh-CN"/>
        </w:rPr>
        <w:t>　　（2）活动有唱歌、朗诵等一系列表演</w:t>
      </w:r>
      <w:r>
        <w:rPr>
          <w:lang w:eastAsia="zh-CN"/>
        </w:rPr>
        <w:br/>
      </w:r>
      <w:r>
        <w:rPr>
          <w:lang w:eastAsia="zh-CN"/>
        </w:rPr>
        <w:t>　　十、活动中要注意的细节</w:t>
      </w:r>
      <w:r>
        <w:rPr>
          <w:lang w:eastAsia="zh-CN"/>
        </w:rPr>
        <w:br/>
      </w:r>
      <w:r>
        <w:rPr>
          <w:lang w:eastAsia="zh-CN"/>
        </w:rPr>
        <w:t>　　（1）活动前应检查会场是否有安全隐患</w:t>
      </w:r>
      <w:r>
        <w:rPr>
          <w:lang w:eastAsia="zh-CN"/>
        </w:rPr>
        <w:br/>
      </w:r>
      <w:r>
        <w:rPr>
          <w:lang w:eastAsia="zh-CN"/>
        </w:rPr>
        <w:t>　　（2）活动开展时要保持有序性和节奏性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（3）注意部门的协调，切勿行动不明</w:t>
      </w:r>
      <w:r>
        <w:rPr>
          <w:lang w:eastAsia="zh-CN"/>
        </w:rPr>
        <w:br/>
      </w:r>
      <w:r>
        <w:rPr>
          <w:lang w:eastAsia="zh-CN"/>
        </w:rPr>
        <w:t>　　（4）要明确人员调动的紧急处理方案</w:t>
      </w:r>
      <w:r>
        <w:rPr>
          <w:lang w:eastAsia="zh-CN"/>
        </w:rPr>
        <w:br/>
      </w:r>
      <w:r>
        <w:rPr>
          <w:lang w:eastAsia="zh-CN"/>
        </w:rPr>
        <w:t>　　十一、活动总结</w:t>
      </w:r>
      <w:r>
        <w:rPr>
          <w:lang w:eastAsia="zh-CN"/>
        </w:rPr>
        <w:br/>
      </w:r>
      <w:r>
        <w:rPr>
          <w:lang w:eastAsia="zh-CN"/>
        </w:rPr>
        <w:t>　　（1）成功之处</w:t>
      </w:r>
      <w:r>
        <w:rPr>
          <w:lang w:eastAsia="zh-CN"/>
        </w:rPr>
        <w:br/>
      </w:r>
      <w:r>
        <w:rPr>
          <w:lang w:eastAsia="zh-CN"/>
        </w:rPr>
        <w:t>　　（2）失败之处</w:t>
      </w:r>
      <w:r>
        <w:rPr>
          <w:lang w:eastAsia="zh-CN"/>
        </w:rPr>
        <w:br/>
      </w:r>
      <w:r>
        <w:rPr>
          <w:lang w:eastAsia="zh-CN"/>
        </w:rPr>
        <w:t>　　策划人：吕基旺</w:t>
      </w:r>
      <w:r>
        <w:rPr>
          <w:lang w:eastAsia="zh-CN"/>
        </w:rPr>
        <w:br/>
      </w:r>
      <w:r>
        <w:rPr>
          <w:lang w:eastAsia="zh-CN"/>
        </w:rPr>
        <w:t xml:space="preserve">    2024年感恩节策划书范文 篇9 </w:t>
      </w:r>
      <w:r>
        <w:rPr>
          <w:lang w:eastAsia="zh-CN"/>
        </w:rPr>
        <w:br/>
      </w:r>
      <w:r>
        <w:rPr>
          <w:lang w:eastAsia="zh-CN"/>
        </w:rPr>
        <w:t>　　一、活动背景：</w:t>
      </w:r>
      <w:r>
        <w:rPr>
          <w:lang w:eastAsia="zh-CN"/>
        </w:rPr>
        <w:br/>
      </w:r>
      <w:r>
        <w:rPr>
          <w:lang w:eastAsia="zh-CN"/>
        </w:rPr>
        <w:t>　　十一月的第四个星期四是西方传统节日感恩节，虽然是外国节日，但拥有一颗感恩的心是每个人都应该的。感恩包括感恩我们的亲人、感恩老师、感恩学长等，懂得感恩是中华民族的传统美德。所以我们院青年志愿者协会借西方感恩节的机会在校园内开展以暖冬之行：情系暖冬，感恩之行为主题的感恩节系列活动。</w:t>
      </w:r>
      <w:r>
        <w:rPr>
          <w:lang w:eastAsia="zh-CN"/>
        </w:rPr>
        <w:br/>
      </w:r>
      <w:r>
        <w:rPr>
          <w:lang w:eastAsia="zh-CN"/>
        </w:rPr>
        <w:t>　　二、活动目的：</w:t>
      </w:r>
      <w:r>
        <w:rPr>
          <w:lang w:eastAsia="zh-CN"/>
        </w:rPr>
        <w:br/>
      </w:r>
      <w:r>
        <w:rPr>
          <w:lang w:eastAsia="zh-CN"/>
        </w:rPr>
        <w:t>　　通过这一系列活动，让同学们用眼睛去看，用耳朵去听，用心灵去感受，从而在自己的心中培植一种感恩的情感，无论对待父母或者老师，朋友或者对手，快乐或者悲伤，都能以一颗感恩的心去面对。那么，你们就会明白生活是一面镜子，你哭她也哭，你笑她也笑。当你心存感恩，生活也将赐予你灿烂的阳光。</w:t>
      </w:r>
      <w:r>
        <w:rPr>
          <w:lang w:eastAsia="zh-CN"/>
        </w:rPr>
        <w:br/>
      </w:r>
      <w:r>
        <w:rPr>
          <w:lang w:eastAsia="zh-CN"/>
        </w:rPr>
        <w:t>　　三、活动主题：</w:t>
      </w:r>
      <w:r>
        <w:rPr>
          <w:lang w:eastAsia="zh-CN"/>
        </w:rPr>
        <w:br/>
      </w:r>
      <w:r>
        <w:rPr>
          <w:lang w:eastAsia="zh-CN"/>
        </w:rPr>
        <w:t>　　暖冬之行：情系暖冬，感恩之行</w:t>
      </w:r>
      <w:r>
        <w:rPr>
          <w:lang w:eastAsia="zh-CN"/>
        </w:rPr>
        <w:br/>
      </w:r>
      <w:r>
        <w:rPr>
          <w:lang w:eastAsia="zh-CN"/>
        </w:rPr>
        <w:t>　　四、活动对象：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学院所有青年志愿者</w:t>
      </w:r>
      <w:r>
        <w:rPr>
          <w:lang w:eastAsia="zh-CN"/>
        </w:rPr>
        <w:br/>
      </w:r>
      <w:r>
        <w:rPr>
          <w:lang w:eastAsia="zh-CN"/>
        </w:rPr>
        <w:t>　　五、活动时间：</w:t>
      </w:r>
      <w:r>
        <w:rPr>
          <w:lang w:eastAsia="zh-CN"/>
        </w:rPr>
        <w:br/>
      </w:r>
      <w:r>
        <w:rPr>
          <w:lang w:eastAsia="zh-CN"/>
        </w:rPr>
        <w:t>　　11月22日</w:t>
      </w:r>
      <w:r>
        <w:rPr>
          <w:lang w:eastAsia="zh-CN"/>
        </w:rPr>
        <w:br/>
      </w:r>
      <w:r>
        <w:rPr>
          <w:lang w:eastAsia="zh-CN"/>
        </w:rPr>
        <w:t>　　六、活动内容：</w:t>
      </w:r>
      <w:r>
        <w:rPr>
          <w:lang w:eastAsia="zh-CN"/>
        </w:rPr>
        <w:br/>
      </w:r>
      <w:r>
        <w:rPr>
          <w:lang w:eastAsia="zh-CN"/>
        </w:rPr>
        <w:t>　　1、前期宣传：由院青年志愿者协会出一块展板在24中午之前摆放在食堂门前，在学院堂门口，院青协的志愿者设立的摊点，提供全院学生在已准备好的感恩砖上写下自己的感恩祝福语，然后由自己亲手贴在感恩墙上，一起共筑感恩之墙。联系学院广播站，广播时间播放相关活动信息。</w:t>
      </w:r>
      <w:r>
        <w:rPr>
          <w:lang w:eastAsia="zh-CN"/>
        </w:rPr>
        <w:br/>
      </w:r>
      <w:r>
        <w:rPr>
          <w:lang w:eastAsia="zh-CN"/>
        </w:rPr>
        <w:t>　　2、感恩丝语——中午写下的感恩祝福语，粘贴在孔明灯上，希望通过点亮感恩灯的形式，来唤醒人们感恩的心。放飞孔明灯，祝福在飞翔（11月24日）</w:t>
      </w:r>
      <w:r>
        <w:rPr>
          <w:lang w:eastAsia="zh-CN"/>
        </w:rPr>
        <w:br/>
      </w:r>
      <w:r>
        <w:rPr>
          <w:lang w:eastAsia="zh-CN"/>
        </w:rPr>
        <w:t>　　七、策划主办组织：</w:t>
      </w:r>
      <w:r>
        <w:rPr>
          <w:lang w:eastAsia="zh-CN"/>
        </w:rPr>
        <w:br/>
      </w:r>
      <w:r>
        <w:rPr>
          <w:lang w:eastAsia="zh-CN"/>
        </w:rPr>
        <w:t>　　</w:t>
      </w:r>
      <w:r>
        <w:rPr>
          <w:lang w:eastAsia="zh-CN"/>
        </w:rPr>
        <w:br/>
      </w:r>
      <w:r>
        <w:rPr>
          <w:lang w:eastAsia="zh-CN"/>
        </w:rPr>
        <w:t>　　八、活动经费预算：</w:t>
      </w:r>
      <w:r>
        <w:rPr>
          <w:lang w:eastAsia="zh-CN"/>
        </w:rPr>
        <w:br/>
      </w:r>
      <w:r>
        <w:rPr>
          <w:lang w:eastAsia="zh-CN"/>
        </w:rPr>
        <w:t>　　略</w:t>
      </w:r>
      <w:r>
        <w:rPr>
          <w:lang w:eastAsia="zh-CN"/>
        </w:rPr>
        <w:br/>
      </w:r>
      <w:r>
        <w:rPr>
          <w:lang w:eastAsia="zh-CN"/>
        </w:rPr>
        <w:t xml:space="preserve">    2024年感恩节策划书范文 篇10 </w:t>
      </w:r>
      <w:r>
        <w:rPr>
          <w:lang w:eastAsia="zh-CN"/>
        </w:rPr>
        <w:br/>
      </w:r>
      <w:r>
        <w:rPr>
          <w:lang w:eastAsia="zh-CN"/>
        </w:rPr>
        <w:t>　　一、活动背景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感恩节是每年十一月的第四个星期四，是西方国家一个古老节日，是合家欢聚的节日。中国自古就有“受人之恩，当涌泉相报”的古语，感恩是中华民族优秀的道德传统。随着中西文化的交流，感恩节流行于中国。暖风爱心公益协会借此机会，将每个人心中的感恩之情转化为行动，感谢我们的父母，老师，同学，朋友等。</w:t>
      </w:r>
      <w:r>
        <w:rPr>
          <w:lang w:eastAsia="zh-CN"/>
        </w:rPr>
        <w:br/>
      </w:r>
      <w:r>
        <w:rPr>
          <w:lang w:eastAsia="zh-CN"/>
        </w:rPr>
        <w:t>　　二、活动目的、意义</w:t>
      </w:r>
      <w:r>
        <w:rPr>
          <w:lang w:eastAsia="zh-CN"/>
        </w:rPr>
        <w:br/>
      </w:r>
      <w:r>
        <w:rPr>
          <w:lang w:eastAsia="zh-CN"/>
        </w:rPr>
        <w:t>　　感恩之心是每一个人都具备的，感恩是一个永不退色的话题。人生在世，每个人都会得到父母，老师，同学，朋友的关心。当然，我们每个人心中都铭记所得到的关心，心中都怀揣一份感恩之情。或许由于拘泥，我们只是苦于没有表达的时机和适当的方式，因此我们暖风爱心公益协会举办此活动，为大家提供一个感恩的平台，让大家勇敢地说出心中的爱，让感恩温暖你我他，洋溢整个校园。</w:t>
      </w:r>
      <w:r>
        <w:rPr>
          <w:lang w:eastAsia="zh-CN"/>
        </w:rPr>
        <w:br/>
      </w:r>
      <w:r>
        <w:rPr>
          <w:lang w:eastAsia="zh-CN"/>
        </w:rPr>
        <w:t>　　三、活动流程</w:t>
      </w:r>
      <w:r>
        <w:rPr>
          <w:lang w:eastAsia="zh-CN"/>
        </w:rPr>
        <w:br/>
      </w:r>
      <w:r>
        <w:rPr>
          <w:lang w:eastAsia="zh-CN"/>
        </w:rPr>
        <w:t>　　本次活动共分两个模块</w:t>
      </w:r>
      <w:r>
        <w:rPr>
          <w:lang w:eastAsia="zh-CN"/>
        </w:rPr>
        <w:br/>
      </w:r>
      <w:r>
        <w:rPr>
          <w:lang w:eastAsia="zh-CN"/>
        </w:rPr>
        <w:t>　　模块一、感恩签名</w:t>
      </w:r>
      <w:r>
        <w:rPr>
          <w:lang w:eastAsia="zh-CN"/>
        </w:rPr>
        <w:br/>
      </w:r>
      <w:r>
        <w:rPr>
          <w:lang w:eastAsia="zh-CN"/>
        </w:rPr>
        <w:t>　　活动时间：11月24日11点至1点</w:t>
      </w:r>
      <w:r>
        <w:rPr>
          <w:lang w:eastAsia="zh-CN"/>
        </w:rPr>
        <w:br/>
      </w:r>
      <w:r>
        <w:rPr>
          <w:lang w:eastAsia="zh-CN"/>
        </w:rPr>
        <w:t>　　活动地点：_大学三餐门口</w:t>
      </w:r>
      <w:r>
        <w:rPr>
          <w:lang w:eastAsia="zh-CN"/>
        </w:rPr>
        <w:br/>
      </w:r>
      <w:r>
        <w:rPr>
          <w:lang w:eastAsia="zh-CN"/>
        </w:rPr>
        <w:t>　　开展内容：</w:t>
      </w:r>
      <w:r>
        <w:rPr>
          <w:lang w:eastAsia="zh-CN"/>
        </w:rPr>
        <w:br/>
      </w:r>
      <w:r>
        <w:rPr>
          <w:lang w:eastAsia="zh-CN"/>
        </w:rPr>
        <w:t>　　1、鲁大师生自愿在横幅上签名，在感恩节到来之际留下感恩足迹。</w:t>
      </w:r>
      <w:r>
        <w:rPr>
          <w:lang w:eastAsia="zh-CN"/>
        </w:rPr>
        <w:br/>
      </w:r>
      <w:r>
        <w:rPr>
          <w:lang w:eastAsia="zh-CN"/>
        </w:rPr>
        <w:t>　　2、鲁大师生可将对他人的祝福、心中的感恩之情写在便利贴上，贴于看板上让大家感受到温暖。</w:t>
      </w:r>
      <w:r>
        <w:rPr>
          <w:lang w:eastAsia="zh-CN"/>
        </w:rPr>
        <w:br/>
      </w:r>
      <w:r>
        <w:rPr>
          <w:lang w:eastAsia="zh-CN"/>
        </w:rPr>
        <w:t>　　3、赞助商赞助的横幅将挂于校园内一周，加大宣传力度，唤起每个人的感恩之心。</w:t>
      </w:r>
      <w:r>
        <w:rPr>
          <w:lang w:eastAsia="zh-CN"/>
        </w:rPr>
        <w:br/>
      </w:r>
      <w:r>
        <w:rPr>
          <w:lang w:eastAsia="zh-CN"/>
        </w:rPr>
        <w:t>　　模块二、感恩晚会</w:t>
      </w:r>
      <w:r>
        <w:rPr>
          <w:lang w:eastAsia="zh-CN"/>
        </w:rPr>
        <w:br/>
      </w:r>
      <w:r>
        <w:rPr>
          <w:lang w:eastAsia="zh-CN"/>
        </w:rPr>
        <w:t>　　活动时间：11月26日晚七点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活动地点：_大学六号楼多媒体教室</w:t>
      </w:r>
      <w:r>
        <w:rPr>
          <w:lang w:eastAsia="zh-CN"/>
        </w:rPr>
        <w:br/>
      </w:r>
      <w:r>
        <w:rPr>
          <w:lang w:eastAsia="zh-CN"/>
        </w:rPr>
        <w:t>　　晚会安排如下：</w:t>
      </w:r>
      <w:r>
        <w:rPr>
          <w:lang w:eastAsia="zh-CN"/>
        </w:rPr>
        <w:br/>
      </w:r>
      <w:r>
        <w:rPr>
          <w:lang w:eastAsia="zh-CN"/>
        </w:rPr>
        <w:t>　　1、首先以PPT形式解说感恩节的由来以及习俗。</w:t>
      </w:r>
      <w:r>
        <w:rPr>
          <w:lang w:eastAsia="zh-CN"/>
        </w:rPr>
        <w:br/>
      </w:r>
      <w:r>
        <w:rPr>
          <w:lang w:eastAsia="zh-CN"/>
        </w:rPr>
        <w:t>　　2、以感恩为主题的晚会，节目表演如下：演唱、朗诵、跳舞、魔术、手语表演等。</w:t>
      </w:r>
      <w:r>
        <w:rPr>
          <w:lang w:eastAsia="zh-CN"/>
        </w:rPr>
        <w:br/>
      </w:r>
      <w:r>
        <w:rPr>
          <w:lang w:eastAsia="zh-CN"/>
        </w:rPr>
        <w:t>　　3、主持人会在晚会中间穿插小游戏等与观众互动带动现场气氛。</w:t>
      </w:r>
      <w:r>
        <w:rPr>
          <w:lang w:eastAsia="zh-CN"/>
        </w:rPr>
        <w:br/>
      </w:r>
      <w:r>
        <w:rPr>
          <w:lang w:eastAsia="zh-CN"/>
        </w:rPr>
        <w:t>　　4、播放有关感恩的视频，触动感恩之情。</w:t>
      </w:r>
      <w:r>
        <w:rPr>
          <w:lang w:eastAsia="zh-CN"/>
        </w:rPr>
        <w:br/>
      </w:r>
      <w:r>
        <w:rPr>
          <w:lang w:eastAsia="zh-CN"/>
        </w:rPr>
        <w:t>　　四、经费预算</w:t>
      </w:r>
      <w:r>
        <w:rPr>
          <w:lang w:eastAsia="zh-CN"/>
        </w:rPr>
        <w:br/>
      </w:r>
      <w:r>
        <w:rPr>
          <w:lang w:eastAsia="zh-CN"/>
        </w:rPr>
        <w:t>　　物资：横幅、便利签、签字笔、小气球、小礼品等，预计经费一百元。</w:t>
      </w:r>
      <w:r>
        <w:rPr>
          <w:lang w:eastAsia="zh-CN"/>
        </w:rPr>
        <w:br/>
      </w:r>
      <w:r>
        <w:rPr>
          <w:lang w:eastAsia="zh-CN"/>
        </w:rPr>
        <w:t>　　五、活动中应注意的细节</w:t>
      </w:r>
      <w:r>
        <w:rPr>
          <w:lang w:eastAsia="zh-CN"/>
        </w:rPr>
        <w:br/>
      </w:r>
      <w:r>
        <w:rPr>
          <w:lang w:eastAsia="zh-CN"/>
        </w:rPr>
        <w:t>　　1、活动现场的部署。</w:t>
      </w:r>
      <w:r>
        <w:rPr>
          <w:lang w:eastAsia="zh-CN"/>
        </w:rPr>
        <w:br/>
      </w:r>
      <w:r>
        <w:rPr>
          <w:lang w:eastAsia="zh-CN"/>
        </w:rPr>
        <w:t>　　2、设备的看管以及活动后现场的卫生清理工作。</w:t>
      </w:r>
      <w:r>
        <w:rPr>
          <w:lang w:eastAsia="zh-CN"/>
        </w:rPr>
        <w:br/>
      </w:r>
      <w:r>
        <w:rPr>
          <w:lang w:eastAsia="zh-CN"/>
        </w:rPr>
        <w:t>　　3、心愿纸的保管。</w:t>
      </w:r>
      <w:r>
        <w:rPr>
          <w:lang w:eastAsia="zh-CN"/>
        </w:rPr>
        <w:br/>
      </w:r>
      <w:r>
        <w:rPr>
          <w:lang w:eastAsia="zh-CN"/>
        </w:rPr>
        <w:t>　　4、主持人把握好时间与现场气氛。</w:t>
      </w:r>
      <w:r>
        <w:rPr>
          <w:lang w:eastAsia="zh-CN"/>
        </w:rPr>
        <w:br/>
      </w:r>
      <w:r>
        <w:rPr>
          <w:lang w:eastAsia="zh-CN"/>
        </w:rPr>
        <w:t>　　六、相关单位：</w:t>
      </w:r>
      <w:r>
        <w:rPr>
          <w:lang w:eastAsia="zh-CN"/>
        </w:rPr>
        <w:br/>
      </w:r>
      <w:r>
        <w:rPr>
          <w:lang w:eastAsia="zh-CN"/>
        </w:rPr>
        <w:t>　　活动组织者：_大学暖风爱心公益协会</w:t>
      </w:r>
      <w:r>
        <w:rPr>
          <w:lang w:eastAsia="zh-CN"/>
        </w:rPr>
        <w:br/>
      </w:r>
      <w:r>
        <w:rPr>
          <w:lang w:eastAsia="zh-CN"/>
        </w:rPr>
        <w:t>　　活动参与者：_大学师生</w:t>
      </w:r>
      <w:r>
        <w:rPr>
          <w:lang w:eastAsia="zh-CN"/>
        </w:rPr>
        <w:br/>
      </w:r>
      <w:r>
        <w:rPr>
          <w:lang w:eastAsia="zh-CN"/>
        </w:rPr>
        <w:t>　　活动策划：_大学暖风爱心公益协会策划部</w:t>
      </w:r>
      <w:r>
        <w:rPr>
          <w:lang w:eastAsia="zh-CN"/>
        </w:rPr>
        <w:br/>
      </w:r>
      <w:r>
        <w:rPr>
          <w:lang w:eastAsia="zh-CN"/>
        </w:rPr>
        <w:t xml:space="preserve">    2024年感恩节策划书范文 篇11 </w:t>
      </w:r>
      <w:r>
        <w:rPr>
          <w:lang w:eastAsia="zh-CN"/>
        </w:rPr>
        <w:br/>
      </w:r>
      <w:r>
        <w:rPr>
          <w:lang w:eastAsia="zh-CN"/>
        </w:rPr>
        <w:t>　　一、活动时间</w:t>
      </w:r>
      <w:r>
        <w:rPr>
          <w:lang w:eastAsia="zh-CN"/>
        </w:rPr>
        <w:br/>
      </w:r>
      <w:r>
        <w:rPr>
          <w:lang w:eastAsia="zh-CN"/>
        </w:rPr>
        <w:t>　　11月日晚19：00-22：00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二、活动地点</w:t>
      </w:r>
      <w:r>
        <w:rPr>
          <w:lang w:eastAsia="zh-CN"/>
        </w:rPr>
        <w:br/>
      </w:r>
      <w:r>
        <w:rPr>
          <w:lang w:eastAsia="zh-CN"/>
        </w:rPr>
        <w:t>　　五酒店二楼西餐厅</w:t>
      </w:r>
      <w:r>
        <w:rPr>
          <w:lang w:eastAsia="zh-CN"/>
        </w:rPr>
        <w:br/>
      </w:r>
      <w:r>
        <w:rPr>
          <w:lang w:eastAsia="zh-CN"/>
        </w:rPr>
        <w:t>　　三、活动准备</w:t>
      </w:r>
      <w:r>
        <w:rPr>
          <w:lang w:eastAsia="zh-CN"/>
        </w:rPr>
        <w:br/>
      </w:r>
      <w:r>
        <w:rPr>
          <w:lang w:eastAsia="zh-CN"/>
        </w:rPr>
        <w:t>　　第一，请带着一份感恩的心情。</w:t>
      </w:r>
      <w:r>
        <w:rPr>
          <w:lang w:eastAsia="zh-CN"/>
        </w:rPr>
        <w:br/>
      </w:r>
      <w:r>
        <w:rPr>
          <w:lang w:eastAsia="zh-CN"/>
        </w:rPr>
        <w:t>　　第二，请带着一段感恩的回忆。</w:t>
      </w:r>
      <w:r>
        <w:rPr>
          <w:lang w:eastAsia="zh-CN"/>
        </w:rPr>
        <w:br/>
      </w:r>
      <w:r>
        <w:rPr>
          <w:lang w:eastAsia="zh-CN"/>
        </w:rPr>
        <w:t>　　第三，请带上一只笔，用它来抒写你的感激之情。</w:t>
      </w:r>
      <w:r>
        <w:rPr>
          <w:lang w:eastAsia="zh-CN"/>
        </w:rPr>
        <w:br/>
      </w:r>
      <w:r>
        <w:rPr>
          <w:lang w:eastAsia="zh-CN"/>
        </w:rPr>
        <w:t>　　第四，请还带上一份不要很贵重的小礼物(三十元以内)，用以感谢身边给你带来快乐的人。</w:t>
      </w:r>
      <w:r>
        <w:rPr>
          <w:lang w:eastAsia="zh-CN"/>
        </w:rPr>
        <w:br/>
      </w:r>
      <w:r>
        <w:rPr>
          <w:lang w:eastAsia="zh-CN"/>
        </w:rPr>
        <w:t>　　第五，请记得在自己带的礼物中留下代表你的痕迹，奇妙而又美妙的缘分或许就在这不经意之中来到你的身边。</w:t>
      </w:r>
      <w:r>
        <w:rPr>
          <w:lang w:eastAsia="zh-CN"/>
        </w:rPr>
        <w:br/>
      </w:r>
      <w:r>
        <w:rPr>
          <w:lang w:eastAsia="zh-CN"/>
        </w:rPr>
        <w:t>　　四、活动安排</w:t>
      </w:r>
      <w:r>
        <w:rPr>
          <w:lang w:eastAsia="zh-CN"/>
        </w:rPr>
        <w:br/>
      </w:r>
      <w:r>
        <w:rPr>
          <w:lang w:eastAsia="zh-CN"/>
        </w:rPr>
        <w:t>　　1、19：00开始签到。</w:t>
      </w:r>
      <w:r>
        <w:rPr>
          <w:lang w:eastAsia="zh-CN"/>
        </w:rPr>
        <w:br/>
      </w:r>
      <w:r>
        <w:rPr>
          <w:lang w:eastAsia="zh-CN"/>
        </w:rPr>
        <w:t>　　2、19：30活动开始。</w:t>
      </w:r>
      <w:r>
        <w:rPr>
          <w:lang w:eastAsia="zh-CN"/>
        </w:rPr>
        <w:br/>
      </w:r>
      <w:r>
        <w:rPr>
          <w:lang w:eastAsia="zh-CN"/>
        </w:rPr>
        <w:t>　　五、活动内容</w:t>
      </w:r>
      <w:r>
        <w:rPr>
          <w:lang w:eastAsia="zh-CN"/>
        </w:rPr>
        <w:br/>
      </w:r>
      <w:r>
        <w:rPr>
          <w:lang w:eastAsia="zh-CN"/>
        </w:rPr>
        <w:t>　　A、自我介绍，每一个人讲一个感恩故事。</w:t>
      </w:r>
      <w:r>
        <w:rPr>
          <w:lang w:eastAsia="zh-CN"/>
        </w:rPr>
        <w:br/>
      </w:r>
      <w:r>
        <w:rPr>
          <w:lang w:eastAsia="zh-CN"/>
        </w:rPr>
        <w:t>　　B、嘉宾：牧师将在宴会上为大家系统的介绍感恩节的来历。</w:t>
      </w:r>
      <w:r>
        <w:rPr>
          <w:lang w:eastAsia="zh-CN"/>
        </w:rPr>
        <w:br/>
      </w:r>
      <w:r>
        <w:rPr>
          <w:lang w:eastAsia="zh-CN"/>
        </w:rPr>
        <w:t>　　C、品味美味的感恩节大餐。</w:t>
      </w:r>
      <w:r>
        <w:rPr>
          <w:lang w:eastAsia="zh-CN"/>
        </w:rPr>
        <w:br/>
      </w:r>
      <w:r>
        <w:rPr>
          <w:lang w:eastAsia="zh-CN"/>
        </w:rPr>
        <w:t xml:space="preserve">    2024年感恩节策划书范文 篇12 </w:t>
      </w:r>
      <w:r>
        <w:rPr>
          <w:lang w:eastAsia="zh-CN"/>
        </w:rPr>
        <w:br/>
      </w:r>
      <w:r>
        <w:rPr>
          <w:lang w:eastAsia="zh-CN"/>
        </w:rPr>
        <w:t>　　一、活动宗旨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活动旨在让感恩走进我们的生活，走进我们的校园，走进我们的心灵。用社会主义核心价值体系引导当代大学生社会思潮，将感恩教育作为在校学生思想道德建设的重要组成部分，作为学院党建思政工作的重要组成部分，切实把感恩教育渗透到和谐校园的建设中，渗透到德育工作、学习教学、社会管理、家庭生活、实践活动、公共服务等各个环节中去。</w:t>
      </w:r>
      <w:r>
        <w:rPr>
          <w:lang w:eastAsia="zh-CN"/>
        </w:rPr>
        <w:t xml:space="preserve"> 大学生要懂得感恩，常怀感恩之心，不忘党恩，国恩，帮扶恩，救助恩，父母恩，师长恩，同学恩等，精心培育大学校园的“感恩文化”。塑造学生的健全人格，养成学生良好的道德品质，使学生做到心中有亲人，心中有他人，心中有集体，心中有祖国，心中有社会，心中有自然的“六心常在”，从而弘扬中华民族的传统美德和现代文明，全面实现素质教育的落实。大学生要学会感恩，学会理解、心怀感恩、诚信做人、受助思源，进一步激发学生自身的积极性和能动性去关怀他人、奉献社会，培养他们自强自信、拼搏合作的精神，增强战胜困难、奋发图强的信心。</w:t>
      </w:r>
      <w:r>
        <w:rPr>
          <w:lang w:eastAsia="zh-CN"/>
        </w:rPr>
        <w:br/>
      </w:r>
      <w:r>
        <w:rPr>
          <w:lang w:eastAsia="zh-CN"/>
        </w:rPr>
        <w:t>　　二、活动目的</w:t>
      </w:r>
      <w:r>
        <w:rPr>
          <w:lang w:eastAsia="zh-CN"/>
        </w:rPr>
        <w:br/>
      </w:r>
      <w:r>
        <w:rPr>
          <w:lang w:eastAsia="zh-CN"/>
        </w:rPr>
        <w:t>　　1、进一步提高全体学生思想道德建设的水平，提升素质、增强感恩信念。让青年大学生用自己用眼睛去看，用耳朵去听，用心灵去感受，从而在自己的心中培植一种感恩的情感，无论对待父母或者师长、朋友或者对手，拥有或是失去、快乐或者悲伤，都能以一颗感恩的心去面对一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2、为了弘扬中华民族的传统美德，促进校园和谐，融洽师生关系，促进家庭和睦，完善人际关系，构建和谐社会。引导学生正确处理好三大关系，即人与人、人与社会、人与自然的关系，引导学生树立“三爱”意识，即爱人民、爱社会、爱自然的意识。让学生懂得感恩不仅是一种美德，更是一种责任和义务。</w:t>
      </w:r>
      <w:r>
        <w:rPr>
          <w:lang w:eastAsia="zh-CN"/>
        </w:rPr>
        <w:br/>
      </w:r>
      <w:r>
        <w:rPr>
          <w:lang w:eastAsia="zh-CN"/>
        </w:rPr>
        <w:t>　　3、让全体学生懂得感恩是一种生活态度，是做人的起码修养和道德准则。让每一个参与其中的人都能感受到生命的可贵，生活的美好，都能够向你身边的人真诚的微笑。</w:t>
      </w:r>
      <w:r>
        <w:rPr>
          <w:lang w:eastAsia="zh-CN"/>
        </w:rPr>
        <w:br/>
      </w:r>
      <w:r>
        <w:rPr>
          <w:lang w:eastAsia="zh-CN"/>
        </w:rPr>
        <w:t>　　4、促进学院实施素质教育，提高教育教学质量。通过不同形式的系列活动，为广大学生提供一个平台，加强彼此间的交流、学习，以实际行动诠释和谐社会中的奉献、服务精神，传递关爱之心、构建和谐校园。</w:t>
      </w:r>
      <w:r>
        <w:rPr>
          <w:lang w:eastAsia="zh-CN"/>
        </w:rPr>
        <w:br/>
      </w:r>
      <w:r>
        <w:rPr>
          <w:lang w:eastAsia="zh-CN"/>
        </w:rPr>
        <w:t>　　5、通过活动延伸，增强对伟大祖国、当前社会、学校的热爱，引导奋发向上、努力拼搏的内在精神，充实校园精神文明建设的内涵，为建设和谐校园贡献自己一份微薄之力，为国家培养更多“养得、修能、精技”全面发展的高素质人才，共同构建和谐社会。</w:t>
      </w:r>
      <w:r>
        <w:rPr>
          <w:lang w:eastAsia="zh-CN"/>
        </w:rPr>
        <w:br/>
      </w:r>
      <w:r>
        <w:rPr>
          <w:lang w:eastAsia="zh-CN"/>
        </w:rPr>
        <w:t>　　三、活动主题</w:t>
      </w:r>
      <w:r>
        <w:rPr>
          <w:lang w:eastAsia="zh-CN"/>
        </w:rPr>
        <w:br/>
      </w:r>
      <w:r>
        <w:rPr>
          <w:lang w:eastAsia="zh-CN"/>
        </w:rPr>
        <w:t>　　诚心以待 心怀感恩 成就你我 至善至真</w:t>
      </w:r>
      <w:r>
        <w:rPr>
          <w:lang w:eastAsia="zh-CN"/>
        </w:rPr>
        <w:br/>
      </w:r>
      <w:r>
        <w:rPr>
          <w:lang w:eastAsia="zh-CN"/>
        </w:rPr>
        <w:t>　　四、参与对象</w:t>
      </w:r>
      <w:r>
        <w:rPr>
          <w:lang w:eastAsia="zh-CN"/>
        </w:rPr>
        <w:br/>
      </w:r>
      <w:r>
        <w:rPr>
          <w:lang w:eastAsia="zh-CN"/>
        </w:rPr>
        <w:t>　　全院在籍师生。</w:t>
      </w:r>
      <w:r>
        <w:rPr>
          <w:lang w:eastAsia="zh-CN"/>
        </w:rPr>
        <w:br/>
      </w:r>
      <w:r>
        <w:rPr>
          <w:lang w:eastAsia="zh-CN"/>
        </w:rPr>
        <w:t>　　五、教育内容</w:t>
      </w:r>
      <w:r>
        <w:rPr>
          <w:lang w:eastAsia="zh-CN"/>
        </w:rPr>
        <w:br/>
      </w:r>
      <w:r>
        <w:rPr>
          <w:lang w:eastAsia="zh-CN"/>
        </w:rPr>
        <w:t>　　1、感谢父母养育之恩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通过参与者感悟向父母亲人传递爱的信息，反思父母养育之情，通过电话、信函等方式与父母交流生活情感，汇报学校学习生活情况，回顾家庭教育成长经历，做好职业与人生发展之路设计规划，向父母汇报好思想、学习规划、生活安排，让远在家乡的父母不再担心，勇敢地表达感谢父母的养育之恩，学会孝敬父母，尊敬长辈，弘扬中华民族的传统美德。</w:t>
      </w:r>
      <w:r>
        <w:rPr>
          <w:lang w:eastAsia="zh-CN"/>
        </w:rPr>
        <w:br/>
      </w:r>
      <w:r>
        <w:rPr>
          <w:lang w:eastAsia="zh-CN"/>
        </w:rPr>
        <w:t>　　2、感谢师长教诲之恩</w:t>
      </w:r>
      <w:r>
        <w:rPr>
          <w:lang w:eastAsia="zh-CN"/>
        </w:rPr>
        <w:br/>
      </w:r>
      <w:r>
        <w:rPr>
          <w:lang w:eastAsia="zh-CN"/>
        </w:rPr>
        <w:t>　　开展好“家校和谐、师生共荣”为主题的系列活动、阅读和观看尊师重教的的文章和电影，写读后感交流活动、协助老师做有意义的事，感谢老师的教诲和辛勤的培养。发扬文明礼仪的好习惯，尊重老师的劳动成果，通过自己的刻苦努力争取好成绩，以实际行动报答老师的培养和厚爱。</w:t>
      </w:r>
      <w:r>
        <w:rPr>
          <w:lang w:eastAsia="zh-CN"/>
        </w:rPr>
        <w:br/>
      </w:r>
      <w:r>
        <w:rPr>
          <w:lang w:eastAsia="zh-CN"/>
        </w:rPr>
        <w:t>　　3、感谢同学帮扶之恩</w:t>
      </w:r>
      <w:r>
        <w:rPr>
          <w:lang w:eastAsia="zh-CN"/>
        </w:rPr>
        <w:br/>
      </w:r>
      <w:r>
        <w:rPr>
          <w:lang w:eastAsia="zh-CN"/>
        </w:rPr>
        <w:t>　　要以班级和睦、宿舍融洽和同学互助为愿景的校园生活为目标，开展好情感交流互动活动、互相诉说亲身的感恩故事活动，感谢同学、朋友的真切关爱帮助，促进互助互爱；学会包容，赢得友谊。积极参加集体活动，倡导为同学、班级做有益的事等活动，掀起同学之间互帮、互助、互学、互进的热潮，增进同学之间的友谊。</w:t>
      </w:r>
      <w:r>
        <w:rPr>
          <w:lang w:eastAsia="zh-CN"/>
        </w:rPr>
        <w:br/>
      </w:r>
      <w:r>
        <w:rPr>
          <w:lang w:eastAsia="zh-CN"/>
        </w:rPr>
        <w:t>　　4、感谢学校培育之恩</w:t>
      </w:r>
      <w:r>
        <w:rPr>
          <w:lang w:eastAsia="zh-CN"/>
        </w:rPr>
        <w:br/>
      </w:r>
      <w:r>
        <w:rPr>
          <w:lang w:eastAsia="zh-CN"/>
        </w:rPr>
        <w:t>　　教育学生真诚感恩学院和领导老师的深切关爱和精心培养，努力学习，奋发成才，增强大学生回馈社会的责任感与义务感。学会懂得热爱学校、热爱班集体是一种神圣的情感，从现在做起，爱我们的校园，立志以感恩的心回报学校。引导学生积极参与学校建设，关心学校的发展。通过切身体验进而感悟党和国家对广大学生的高度重视和深切关怀，激发学生热爱党，热爱社会主义，热爱人民，做新时代的优秀人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5、感谢社会关爱之恩</w:t>
      </w:r>
      <w:r>
        <w:rPr>
          <w:lang w:eastAsia="zh-CN"/>
        </w:rPr>
        <w:br/>
      </w:r>
      <w:r>
        <w:rPr>
          <w:lang w:eastAsia="zh-CN"/>
        </w:rPr>
        <w:t>　　教导学生常怀感恩社会的心，常言感恩之情，常做感恩之事，常表感恩之言，增强社会责任意识，长大后报效祖国、回报社会。开展爱祖国、爱人民、爱劳动、爱科学、爱社会主义的教育活动，引导他们感受今天的幸福生活来之不易，树立正确的世界观、人生观和价值观。</w:t>
      </w:r>
      <w:r>
        <w:rPr>
          <w:lang w:eastAsia="zh-CN"/>
        </w:rPr>
        <w:br/>
      </w:r>
      <w:r>
        <w:rPr>
          <w:lang w:eastAsia="zh-CN"/>
        </w:rPr>
        <w:t>　　6、感谢自然赐予之恩。</w:t>
      </w:r>
      <w:r>
        <w:rPr>
          <w:lang w:eastAsia="zh-CN"/>
        </w:rPr>
        <w:br/>
      </w:r>
      <w:r>
        <w:rPr>
          <w:lang w:eastAsia="zh-CN"/>
        </w:rPr>
        <w:t>　　延续志愿者服务月相关文明环保等活动内容，以及结合《公民道德实施纲要》等内容，以绿色校园建设和乐居吴江为目标，引导学生感谢大自然的赐予，善待自然，热爱大自然的一草一木，美化校园、靓化校园、绿化校园，树立节能节约意识、生态文明意识。树立积极乐观的生活态度和顽强拼搏的生活精神，提升师生幸福指数。</w:t>
      </w:r>
      <w:r>
        <w:rPr>
          <w:lang w:eastAsia="zh-CN"/>
        </w:rPr>
        <w:br/>
      </w:r>
      <w:r>
        <w:rPr>
          <w:lang w:eastAsia="zh-CN"/>
        </w:rPr>
        <w:t>　　六、系列活动</w:t>
      </w:r>
      <w:r>
        <w:rPr>
          <w:lang w:eastAsia="zh-CN"/>
        </w:rPr>
        <w:br/>
      </w:r>
      <w:r>
        <w:rPr>
          <w:lang w:eastAsia="zh-CN"/>
        </w:rPr>
        <w:t>　　（一）首届大学生感恩主题教育活动启动仪式。</w:t>
      </w:r>
      <w:r>
        <w:rPr>
          <w:lang w:eastAsia="zh-CN"/>
        </w:rPr>
        <w:br/>
      </w:r>
      <w:r>
        <w:rPr>
          <w:lang w:eastAsia="zh-CN"/>
        </w:rPr>
        <w:t>　　第一部分：</w:t>
      </w:r>
      <w:r>
        <w:rPr>
          <w:lang w:eastAsia="zh-CN"/>
        </w:rPr>
        <w:br/>
      </w:r>
      <w:r>
        <w:rPr>
          <w:lang w:eastAsia="zh-CN"/>
        </w:rPr>
        <w:t>　　1、青年志愿者朗诵《心存感激》</w:t>
      </w:r>
      <w:r>
        <w:rPr>
          <w:lang w:eastAsia="zh-CN"/>
        </w:rPr>
        <w:br/>
      </w:r>
      <w:r>
        <w:rPr>
          <w:lang w:eastAsia="zh-CN"/>
        </w:rPr>
        <w:t>　　2、介绍出席领导和嘉宾</w:t>
      </w:r>
      <w:r>
        <w:rPr>
          <w:lang w:eastAsia="zh-CN"/>
        </w:rPr>
        <w:br/>
      </w:r>
      <w:r>
        <w:rPr>
          <w:lang w:eastAsia="zh-CN"/>
        </w:rPr>
        <w:t>　　3、介绍活动重点内容</w:t>
      </w:r>
      <w:r>
        <w:rPr>
          <w:lang w:eastAsia="zh-CN"/>
        </w:rPr>
        <w:br/>
      </w:r>
      <w:r>
        <w:rPr>
          <w:lang w:eastAsia="zh-CN"/>
        </w:rPr>
        <w:t>　　4、特邀毕业生嘉宾致辞</w:t>
      </w:r>
      <w:r>
        <w:rPr>
          <w:lang w:eastAsia="zh-CN"/>
        </w:rPr>
        <w:br/>
      </w:r>
      <w:r>
        <w:rPr>
          <w:lang w:eastAsia="zh-CN"/>
        </w:rPr>
        <w:t>　　5、院领导发表动员讲话</w:t>
      </w:r>
      <w:r>
        <w:rPr>
          <w:lang w:eastAsia="zh-CN"/>
        </w:rPr>
        <w:br/>
      </w:r>
      <w:r>
        <w:rPr>
          <w:lang w:eastAsia="zh-CN"/>
        </w:rPr>
        <w:t>　　6、院党委领导宣布活动启动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7、为生患疾病的1号门厅宿管邹小新阿姨募捐</w:t>
      </w:r>
      <w:r>
        <w:rPr>
          <w:lang w:eastAsia="zh-CN"/>
        </w:rPr>
        <w:br/>
      </w:r>
      <w:r>
        <w:rPr>
          <w:lang w:eastAsia="zh-CN"/>
        </w:rPr>
        <w:t>　　第二部分：</w:t>
      </w:r>
      <w:r>
        <w:rPr>
          <w:lang w:eastAsia="zh-CN"/>
        </w:rPr>
        <w:br/>
      </w:r>
      <w:r>
        <w:rPr>
          <w:lang w:eastAsia="zh-CN"/>
        </w:rPr>
        <w:t>　　精彩节目演出</w:t>
      </w:r>
      <w:r>
        <w:rPr>
          <w:lang w:eastAsia="zh-CN"/>
        </w:rPr>
        <w:br/>
      </w:r>
      <w:r>
        <w:rPr>
          <w:lang w:eastAsia="zh-CN"/>
        </w:rPr>
        <w:t>　　有奖问答活动</w:t>
      </w:r>
      <w:r>
        <w:rPr>
          <w:lang w:eastAsia="zh-CN"/>
        </w:rPr>
        <w:br/>
      </w:r>
      <w:r>
        <w:rPr>
          <w:lang w:eastAsia="zh-CN"/>
        </w:rPr>
        <w:t>　　（二）校园十大感恩箴言征集活动。</w:t>
      </w:r>
      <w:r>
        <w:rPr>
          <w:lang w:eastAsia="zh-CN"/>
        </w:rPr>
        <w:br/>
      </w:r>
      <w:r>
        <w:rPr>
          <w:lang w:eastAsia="zh-CN"/>
        </w:rPr>
        <w:t>　　围绕感恩主题向师生推荐10本优秀书籍、10部影视作品和10部视频短片（附件一），师生在阅读和观看书籍和作品后，将观后感结合自己的思想感悟并以手机短信发表阅览感言的方式发送至官方指定手机号码，院团委对征集的所有感恩箴言进行汇总评比，从中评选校园十大感动心声，胜出选手还将获得精美奖品一份。</w:t>
      </w:r>
      <w:r>
        <w:rPr>
          <w:lang w:eastAsia="zh-CN"/>
        </w:rPr>
        <w:br/>
      </w:r>
      <w:r>
        <w:rPr>
          <w:lang w:eastAsia="zh-CN"/>
        </w:rPr>
        <w:t>　　（三）“知恩于心、报恩于行”主题征文活动。</w:t>
      </w:r>
      <w:r>
        <w:rPr>
          <w:lang w:eastAsia="zh-CN"/>
        </w:rPr>
        <w:br/>
      </w:r>
      <w:r>
        <w:rPr>
          <w:lang w:eastAsia="zh-CN"/>
        </w:rPr>
        <w:t>　　1、时间：20__年5月10日—30日</w:t>
      </w:r>
      <w:r>
        <w:rPr>
          <w:lang w:eastAsia="zh-CN"/>
        </w:rPr>
        <w:br/>
      </w:r>
      <w:r>
        <w:rPr>
          <w:lang w:eastAsia="zh-CN"/>
        </w:rPr>
        <w:t>　　2、参与学生通过阅读相关主题书籍、浏览网站、或在网上搜索有关感恩题材的视频、电影、演讲、访谈类节目的影音作品，了解感恩的相关知识，深入剧情、真心感受，并结合主题活动意义和精神，以撰写文章、日志等方式表达自己的感想、观点与认识，形成一篇以记叙、议论、诗歌等文体的文章。</w:t>
      </w:r>
      <w:r>
        <w:rPr>
          <w:lang w:eastAsia="zh-CN"/>
        </w:rPr>
        <w:br/>
      </w:r>
      <w:r>
        <w:rPr>
          <w:lang w:eastAsia="zh-CN"/>
        </w:rPr>
        <w:t>　　3、在写作完稿之后，可通过各类通讯方式将原稿给文章中涉及的相关人物阅览，由参阅人根据自己的阅读感受在原稿之后或单独撰写相关的阅评、回复的读后感。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4、报名参赛者提交参赛作品应包括所撰写文章的原稿（手写稿或打印件）以及文稿中涉及的'人物根据所撰原稿内容读后感的阅评稿件。（缺一不可）</w:t>
      </w:r>
      <w:r>
        <w:rPr>
          <w:lang w:eastAsia="zh-CN"/>
        </w:rPr>
        <w:br/>
      </w:r>
      <w:r>
        <w:rPr>
          <w:lang w:eastAsia="zh-CN"/>
        </w:rPr>
        <w:t>　　5、参赛稿件请在5月30日17：00前报送至院团委办公室（西教学区401室）。</w:t>
      </w:r>
      <w:r>
        <w:rPr>
          <w:lang w:eastAsia="zh-CN"/>
        </w:rPr>
        <w:br/>
      </w:r>
      <w:r>
        <w:rPr>
          <w:lang w:eastAsia="zh-CN"/>
        </w:rPr>
        <w:t>　　6、比赛设特等奖1名、一等奖2、二等奖3名、三等奖5名。获奖者将获得荣誉证书和相应奖励。</w:t>
      </w:r>
      <w:r>
        <w:rPr>
          <w:lang w:eastAsia="zh-CN"/>
        </w:rPr>
        <w:br/>
      </w:r>
      <w:r>
        <w:rPr>
          <w:lang w:eastAsia="zh-CN"/>
        </w:rPr>
        <w:t>　　（四）感恩主题教育沙龙暨“新时期苏州青年精神”大讨论活动</w:t>
      </w:r>
      <w:r>
        <w:rPr>
          <w:lang w:eastAsia="zh-CN"/>
        </w:rPr>
        <w:br/>
      </w:r>
      <w:r>
        <w:rPr>
          <w:lang w:eastAsia="zh-CN"/>
        </w:rPr>
        <w:t>　　1、活动宗旨：以培养健全人格和专业技能型人才、精心打造现代化建设所需的高技能人才培养基地为统揽，以开展“新时期苏州青年精神”大讨论活动为契机，围绕社会主义核心价值观体系，结合为实现个人健全发展和学院创新发展协同并进的目标，思辨总结更多符合现代高职教育和学院现实情况的新型有效的高等教育方法和模式，不断推进学院各项工作的顺利进行。</w:t>
      </w:r>
      <w:r>
        <w:rPr>
          <w:lang w:eastAsia="zh-CN"/>
        </w:rPr>
        <w:br/>
      </w:r>
      <w:r>
        <w:rPr>
          <w:lang w:eastAsia="zh-CN"/>
        </w:rPr>
        <w:t>　　2、院团委、各系部团总支根据学院以及各基层在教学管理、学生综合素质培养、校园文化建设和其他校园生活等方面的现状，以感恩话题和“新时期苏州青年精神”大讨论为切入点，结合师生自身在民族文化传承、公共道德遵守、精神文明创建、平安校园维护、融洽家校关系、和谐社会营造方面的具体表现，开展主题鲜明、内容新颖、形式亲和、效果卓著的主题沙龙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3、活动内容和目标要将本组织或成员对“感恩”“新时期苏州青年精神”等关键词的深刻理解和实践行为线索贯穿活动始末，以服务解决学院中心工作的难点、管理中的突出矛盾和自身面临的困难问题等设计实施，引导团员青年结合行业特色、岗位特点和自身经历，积极参与讨论，深刻剖析思想根源，鼓励大家解放思想、广泛交流，以此带动师生日常行为规范和作风效能建设的有力推进。</w:t>
      </w:r>
      <w:r>
        <w:rPr>
          <w:lang w:eastAsia="zh-CN"/>
        </w:rPr>
        <w:br/>
      </w:r>
      <w:r>
        <w:rPr>
          <w:lang w:eastAsia="zh-CN"/>
        </w:rPr>
        <w:t>　　4、以团总支为单位，在主题活动全院发动的基础上，各自适时组织开展一次以上的主题沙龙和讨论活动，活动人员除本组织成员外，还可邀请有关专家、学院党政、教学管理人员等各层次各领域人员参加，精心设计活动程序，注重活动效果的总结。在活动结束后，各团总支负责统计填写活动登记表格（附件三），以工作报告的形式向院团委提交一份精炼的汇报材料（附活动照片），着重叙述活动开展情况、取得的成果分析等。</w:t>
      </w:r>
      <w:r>
        <w:rPr>
          <w:lang w:eastAsia="zh-CN"/>
        </w:rPr>
        <w:br/>
      </w:r>
      <w:r>
        <w:rPr>
          <w:lang w:eastAsia="zh-CN"/>
        </w:rPr>
        <w:t>　　（五）感恩主题班团系列活动评选。</w:t>
      </w:r>
      <w:r>
        <w:rPr>
          <w:lang w:eastAsia="zh-CN"/>
        </w:rPr>
        <w:br/>
      </w:r>
      <w:r>
        <w:rPr>
          <w:lang w:eastAsia="zh-CN"/>
        </w:rPr>
        <w:t>　　1、时间：5月中下旬。</w:t>
      </w:r>
      <w:r>
        <w:rPr>
          <w:lang w:eastAsia="zh-CN"/>
        </w:rPr>
        <w:br/>
      </w:r>
      <w:r>
        <w:rPr>
          <w:lang w:eastAsia="zh-CN"/>
        </w:rPr>
        <w:t>　　2、形式为各系部年级以班团支部为单位，围绕感恩主题，按照自身情况和特点，各系部团总支牵头部署，开展一次特色鲜明、力求实效的感恩主题团日活动。</w:t>
      </w:r>
      <w:r>
        <w:rPr>
          <w:lang w:eastAsia="zh-CN"/>
        </w:rPr>
        <w:br/>
      </w:r>
      <w:r>
        <w:rPr>
          <w:lang w:eastAsia="zh-CN"/>
        </w:rPr>
        <w:t>　　3、活动以讨论或演讲或评述等形式，真心交流、共同进步，着重表达对父母、对亲人、对师长、对朋友的感激之情。</w:t>
      </w:r>
      <w:r>
        <w:rPr>
          <w:lang w:eastAsia="zh-CN"/>
        </w:rPr>
        <w:br/>
      </w:r>
      <w:r>
        <w:rPr>
          <w:lang w:eastAsia="zh-CN"/>
        </w:rPr>
        <w:t>　　4、要求主题鲜明、形式多样，内容真实、效果具有深远意义，具体方案和内容可在辅导员指导下自行安排。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5、活动结束后以班团支部申报进行评选表彰。活动中注意文字信息和图片材料的汇总编辑，活动总结以报送评选表（附件四）及相关材料的方式参与全院评选，活动将最终评选出优胜奖10名，最佳组织奖1名，最佳创意奖1名，获奖集体将获得荣誉证书和相应奖励。报名截止时间：20__年5月30日。</w:t>
      </w:r>
      <w:r>
        <w:rPr>
          <w:lang w:eastAsia="zh-CN"/>
        </w:rPr>
        <w:br/>
      </w:r>
      <w:r>
        <w:rPr>
          <w:lang w:eastAsia="zh-CN"/>
        </w:rPr>
        <w:t>　　（六）各系部团总支、班团支部、学生社团开展相关主题教育实践活动。</w:t>
      </w:r>
      <w:r>
        <w:rPr>
          <w:lang w:eastAsia="zh-CN"/>
        </w:rPr>
        <w:br/>
      </w:r>
      <w:r>
        <w:rPr>
          <w:lang w:eastAsia="zh-CN"/>
        </w:rPr>
        <w:t>　　范例：</w:t>
      </w:r>
      <w:r>
        <w:rPr>
          <w:lang w:eastAsia="zh-CN"/>
        </w:rPr>
        <w:br/>
      </w:r>
      <w:r>
        <w:rPr>
          <w:lang w:eastAsia="zh-CN"/>
        </w:rPr>
        <w:t>　　主题：为我成长加油——“家校和谐、师生共荣”主题教育活动</w:t>
      </w:r>
      <w:r>
        <w:rPr>
          <w:lang w:eastAsia="zh-CN"/>
        </w:rPr>
        <w:br/>
      </w:r>
      <w:r>
        <w:rPr>
          <w:lang w:eastAsia="zh-CN"/>
        </w:rPr>
        <w:t>　　形式：学生站在自身成长和围绕家校和谐的角度看待校园建设和发展，从父母长辈老师及亲朋好友口中收集建议，为学院发展和大学阶段建言献策，还有比如放假不回家，邀请父母节假日来校参观指导、与师生舍友座谈、定期家校电话联系等。</w:t>
      </w:r>
      <w:r>
        <w:rPr>
          <w:lang w:eastAsia="zh-CN"/>
        </w:rPr>
        <w:br/>
      </w:r>
      <w:r>
        <w:rPr>
          <w:lang w:eastAsia="zh-CN"/>
        </w:rPr>
        <w:t>　　七、活动要求</w:t>
      </w:r>
      <w:r>
        <w:rPr>
          <w:lang w:eastAsia="zh-CN"/>
        </w:rPr>
        <w:br/>
      </w:r>
      <w:r>
        <w:rPr>
          <w:lang w:eastAsia="zh-CN"/>
        </w:rPr>
        <w:t>　　1、高度重视，加强领导。</w:t>
      </w:r>
      <w:r>
        <w:rPr>
          <w:lang w:eastAsia="zh-CN"/>
        </w:rPr>
        <w:br/>
      </w:r>
      <w:r>
        <w:rPr>
          <w:lang w:eastAsia="zh-CN"/>
        </w:rPr>
        <w:t>　　各基层班团组织精心策划，各系部团总支悉心指导，采取有效措施，按照整体要求，统一行动，共同掀起活动高潮。</w:t>
      </w:r>
      <w:r>
        <w:rPr>
          <w:lang w:eastAsia="zh-CN"/>
        </w:rPr>
        <w:br/>
      </w:r>
      <w:r>
        <w:rPr>
          <w:lang w:eastAsia="zh-CN"/>
        </w:rPr>
        <w:t>　　2、认真组织、精心安排。</w:t>
      </w:r>
      <w:r>
        <w:rPr>
          <w:lang w:eastAsia="zh-CN"/>
        </w:rPr>
        <w:br/>
      </w:r>
      <w:r>
        <w:rPr>
          <w:lang w:eastAsia="zh-CN"/>
        </w:rPr>
        <w:t>　　要结合实际策划活动，拓宽活动实施领域，注重服务实效，把感恩活动不断深入各级组织、覆盖全体师生。参照本方案，结合各自实际，明确活动内容，分工负责，有序推进，使各项活动扎实有效开展。</w:t>
      </w:r>
      <w:r>
        <w:rPr>
          <w:lang w:eastAsia="zh-CN"/>
        </w:rPr>
        <w:br/>
      </w:r>
      <w:r>
        <w:rPr>
          <w:lang w:eastAsia="zh-CN"/>
        </w:rPr>
        <w:t>　　3、加强宣传，扩大影响。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各班团支部要利用各种宣传舆论工具，大力宣传活动中涌现出的典型，扩大影响、营造活动氛围；收集感恩教育活动优秀作品，通过网站、宣传栏、板报、社会媒体等多种形式宣传感恩教育活动，营造良好的活动氛围。</w:t>
      </w:r>
      <w:r>
        <w:rPr>
          <w:lang w:eastAsia="zh-CN"/>
        </w:rPr>
        <w:br/>
      </w:r>
      <w:r>
        <w:rPr>
          <w:lang w:eastAsia="zh-CN"/>
        </w:rPr>
        <w:t>　　4、注重落实，巩固成果。</w:t>
      </w:r>
      <w:r>
        <w:rPr>
          <w:lang w:eastAsia="zh-CN"/>
        </w:rPr>
        <w:br/>
      </w:r>
      <w:r>
        <w:rPr>
          <w:lang w:eastAsia="zh-CN"/>
        </w:rPr>
        <w:t>　　严格按照活动步骤和系列活动开展要求，完成好活动任务和目标，及时研究活动当中的新思路、新问题，收集总结有效做法和经验，理论与实际相结合，适时巩固推广。</w:t>
      </w:r>
      <w:r>
        <w:rPr>
          <w:lang w:eastAsia="zh-CN"/>
        </w:rPr>
        <w:br/>
      </w:r>
      <w:r>
        <w:rPr>
          <w:lang w:eastAsia="zh-CN"/>
        </w:rPr>
        <w:t>　　八、活动延伸</w:t>
      </w:r>
      <w:r>
        <w:rPr>
          <w:lang w:eastAsia="zh-CN"/>
        </w:rPr>
        <w:br/>
      </w:r>
      <w:r>
        <w:rPr>
          <w:lang w:eastAsia="zh-CN"/>
        </w:rPr>
        <w:t>　　1、建立感恩教育长效机制。为使感恩教育经常化、长期化、制度化、把每年的4月定为“感恩教育主题活动月”，全院各级团学组织要着力构建思想政治工作“德育为先”的长效机制，确保感恩教育的内容始终渗透在学生思想道德建设、学风建设与日常管理中。</w:t>
      </w:r>
      <w:r>
        <w:rPr>
          <w:lang w:eastAsia="zh-CN"/>
        </w:rPr>
        <w:br/>
      </w:r>
      <w:r>
        <w:rPr>
          <w:lang w:eastAsia="zh-CN"/>
        </w:rPr>
        <w:t>　　2、加强感恩教育专题研究。以本届感恩教育主题活动各项实践内容为研究补充，按时完成好院级重点科研项目《高职院校大学生感恩教育探析》的研究任务。结合感恩教育和民族传统教育、爱国主义教育、理想信念教育、校园文化建设，全体团学干部要加强感恩教育专题研究，总结凝练理论研究成果，不断深化感恩教育活动，切实提升学院大学生德育工作的水平。</w:t>
      </w:r>
      <w:r>
        <w:rPr>
          <w:lang w:eastAsia="zh-CN"/>
        </w:rPr>
        <w:br/>
      </w:r>
      <w:r>
        <w:rPr>
          <w:lang w:eastAsia="zh-CN"/>
        </w:rPr>
        <w:t xml:space="preserve">    2024年感恩节策划书范文 篇13 </w:t>
      </w:r>
      <w:r>
        <w:rPr>
          <w:lang w:eastAsia="zh-CN"/>
        </w:rPr>
        <w:br/>
      </w:r>
      <w:r>
        <w:rPr>
          <w:lang w:eastAsia="zh-CN"/>
        </w:rPr>
        <w:t>　　一、活动主题</w:t>
      </w:r>
      <w:r>
        <w:rPr>
          <w:lang w:eastAsia="zh-CN"/>
        </w:rPr>
        <w:br/>
      </w:r>
      <w:r>
        <w:rPr>
          <w:lang w:eastAsia="zh-CN"/>
        </w:rPr>
        <w:t>　　感恩家乡，感恩父母，感恩学校，抒发内心真情。</w:t>
      </w:r>
      <w:r>
        <w:rPr>
          <w:lang w:eastAsia="zh-CN"/>
        </w:rPr>
        <w:br/>
      </w:r>
      <w:r>
        <w:rPr>
          <w:lang w:eastAsia="zh-CN"/>
        </w:rPr>
        <w:t>　　二、活动意义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＂感恩之心＂演讲比赛，为同学搭建抒发感恩之情，展现当代大学生的平台。</w:t>
      </w:r>
      <w:r>
        <w:rPr>
          <w:lang w:eastAsia="zh-CN"/>
        </w:rPr>
        <w:br/>
      </w:r>
      <w:r>
        <w:rPr>
          <w:lang w:eastAsia="zh-CN"/>
        </w:rPr>
        <w:t>　　三、活动方式</w:t>
      </w:r>
      <w:r>
        <w:rPr>
          <w:lang w:eastAsia="zh-CN"/>
        </w:rPr>
        <w:br/>
      </w:r>
      <w:r>
        <w:rPr>
          <w:lang w:eastAsia="zh-CN"/>
        </w:rPr>
        <w:t>　　在全系范围内征稿，主要面对大一新生，接受选手情怀的舞台，通过演讲把同学内心最纯净的情感抒发出来，同时可以丰富校园文化生活，推动校园文化建设。</w:t>
      </w:r>
      <w:r>
        <w:rPr>
          <w:lang w:eastAsia="zh-CN"/>
        </w:rPr>
        <w:br/>
      </w:r>
      <w:r>
        <w:rPr>
          <w:lang w:eastAsia="zh-CN"/>
        </w:rPr>
        <w:t>　　四、活动前准备工作</w:t>
      </w:r>
      <w:r>
        <w:rPr>
          <w:lang w:eastAsia="zh-CN"/>
        </w:rPr>
        <w:br/>
      </w:r>
      <w:r>
        <w:rPr>
          <w:lang w:eastAsia="zh-CN"/>
        </w:rPr>
        <w:t>　　1、活动时间及有关场地安排</w:t>
      </w:r>
      <w:r>
        <w:rPr>
          <w:lang w:eastAsia="zh-CN"/>
        </w:rPr>
        <w:br/>
      </w:r>
      <w:r>
        <w:rPr>
          <w:lang w:eastAsia="zh-CN"/>
        </w:rPr>
        <w:t>　　（1）时间：__月28日中午12：00报名截止。</w:t>
      </w:r>
      <w:r>
        <w:rPr>
          <w:lang w:eastAsia="zh-CN"/>
        </w:rPr>
        <w:br/>
      </w:r>
      <w:r>
        <w:rPr>
          <w:lang w:eastAsia="zh-CN"/>
        </w:rPr>
        <w:t>　　__月30日公布参加选拔赛名单。</w:t>
      </w:r>
      <w:r>
        <w:rPr>
          <w:lang w:eastAsia="zh-CN"/>
        </w:rPr>
        <w:br/>
      </w:r>
      <w:r>
        <w:rPr>
          <w:lang w:eastAsia="zh-CN"/>
        </w:rPr>
        <w:t>　　__月5日上午公布选拔赛前20名名单，同时，中午12：00进行演讲抽签，公布命题演讲题目。</w:t>
      </w:r>
      <w:r>
        <w:rPr>
          <w:lang w:eastAsia="zh-CN"/>
        </w:rPr>
        <w:br/>
      </w:r>
      <w:r>
        <w:rPr>
          <w:lang w:eastAsia="zh-CN"/>
        </w:rPr>
        <w:t>　　__月7日交演讲稿，电子版照片到联系人处。</w:t>
      </w:r>
      <w:r>
        <w:rPr>
          <w:lang w:eastAsia="zh-CN"/>
        </w:rPr>
        <w:br/>
      </w:r>
      <w:r>
        <w:rPr>
          <w:lang w:eastAsia="zh-CN"/>
        </w:rPr>
        <w:t>　　__月9日星期四下午4：00。</w:t>
      </w:r>
      <w:r>
        <w:rPr>
          <w:lang w:eastAsia="zh-CN"/>
        </w:rPr>
        <w:br/>
      </w:r>
      <w:r>
        <w:rPr>
          <w:lang w:eastAsia="zh-CN"/>
        </w:rPr>
        <w:t>　　（2）地点：经管系B栋415</w:t>
      </w:r>
      <w:r>
        <w:rPr>
          <w:lang w:eastAsia="zh-CN"/>
        </w:rPr>
        <w:br/>
      </w:r>
      <w:r>
        <w:rPr>
          <w:lang w:eastAsia="zh-CN"/>
        </w:rPr>
        <w:t>　　2、参赛选手要求：</w:t>
      </w:r>
      <w:r>
        <w:rPr>
          <w:lang w:eastAsia="zh-CN"/>
        </w:rPr>
        <w:br/>
      </w:r>
      <w:r>
        <w:rPr>
          <w:lang w:eastAsia="zh-CN"/>
        </w:rPr>
        <w:t>　　（1）在校学生，性别年龄不限。</w:t>
      </w:r>
      <w:r>
        <w:rPr>
          <w:lang w:eastAsia="zh-CN"/>
        </w:rPr>
        <w:br/>
      </w:r>
      <w:r>
        <w:rPr>
          <w:lang w:eastAsia="zh-CN"/>
        </w:rPr>
        <w:t>　　（2）主题由承办单位选定后，题目自选，要求内容积极、健康、向上。</w:t>
      </w:r>
      <w:r>
        <w:rPr>
          <w:lang w:eastAsia="zh-CN"/>
        </w:rPr>
        <w:br/>
      </w:r>
      <w:r>
        <w:rPr>
          <w:lang w:eastAsia="zh-CN"/>
        </w:rPr>
        <w:t>　　（3）如有背景音乐，则自带光碟。</w:t>
      </w:r>
      <w:r>
        <w:rPr>
          <w:lang w:eastAsia="zh-CN"/>
        </w:rPr>
        <w:br/>
      </w:r>
      <w:r>
        <w:rPr>
          <w:lang w:eastAsia="zh-CN"/>
        </w:rPr>
        <w:t>　　（4）自备服装和道具。</w:t>
      </w:r>
      <w:r>
        <w:rPr>
          <w:lang w:eastAsia="zh-CN"/>
        </w:rPr>
        <w:br/>
      </w:r>
      <w:r>
        <w:rPr>
          <w:lang w:eastAsia="zh-CN"/>
        </w:rPr>
        <w:t>　　3、主持人选定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比赛选男女主持人各一名，主持人有学生会内部自愿者优秀者中选取。</w:t>
      </w:r>
      <w:r>
        <w:rPr>
          <w:lang w:eastAsia="zh-CN"/>
        </w:rPr>
        <w:br/>
      </w:r>
      <w:r>
        <w:rPr>
          <w:lang w:eastAsia="zh-CN"/>
        </w:rPr>
        <w:t>　　4、评委的邀请。</w:t>
      </w:r>
      <w:r>
        <w:rPr>
          <w:lang w:eastAsia="zh-CN"/>
        </w:rPr>
        <w:br/>
      </w:r>
      <w:r>
        <w:rPr>
          <w:lang w:eastAsia="zh-CN"/>
        </w:rPr>
        <w:t>　　5、现场工作人员。</w:t>
      </w:r>
      <w:r>
        <w:rPr>
          <w:lang w:eastAsia="zh-CN"/>
        </w:rPr>
        <w:br/>
      </w:r>
      <w:r>
        <w:rPr>
          <w:lang w:eastAsia="zh-CN"/>
        </w:rPr>
        <w:t>　　五、比赛流程</w:t>
      </w:r>
      <w:r>
        <w:rPr>
          <w:lang w:eastAsia="zh-CN"/>
        </w:rPr>
        <w:br/>
      </w:r>
      <w:r>
        <w:rPr>
          <w:lang w:eastAsia="zh-CN"/>
        </w:rPr>
        <w:t>　　1、__月9日下午3：30在B栋415集合。</w:t>
      </w:r>
      <w:r>
        <w:rPr>
          <w:lang w:eastAsia="zh-CN"/>
        </w:rPr>
        <w:br/>
      </w:r>
      <w:r>
        <w:rPr>
          <w:lang w:eastAsia="zh-CN"/>
        </w:rPr>
        <w:t>　　2、由主持人宣读赛事流程及评分标准。</w:t>
      </w:r>
      <w:r>
        <w:rPr>
          <w:lang w:eastAsia="zh-CN"/>
        </w:rPr>
        <w:br/>
      </w:r>
      <w:r>
        <w:rPr>
          <w:lang w:eastAsia="zh-CN"/>
        </w:rPr>
        <w:t>　　3、比赛开始。</w:t>
      </w:r>
      <w:r>
        <w:rPr>
          <w:lang w:eastAsia="zh-CN"/>
        </w:rPr>
        <w:br/>
      </w:r>
      <w:r>
        <w:rPr>
          <w:lang w:eastAsia="zh-CN"/>
        </w:rPr>
        <w:t>　　4、支持人宣布获奖名单并主持颁奖。</w:t>
      </w:r>
      <w:r>
        <w:rPr>
          <w:lang w:eastAsia="zh-CN"/>
        </w:rPr>
        <w:br/>
      </w:r>
      <w:r>
        <w:rPr>
          <w:lang w:eastAsia="zh-CN"/>
        </w:rPr>
        <w:t>　　5、有相关评委对本次活动给予点评，部长总结。</w:t>
      </w:r>
      <w:r>
        <w:rPr>
          <w:lang w:eastAsia="zh-CN"/>
        </w:rPr>
        <w:br/>
      </w:r>
      <w:r>
        <w:rPr>
          <w:lang w:eastAsia="zh-CN"/>
        </w:rPr>
        <w:t>　　6、比赛结束。</w:t>
      </w:r>
      <w:r>
        <w:rPr>
          <w:lang w:eastAsia="zh-CN"/>
        </w:rPr>
        <w:br/>
      </w:r>
      <w:r>
        <w:rPr>
          <w:lang w:eastAsia="zh-CN"/>
        </w:rPr>
        <w:t>　　六、奖励</w:t>
      </w:r>
      <w:r>
        <w:rPr>
          <w:lang w:eastAsia="zh-CN"/>
        </w:rPr>
        <w:br/>
      </w:r>
      <w:r>
        <w:rPr>
          <w:lang w:eastAsia="zh-CN"/>
        </w:rPr>
        <w:t>　　比赛共设一等奖1名，二等奖2名，三等奖3名，优秀奖待定。</w:t>
      </w:r>
      <w:r>
        <w:rPr>
          <w:lang w:eastAsia="zh-CN"/>
        </w:rPr>
        <w:br/>
      </w:r>
      <w:r>
        <w:rPr>
          <w:lang w:eastAsia="zh-CN"/>
        </w:rPr>
        <w:t xml:space="preserve">    2024年感恩节策划书范文 篇14 </w:t>
      </w:r>
      <w:r>
        <w:rPr>
          <w:lang w:eastAsia="zh-CN"/>
        </w:rPr>
        <w:br/>
      </w:r>
      <w:r>
        <w:rPr>
          <w:lang w:eastAsia="zh-CN"/>
        </w:rPr>
        <w:t>　　一、活动名称：</w:t>
      </w:r>
      <w:r>
        <w:rPr>
          <w:lang w:eastAsia="zh-CN"/>
        </w:rPr>
        <w:br/>
      </w:r>
      <w:r>
        <w:rPr>
          <w:lang w:eastAsia="zh-CN"/>
        </w:rPr>
        <w:t>　　感恩，让生活更美好</w:t>
      </w:r>
      <w:r>
        <w:rPr>
          <w:lang w:eastAsia="zh-CN"/>
        </w:rPr>
        <w:br/>
      </w:r>
      <w:r>
        <w:rPr>
          <w:lang w:eastAsia="zh-CN"/>
        </w:rPr>
        <w:t>　　二、活动主题：</w:t>
      </w:r>
      <w:r>
        <w:rPr>
          <w:lang w:eastAsia="zh-CN"/>
        </w:rPr>
        <w:br/>
      </w:r>
      <w:r>
        <w:rPr>
          <w:lang w:eastAsia="zh-CN"/>
        </w:rPr>
        <w:t>　　感恩亲人，感恩爱人，感恩自己</w:t>
      </w:r>
      <w:r>
        <w:rPr>
          <w:lang w:eastAsia="zh-CN"/>
        </w:rPr>
        <w:br/>
      </w:r>
      <w:r>
        <w:rPr>
          <w:lang w:eastAsia="zh-CN"/>
        </w:rPr>
        <w:t>　　三、活动目的：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2"/>
          <w:cols w:space="425"/>
          <w:titlePg w:val="0"/>
          <w:docGrid w:type="lines" w:linePitch="312"/>
        </w:sectPr>
      </w:pPr>
      <w:r>
        <w:rPr>
          <w:lang w:eastAsia="zh-CN"/>
        </w:rPr>
        <w:t>　　自古以来，中华民族就以乐于助人、知恩图报作为传统美德，但如今越来越多的学生不懂得感谢，甚至对呵护自己的家人产生叛逆、厌烦心理。而在这个文明的社会，懂得感恩是很必要的，是建设和谐社会的基本要求，是使得人与人之间的关系融洽的润滑剂。而今年的11月24日是西方的感恩节，我们希望在这一天利用此次活动向自己的亲人、老师、朋友、还有自己，购买一些冬天保暖物品，感谢他们的存在，带去你在冬天想给他们温暖的问候。同时也希望借此让同学们学会珍惜，学会理解，学会关爱他人。</w:t>
      </w:r>
      <w:r>
        <w:rPr>
          <w:lang w:eastAsia="zh-CN"/>
        </w:rPr>
        <w:br/>
      </w:r>
      <w:r>
        <w:rPr>
          <w:lang w:eastAsia="zh-CN"/>
        </w:rPr>
        <w:t>　　四、活动内容：</w:t>
      </w:r>
      <w:r>
        <w:rPr>
          <w:lang w:eastAsia="zh-CN"/>
        </w:rPr>
        <w:br/>
      </w:r>
      <w:r>
        <w:rPr>
          <w:lang w:eastAsia="zh-CN"/>
        </w:rPr>
        <w:t>　　1：23日下午5点左右，进行场地的搭建</w:t>
      </w:r>
      <w:r>
        <w:rPr>
          <w:lang w:eastAsia="zh-CN"/>
        </w:rPr>
        <w:br/>
      </w:r>
      <w:r>
        <w:rPr>
          <w:lang w:eastAsia="zh-CN"/>
        </w:rPr>
        <w:t>　　2：以下先是23，24日两晚文艺表演的大概流程：</w:t>
      </w:r>
      <w:r>
        <w:rPr>
          <w:lang w:eastAsia="zh-CN"/>
        </w:rPr>
        <w:br/>
      </w:r>
      <w:r>
        <w:rPr>
          <w:lang w:eastAsia="zh-CN"/>
        </w:rPr>
        <w:t>　　1）：23日下午六点整活动正式开始，向到场的每一位同学发放一根蜡烛，请他们依次上舞台，用蜡烛将舞台边缘照亮，并且在舞台两侧</w:t>
      </w:r>
      <w:r>
        <w:rPr>
          <w:lang w:eastAsia="zh-CN"/>
        </w:rPr>
        <w:br/>
      </w:r>
      <w:r>
        <w:rPr>
          <w:lang w:eastAsia="zh-CN"/>
        </w:rPr>
        <w:t>　　摆放出两颗“?”的图案，提前设计好图形的大致意味着感恩的心，同时现场教授《感恩的心》手语舞，至此拉开我们为期两天的以“感恩”为主题的活动。</w:t>
      </w:r>
      <w:r>
        <w:rPr>
          <w:lang w:eastAsia="zh-CN"/>
        </w:rPr>
        <w:br/>
      </w:r>
      <w:r>
        <w:rPr>
          <w:lang w:eastAsia="zh-CN"/>
        </w:rPr>
        <w:t>　　2）：23日晚上7：00左右，邀请街舞社进行表演，先将今晚的晚会推向高潮，在街舞表演的间歇期，邀请同学们上台，进行“现场感恩”，可以利用电话向父母（老师或曾经帮助过自己的人）表达“感恩”之情，让所有同学见证这一感动的瞬间，并对上台参与此环节的同学进行小奖品奖励。此外“现场感恩”这个环节在两天的活动中都设立开展。（此过程视频剪辑争取上电视台或者报纸，外联人员负责）</w:t>
      </w:r>
      <w:r>
        <w:rPr>
          <w:lang w:eastAsia="zh-CN"/>
        </w:rPr>
        <w:br/>
      </w:r>
    </w:p>
    <w:p w:rsidR="001B1F19" w14:textId="27C3F48A">
      <w:pPr>
        <w:rPr>
          <w:rFonts w:hint="eastAsia"/>
          <w:lang w:eastAsia="zh-CN"/>
        </w:rPr>
      </w:pPr>
      <w:r>
        <w:rPr>
          <w:lang w:eastAsia="zh-CN"/>
        </w:rPr>
        <w:t>　　3）：24日是晚会最后一天，势必将晚会推向高潮，在7点钟准时开始表演，首先出场的是cosplay社团，中途插入“现场感恩”的环节，然后邀请街舞社出场，最后开展此次主题晚会的“Happy</w:t>
      </w:r>
      <w:r>
        <w:rPr>
          <w:lang w:eastAsia="zh-CN"/>
        </w:rPr>
        <w:t xml:space="preserve"> Ending</w:t>
      </w:r>
      <w:r>
        <w:rPr>
          <w:lang w:eastAsia="zh-CN"/>
        </w:rPr>
        <w:t xml:space="preserve"> Party”,邀请在场所有人员，跟随交际舞社的同学一起跳交际舞，在交际舞的轻盈步子中结束我们两天的晚会，同时也庆祝我们此次活动的圆满成功。</w:t>
      </w:r>
      <w:r>
        <w:rPr>
          <w:lang w:eastAsia="zh-CN"/>
        </w:rPr>
        <w:br/>
      </w:r>
      <w:r>
        <w:rPr>
          <w:lang w:eastAsia="zh-CN"/>
        </w:rPr>
        <w:t>　　3：整个“感恩”会中增添的一些游园，娱乐互动的游戏安排</w:t>
      </w:r>
      <w:r>
        <w:rPr>
          <w:lang w:eastAsia="zh-CN"/>
        </w:rPr>
        <w:br/>
      </w:r>
      <w:r>
        <w:rPr>
          <w:lang w:eastAsia="zh-CN"/>
        </w:rPr>
        <w:t>　　1）：分别进行具有感恩节代表意义的三个游戏</w:t>
      </w:r>
      <w:r>
        <w:rPr>
          <w:lang w:eastAsia="zh-CN"/>
        </w:rPr>
        <w:br/>
      </w:r>
      <w:r>
        <w:rPr>
          <w:lang w:eastAsia="zh-CN"/>
        </w:rPr>
        <w:t>　　第一：有种游戏叫穿针游戏（蔓越桔竞赛），是把一个大碗放在地上，里面放满针，4-10名竞赛者围坐在周围，每人得到一个线头。比赛一开始，他们立刻开始用线穿针，3分钟一到；谁线上穿的针最多，谁就得奖。至于穿得最少的人，大家还开玩笑地发给他一个最差奖</w:t>
      </w:r>
      <w:r>
        <w:rPr>
          <w:lang w:eastAsia="zh-CN"/>
        </w:rPr>
        <w:br/>
      </w:r>
      <w:r>
        <w:rPr>
          <w:lang w:eastAsia="zh-CN"/>
        </w:rPr>
        <w:t>　　第二：游戏时，首先选出5名同学，在原地抱头转20圈，然后跑向前方放有玻璃珠的桌子，用筷子从盒子里夹珠子，3分钟后，谁夹得多，谁就有奖励，即使最后一名同样有奖。</w:t>
      </w:r>
      <w:r>
        <w:rPr>
          <w:lang w:eastAsia="zh-CN"/>
        </w:rPr>
        <w:br/>
      </w:r>
      <w:r>
        <w:rPr>
          <w:lang w:eastAsia="zh-CN"/>
        </w:rPr>
        <w:t>　　第三： 南瓜赛跑，比赛者用一把小勺推着南瓜跑，规则是绝对不能用手碰南瓜，先到终点者获奖。比赛用的勺子越小，游戏就越有意思。</w:t>
      </w:r>
      <w:r>
        <w:rPr>
          <w:lang w:eastAsia="zh-CN"/>
        </w:rPr>
        <w:br/>
      </w:r>
      <w:r>
        <w:rPr>
          <w:lang w:eastAsia="zh-CN"/>
        </w:rPr>
        <w:t>　　2）：借用联通公司的相应设备，举行“切水果”比赛，谁在一分钟计时赛中切得多，谁就胜利。</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https://d.book118.com/046112151031010043</w:t>
        </w:r>
      </w:hyperlink>
    </w:p>
    <w:p w:rsidR="001B1F19">
      <w:pPr>
        <w:rPr>
          <w:rFonts w:hint="eastAsia"/>
          <w:lang w:eastAsia="zh-CN"/>
        </w:rPr>
      </w:pPr>
    </w:p>
    <w:sectPr>
      <w:type w:val="nextPage"/>
      <w:pgSz w:w="11906" w:h="16838"/>
      <w:pgMar w:top="1440" w:right="1800" w:bottom="1440" w:left="1800" w:header="851" w:footer="992" w:gutter="0"/>
      <w:pgNumType w:start="4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46112151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