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教育教学思想工作总结（32篇）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教育教学思想工作总结（精选32篇）</w:t>
      </w:r>
      <w:r>
        <w:rPr>
          <w:lang w:eastAsia="zh-CN"/>
        </w:rPr>
        <w:br/>
      </w:r>
      <w:r>
        <w:rPr>
          <w:lang w:eastAsia="zh-CN"/>
        </w:rPr>
        <w:t xml:space="preserve">    教育教学思想工作总结 篇1 </w:t>
      </w:r>
      <w:r>
        <w:rPr>
          <w:lang w:eastAsia="zh-CN"/>
        </w:rPr>
        <w:br/>
      </w:r>
      <w:r>
        <w:rPr>
          <w:lang w:eastAsia="zh-CN"/>
        </w:rPr>
        <w:t>　　各位老师、各位老师：</w:t>
      </w:r>
      <w:r>
        <w:rPr>
          <w:lang w:eastAsia="zh-CN"/>
        </w:rPr>
        <w:br/>
      </w:r>
      <w:r>
        <w:rPr>
          <w:lang w:eastAsia="zh-CN"/>
        </w:rPr>
        <w:t>　　大家好!在这瑞雪纷飞的时候，我愿把自己这一年的思想和工作和大家交流、向各位汇报：</w:t>
      </w:r>
      <w:r>
        <w:rPr>
          <w:lang w:eastAsia="zh-CN"/>
        </w:rPr>
        <w:br/>
      </w:r>
      <w:r>
        <w:rPr>
          <w:lang w:eastAsia="zh-CN"/>
        </w:rPr>
        <w:t>　　首先，思想上，作为一名长期担任哲学社会科学理论课程的党员教师和基层党组织的支部书记，作为担任了十五年以上学校职称评定委员会的老评委，作为同事们新近选举出来的学校工会主席，本人一贯重视对科学理论的学习，严格以党员标准要求自己，坚持党的四项基本原则，忠诚党的教育事业，尊重同事，团结同志，作风正派，顾全大局，为人诚恳，严于律己，遵守职业道德，热爱工作，热爱学生，在教学环境陷入极度困难的条件下，在遭受重大误解和不解的情况下，依然恪尽职守，探索钻研教学教育规律，与时俱进，贴近生活，贴近实际，贴近学生，教书育人，注重培育学生良好的学习习惯，尽自己最大努力扭转学生的学习风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其次，在教学工作上，上一学期因为其他同志的请假，本人先后担任083、084《历史上重大改革回眸》、092、093《经济成长历程》、连同091、094本来的历史课共周课时十二节的教学任务，另外还有整个零九级的《思想政治·政治生活》共周四课时的教学任务。加上临时为说课分配的《哲学与人生》备课和为行政人员讲的《劳动法》、《劳动合同法》等法律课程，是历史上最忙碌的一学期，也是最充实的一学期。这学期本人除延续上一学期《思想政治·文化生活》外，还延续整个零九级《文化发展历程》任务，前者共周四课时，后者共周八课时，另外承担了一零级的《思想政治·经济生活》教学任务，周两课时，总共十四节。</w:t>
      </w:r>
      <w:r>
        <w:rPr>
          <w:lang w:eastAsia="zh-CN"/>
        </w:rPr>
        <w:br/>
      </w:r>
      <w:r>
        <w:rPr>
          <w:lang w:eastAsia="zh-CN"/>
        </w:rPr>
        <w:t>　　最后，备课。在按照传统规律的基础上，加强知识的实际针对性，力图通过相关知识的教学触动学生在课堂纪律及做人道德方面能有所改善，唤醒学生明白学习相关知识的意义，自觉调整好上课状态，积极配合老师完成教学任务。为此，本人想尽一切办法，搞清学生的知识结构、学习心理和习惯等，既注重知识传授过程的完整性、系统性，又注重知识传授在课堂上的具体可操作性，力争达到知识、能力、情感铁三角目标的共同实现。</w:t>
      </w:r>
      <w:r>
        <w:rPr>
          <w:lang w:eastAsia="zh-CN"/>
        </w:rPr>
        <w:br/>
      </w:r>
      <w:r>
        <w:rPr>
          <w:lang w:eastAsia="zh-CN"/>
        </w:rPr>
        <w:t xml:space="preserve">    教育教学思想工作总结 篇2 </w:t>
      </w:r>
      <w:r>
        <w:rPr>
          <w:lang w:eastAsia="zh-CN"/>
        </w:rPr>
        <w:br/>
      </w:r>
      <w:r>
        <w:rPr>
          <w:lang w:eastAsia="zh-CN"/>
        </w:rPr>
        <w:t>　　时光飞逝，转眼间，成为一名人民教师已经一年了，回顾这一年，感慨良多。从对教学一无所知到能够独立面对，独立承担教学任务，在这一年里，本人有了许多的进步，但是也有许多不足，吸取教训。</w:t>
      </w:r>
      <w:r>
        <w:rPr>
          <w:lang w:eastAsia="zh-CN"/>
        </w:rPr>
        <w:br/>
      </w:r>
      <w:r>
        <w:rPr>
          <w:lang w:eastAsia="zh-CN"/>
        </w:rPr>
        <w:t>　　作为一名教师，本学期，本人从各方面严格要求自己，结合本校的实际条件和学生的实际情况，勤勤恳恳，兢兢业业，使教学工作有计划，有组织，有步骤地开展。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初中学生的逻辑思维开始占主导地位，慢慢发展到以逻辑思维为主的思维活动。初一学生能够学习一些比较系统的科学知识，但思维多停留于事物表面。喜欢听故事，有英雄主义意向和强烈的好奇心理，常思索一些滑稽，有趣的事物。只有充分了解初一学生的心理特征和思维水平，才能科学地确定教学的起点，达到预期的教学目的。对本学期进行总结如下:</w:t>
      </w:r>
      <w:r>
        <w:rPr>
          <w:lang w:eastAsia="zh-CN"/>
        </w:rPr>
        <w:br/>
      </w:r>
      <w:r>
        <w:rPr>
          <w:lang w:eastAsia="zh-CN"/>
        </w:rPr>
        <w:t>　　一、认真备课。不但备学生而且备教材备教法，根据教材内容及学生的实际，设计课的类型，拟定采用的教学方法，并对教学过程的程序及时间安排都作了详细的记录，认真写好教案。每一课都做到“有备而来”，每堂课都在课前做好充分的准备，并认真搜集每课书的知识要点，课后及时对该课做出总结。作为科任老师，学期开始能认真制定计划，注重研究中学政治教学理论，认真备课和教学，积极参加教研组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作为政治课老师，为了把课上活，避免枯燥、机械，本人在课前做到认真备课，多方面去搜集相关资料。为提高每节课的教学效果、教学质量，本人除注重研究教材，把握好基础、重点难点外，还采用多媒体教学，如：FLASH动画、视频等多样形式。通过培养学生学习政治的兴趣，调动学生学习的积极性、主动性，提高课堂的教学质量，按时完成教学任务。增强上课技能，提高教学质量，尽量使讲解有条理，准确，生动，做到线索清晰，层次分明，言简意赅，深入浅出。在课堂上特别注意调动学生的积极性，加强师生交流，充分体现学生的主体作用，让学生学得容易，学得轻松，学得愉快；上好每一节课。每节课都以最佳的精神状态站在教坛，以和蔼、轻松、认真的形象去面对学生。按照《初中思想政治课程标准》进行施教，让学生掌握好科学知识。还注意以德为本，结合现实生活中的现象层层善诱，多方面、多角度去培养学生良好的品德和高尚的人格。虚心请教其他老师。在教学上，有疑必问。在各个章节的学习上都积极征求其他老师的意见，学习他们的方法，同时，多听老师的课，做到边听边讲，学习别人的优点，克服自己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二、因材施教。本人在每一节课中，根据学生的个性特点去点拨引导，对于个别差生，利用课间多次倾谈，鼓励其确立正确的学习态度，积极面对人生，今天的差生，不一定明天还是差生，更何况所谓优生与差生的评判标准本身就有局限性和片面性。而对优生，教育其戒骄戒躁努力向上，再接再厉，再创佳绩。做好课后辅导工作，注意分层教学。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本人意识力度一部分。在此基础上，再教给他们学习的方法，提高他们的技能。并认真细致地做好查漏补缺工作。</w:t>
      </w:r>
      <w:r>
        <w:rPr>
          <w:lang w:eastAsia="zh-CN"/>
        </w:rPr>
        <w:br/>
      </w:r>
      <w:r>
        <w:rPr>
          <w:lang w:eastAsia="zh-CN"/>
        </w:rPr>
        <w:t xml:space="preserve">    教育教学思想工作总结 篇3 </w:t>
      </w:r>
      <w:r>
        <w:rPr>
          <w:lang w:eastAsia="zh-CN"/>
        </w:rPr>
        <w:br/>
      </w:r>
      <w:r>
        <w:rPr>
          <w:lang w:eastAsia="zh-CN"/>
        </w:rPr>
        <w:t>　　本学期我担任七年级四个班思想品德的教学任务。一学期来，我认真贯彻学校课改精神，认真备课、上课、听课、评课，及时批改作业和讲评作业，做好课后辅导工作，严格要求学生，尊重学生，发扬教学民主，搞好小组学习，使学生学有所得，不断提高，从而不断提高自己的教学水平和思想觉悟，并顺利完成教育教学任务。具体总结如下：</w:t>
      </w:r>
      <w:r>
        <w:rPr>
          <w:lang w:eastAsia="zh-CN"/>
        </w:rPr>
        <w:br/>
      </w:r>
      <w:r>
        <w:rPr>
          <w:lang w:eastAsia="zh-CN"/>
        </w:rPr>
        <w:t>　　一、结合教材，提高学生品德修养</w:t>
      </w:r>
      <w:r>
        <w:rPr>
          <w:lang w:eastAsia="zh-CN"/>
        </w:rPr>
        <w:br/>
      </w:r>
      <w:r>
        <w:rPr>
          <w:lang w:eastAsia="zh-CN"/>
        </w:rPr>
        <w:t>　　利用教材的内容，结合实际问题，多对学生进行思想教育，使学生认识到自己在家庭，学校、社会上承担怎样的角色，该如何尽到自己的责任，培养学生的奉献精神和爱心。</w:t>
      </w:r>
      <w:r>
        <w:rPr>
          <w:lang w:eastAsia="zh-CN"/>
        </w:rPr>
        <w:br/>
      </w:r>
      <w:r>
        <w:rPr>
          <w:lang w:eastAsia="zh-CN"/>
        </w:rPr>
        <w:t>　　二、深入钻研教材，认真备课，精心选择教法。</w:t>
      </w:r>
      <w:r>
        <w:rPr>
          <w:lang w:eastAsia="zh-CN"/>
        </w:rPr>
        <w:br/>
      </w:r>
      <w:r>
        <w:rPr>
          <w:lang w:eastAsia="zh-CN"/>
        </w:rPr>
        <w:t>　　备课，不但备学生，而且备教材、备教法。根据教学内容及学生的实际，设计课的类型，拟定采用的教学方法，并对教学过程的程序及时间安排都做了详细的记录，认真写好教案。每一课都做到“有备而来”，每堂课都在课前做好充分的准备，本学期学校安装了背投电视，利用这一优势，精心组织和充分利用这些教学资源，下载和制作各种利于吸引学生注意力的教学课件，使现代教学技术走进课堂，使学生乐学，充分调动了学生学习积极性，达到愉快教学的目的。在教学中注重学生活动，课堂气氛活跃，教学效果良好。课后及时对该课作出总结，写出反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三、精心组织课堂教学，提高教学质量。</w:t>
      </w:r>
      <w:r>
        <w:rPr>
          <w:lang w:eastAsia="zh-CN"/>
        </w:rPr>
        <w:br/>
      </w:r>
      <w:r>
        <w:rPr>
          <w:lang w:eastAsia="zh-CN"/>
        </w:rPr>
        <w:t>　　1、组织好课堂教学，关注全体学生，注意信息反馈，调动学生的有意注意，使其保持相对稳定性，同时，激发学生的情感，使他们产生愉悦的心境，创造良好的课堂气氛，课堂语言简洁明了，克服了以前重复的毛病，课堂提问面向全体学生，注意引发学生学习的兴趣，课堂上讲练结合，作业少而精，减轻学生的负担。</w:t>
      </w:r>
      <w:r>
        <w:rPr>
          <w:lang w:eastAsia="zh-CN"/>
        </w:rPr>
        <w:br/>
      </w:r>
      <w:r>
        <w:rPr>
          <w:lang w:eastAsia="zh-CN"/>
        </w:rPr>
        <w:t>　　及时处理好课堂突发事件。我十分清楚七年级学生的特点，他们都是半大小孩，课堂上坐不住，多动这是在所难免的。因此，对于一些违反课堂纪律的同学，我从不在课堂上轻易发脾气当众批评他们，而是及时指正提醒，课后耐心做好思想工作，因此，我深受同学的喜欢。我从不怕突发事故，作为思想品德教师，我能很好地把课堂突发事故当做一种思想品德教育的素材，变被动为主动，使违反纪律的同学自己感到不好意思，主动承认错误，使其他同学又能得到一次思想教育。</w:t>
      </w:r>
      <w:r>
        <w:rPr>
          <w:lang w:eastAsia="zh-CN"/>
        </w:rPr>
        <w:br/>
      </w:r>
      <w:r>
        <w:rPr>
          <w:lang w:eastAsia="zh-CN"/>
        </w:rPr>
        <w:t>　　2、要提高教学质量，还要做好课后辅导工作。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七年级的学生爱动、好玩，缺乏自控能力，常在学习上不能按时完成作业，有的学生抄袭作业，针对这种问题，就要抓好学生的思想教育，并使这一工作惯彻到对学生的学习指导中去，还要做好对学生学习的辅导和帮助工作，尤其在后进生的转化上，对后进生努力做到从友善开始，比如，握握他的手，摸摸他的头，或帮助整理衣服。从赞美着手，所有的人都渴望得到别人的理解和尊重，所以，和差生交谈时，对他的处境、想法表示深刻的理解和尊重，还有在批评学生之前，先谈谈自己工作的不足。</w:t>
      </w:r>
      <w:r>
        <w:rPr>
          <w:lang w:eastAsia="zh-CN"/>
        </w:rPr>
        <w:br/>
      </w:r>
      <w:r>
        <w:rPr>
          <w:lang w:eastAsia="zh-CN"/>
        </w:rPr>
        <w:t>　　思想品德知识的掌握重在运用，因此，我多强调学生实践能力的提高，经常布置一些实践作业，让学生多观察发生在自己身边的事情，用在课堂上学到的知识去解决问题，思考问题，从而极大的提高了学生理论联系实际的能力。</w:t>
      </w:r>
      <w:r>
        <w:rPr>
          <w:lang w:eastAsia="zh-CN"/>
        </w:rPr>
        <w:br/>
      </w:r>
      <w:r>
        <w:rPr>
          <w:lang w:eastAsia="zh-CN"/>
        </w:rPr>
        <w:t>　　3、积极参与听课、评课，虚心向同行学习教学方法，博采众长，提高教学水平。为使自己的教学义务水平不断的提高，教学方法更丰富，我不但经常听同科组老师讲课，和同科组老师交流教学经验，而且还经常听其他科组的老师讲课，了解其他科组老师的教学方法，吸取他们先进的东西用到自己的课堂教学上去。</w:t>
      </w:r>
      <w:r>
        <w:rPr>
          <w:lang w:eastAsia="zh-CN"/>
        </w:rPr>
        <w:br/>
      </w:r>
      <w:r>
        <w:rPr>
          <w:lang w:eastAsia="zh-CN"/>
        </w:rPr>
        <w:t>　　总之，本学期，我自始至终以认真、严谨的治学态度，勤恳、坚持不懈的精神从事教学工作，使教学工作有计划、有组织、有步骤地开展，圆满地完成了教学任务。但我也清醒地认识到工作中存在的不足之处。教学工作苦乐相伴，我将一如既往地勤勉，务实地工作，我将本着“勤学、善思、实干”的准则，一如既往，再接再厉，把工作搞得更好。教学工作任重而道远，社会对教师的素质要求更高，在今后的教育教学工作中，我将更严格要求自己，努力工作，发扬优点，改正缺点，开拓前进，为美好的明天奉献自己的力量。</w:t>
      </w:r>
      <w:r>
        <w:rPr>
          <w:lang w:eastAsia="zh-CN"/>
        </w:rPr>
        <w:br/>
      </w:r>
      <w:r>
        <w:rPr>
          <w:lang w:eastAsia="zh-CN"/>
        </w:rPr>
        <w:t xml:space="preserve">    教育教学思想工作总结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不知不觉中又一个学期过去了，在此期间九年级上学期的教学任务按计划的完成了，在教学中既注重知识的传授，更注重了学生的心理发展和良好习惯的培养，以及能力的提升，但是也有不尽人意的地方，回想半年工作，自己感想颇深，为来年更好的开展工作，我特总结如下：</w:t>
      </w:r>
      <w:r>
        <w:rPr>
          <w:lang w:eastAsia="zh-CN"/>
        </w:rPr>
        <w:br/>
      </w:r>
      <w:r>
        <w:rPr>
          <w:lang w:eastAsia="zh-CN"/>
        </w:rPr>
        <w:t>　　一、教学任务完成基本情况；</w:t>
      </w:r>
      <w:r>
        <w:rPr>
          <w:lang w:eastAsia="zh-CN"/>
        </w:rPr>
        <w:br/>
      </w:r>
      <w:r>
        <w:rPr>
          <w:lang w:eastAsia="zh-CN"/>
        </w:rPr>
        <w:t>　　通过教学，让学生树立了正确的世界观、人生观和价值观，培养了学生正确的自尊心、自信心，提高了抗挫折能力，为将来更好地适应社会生活打下了良好的基础。</w:t>
      </w:r>
      <w:r>
        <w:rPr>
          <w:lang w:eastAsia="zh-CN"/>
        </w:rPr>
        <w:br/>
      </w:r>
      <w:r>
        <w:rPr>
          <w:lang w:eastAsia="zh-CN"/>
        </w:rPr>
        <w:t>　　通过本学期的教学，学生初步形成了适应现代社会所需的心理素质，学会了如何在平时的学习、生活中锻炼良好情绪，培养坚强的意志和面对挫折的信心和勇气，增强了法制观念。</w:t>
      </w:r>
      <w:r>
        <w:rPr>
          <w:lang w:eastAsia="zh-CN"/>
        </w:rPr>
        <w:br/>
      </w:r>
      <w:r>
        <w:rPr>
          <w:lang w:eastAsia="zh-CN"/>
        </w:rPr>
        <w:t>　　本学期除了课堂教学之外，积极参加了学校的各种活动，认真参与学校的教育改革，全面实施素质教育，认真开展心理教育，全面提高了学生的素质。</w:t>
      </w:r>
      <w:r>
        <w:rPr>
          <w:lang w:eastAsia="zh-CN"/>
        </w:rPr>
        <w:br/>
      </w:r>
      <w:r>
        <w:rPr>
          <w:lang w:eastAsia="zh-CN"/>
        </w:rPr>
        <w:t>　　二、主要经验和体会：</w:t>
      </w:r>
      <w:r>
        <w:rPr>
          <w:lang w:eastAsia="zh-CN"/>
        </w:rPr>
        <w:br/>
      </w:r>
      <w:r>
        <w:rPr>
          <w:lang w:eastAsia="zh-CN"/>
        </w:rPr>
        <w:t>　　1、因材施教，分层要求：在开学初，我尽快总结学生们的变化，在教学设计上，设计了不同方案，设计了不同的练习及作业，对他们提出不同的要求，这样优生拔高，后进生也会有所收获，从而全面提高了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把教改模式：寓明理、知事、动情、养成四环节寓于课堂教学之中。“明理”在指导学生分析理解教材的基础上使学生掌握了法律常识。先要求学生自学看书讨论，教师在加以指导，在讲解过程中作到清透活，使学生对所学知识产生浓厚兴趣，对所学易于接受。“知事”在讲解法律知识的同时，结合相关案例进行分析，使学生知道在现实生活中如何去做。“动情”在教学过程中我注重创设情境，激起学生强烈情感。“养成”通过这一环节的落实，使学生养成良好的行为习惯。</w:t>
      </w:r>
      <w:r>
        <w:rPr>
          <w:lang w:eastAsia="zh-CN"/>
        </w:rPr>
        <w:br/>
      </w:r>
      <w:r>
        <w:rPr>
          <w:lang w:eastAsia="zh-CN"/>
        </w:rPr>
        <w:t>　　3、使后进生也扬起了希望的风帆，对学生产生了浓厚的兴趣，很大程度上改变了“陪读”的状况。</w:t>
      </w:r>
      <w:r>
        <w:rPr>
          <w:lang w:eastAsia="zh-CN"/>
        </w:rPr>
        <w:br/>
      </w:r>
      <w:r>
        <w:rPr>
          <w:lang w:eastAsia="zh-CN"/>
        </w:rPr>
        <w:t>　　4、爱心普照暖人心：爱心可以给人以温暖，以自信，只有爱心普照一朵朵含苞未放的花蕾，才能竟相开放，我用真心去关心，爱护每一位学生，同时也得到了学生的尊重。</w:t>
      </w:r>
      <w:r>
        <w:rPr>
          <w:lang w:eastAsia="zh-CN"/>
        </w:rPr>
        <w:br/>
      </w:r>
      <w:r>
        <w:rPr>
          <w:lang w:eastAsia="zh-CN"/>
        </w:rPr>
        <w:t>　　5、认真备课，做到每一节课，都像设计一件艺术品一样，精心设计每一个环节。</w:t>
      </w:r>
      <w:r>
        <w:rPr>
          <w:lang w:eastAsia="zh-CN"/>
        </w:rPr>
        <w:br/>
      </w:r>
      <w:r>
        <w:rPr>
          <w:lang w:eastAsia="zh-CN"/>
        </w:rPr>
        <w:t>　　6、采用多种教学手段进行教学。如：多媒体、录音机、投影仪等以创设良好情景，加大课堂容量，使课栩栩如生吸引学生。</w:t>
      </w:r>
      <w:r>
        <w:rPr>
          <w:lang w:eastAsia="zh-CN"/>
        </w:rPr>
        <w:br/>
      </w:r>
      <w:r>
        <w:rPr>
          <w:lang w:eastAsia="zh-CN"/>
        </w:rPr>
        <w:t>　　7、认真家访积极同学生谈心。课下进行心理疏导，作学生的知心哥哥。</w:t>
      </w:r>
      <w:r>
        <w:rPr>
          <w:lang w:eastAsia="zh-CN"/>
        </w:rPr>
        <w:br/>
      </w:r>
      <w:r>
        <w:rPr>
          <w:lang w:eastAsia="zh-CN"/>
        </w:rPr>
        <w:t>　　8、认真开展课外兴趣小组活动。开阔了学生视野，巩固了所学知识，提高了能力。</w:t>
      </w:r>
      <w:r>
        <w:rPr>
          <w:lang w:eastAsia="zh-CN"/>
        </w:rPr>
        <w:br/>
      </w:r>
      <w:r>
        <w:rPr>
          <w:lang w:eastAsia="zh-CN"/>
        </w:rPr>
        <w:t>　　9、认真做好后进生转化工作，并有记录，收到明显效果。</w:t>
      </w:r>
      <w:r>
        <w:rPr>
          <w:lang w:eastAsia="zh-CN"/>
        </w:rPr>
        <w:br/>
      </w:r>
      <w:r>
        <w:rPr>
          <w:lang w:eastAsia="zh-CN"/>
        </w:rPr>
        <w:t>　　三、存在问题和改进意见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本学期虽克服自身困难，努力工作，但工作中仍有好多不足，如成绩不是特别突出，对学生的关心不够，优等生和学困生的辅导工作不是很到位，自己的业务水平提高有限，导致个别学生成绩教差。有些学生对政治课缺乏兴趣等，我会在以后的工作中不断改善。</w:t>
      </w:r>
      <w:r>
        <w:rPr>
          <w:lang w:eastAsia="zh-CN"/>
        </w:rPr>
        <w:br/>
      </w:r>
      <w:r>
        <w:rPr>
          <w:lang w:eastAsia="zh-CN"/>
        </w:rPr>
        <w:t>　　四、今后努力方向。</w:t>
      </w:r>
      <w:r>
        <w:rPr>
          <w:lang w:eastAsia="zh-CN"/>
        </w:rPr>
        <w:br/>
      </w:r>
      <w:r>
        <w:rPr>
          <w:lang w:eastAsia="zh-CN"/>
        </w:rPr>
        <w:t>　　汲取教学工作的经验教训，在教学工作中重视创设生动活泼的教学情景，营造愉快的融洽的教学氛围，让政治课鲜活起来。充分体现了素质教育的要求，促进学生全面发展。</w:t>
      </w:r>
      <w:r>
        <w:rPr>
          <w:lang w:eastAsia="zh-CN"/>
        </w:rPr>
        <w:br/>
      </w:r>
      <w:r>
        <w:rPr>
          <w:lang w:eastAsia="zh-CN"/>
        </w:rPr>
        <w:t>　　（1）每两周开一次时政述评论坛。为学生提供一个自主性充分得到发挥的舞台，学生在收集整理资料后进行交流，去述评，从而提升了能力。中考试题的时代性，地方性特点表现为立足于党的方针，从国家，社会生活的热点新闻问题切人，进行命题，旨在考查学生是否真正关注社会现实生活，参与社会生活。所以，这方面的功夫要做早，作好。平时除了充分利用消化时事小册外，还要让学生广泛收集相关的时政热点新闻。以培养学生理论联系实际的思维习惯。以及对时政热点新闻的敏锐感，提高学生的学习积极性和主动性。</w:t>
      </w:r>
      <w:r>
        <w:rPr>
          <w:lang w:eastAsia="zh-CN"/>
        </w:rPr>
        <w:br/>
      </w:r>
      <w:r>
        <w:rPr>
          <w:lang w:eastAsia="zh-CN"/>
        </w:rPr>
        <w:t>　　（2）重视学生的综合能力的培养，尤其要增强学生的应考能力。如何审题，如何提取有效信息，如何多角度思维，如何组织答案。等等。这些都要多花时间经常训练。选取有代表性的题目讲清讲透。中考试题的设问都力求让学生有话可说，鼓励学生有自己的见解，展现学生的个性。考查学生的发散思维能力。这是开放性特点的体现和要求。所以我们老师要敢于和善于”放手”，提供机会，创设情景，让学生多见，多想，多动手去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重视发挥政治课的德育功能，进行正确的情感，态度和价值观的培养。敏锐地把握课堂契机进行理想道德教育，爱祖国爱社会主义爱家乡教育。中考试题注重让学生在读题和答题中受到教育，凸现和发挥政治学科的特点和本质要求。这是中考试题具有教育性特点的体现。我们政治教师要当好这方面的引路者。</w:t>
      </w:r>
      <w:r>
        <w:rPr>
          <w:lang w:eastAsia="zh-CN"/>
        </w:rPr>
        <w:br/>
      </w:r>
      <w:r>
        <w:rPr>
          <w:lang w:eastAsia="zh-CN"/>
        </w:rPr>
        <w:t>　　总之，教学工作要以课本为基础，从学生的实际出发，从社会实际出发，把握时代脉搏，用活课本，活用时政热点新闻，坚持理论联系实际，让政治课鲜活起来，让学生动起来。</w:t>
      </w:r>
      <w:r>
        <w:rPr>
          <w:lang w:eastAsia="zh-CN"/>
        </w:rPr>
        <w:br/>
      </w:r>
      <w:r>
        <w:rPr>
          <w:lang w:eastAsia="zh-CN"/>
        </w:rPr>
        <w:t xml:space="preserve">    教育教学思想工作总结 篇5 </w:t>
      </w:r>
      <w:r>
        <w:rPr>
          <w:lang w:eastAsia="zh-CN"/>
        </w:rPr>
        <w:br/>
      </w:r>
      <w:r>
        <w:rPr>
          <w:lang w:eastAsia="zh-CN"/>
        </w:rPr>
        <w:t>　　忙忙碌碌中一个学期又过去了，回顾一学期的工作，想说的真是太多太多。教师这一职业是非常辛苦的，而作为电大的教师，要付出比其它学校教师更多的汗水。电大事务多，职工少，可以说，每位职工工作的好坏直接关系到整个学校的发展。现就自己本学期的工作作一小结。</w:t>
      </w:r>
      <w:r>
        <w:rPr>
          <w:lang w:eastAsia="zh-CN"/>
        </w:rPr>
        <w:br/>
      </w:r>
      <w:r>
        <w:rPr>
          <w:lang w:eastAsia="zh-CN"/>
        </w:rPr>
        <w:t>　　一、教学方面</w:t>
      </w:r>
      <w:r>
        <w:rPr>
          <w:lang w:eastAsia="zh-CN"/>
        </w:rPr>
        <w:br/>
      </w:r>
      <w:r>
        <w:rPr>
          <w:lang w:eastAsia="zh-CN"/>
        </w:rPr>
        <w:t>　　为了上好一节课，课前我都做了认真细致的备课工作，备课时认真钻研教材，教参，学习好大纲，虚心向其它老师学习，请教。力求吃透教材，找准重点，难点。另外，我还上网查找资料，集中别人的优点确定自己的教学思路。为了学生能更直观地感受所学的知识内容，我积极查找资料，制作课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上好课的前提是做好课前准备，不打无准备之仗。上课时认真讲课，力求抓住重点，突破难点，精讲精练。运用多种教学方法，从学生的实际出发，注意调动学生学习的积极性和创造性思维，使学生有举一反三的能力。上机期间，注意对学生进行耐心细致的辅导，课后及时做课后记，找出不足。</w:t>
      </w:r>
      <w:r>
        <w:rPr>
          <w:lang w:eastAsia="zh-CN"/>
        </w:rPr>
        <w:br/>
      </w:r>
      <w:r>
        <w:rPr>
          <w:lang w:eastAsia="zh-CN"/>
        </w:rPr>
        <w:t>　　根据教学大纲的要求，我把每天的作业经过精心地挑选，适当地留一些有利于学生能力发展的，发挥主动性和创造性的作业。</w:t>
      </w:r>
      <w:r>
        <w:rPr>
          <w:lang w:eastAsia="zh-CN"/>
        </w:rPr>
        <w:br/>
      </w:r>
      <w:r>
        <w:rPr>
          <w:lang w:eastAsia="zh-CN"/>
        </w:rPr>
        <w:t>　　二、电教工作</w:t>
      </w:r>
      <w:r>
        <w:rPr>
          <w:lang w:eastAsia="zh-CN"/>
        </w:rPr>
        <w:br/>
      </w:r>
      <w:r>
        <w:rPr>
          <w:lang w:eastAsia="zh-CN"/>
        </w:rPr>
        <w:t>　　作为电教员，对开放教育学员进行现代学习技术培训和指导依然是工作之重点，开放教育的特点决定学员要掌握现代学习技术，两天的培训要教会学员如使用电脑，如何注册电大在线，如何申请电子邮箱和收发电子邮件。另外，作为电教员，对学员平进上机的指导，学员的计算机水平各异，总会出现一些问题，只要学员有问题，我都会及时帮他们解决，以保证他们能充分利用网络进行学习。为了照顾农村学员，在上课期间中午</w:t>
      </w:r>
      <w:r>
        <w:rPr>
          <w:lang w:eastAsia="zh-CN"/>
        </w:rPr>
        <w:br/>
      </w:r>
      <w:r>
        <w:rPr>
          <w:lang w:eastAsia="zh-CN"/>
        </w:rPr>
        <w:t>　　机房对学员开放作为电教员，我还负责机房的管理工作，包括机房的卫生，设备的维护，计算机故障的维修，为了满足计算机职称培训的需求，我还对三号机房所有计算机进行一次彻底的维护，从而确保了培训正常进行。</w:t>
      </w:r>
      <w:r>
        <w:rPr>
          <w:lang w:eastAsia="zh-CN"/>
        </w:rPr>
        <w:br/>
      </w:r>
      <w:r>
        <w:rPr>
          <w:lang w:eastAsia="zh-CN"/>
        </w:rPr>
        <w:t>　　三、辅导员工作</w:t>
      </w:r>
      <w:r>
        <w:rPr>
          <w:lang w:eastAsia="zh-CN"/>
        </w:rPr>
        <w:br/>
      </w:r>
      <w:r>
        <w:rPr>
          <w:lang w:eastAsia="zh-CN"/>
        </w:rPr>
        <w:t>　　按学校分工，我担任了会计学专业几个年级的辅导员，会计学专业的学员不多，虽然人少，所做的工作却是一个都不能少。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首先，开学时做好新学员的证件发放，学习技术培训的动员，电大学习形式的介绍以及教材的发放工作，通知新学员按时参加学校组织的入学学习技术培训，并做好了入学指南考试成绩的上报。对于老生，完成老生的缴费注册，课程报考，完成学期初的各项准备工作。</w:t>
      </w:r>
      <w:r>
        <w:rPr>
          <w:lang w:eastAsia="zh-CN"/>
        </w:rPr>
        <w:br/>
      </w:r>
      <w:r>
        <w:rPr>
          <w:lang w:eastAsia="zh-CN"/>
        </w:rPr>
        <w:t>　　其次，做好面授学生出勤的考核工作，做好教师与学员之间的联系，通知学员按时参加相应课程的面授辅导，减少自学的盲目性，面授课到课率低的问题一直不能得到解决，原因几点：</w:t>
      </w:r>
      <w:r>
        <w:rPr>
          <w:lang w:eastAsia="zh-CN"/>
        </w:rPr>
        <w:br/>
      </w:r>
      <w:r>
        <w:rPr>
          <w:lang w:eastAsia="zh-CN"/>
        </w:rPr>
        <w:t>　　1，学员认识不到位，没能意识到面授课重要性；</w:t>
      </w:r>
      <w:r>
        <w:rPr>
          <w:lang w:eastAsia="zh-CN"/>
        </w:rPr>
        <w:br/>
      </w:r>
      <w:r>
        <w:rPr>
          <w:lang w:eastAsia="zh-CN"/>
        </w:rPr>
        <w:t>　　2，不能很好处理工作与学习上的时间冲突；</w:t>
      </w:r>
      <w:r>
        <w:rPr>
          <w:lang w:eastAsia="zh-CN"/>
        </w:rPr>
        <w:br/>
      </w:r>
      <w:r>
        <w:rPr>
          <w:lang w:eastAsia="zh-CN"/>
        </w:rPr>
        <w:t>　　3，抽不开身到校学习；</w:t>
      </w:r>
      <w:r>
        <w:rPr>
          <w:lang w:eastAsia="zh-CN"/>
        </w:rPr>
        <w:br/>
      </w:r>
      <w:r>
        <w:rPr>
          <w:lang w:eastAsia="zh-CN"/>
        </w:rPr>
        <w:t>　　4，部分学员缺乏学习主动性。尽管如此，仍能有部分学员能够克服困难，坚持到校学习。对此，我做了大量的动员工作，告诉他们面授课对自学的帮助，形考成绩的重要性，到课面授与形考之间的关系，促使他们能有个正确的认识，积极参加学校组织的面授课。</w:t>
      </w:r>
      <w:r>
        <w:rPr>
          <w:lang w:eastAsia="zh-CN"/>
        </w:rPr>
        <w:br/>
      </w:r>
      <w:r>
        <w:rPr>
          <w:lang w:eastAsia="zh-CN"/>
        </w:rPr>
        <w:t>　　第三，做好教学资源信息提供工作，对于本学期所开课程，鼓励学员到多媒体阅览室借阅教学光盘，同时经常从网上搜索各种与本专业有关的各种学习资源，及时通知学员，让学员在家，办公室或学校能通过网络进行学习。</w:t>
      </w:r>
      <w:r>
        <w:rPr>
          <w:lang w:eastAsia="zh-CN"/>
        </w:rPr>
        <w:br/>
      </w:r>
      <w:r>
        <w:rPr>
          <w:lang w:eastAsia="zh-CN"/>
        </w:rPr>
        <w:t>　　第四，做好作业的收缴工作及形成性成绩的评定，通知学员将各科作业做好，及进上交，并请任课教师认真批发，根据作业发放考试条等，并认真做好考试宣传工作。</w:t>
      </w:r>
      <w:r>
        <w:rPr>
          <w:lang w:eastAsia="zh-CN"/>
        </w:rPr>
        <w:br/>
      </w:r>
      <w:r>
        <w:rPr>
          <w:lang w:eastAsia="zh-CN"/>
        </w:rPr>
        <w:t>　　四，个人学习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本学期我继续努力，积极学习各种教育理论，以充实自己，以便在工作中以坚实的理论作为指导，更好地进行教育教学，在今后的工作中我会继续努力，加强这方面的能力，以便今后的工作更能得心应手。</w:t>
      </w:r>
      <w:r>
        <w:rPr>
          <w:lang w:eastAsia="zh-CN"/>
        </w:rPr>
        <w:br/>
      </w:r>
      <w:r>
        <w:rPr>
          <w:lang w:eastAsia="zh-CN"/>
        </w:rPr>
        <w:t xml:space="preserve">    教育教学思想工作总结 篇6 </w:t>
      </w:r>
      <w:r>
        <w:rPr>
          <w:lang w:eastAsia="zh-CN"/>
        </w:rPr>
        <w:br/>
      </w:r>
      <w:r>
        <w:rPr>
          <w:lang w:eastAsia="zh-CN"/>
        </w:rPr>
        <w:t>　　今年第一次担任七年级思想品德的教学工作。由于是新手，深切感到自己的不足。一学期来，我认真向其他老师学习，认真备课、上课、听课、评课，及时批改作业、讲评作业，做好课后辅导工作，严格要求学生，尊重学生，发扬民主，使学生学有所得，从而不断提高。教材的内容，是由五个单元构成的。每个单元都蕴涵着特定的生活主题。它帮助学生树立自尊，走向自立，成为自尊、自信、自立、自强、讲诚信的人。新教材注重培养学生的实际操作能力，和生活更加贴近，在学习时加入了许多生活元素来贴近学生的生活，吸引他们的注意力。我主要从以下四个方面着手。</w:t>
      </w:r>
      <w:r>
        <w:rPr>
          <w:lang w:eastAsia="zh-CN"/>
        </w:rPr>
        <w:br/>
      </w:r>
      <w:r>
        <w:rPr>
          <w:lang w:eastAsia="zh-CN"/>
        </w:rPr>
        <w:t>　　第一、根据教材中的每一单元的四个板块（即“共同探讨”、“走进生活”、“创新实践平台”、“我在成长”）激发学生的学习兴趣，体验、领会、探究学习内容，找到最适合自己的学习方法。教材最大的特点是让学生在课堂上自主学习、合作探究、鼓励学生大胆提出问题、探索问题，通过学习探究，自己去感悟生活中的道理。事实证明课堂上，让学生的思维越活跃就越能提出有价值的问题，学习的效率就越高，所感悟的道理就越深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第二、课后及时批改作业，通过对学生的作业、练习检查学生对知识的掌握情况，并在每次检查中总结学生的存在问题和薄弱环节，课后辅导是重要的一个环节，使这一工作贯彻到了对学生的辅导和帮助上，尤其在后进生的转化上，要有耐心，要落实到位。</w:t>
      </w:r>
      <w:r>
        <w:rPr>
          <w:lang w:eastAsia="zh-CN"/>
        </w:rPr>
        <w:br/>
      </w:r>
      <w:r>
        <w:rPr>
          <w:lang w:eastAsia="zh-CN"/>
        </w:rPr>
        <w:t>　　第三、为了提高整体教学质量，对学生分对象进行适当的培优辅差活动。</w:t>
      </w:r>
      <w:r>
        <w:rPr>
          <w:lang w:eastAsia="zh-CN"/>
        </w:rPr>
        <w:br/>
      </w:r>
      <w:r>
        <w:rPr>
          <w:lang w:eastAsia="zh-CN"/>
        </w:rPr>
        <w:t>　　第四、兴趣是学习最好的老师。要长时间使学生对思想品德这一学科保持兴趣，光靠课堂上的教学是不可能做到的，通过“自我展示”、“说句心里话”活动调动了他们的积极性。</w:t>
      </w:r>
      <w:r>
        <w:rPr>
          <w:lang w:eastAsia="zh-CN"/>
        </w:rPr>
        <w:br/>
      </w:r>
      <w:r>
        <w:rPr>
          <w:lang w:eastAsia="zh-CN"/>
        </w:rPr>
        <w:t>　　总之，作为新课程改革下的一名老师，我一定与时俱进，与学生一起成长，与课程一起成长！</w:t>
      </w:r>
      <w:r>
        <w:rPr>
          <w:lang w:eastAsia="zh-CN"/>
        </w:rPr>
        <w:br/>
      </w:r>
      <w:r>
        <w:rPr>
          <w:lang w:eastAsia="zh-CN"/>
        </w:rPr>
        <w:t xml:space="preserve">    教育教学思想工作总结 篇7 </w:t>
      </w:r>
      <w:r>
        <w:rPr>
          <w:lang w:eastAsia="zh-CN"/>
        </w:rPr>
        <w:br/>
      </w:r>
      <w:r>
        <w:rPr>
          <w:lang w:eastAsia="zh-CN"/>
        </w:rPr>
        <w:t>　　本学期我们实验幼儿园的中心工作，以“乐观敬业、感恩激励、创新务实、科学发展”为抓手，以加强教学常规管理、促进保教质量为重点，全面提高教师的整体素质，取得了一定的成绩，迎接了20__年美丽校园建设暨学前教育规范化管理年现场会。现总结如下：</w:t>
      </w:r>
      <w:r>
        <w:rPr>
          <w:lang w:eastAsia="zh-CN"/>
        </w:rPr>
        <w:br/>
      </w:r>
      <w:r>
        <w:rPr>
          <w:lang w:eastAsia="zh-CN"/>
        </w:rPr>
        <w:t>　　一、抓教研促教学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园充分发挥教师的主观能动性，继续认真学习《幼儿园指导纲要》，深入领会《纲要》精神，认真钻研《教学用书》，分析、领悟教材内涵，逐步培养驾驭教材的能力。我们在园内积极营造良好的学习氛围，每周一、三定时定点开展业务学习和教科研学习，遵循互动式原则，鼓励教师主动参与学习活动，由旁听式学习变为互动式学习，鼓励老师结合自己的实际工作，就讨论的主题充分发表自己的见解，交流看法，最后形成共识;鼓励教师认真钻研《综合活动丛书》，分析、领悟教材内涵，综合考虑教学内容在各个活动环节中的合理呈现。我们积极为每一位教师创造各种培训的机会，虽然外出参观学习的机会不是人人均等，但外出学习的教师必须及时反馈所学经验，利用介绍、照片、录像等方法，让教师们从中受到启发，获得感性和理性的认识。同时开展赛教、听评课活动，一个个青年新秀从这里起飞。蒙亚宁、张丹同志被评为优秀教师，受到表彰奖励。</w:t>
      </w:r>
      <w:r>
        <w:rPr>
          <w:lang w:eastAsia="zh-CN"/>
        </w:rPr>
        <w:br/>
      </w:r>
      <w:r>
        <w:rPr>
          <w:lang w:eastAsia="zh-CN"/>
        </w:rPr>
        <w:t>　　二.重视培训，促教改。</w:t>
      </w:r>
      <w:r>
        <w:rPr>
          <w:lang w:eastAsia="zh-CN"/>
        </w:rPr>
        <w:br/>
      </w:r>
      <w:r>
        <w:rPr>
          <w:lang w:eastAsia="zh-CN"/>
        </w:rPr>
        <w:t>　　1.由教研组长组织，利用每周二下午集体备课，鼓励教师分析教材，挖掘教材，根据幼儿的不同发展水平，设计不同的教学形式。针对不明确的，有异议的地方，分析教材，改变教学策略。</w:t>
      </w:r>
      <w:r>
        <w:rPr>
          <w:lang w:eastAsia="zh-CN"/>
        </w:rPr>
        <w:br/>
      </w:r>
      <w:r>
        <w:rPr>
          <w:lang w:eastAsia="zh-CN"/>
        </w:rPr>
        <w:t>　　2.以“抓骨干，带一片”的工作策略，积极进行课堂教学改革，鼓励青年教师争当教学典型，积极创新，以榜样、模范的教学行为带动幼儿园整体业务水平的提高。我园蒙亚宁和张丹两名青年教师作为骨干力量，以塌实认真的工作态度、较好的教学能力赢得了全园教师的好评，我们就以身边的教师作为榜样，动员其他教师向他们学习，采取随机听课的方法，从身边学起，对比和检验自己的教学工作，同时也是对青年教师工作的一种鞭策。教师们都能积极参与，精心准备，观摩后的互动也使教师进一步提高了教育评价能力，同时也帮助教师认清自身的不足，取长补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正副园长深入教学一线，带教促教，努力提高课堂教学水平。本学期，张丹副园长兼中班音乐、美术两节活动。在课堂中，通过和老师相互观摩的形式，虚心听取一线教师的评析、深刻解剖自己的教学行为，以优质的教学质量带动全园的教学水平，帮助教师理清思路，学会听课评课，学会归纳总结。</w:t>
      </w:r>
      <w:r>
        <w:rPr>
          <w:lang w:eastAsia="zh-CN"/>
        </w:rPr>
        <w:br/>
      </w:r>
      <w:r>
        <w:rPr>
          <w:lang w:eastAsia="zh-CN"/>
        </w:rPr>
        <w:t>　　4.为探索美劳课活动方式的多样化，培养孩子对美劳课的兴趣，并逐步形成我园美老课的特色。本学期，各班根据班级的实际情况和自身的特点，制定班级美劳特色活动计划。结合主题活动内容，以区域活动的形式提供给幼儿操作，并逐步形成班级特色。废旧物粘贴、喷刷画、刮画、撕贴、折剪等美术、美劳形式将出现在各班的区域活动中。给幼儿创造自由表现的机会和场所，鼓励幼儿用不同的美术形式，大胆表达自己的情感、理解和想象。</w:t>
      </w:r>
      <w:r>
        <w:rPr>
          <w:lang w:eastAsia="zh-CN"/>
        </w:rPr>
        <w:br/>
      </w:r>
      <w:r>
        <w:rPr>
          <w:lang w:eastAsia="zh-CN"/>
        </w:rPr>
        <w:t>　　5.本学期我园开展教学评比活动，在观摩、反思、集体评课的过程中，教师们的分析总结能力、反思能力、写作能力得到了提高，并且通过对教育目标的解读，探讨教学策略，帮助教师领会学科领域的内涵及教学中重点难点的把握。</w:t>
      </w:r>
      <w:r>
        <w:rPr>
          <w:lang w:eastAsia="zh-CN"/>
        </w:rPr>
        <w:br/>
      </w:r>
      <w:r>
        <w:rPr>
          <w:lang w:eastAsia="zh-CN"/>
        </w:rPr>
        <w:t>　　6.结合“教师教学工作考核细则”用自查、园评的方式，对幼儿园一日常规教学活动进行科学管理，及时发现问题，及时寻找解决问题的对策。</w:t>
      </w:r>
      <w:r>
        <w:rPr>
          <w:lang w:eastAsia="zh-CN"/>
        </w:rPr>
        <w:br/>
      </w:r>
      <w:r>
        <w:rPr>
          <w:lang w:eastAsia="zh-CN"/>
        </w:rPr>
        <w:t>　　7.我园组织教师外出培训、园长出外考察。提高保教管理水平，使幼儿在这里快乐成长。</w:t>
      </w:r>
      <w:r>
        <w:rPr>
          <w:lang w:eastAsia="zh-CN"/>
        </w:rPr>
        <w:br/>
      </w:r>
      <w:r>
        <w:rPr>
          <w:lang w:eastAsia="zh-CN"/>
        </w:rPr>
        <w:t>　　三.加强研究，突显特色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我园《手指算》、[舞蹈]课实施一年来。科学、规范课题研究工作，并加强教师对儿童个案的观察研究，为行动研究提供科学的依据，研究工作初显实效，孩子们在这里手脑全面得到健康发展。我们将继续以观察研究幼儿生活中的事物和现象为突破口，培养幼儿自主探索、自主学习的能力，激发幼儿对自然、社会的兴趣和爱科学的情感、培养幼儿主动学习，敢于探索，大胆尝试的精神，塑造幼儿活泼开朗的性格、锻炼与人合作的情感和意识，促进幼儿全面和谐发展，为我园形成独特的办园特色，打下基础。</w:t>
      </w:r>
      <w:r>
        <w:rPr>
          <w:lang w:eastAsia="zh-CN"/>
        </w:rPr>
        <w:br/>
      </w:r>
      <w:r>
        <w:rPr>
          <w:lang w:eastAsia="zh-CN"/>
        </w:rPr>
        <w:t>　　四.家、园互动，共建保教平台。</w:t>
      </w:r>
      <w:r>
        <w:rPr>
          <w:lang w:eastAsia="zh-CN"/>
        </w:rPr>
        <w:br/>
      </w:r>
      <w:r>
        <w:rPr>
          <w:lang w:eastAsia="zh-CN"/>
        </w:rPr>
        <w:t>　　本学期，我园不定期的开展家长学校活动。如：开学家长会、家长半日活动、亲子游戏、健康教育讲座、兴趣班成果展示等活动。让家长了解幼儿园的教育形式与方法，向家长介绍、汇报孩子在幼儿园的成长过程及先进的育儿经验。大部分家长能在百忙中抽空前来参加，每次活动均受到了家长们的好评，并希望以后多举办类似活动。而且，通过家长学校活动也规范教师教学行为，强化幼儿一日生活常规，提高幼儿在园活动质量，赢得了家长的赞誉。通过开放活动，我们教师也或多或少获得了一些启示：教师要学会倾听、观察幼儿；为开展顺利，教师必须与家长有更密切的沟通；教师在整个过程中不仅是合作者、支持者、引导者还是欣赏者等等。</w:t>
      </w:r>
      <w:r>
        <w:rPr>
          <w:lang w:eastAsia="zh-CN"/>
        </w:rPr>
        <w:br/>
      </w:r>
      <w:r>
        <w:rPr>
          <w:lang w:eastAsia="zh-CN"/>
        </w:rPr>
        <w:t>　　五.节日共庆、文明发展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园利用清明、母亲、端午、父亲节召开庆祝会。为母亲献上自己小手制作的精美礼物，一个个小小的礼物得到了家长的赞美。我园六一儿童节组织了大型文艺汇报演出，领袖儿童的主持，孩子们精彩的表演、优美的舞姿迎来了阵阵掌声。舞蹈班孩子的形体操，展现给家长的是心灵的震撼，孩子就像一个个舞蹈演员。服装秀更是展示了教师的风采，教师亲手制作的服装，把孩子打扮的更加漂亮。任婷、张姣同志获的了服装设计优秀奖。蒙亚宁、王妮获的了团体操组织奖。</w:t>
      </w:r>
      <w:r>
        <w:rPr>
          <w:lang w:eastAsia="zh-CN"/>
        </w:rPr>
        <w:br/>
      </w:r>
      <w:r>
        <w:rPr>
          <w:lang w:eastAsia="zh-CN"/>
        </w:rPr>
        <w:t>　　一学期紧张而又忙碌，愉快而又充实，幼儿园的各项保教工作，在教师们的辛勤努力、勤恳工作下，取得了可喜的成绩，但还有不足之处，我们一定在今后工作中，不断探索，不断提高，不断进取，争取在工作中再创辉煌！</w:t>
      </w:r>
      <w:r>
        <w:rPr>
          <w:lang w:eastAsia="zh-CN"/>
        </w:rPr>
        <w:br/>
      </w:r>
      <w:r>
        <w:rPr>
          <w:lang w:eastAsia="zh-CN"/>
        </w:rPr>
        <w:t>　　县实验幼儿园</w:t>
      </w:r>
      <w:r>
        <w:rPr>
          <w:lang w:eastAsia="zh-CN"/>
        </w:rPr>
        <w:br/>
      </w:r>
      <w:r>
        <w:rPr>
          <w:lang w:eastAsia="zh-CN"/>
        </w:rPr>
        <w:t>　　日期20__年6月24日</w:t>
      </w:r>
      <w:r>
        <w:rPr>
          <w:lang w:eastAsia="zh-CN"/>
        </w:rPr>
        <w:br/>
      </w:r>
      <w:r>
        <w:rPr>
          <w:lang w:eastAsia="zh-CN"/>
        </w:rPr>
        <w:t xml:space="preserve">    教育教学思想工作总结 篇8 </w:t>
      </w:r>
      <w:r>
        <w:rPr>
          <w:lang w:eastAsia="zh-CN"/>
        </w:rPr>
        <w:br/>
      </w:r>
      <w:r>
        <w:rPr>
          <w:lang w:eastAsia="zh-CN"/>
        </w:rPr>
        <w:t>　　本年度，根据教办工作分工，我主要负责教育教学、特色学校创建、实验教学、普教等工作，分管电教、教育科研和教育宣传等工作。一年来，本人大力加强自身学习，严格落实市教育局要求和教办各项规定，团结教办其他同志，认真完成分管的各项工作，取得了较好的成绩。</w:t>
      </w:r>
      <w:r>
        <w:rPr>
          <w:lang w:eastAsia="zh-CN"/>
        </w:rPr>
        <w:br/>
      </w:r>
      <w:r>
        <w:rPr>
          <w:lang w:eastAsia="zh-CN"/>
        </w:rPr>
        <w:t>　　一、本年度工作成绩的回顾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教育教学成绩保持全市上游水平。一年来，本人端正工作思想，与教办分管人员一起，大力突出教学中心，全面落实教办加强教学管理的各项要求，上半年在面临合校等不利因素影响下，与两初中分管干部一起，认真抓好了毕业班的教学管理，今年学业水平考试我街道取得优异成绩，教办和一中再度被市教育局表彰为教学质量先进单位。全面抓好小学的教学过程管理，各小学教育质量显着提高，在上半年教科研中心组织的教学抽测中，我街道名列全市第二名，中心小学、仉家小学成绩突出，受到大会表彰。其他小学的教学成绩也都有较大提升。在期末升级考试中，6处小学总成绩的差距都越来越小，最高与最低分差不足9分。</w:t>
      </w:r>
      <w:r>
        <w:rPr>
          <w:lang w:eastAsia="zh-CN"/>
        </w:rPr>
        <w:br/>
      </w:r>
      <w:r>
        <w:rPr>
          <w:lang w:eastAsia="zh-CN"/>
        </w:rPr>
        <w:t>　　2、课堂教学改革继续得到深化。一年来，与各中小学校长一起，制定课堂教学计划，完善实施课堂教学改革的措施，加强对各学校课堂教学的跟踪指导与过程评价，上年半，文家一中被确定为全市课堂教学改革典型学校，文家一中的“提交式”课堂教学改革模式获得潍坊教科院和寿光教科研中心领导的一致好评。今年4月，文家一中、文家中心小学、西城小学被评为寿光市教育教学示范校，获奖数量居全市首位。今年底，文家中学顺利通过了潍坊市课堂教学改革示范学校的验收。</w:t>
      </w:r>
      <w:r>
        <w:rPr>
          <w:lang w:eastAsia="zh-CN"/>
        </w:rPr>
        <w:br/>
      </w:r>
      <w:r>
        <w:rPr>
          <w:lang w:eastAsia="zh-CN"/>
        </w:rPr>
        <w:t>　　3、教师队伍建设有了重大进展。本年度，针对本街道名师薄弱的现实，认真制度了名师培养计划，大力落实名师培养培训和要求，积极创造条件，为名师成长搭建平台，采取“走出去，请进来”等方式，加大骨干教师和实验教师的培养力度，中小学有一大批青年教师迅速成长为教学改革的带头教师。在今年7月份，全国创新教育学会组织的课堂教学大赛中，文家中学岳金萍一个独得说课大赛、课件评选和优质课和论文评选3个一等奖、一个二等奖。文家中学赵建亭、王万涛两人代表寿光市参加潍坊优质课比赛。小学朱晓青、吴文庆被评为潍坊市教学能手，小学张晓丽参加潍坊市优质课评选，获得第3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学校特色创建成果显着。一年来，在学校管理和建设中，根据教办“一校一品”的要求，结合各校实际，制定规划目标和措施，大力强化学校特色创建工作，取得了显着效果。今年上半年，文家一中被教育部命名为“校本项目全国实验学校”;西城小学和逢源小学在上半年通过寿光市特色学校复验的基础上，逢源小学被中国教育学会和中国关心下一代工作委员会命名为“全国百所优秀学校文化建设基地”，被教育部语言文字应用管理司评为国家级规范汉字书写教育特色学校，被中国教育学会命名为中小学优秀传统文化教学研究基地。同时，教办被潍坊市委、市政府授予“20__年度寿光市文明单位”，西城小学被市委、市政府授予“20__年度寿光市文明单位”。仉家小学的京剧进课堂、西文小学的“剪纸”通过了市局艺术特色项目验收。</w:t>
      </w:r>
      <w:r>
        <w:rPr>
          <w:lang w:eastAsia="zh-CN"/>
        </w:rPr>
        <w:br/>
      </w:r>
      <w:r>
        <w:rPr>
          <w:lang w:eastAsia="zh-CN"/>
        </w:rPr>
        <w:t>　　5、素质教育实施有了新的突破。上半年，根据市教育局安排，与其他分管同志一起，认真落实市教育局开展的各项素质教育活动，取得了优异成绩。在全市中小学生素质展评活动中，先后获得全市小学诗文诵读展示活动、小学读书征文活动、小学写字展示活动、小学英语读报知识竞赛活动等先进单位称号，并获初中学案设计、第七届和第八届“新华杯”读书征文活动、潍坊市首届“新华画报杯”作文竞赛先进单位称号。今年上半年，文家一中和西城小学被市教育局评为“中小学活动育人示范校”。在今年上半年“建设幸福中国”读书活动中成绩显着，我教办被潍坊市教育局命名为优胜组织单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6、实验教学取得优异成绩。在今年标准化学校建设水平大幅度提高的前提下，我们全力抓好了对实验教学设施的开发与应用，会同教办其他成员，认真抓好了教育局仪器站安排的各项工作，今年上半年获得寿光市实验技能大赛先进单位。在今年下半年潍坊市学生实验操作技能比赛中，西城小学有一名学校代表寿光参加潍坊市比赛，取得了优异成绩。两初中的学生生物实验比赛和学生创新实验比赛也取得了较好的成绩。</w:t>
      </w:r>
      <w:r>
        <w:rPr>
          <w:lang w:eastAsia="zh-CN"/>
        </w:rPr>
        <w:br/>
      </w:r>
      <w:r>
        <w:rPr>
          <w:lang w:eastAsia="zh-CN"/>
        </w:rPr>
        <w:t>　　7、教育现代化建设水平有了大幅度提高。一年来，本人协助教办夏光杰同志积极抓好学校的教育现代化建设，在大力抓好设施配备的基础上，重点抓好电教设施的应用工作。在今年6月16——6月17日，于安丘青云学府举行的中国芯计算机表演赛山东区决赛中，我街道西城小学低年级组和高年级组参加比赛的六名选手，表现异常卓越，包揽了所有全国赛名额，8月10日，他们代表山东省进京参赛，六名选手全部获得全国三等奖。在上半年山东省“七巧板”科技大赛中，我街道取得突出成绩，教办先后被评为山东省和寿光市优秀组织单位，西城小学、仉家小学被评为寿光市优秀组织单位。今年上半年，在第十三届中小学电脑制作活动中，教办获寿光市优秀组织奖。在上半年市科技创新大赛中，西城小学被评为优胜组织单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8、协调落实好了教办其它各项工作。一年来，本人还积极协助教办其他成员落实好各自工作，协助抓好了教育科研、教育宣传、教师培训和电教等工作，保证教办工作协调高效运转，并取得了优异成绩。</w:t>
      </w:r>
      <w:r>
        <w:rPr>
          <w:lang w:eastAsia="zh-CN"/>
        </w:rPr>
        <w:br/>
      </w:r>
      <w:r>
        <w:rPr>
          <w:lang w:eastAsia="zh-CN"/>
        </w:rPr>
        <w:t>　　一年来，个人在指导各校教学方面虽然做了一定工作，但也存在一定问题与不足，特别是到学校听课少，参与教研活动少，对教师的成长指导少，提高教学质量的压力很大。在安排教学管理方面，被动应付多，主动创新少，对分管工作的标准和要求低，只满足于落实教育局工作要求，有些工作对个人和学校要求不严格，存在一定的应付现象。上述缺点与问题，还需要在今后工作中加大力度，努力改正。</w:t>
      </w:r>
      <w:r>
        <w:rPr>
          <w:lang w:eastAsia="zh-CN"/>
        </w:rPr>
        <w:br/>
      </w:r>
      <w:r>
        <w:rPr>
          <w:lang w:eastAsia="zh-CN"/>
        </w:rPr>
        <w:t>　　二、新年度工作打算。</w:t>
      </w:r>
      <w:r>
        <w:rPr>
          <w:lang w:eastAsia="zh-CN"/>
        </w:rPr>
        <w:br/>
      </w:r>
      <w:r>
        <w:rPr>
          <w:lang w:eastAsia="zh-CN"/>
        </w:rPr>
        <w:t>　　新年度，本人决心认真学习和落实市教育局与教办的各项措施与规定，大力抓好中小学教育教学工作，深化中小学特色创建工作，全面落实素质教育，创新学校与师生评价机制，促进我街道教学工作再上新台阶。要努力提高个人工作境界和工作要求，对分管的各项工作和上级安排的各项活动，都要确定具体的落实标准和要求，抓好活动的过程管理。</w:t>
      </w:r>
      <w:r>
        <w:rPr>
          <w:lang w:eastAsia="zh-CN"/>
        </w:rPr>
        <w:br/>
      </w:r>
      <w:r>
        <w:rPr>
          <w:lang w:eastAsia="zh-CN"/>
        </w:rPr>
        <w:t>　　1、不断提升个人业务素质。今后，个人要积极加强业务学习和理论学习，特别是要认真学习上级出台的关于教育教学的新的文件、纲领和要求，认真参加教育局各项工作会议和业务培训，严格落实好街道教办的各项管理规定，与时俱进地提高个人的业务水平，提高自己指导教育教学的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持之以恒地抓好教学质量的提高。今后，要继续深入学校、师生和课堂，积极主动地抓好对中小学教育教学工作的指导，配合市教育局和各学校的要求，沉下心来，积极参与各学校的教育教学活动，深入学校、师生和课堂，__教学管理难题，关注教师专业成长，精心打造中小学名师队伍，抓好各校重点实验课题的研究工作，提升各学校的教学管理水平，努力提高教学质量。</w:t>
      </w:r>
      <w:r>
        <w:rPr>
          <w:lang w:eastAsia="zh-CN"/>
        </w:rPr>
        <w:br/>
      </w:r>
      <w:r>
        <w:rPr>
          <w:lang w:eastAsia="zh-CN"/>
        </w:rPr>
        <w:t>　　3、大力推进中小学特色学校创建。要发挥本街道特色名校的带动作用，各学校因地制宜，结合本校实际，制定特色学校创建规划与实施计划，加强过程管理，搭建创建平台，力争使特色创建工作在我街道中小学全面开花，力争推出我街道3-4所潍坊市级名校，并通过特色创建工作大力提高中小学的管理水平。</w:t>
      </w:r>
      <w:r>
        <w:rPr>
          <w:lang w:eastAsia="zh-CN"/>
        </w:rPr>
        <w:br/>
      </w:r>
      <w:r>
        <w:rPr>
          <w:lang w:eastAsia="zh-CN"/>
        </w:rPr>
        <w:t>　　4、抓好教育资源的开发与应用。在今年标准化学校建设取得重大进展的前提下，大力抓好教育资源的开发与应用。要重点抓好音体美等课程的开设与评价，开足时时，抓好图书与实验器材的管理与应用，抓好课外兴趣小组的辅导和中学的社团建设，争取让教育设施发挥更大作用，落实好市仪器站的各项活动，抓好师生实验技能大赛各项活动，力争优胜单位，以此带动学生素质的全面提高。</w:t>
      </w:r>
      <w:r>
        <w:rPr>
          <w:lang w:eastAsia="zh-CN"/>
        </w:rPr>
        <w:br/>
      </w:r>
      <w:r>
        <w:rPr>
          <w:lang w:eastAsia="zh-CN"/>
        </w:rPr>
        <w:t>　　5、强化教育现代化建设。一是抓好教育设施在课堂教学中的运用，特别是重点落实好电子白板的使用，提高课堂教学效率和效果;二是大力抓好微机课教学，努力提高学生的微机操作水平，抓好学生的信息技术等级证书考试工作，力争所有学生全部合格;三是大力落实好电脑制作、科技创新大赛等活动的开展，抓好学生的课外辅导，争取有更多的学生和学校获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6、深化素质教育实施工作。新年中，要继续采取有效措施，完善奖惩机制，落实好市教育局教科研中心和普教科开展的各项素质教育评比活动，特别是在师生读书、素质教育展示、育人课程评选、素质教育项目等工作，要求早作准备，确定带头学校和带头师生，抓好过程指导和活动辅导，争取项项工作都取得优异成绩。</w:t>
      </w:r>
      <w:r>
        <w:rPr>
          <w:lang w:eastAsia="zh-CN"/>
        </w:rPr>
        <w:br/>
      </w:r>
      <w:r>
        <w:rPr>
          <w:lang w:eastAsia="zh-CN"/>
        </w:rPr>
        <w:t>　　新年度，本人决心要加强业务理论学习，不断提高自身素质，端正工作思想，牢固树立服务意识，认真指导好中小学的教育教学工作，力争各项工作齐头并进，为全街道教育工作再上新台阶作出自己的贡献。</w:t>
      </w:r>
      <w:r>
        <w:rPr>
          <w:lang w:eastAsia="zh-CN"/>
        </w:rPr>
        <w:br/>
      </w:r>
      <w:r>
        <w:rPr>
          <w:lang w:eastAsia="zh-CN"/>
        </w:rPr>
        <w:t xml:space="preserve">    教育教学思想工作总结 篇9 </w:t>
      </w:r>
      <w:r>
        <w:rPr>
          <w:lang w:eastAsia="zh-CN"/>
        </w:rPr>
        <w:br/>
      </w:r>
      <w:r>
        <w:rPr>
          <w:lang w:eastAsia="zh-CN"/>
        </w:rPr>
        <w:t>　　信息技术课堂教学过程中，不仅要营造好的课堂气氛，还要调动学生的主观能动性，让学生自主探究，还要注重学生综合处理信息的能力的培养，强调以学生为主体的信息收集、处理和应用的实践活动，为信息技术教学营造“宽松、主动、愉悦”的学习氛围，使学生在快乐中活动，在活动中学习，在学习中创造。现浅谈如下小学信息技术教学设计的几点体会：</w:t>
      </w:r>
      <w:r>
        <w:rPr>
          <w:lang w:eastAsia="zh-CN"/>
        </w:rPr>
        <w:br/>
      </w:r>
      <w:r>
        <w:rPr>
          <w:lang w:eastAsia="zh-CN"/>
        </w:rPr>
        <w:t>　　一、利用多媒体演示讲解的教学设计，发挥教师主导作用</w:t>
      </w:r>
      <w:r>
        <w:rPr>
          <w:lang w:eastAsia="zh-CN"/>
        </w:rPr>
        <w:br/>
      </w:r>
      <w:r>
        <w:rPr>
          <w:lang w:eastAsia="zh-CN"/>
        </w:rPr>
        <w:t>　　信息技术教学的基本原则之一是直观性，有关信息技术基本知识与操作技能，仅凭老师的口述，学生难以形成准确的概念，因此，在信息技术教学中，教师的讲授应精心选择使用多媒体数据，丰富学生的感性认识，并在此基础上得出正确的结论，使教学取得最佳效果。创造民主、轻松的教学氛围。激发学生学习兴趣，调动他们学习的积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二、利用发现探究的教学设计，提高教学效率</w:t>
      </w:r>
      <w:r>
        <w:rPr>
          <w:lang w:eastAsia="zh-CN"/>
        </w:rPr>
        <w:br/>
      </w:r>
      <w:r>
        <w:rPr>
          <w:lang w:eastAsia="zh-CN"/>
        </w:rPr>
        <w:t>　　在信息技术教学中鼓励学生用自己的头脑去获得知识，重视学生的学习主动性，不要把学生当作学习的被动的接受者。其教学设计为：简述操作要领→操作尝试→启发引导→操作学习→反馈指导→巩固练习→归纳总结的教学设计。这种教学方法，一是使学生掌握知识和技能，二是发展学生的智力。如在学习word制作表格时，学生学起来很简单。但是否很简单，通过布置一个任务(制作课程表)，学习效果就一目了然了。至于巩固练习和归纳总结，道理是很显然的。这充分体现“教师为主导，学生为主体”教师的教学与学生的操作时间密切结合的教学设计。</w:t>
      </w:r>
      <w:r>
        <w:rPr>
          <w:lang w:eastAsia="zh-CN"/>
        </w:rPr>
        <w:br/>
      </w:r>
      <w:r>
        <w:rPr>
          <w:lang w:eastAsia="zh-CN"/>
        </w:rPr>
        <w:t>　　三、构建“主体—互动—探究”的教学设计，激发学生创作兴趣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信息技术教学过程中，老师先布置任务，学生通过完成任务来自主的参与教学，这样可以培养学生必要的社会性品质;有利于建立良好的教学人际关系，使学生真正成为教学的主人;可以使课堂充满活力，使教学质量得到提高，使学生智力得到较好的发展。例如布置任务：应用FrontPage软件制作个人网页，链入班级主页。在大多数学生基本完成任务后，从学生制作的网页中挑选出有代表性的作品。由学生自己介绍演示，然后让学生互相讨论，发表意见、看法，实现相互交流、学习的目的。教师在此过程中以实现预定的教学目标为目的，适当的引导讨论方向。让学生在参与中学会学习，主动研究，在参与中学会学习，学会创新，并通过师生交流的互动作用和情境探索的学习，达到自主构建知识的目的，实现学生主动发展的目标。</w:t>
      </w:r>
      <w:r>
        <w:rPr>
          <w:lang w:eastAsia="zh-CN"/>
        </w:rPr>
        <w:br/>
      </w:r>
      <w:r>
        <w:rPr>
          <w:lang w:eastAsia="zh-CN"/>
        </w:rPr>
        <w:t xml:space="preserve">    教育教学思想工作总结 篇10 </w:t>
      </w:r>
      <w:r>
        <w:rPr>
          <w:lang w:eastAsia="zh-CN"/>
        </w:rPr>
        <w:br/>
      </w:r>
      <w:r>
        <w:rPr>
          <w:lang w:eastAsia="zh-CN"/>
        </w:rPr>
        <w:t>　　信息技术学科是一门实践性、操作性较强的基础学科，它有一个理论联系实践的基本过程，课堂气氛的活跃，完全是教师这个主导作用发挥而来的。教师课程结构的设计，环节的策划，精密的安排并不等于教师一人唱独角戏，教师一言堂。信息技术课的课时安排是理论课时与实践课时相配套。那么，在上理论课时，在课堂中要把本节课中的重点、难点掌握好。攻破了重点，难点，其他的细小的知识情节也就迎韧而解了。简单的说，就是把每一节课的知识体系，知识情节的脉络把握好就可以说掌握了本节课的知识了，并能收到了良好的教育教学效果。</w:t>
      </w:r>
      <w:r>
        <w:rPr>
          <w:lang w:eastAsia="zh-CN"/>
        </w:rPr>
        <w:br/>
      </w:r>
      <w:r>
        <w:rPr>
          <w:lang w:eastAsia="zh-CN"/>
        </w:rPr>
        <w:t>　　那么，实践操作课又是怎样才能有所收获的呢?信息技术的实践课，是在掌握理论知识的前提下，在实践课中对理论知识加以实践、验证。学生学习的方式是理论联系实际的学习方式，科学设计，合理组织学习小组，在小组中形成“我教人人，人人教我”的良好合作学习风气，真正发挥小组以自主、探究合作学习的优良品德，同时也要根据学生的知识水平基础，学习能力，性别等进行小组人员的合理分配，使每个小组成员之间形成互补。教师始终把学习的主动权教给学生，学习的过程可以有不同的想法，尽量让学生自己做主张决定，在小组学习中形成齐心协力对付困难的合作风气，对于学困生，引导他们从集体中寻求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培养学生合作学习的好习惯，培养学生认真思考，大胆发言的良好习惯，为学生提供良好的创新空间，在促进学生自身发展的同时，自主、探究合作性的学习能力也会大又提高。</w:t>
      </w:r>
      <w:r>
        <w:rPr>
          <w:lang w:eastAsia="zh-CN"/>
        </w:rPr>
        <w:br/>
      </w:r>
      <w:r>
        <w:rPr>
          <w:lang w:eastAsia="zh-CN"/>
        </w:rPr>
        <w:t xml:space="preserve">    教育教学思想工作总结 篇11 </w:t>
      </w:r>
      <w:r>
        <w:rPr>
          <w:lang w:eastAsia="zh-CN"/>
        </w:rPr>
        <w:br/>
      </w:r>
      <w:r>
        <w:rPr>
          <w:lang w:eastAsia="zh-CN"/>
        </w:rPr>
        <w:t>　　作为一名初中信息技术教师，如何把课上得再好一点，如何让学生喜欢这么课，并且能在喜欢的状况下，学好这么课，掌握这门课。在这几年的教学过程中，也积累了必须的经验，在那里提出，与大家共同分享。</w:t>
      </w:r>
      <w:r>
        <w:rPr>
          <w:lang w:eastAsia="zh-CN"/>
        </w:rPr>
        <w:br/>
      </w:r>
      <w:r>
        <w:rPr>
          <w:lang w:eastAsia="zh-CN"/>
        </w:rPr>
        <w:t>　　一、作为教师应提高自身的素质，不断充实自我</w:t>
      </w:r>
      <w:r>
        <w:rPr>
          <w:lang w:eastAsia="zh-CN"/>
        </w:rPr>
        <w:br/>
      </w:r>
      <w:r>
        <w:rPr>
          <w:lang w:eastAsia="zh-CN"/>
        </w:rPr>
        <w:t>　　此刻信息技术日新月异，新课程的实施，素质教育的发展及教育信息化的推进，作为信息技术教师，我们自我就应不断充电，不断用新的知识来武装自我，从而充分挖掘学生的潜力。教师要给学生一碗水，自我要有一桶水，才能简单解答学生提出的各种各样的问题，才能不断向学生介绍信息技术发展的最新前沿，才能激发学生跃跃欲试的心理，令学生在学习过程中对教师心服口服，从而简单调动学生主动学习的用心性，让学生对信息技术的学习成为一种自觉的行为。</w:t>
      </w:r>
      <w:r>
        <w:rPr>
          <w:lang w:eastAsia="zh-CN"/>
        </w:rPr>
        <w:br/>
      </w:r>
      <w:r>
        <w:rPr>
          <w:lang w:eastAsia="zh-CN"/>
        </w:rPr>
        <w:t>　　二、巧妙设计教学任务，采用任务驱动式的教学过程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教学过程中，信息技术教师就应认真钻研教材，认真备课，围绕相应的知识点多搜集一些相关的资料，从而巧妙地设计教学任务，将每一个任务都设计的明确、合理、科学，将所要传授的各个知识点蕴含于各个任务中，将每一个学习模块的资料分解为一个个容易掌握的“任务”。让学生完成了相应的任务后，从而也掌握了需要理解的知识。让学生带着真实的任务学习，从而让学生拥有学习真正主动权。教师在教学过程中，也要注意引导学生去完成一系列由简到繁、由易到难、循序渐进地“任务”，从而保证教学目标顺利完成，让他们尝到学习的乐趣，满足他们的成就感，让每一个学生都能体验到成功的喜悦。</w:t>
      </w:r>
      <w:r>
        <w:rPr>
          <w:lang w:eastAsia="zh-CN"/>
        </w:rPr>
        <w:br/>
      </w:r>
      <w:r>
        <w:rPr>
          <w:lang w:eastAsia="zh-CN"/>
        </w:rPr>
        <w:t>　　三、坚持“教师为主导，学生为主体”的教学结构</w:t>
      </w:r>
      <w:r>
        <w:rPr>
          <w:lang w:eastAsia="zh-CN"/>
        </w:rPr>
        <w:br/>
      </w:r>
      <w:r>
        <w:rPr>
          <w:lang w:eastAsia="zh-CN"/>
        </w:rPr>
        <w:t>　　课程改革中，教师不能再采用“满堂灌”、“填鸭式“的教学方式，转变那种妨碍学生创新精神和创新潜力发展的教育模式。让学生从被动地理解式学习转变为主动地获取知识。教师要做学生学习的引路人，鼓励学生创新思维，引导学生自我去探索、去钻研，让学生成为学习的真正主人，充分发挥他们在学习过程中的主动性、用心性和创造性。教师设计一些问题，要把握好教学进程的坡度，在教学实践中认真分析学生的基础和需要，针对不一样的学生因材施教、分层教学，让学生试着自我去解决，在自身实践中体会和提高。在平时的教学过程中，教师要引导学生参与到教学活动中，关注全体学生，而不是个别学生，教师也要做到少讲，让学生自学，做到精讲多练，坚持“教师为主导，学生为主体”的教学结构，充分体现教师既是教育者又是指导者、促进者的多重身份。</w:t>
      </w:r>
      <w:r>
        <w:rPr>
          <w:lang w:eastAsia="zh-CN"/>
        </w:rPr>
        <w:br/>
      </w:r>
      <w:r>
        <w:rPr>
          <w:lang w:eastAsia="zh-CN"/>
        </w:rPr>
        <w:t>　　四、把枯燥的理论上得简单风趣，激发学生学习的热情和兴趣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教学过程中，教师应尽可能地选取一些贴近生活的实例，学生容易理解也容易引起学生的共鸣。在信息技术教学中，学生学习的知识类型多种多样，学生在学习信息技术这门课程时，往往喜欢上机操作课，而不喜欢上理论课。其实，在课堂教学中，我们可尽量将枯燥的东西讲解的生动形象一点，教师在讲解时，可用风趣的语言，贴近的比喻，引用身边的事件来引起学生的兴趣和认可。比如我在上“信息无处不在”这块资料时，透过举例：校园的铃声告诉我们上课、下课的信息，走过食堂时传来的饭菜香传递给了我们能够吃饭的信息，透过这几个身边的小事情，学生踊跃发言，让学生简单地掌握了信息的概念及信息的载体，也让学生能够举一反三。用好的比喻，贴近生活的例子，激发了学生学习的热情和兴趣，教师能够把理论课教得简单，学生学得愉快，让学生感受到计算机世界的五彩缤纷。</w:t>
      </w:r>
      <w:r>
        <w:rPr>
          <w:lang w:eastAsia="zh-CN"/>
        </w:rPr>
        <w:br/>
      </w:r>
      <w:r>
        <w:rPr>
          <w:lang w:eastAsia="zh-CN"/>
        </w:rPr>
        <w:t>　　五、建立和谐的师生关系，提升教师自身的魅力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新课程理念指导下，建立和谐的师生关系也很重要，教师上课要带上良好的情绪、真诚的微笑去应对每一个学生，从而拉进师生之间的距离，尽可能让学生感觉到教师平易近人、和蔼可亲，让他们轻体松愉快地投入到学习中来，有什么问题才会及时地提出来，师生双方才能够及时交流。教师应不断地分析学生的感受，做学生的良师益友，与学生建立民主平等的关系。在教学过程中的每一个环节都把握好“度”，营造一个和谐的课堂，为学生创造简单、开放、自主的学习环境，让教师在和谐中诠释教学，让学生在和谐中建构知识，从而在学生心目中不断提升教师自身的魅力，让自我的课堂散发出灵性的光辉，爱学生，尊重学生，让学生对老师产生喜欢的感觉，从而到达“亲其师，信其道”的效果。</w:t>
      </w:r>
      <w:r>
        <w:rPr>
          <w:lang w:eastAsia="zh-CN"/>
        </w:rPr>
        <w:br/>
      </w:r>
      <w:r>
        <w:rPr>
          <w:lang w:eastAsia="zh-CN"/>
        </w:rPr>
        <w:t>　　作为信息技术教师，务必根据环境，注重知识应用的综合学习，不断提高自我的业务水平和教学水平，不断摸索总结，才能到达理想的教学效果，进而实现信息技术教育的总体目标，提高课堂教学效率和质量，适应时代的要求!</w:t>
      </w:r>
      <w:r>
        <w:rPr>
          <w:lang w:eastAsia="zh-CN"/>
        </w:rPr>
        <w:br/>
      </w:r>
      <w:r>
        <w:rPr>
          <w:lang w:eastAsia="zh-CN"/>
        </w:rPr>
        <w:t xml:space="preserve">    教育教学思想工作总结 篇12 </w:t>
      </w:r>
      <w:r>
        <w:rPr>
          <w:lang w:eastAsia="zh-CN"/>
        </w:rPr>
        <w:br/>
      </w:r>
      <w:r>
        <w:rPr>
          <w:lang w:eastAsia="zh-CN"/>
        </w:rPr>
        <w:t>　　__年，教育围绕“办好每一所学校，成就每一个学生”的均衡发展主题，坚持“立足常态，抓实细节”，突出“质量兴校，质量兴镇”的工作核心，全镇教育以殷殷教育深情，行进着一条漫漫爬坡之路。</w:t>
      </w:r>
      <w:r>
        <w:rPr>
          <w:lang w:eastAsia="zh-CN"/>
        </w:rPr>
        <w:br/>
      </w:r>
      <w:r>
        <w:rPr>
          <w:lang w:eastAsia="zh-CN"/>
        </w:rPr>
        <w:t>　　一、关注常态教学，强化细节管理</w:t>
      </w:r>
      <w:r>
        <w:rPr>
          <w:lang w:eastAsia="zh-CN"/>
        </w:rPr>
        <w:br/>
      </w:r>
      <w:r>
        <w:rPr>
          <w:lang w:eastAsia="zh-CN"/>
        </w:rPr>
        <w:t>　　__年，__镇提出了“精细管理”的策略和目标，要求各中小学校将“精细意识”体现在教育常规管理中，每一个步骤都精心，每一个环节都精细，每一项工作都是精品。镇中心学校在全镇广大师生员工中响亮地提出“精心是态度，精细是过程，精品是成绩”的观点。中心学校马永忠校长在“精细管理动员与辅导会”上强调，教育要发展，校长必须精心治校，与时俱进，用先进的教育理念与文化治理学校。中层干部必须精细操作，用目标督导过程，把每一个管理环节做实做细做深。教学更是如此，从备课到教学，从讲授到训练，从考试到批改，这每个步骤都要精心，每一个环节都要精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各校把教学管理的重心向常态课倾斜，追求真实有效的常态课。立足常态课，追求高质量。</w:t>
      </w:r>
      <w:r>
        <w:rPr>
          <w:lang w:eastAsia="zh-CN"/>
        </w:rPr>
        <w:br/>
      </w:r>
      <w:r>
        <w:rPr>
          <w:lang w:eastAsia="zh-CN"/>
        </w:rPr>
        <w:t>　　1、督有重点，把每个项目抓落实。</w:t>
      </w:r>
      <w:r>
        <w:rPr>
          <w:lang w:eastAsia="zh-CN"/>
        </w:rPr>
        <w:br/>
      </w:r>
      <w:r>
        <w:rPr>
          <w:lang w:eastAsia="zh-CN"/>
        </w:rPr>
        <w:t>　　围绕精细管理，全镇组建督导专班，指导和督办各中小学校。每月或一个阶段一个项目主题，先后分别督办了“学生养成教育”“起始年级课堂教学”“毕业班质量举措”“中心小学高效课堂改革”和“精讲强练常规管理”等专题，每一个专题的督办，均做到“听汇报”，“查资料”，“进课堂”，“看效果”。在听取专题汇报时，做到“两听两对口”，一是到校听分管领导直接汇报，工作痕迹和档案资料要对口；二是每月集中听取校长成效特色汇报，典型事迹与案例要对口。</w:t>
      </w:r>
      <w:r>
        <w:rPr>
          <w:lang w:eastAsia="zh-CN"/>
        </w:rPr>
        <w:br/>
      </w:r>
      <w:r>
        <w:rPr>
          <w:lang w:eastAsia="zh-CN"/>
        </w:rPr>
        <w:t>　　2、查在细处，在深层次上求发展。</w:t>
      </w:r>
      <w:r>
        <w:rPr>
          <w:lang w:eastAsia="zh-CN"/>
        </w:rPr>
        <w:br/>
      </w:r>
      <w:r>
        <w:rPr>
          <w:lang w:eastAsia="zh-CN"/>
        </w:rPr>
        <w:t>　　我们将“常规教学管理”作为精细管理的切入口，教学督查逐步向教学的深层次方向发展，也逐渐成为学校教学管理的一项常态化工作，被广大教师所接受认可，成为促进教学质量提升的有力武器。督查的方式上，既有定期，也有随机；督查的目的性上，既有促进教师教学工作层面，也有促进学生行为习惯的养成层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__小学既有对年级组的全方位督查，也有对学科的特定督查，还有对学生行为习惯养成做详细要求并考核，学生作业进行室外展示。学校不仅对每次督查都有较为详细的反馈、通报，起到相互促进的作用。__中学开展校级领导、带头人、年级段教学督查工作，关注教师日常的教育教学状态。学校有专门的督查表格，项目齐，有具体的分值，便于操作。每次督查均进行及时有效的反馈，反馈内容富有针对性。由于各校督查措施得力，质量逐步提升，课堂效益稳中有升。</w:t>
      </w:r>
      <w:r>
        <w:rPr>
          <w:lang w:eastAsia="zh-CN"/>
        </w:rPr>
        <w:br/>
      </w:r>
      <w:r>
        <w:rPr>
          <w:lang w:eastAsia="zh-CN"/>
        </w:rPr>
        <w:t>　　3、积淀特色，建自己的管理文化。</w:t>
      </w:r>
      <w:r>
        <w:rPr>
          <w:lang w:eastAsia="zh-CN"/>
        </w:rPr>
        <w:br/>
      </w:r>
      <w:r>
        <w:rPr>
          <w:lang w:eastAsia="zh-CN"/>
        </w:rPr>
        <w:t>　　我们深知，只有当管理发展成一种文化的时候，才会有效益。镇中心学校以“调研——部署——跟进——考评——通报”为工作主线，确保各项目工作的实效。各中小学从细节上研究管理策略，形成自己的工作机制和模式。__中学在集体备课的.基础上，倡导教师用足用好教本，重在教前的复备和教后的反思，大大地提高备课的实效性；在学困生辅导上，建立健全了学困生跟踪记录档案，全程动态地监控学困生的学习情况。__小学对学校活动情况以“教学简报”形式向全体教师反馈，有效地促进了教师的规范意识、自觉意识。同时，老师的教学反思，已成为该校教师工作的一大特色和亮点。不是个别老师，而是绝大多数老师，都在认真做好教学反思，并做到打印装订成册。从内容上看，其特点是：时效性，针对性，案例式，论文式，字数多，质量高。教师群体能够迅速成长，是因为他们已经养成了边实践、边思考、边研究、边总结的好习惯。</w:t>
      </w:r>
      <w:r>
        <w:rPr>
          <w:lang w:eastAsia="zh-CN"/>
        </w:rPr>
        <w:br/>
      </w:r>
      <w:r>
        <w:rPr>
          <w:lang w:eastAsia="zh-CN"/>
        </w:rPr>
        <w:t>　　二、专业引领发展，强化校本教研</w:t>
      </w:r>
      <w:r>
        <w:rPr>
          <w:lang w:eastAsia="zh-CN"/>
        </w:rPr>
        <w:br/>
      </w:r>
      <w:r>
        <w:rPr>
          <w:lang w:eastAsia="zh-CN"/>
        </w:rPr>
        <w:t>　　我们在总结反思质量止步不前的因素时，往往会忽视教师的因素，特别是教师的专业发展。从某种意义上讲，教师的专业发展现状，正反映了教师的态度与精神。基于这样的认识，我们开始关注教师的专业发展，立足校本教研，引领专业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回顾这一条充满荆棘的教育教学质量之路，我们满怀期待，负重爬坡，有一个问题越来越清晰，那就是如何引领教师走出职业的倦怠，培育学生良好的学风。特别是学生的习惯养成教育，迫在眉睫。学生良好的习惯需要引导，需要约束，需要自律，需要坚持。作为学校一要有认知指导，二要细化要求，如上课时间到底怎样才算认真听讲？课余究竟应怎样处理学与玩的关系等。三要强化训练，如：为培养学生良好的守纪习惯，学校把每学期开学的第一月定为行为习惯训练月，对学生的上课习惯、课前准备、作业习惯等方面进行培训。四要营造氛围，如利用班队活动议习惯。五要情感沟通，让学生心理健康。</w:t>
      </w:r>
      <w:r>
        <w:rPr>
          <w:lang w:eastAsia="zh-CN"/>
        </w:rPr>
        <w:br/>
      </w:r>
      <w:r>
        <w:rPr>
          <w:lang w:eastAsia="zh-CN"/>
        </w:rPr>
        <w:t>　　今天，我们离目标的距离依然遥远，但我们依然相信，只要我们依然保持对教育的情怀，精细每一个过程，关注每一个细节，教育教学质量的爬坡之路为期不远。</w:t>
      </w:r>
      <w:r>
        <w:rPr>
          <w:lang w:eastAsia="zh-CN"/>
        </w:rPr>
        <w:br/>
      </w:r>
      <w:r>
        <w:rPr>
          <w:lang w:eastAsia="zh-CN"/>
        </w:rPr>
        <w:t xml:space="preserve">    教育教学思想工作总结 篇13 </w:t>
      </w:r>
      <w:r>
        <w:rPr>
          <w:lang w:eastAsia="zh-CN"/>
        </w:rPr>
        <w:br/>
      </w:r>
      <w:r>
        <w:rPr>
          <w:lang w:eastAsia="zh-CN"/>
        </w:rPr>
        <w:t>　　本文是一篇古代出色的论说文。墨子以其大智大谋大勇抑制住了楚宋之战，暂时避免了一场生灵荼炭。墨子的“智”在于，当楚国即将大举进攻宋国之际，采用巧妙、锋利的言辞使战争的发动者理屈词穷;其“谋”在于，他单枪匹马，胸有成竹，临危不惧，视死如归，令楚王等人不敢轻举妄动，最终阻止了战争的发生，表现了墨子的智谋勇三全和反对不义攻伐的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公输》选自《墨子?非攻》，是《墨子》中最有文采和文学趣味的一篇。课文记述了墨子制止楚国攻宋的故事，详细叙述了墨子同公输盘、楚王作斗争的经过。墨子不仅以“非攻”的主张说服了对方，而且以实际的守御力量制服了对方，终于迫使楚王取消了这次侵略行动。文章情节生动，一波三折，悬念迭生;人物形象鲜明;言辞巧妙、锋利。</w:t>
      </w:r>
      <w:r>
        <w:rPr>
          <w:lang w:eastAsia="zh-CN"/>
        </w:rPr>
        <w:br/>
      </w:r>
      <w:r>
        <w:rPr>
          <w:lang w:eastAsia="zh-CN"/>
        </w:rPr>
        <w:t>　　关于文言文，我觉得首先应该诵读。俗话说得好“书读百遍，其义自见”。教学本文，应以诵读为主。让学生在诵读中体会墨子的伶牙俐齿、能说会道，说理得有理有据;同时，在诵读中体会墨子的性格特点。辅之以讨论点拨法、品读法。在读准字音，读好节奏之上，让学生借助重视疏通文意，在这基础上，整体把握课文，然后启发学生研习课文。</w:t>
      </w:r>
      <w:r>
        <w:rPr>
          <w:lang w:eastAsia="zh-CN"/>
        </w:rPr>
        <w:br/>
      </w:r>
      <w:r>
        <w:rPr>
          <w:lang w:eastAsia="zh-CN"/>
        </w:rPr>
        <w:t>　　教学本文，重在引导学生品味墨子的劝说技巧，理解墨子的反侵略主张，认识非正义战争的罪恶，尽自己所能为和平作贡献。本着新课程提倡的“学生是语文学习的主人”的精神，倡导自主、合作、探究的学习方法，我觉得还应创设更加民主、和谐、宽松的学习氛围，让学生参与知识与能力获得的过程。</w:t>
      </w:r>
      <w:r>
        <w:rPr>
          <w:lang w:eastAsia="zh-CN"/>
        </w:rPr>
        <w:br/>
      </w:r>
      <w:r>
        <w:rPr>
          <w:lang w:eastAsia="zh-CN"/>
        </w:rPr>
        <w:t>　　《公输》这篇文章比较长。其中墨子说服他人的说话技巧特别值得学生们学习。可是这气势磅礴的语言理解起来有点困难，因此得花较多时间。一堂课下来，我知道在上课之前，我还得向其他老教师学习。在落实文言文的基础知识上，也应该多花点时间，在这方面好好下功夫。</w:t>
      </w:r>
      <w:r>
        <w:rPr>
          <w:lang w:eastAsia="zh-CN"/>
        </w:rPr>
        <w:br/>
      </w:r>
      <w:r>
        <w:rPr>
          <w:lang w:eastAsia="zh-CN"/>
        </w:rPr>
        <w:t xml:space="preserve">    教育教学思想工作总结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近段时间，新冠状肺炎肆虐，我们既要防控，又要组织学生学习。在教育局组织下开始了网上授课。现将本班英语学科授课及学习情况总结如下:</w:t>
      </w:r>
      <w:r>
        <w:rPr>
          <w:lang w:eastAsia="zh-CN"/>
        </w:rPr>
        <w:br/>
      </w:r>
      <w:r>
        <w:rPr>
          <w:lang w:eastAsia="zh-CN"/>
        </w:rPr>
        <w:t>　　一、课前准备：</w:t>
      </w:r>
      <w:r>
        <w:rPr>
          <w:lang w:eastAsia="zh-CN"/>
        </w:rPr>
        <w:br/>
      </w:r>
      <w:r>
        <w:rPr>
          <w:lang w:eastAsia="zh-CN"/>
        </w:rPr>
        <w:t>　　1、提前一天备课，准备课堂练习题，制作课件。由于市局组织的授课老师皆是业务能力过硬的优秀教师，所以我的课堂主要是以总结归纳及课堂练习为主。</w:t>
      </w:r>
      <w:r>
        <w:rPr>
          <w:lang w:eastAsia="zh-CN"/>
        </w:rPr>
        <w:br/>
      </w:r>
      <w:r>
        <w:rPr>
          <w:lang w:eastAsia="zh-CN"/>
        </w:rPr>
        <w:t>　　2、开课前通过钉钉、微信及QQ群通知学生直播时间、上课内容、预习内容及课堂注意事项。通过钉钉群检查学生的报到情况，对于没有及时报到的学生通过微信、钉钉及打电话的形式通知其尽快报到。</w:t>
      </w:r>
      <w:r>
        <w:rPr>
          <w:lang w:eastAsia="zh-CN"/>
        </w:rPr>
        <w:br/>
      </w:r>
      <w:r>
        <w:rPr>
          <w:lang w:eastAsia="zh-CN"/>
        </w:rPr>
        <w:t>　　二、课堂及课后情况：</w:t>
      </w:r>
      <w:r>
        <w:rPr>
          <w:lang w:eastAsia="zh-CN"/>
        </w:rPr>
        <w:br/>
      </w:r>
      <w:r>
        <w:rPr>
          <w:lang w:eastAsia="zh-CN"/>
        </w:rPr>
        <w:t>　　今天的英语直播课准时报到32人，2人迟到。另有2人因家长上班原因不能用手机观看直播，请假说明观看回放，4人未参加，情况不太好。课堂上我利用连麦，在线回复的形式在检查知识掌握情况的同时，观察学生上课在线率，大部分学生都能及时回复。每节课利用大约15分钟的时间来总结短语、句型以及背诵。网上教学不能像平时课堂那么随时提问，随时解决问题。教师的管理能力隔着屏幕也下降了一个等级。所以课堂上的背诵落实就只能作为作业，需家长配合在线提交了。</w:t>
      </w:r>
      <w:r>
        <w:rPr>
          <w:lang w:eastAsia="zh-CN"/>
        </w:rPr>
        <w:br/>
      </w:r>
      <w:r>
        <w:rPr>
          <w:lang w:eastAsia="zh-CN"/>
        </w:rPr>
        <w:t>　　三、存在问题:</w:t>
      </w:r>
      <w:r>
        <w:rPr>
          <w:lang w:eastAsia="zh-CN"/>
        </w:rPr>
        <w:br/>
      </w:r>
      <w:r>
        <w:rPr>
          <w:lang w:eastAsia="zh-CN"/>
        </w:rPr>
        <w:t>　　网上直播学习可以让学生接受更多优秀教师的教导，对部分优秀且自律的学生是好事。但同时也存在着问题。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1、课前督促学生在线上课费时费力，且有个別学生不论采取何种方法，总是不上课。疫情过后，这类学生必然学习退步很大。</w:t>
      </w:r>
      <w:r>
        <w:rPr>
          <w:lang w:eastAsia="zh-CN"/>
        </w:rPr>
        <w:br/>
      </w:r>
      <w:r>
        <w:rPr>
          <w:lang w:eastAsia="zh-CN"/>
        </w:rPr>
        <w:t>　　2、课堂上不能与学生面对面互动，部分学生挂机现象严重。</w:t>
      </w:r>
      <w:r>
        <w:rPr>
          <w:lang w:eastAsia="zh-CN"/>
        </w:rPr>
        <w:br/>
      </w:r>
      <w:r>
        <w:rPr>
          <w:lang w:eastAsia="zh-CN"/>
        </w:rPr>
        <w:t>　　3、作业反馈总是有学生迟交，甚至第二天才上交，个别学生不上交的情况。作业批改之后，对于要求改正的置之不理。</w:t>
      </w:r>
      <w:r>
        <w:rPr>
          <w:lang w:eastAsia="zh-CN"/>
        </w:rPr>
        <w:br/>
      </w:r>
      <w:r>
        <w:rPr>
          <w:lang w:eastAsia="zh-CN"/>
        </w:rPr>
        <w:t>　　四、后续措施:</w:t>
      </w:r>
      <w:r>
        <w:rPr>
          <w:lang w:eastAsia="zh-CN"/>
        </w:rPr>
        <w:br/>
      </w:r>
      <w:r>
        <w:rPr>
          <w:lang w:eastAsia="zh-CN"/>
        </w:rPr>
        <w:t>　　1、对不按时上课的学生，多次联系家长，力求家长重视起来，督促其按时上课。</w:t>
      </w:r>
      <w:r>
        <w:rPr>
          <w:lang w:eastAsia="zh-CN"/>
        </w:rPr>
        <w:br/>
      </w:r>
      <w:r>
        <w:rPr>
          <w:lang w:eastAsia="zh-CN"/>
        </w:rPr>
        <w:t>　　2、备课要做到目标简要明确，着重于知识落实，对重要的知识点不仅要总结背诵，还要利用课堂时间让学生在练习中掌握。</w:t>
      </w:r>
      <w:r>
        <w:rPr>
          <w:lang w:eastAsia="zh-CN"/>
        </w:rPr>
        <w:br/>
      </w:r>
      <w:r>
        <w:rPr>
          <w:lang w:eastAsia="zh-CN"/>
        </w:rPr>
        <w:t>　　3、课后作业量少且精，要做到适宜大部分学生能力，对不能完成的学生，根据其能力大小，酌情减少作业，尽量让每个学生都有收获。</w:t>
      </w:r>
      <w:r>
        <w:rPr>
          <w:lang w:eastAsia="zh-CN"/>
        </w:rPr>
        <w:br/>
      </w:r>
      <w:r>
        <w:rPr>
          <w:lang w:eastAsia="zh-CN"/>
        </w:rPr>
        <w:t>　　在余下的线上教学中，我将服从学校及上级的安排，认真做好自己的本职工作，上好每一节课。</w:t>
      </w:r>
      <w:r>
        <w:rPr>
          <w:lang w:eastAsia="zh-CN"/>
        </w:rPr>
        <w:br/>
      </w:r>
      <w:r>
        <w:rPr>
          <w:lang w:eastAsia="zh-CN"/>
        </w:rPr>
        <w:t xml:space="preserve">    教育教学思想工作总结 篇15 </w:t>
      </w:r>
      <w:r>
        <w:rPr>
          <w:lang w:eastAsia="zh-CN"/>
        </w:rPr>
        <w:br/>
      </w:r>
      <w:r>
        <w:rPr>
          <w:lang w:eastAsia="zh-CN"/>
        </w:rPr>
        <w:t>　　这一学期在紧张匆忙中结束了，为使今后的工作取得更大的进步，现对本学期教学工作总结如下：</w:t>
      </w:r>
      <w:r>
        <w:rPr>
          <w:lang w:eastAsia="zh-CN"/>
        </w:rPr>
        <w:br/>
      </w:r>
      <w:r>
        <w:rPr>
          <w:lang w:eastAsia="zh-CN"/>
        </w:rPr>
        <w:t>　　一、用全新的教育教学理念，改革课堂教学</w:t>
      </w:r>
      <w:r>
        <w:rPr>
          <w:lang w:eastAsia="zh-CN"/>
        </w:rPr>
        <w:br/>
      </w:r>
    </w:p>
    <w:p w:rsidR="001B1F19" w14:textId="27C3F48A">
      <w:pPr>
        <w:rPr>
          <w:rFonts w:hint="eastAsia"/>
          <w:lang w:eastAsia="zh-CN"/>
        </w:rPr>
      </w:pPr>
      <w:r>
        <w:rPr>
          <w:lang w:eastAsia="zh-CN"/>
        </w:rPr>
        <w:t>　　本学期我通过学习有关的教育教学理论，认真地钻研了新教材的编写特征，根据我校学生的基本情况，探究教法，树立起以学生的终身发展为目的的教学思想，树立起以教师为主导学生为主体的新的教学理念，在教学实践中积极探索焕发学生的课堂活力，有助于学生能力提高与发展的课堂教学的新思路、新模式启发思维，以感知探究反思延伸为主线的重点篇目学习法，以合作探究创造创新为核心的课堂教学活动课等，激发了学生学习的积极性，收到了较好的教学效果。</w:t>
      </w:r>
      <w:r>
        <w:rPr>
          <w:lang w:eastAsia="zh-CN"/>
        </w:rPr>
        <w:br/>
      </w:r>
      <w:r>
        <w:rPr>
          <w:lang w:eastAsia="zh-CN"/>
        </w:rPr>
        <w:t>　　二、用生动灵活的教学方式，焕发课堂活力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https://d.book118.com/047115102056006052</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7115102056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