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2024级新生开学典礼发言稿（33篇）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2024级新生开学典礼发言稿（精选33篇）</w:t>
      </w:r>
      <w:r>
        <w:rPr>
          <w:lang w:eastAsia="zh-CN"/>
        </w:rPr>
        <w:br/>
      </w:r>
      <w:r>
        <w:rPr>
          <w:lang w:eastAsia="zh-CN"/>
        </w:rPr>
        <w:t xml:space="preserve">    2024级新生开学典礼发言稿 篇1 </w:t>
      </w:r>
      <w:r>
        <w:rPr>
          <w:lang w:eastAsia="zh-CN"/>
        </w:rPr>
        <w:br/>
      </w:r>
      <w:r>
        <w:rPr>
          <w:lang w:eastAsia="zh-CN"/>
        </w:rPr>
        <w:t>　　尊敬的老师，亲爱的同学：</w:t>
      </w:r>
      <w:r>
        <w:rPr>
          <w:lang w:eastAsia="zh-CN"/>
        </w:rPr>
        <w:br/>
      </w:r>
      <w:r>
        <w:rPr>
          <w:lang w:eastAsia="zh-CN"/>
        </w:rPr>
        <w:t>　　大家好！</w:t>
      </w:r>
      <w:r>
        <w:rPr>
          <w:lang w:eastAsia="zh-CN"/>
        </w:rPr>
        <w:br/>
      </w:r>
      <w:r>
        <w:rPr>
          <w:lang w:eastAsia="zh-CN"/>
        </w:rPr>
        <w:t>　　我是来自初三（9）班的，今天，很荣幸能够站在这里代表初三年级发言。</w:t>
      </w:r>
      <w:r>
        <w:rPr>
          <w:lang w:eastAsia="zh-CN"/>
        </w:rPr>
        <w:br/>
      </w:r>
      <w:r>
        <w:rPr>
          <w:lang w:eastAsia="zh-CN"/>
        </w:rPr>
        <w:t>　　首先，请允许我代表初三全体学子，向辛勤哺育、谆谆教导我们的老师们说一声：老师，您辛苦了，谢谢您！</w:t>
      </w:r>
      <w:r>
        <w:rPr>
          <w:lang w:eastAsia="zh-CN"/>
        </w:rPr>
        <w:br/>
      </w:r>
      <w:r>
        <w:rPr>
          <w:lang w:eastAsia="zh-CN"/>
        </w:rPr>
        <w:t>　　现在的我，站在台上看着学弟学妹们渴望成长而又略含稚嫩的眼神，忽然发现，我们已经在远致生活了两年了。两年以来，我们在远致的怀抱中快乐而活泼地成长着。不论在学习上还是生活上，我们都取得了很大的进步。我们渐渐地把早起当做一种习惯，把文明作为我们的修养，把曾经的坏习惯改掉了不少。我们的成绩也逐渐稳定了很多，并且还在进步。在我们进步的同时，远致也在进步。今年的中考，我们的学长学姐又给我们做了好榜样，创下了辉煌的战绩。在我们倍感压力的同时，也受到了一种鼓舞，在我们的心中燃起奋斗的火焰，我们将会更加努力，为自己，为初三，为远致再创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然而，初三的生活是充满挑战的，在我们面前的路不是一片坦途，而是需要我们奋斗的路程。进入初三，我们主要的任务当然是学习、学习、再学习，努力、努力、再努力。各门功课应全面发展，提高效率。“知识就是力量”，让我们做一个符合新世纪要求的优秀学生，为建设祖国的未来打下坚实的基础。当然，我觉得学习主要是讲究方法，而不是拘泥古板，打时间仗，死记硬背，应当活学活用。预习，复习都是必不可少的，然而，用我们庄老师的一句话来概括——“课堂才是最重要的。”新学期了，不管你之前成功与否，都要从现在做起，把握好每一节课。</w:t>
      </w:r>
      <w:r>
        <w:rPr>
          <w:lang w:eastAsia="zh-CN"/>
        </w:rPr>
        <w:br/>
      </w:r>
      <w:r>
        <w:rPr>
          <w:lang w:eastAsia="zh-CN"/>
        </w:rPr>
        <w:t>　　当然，进入初三，也就意味着我们是这个校园里的大哥哥、大姐姐了，意味着我们肩上的责任更重了。在过去的两年里，我们也有做得不够好的地方，但是，现在作为大哥哥、大姐姐的我们，在平时个人卫生，言行举止上，我们会给在座的各们学弟、学妹们做一个好榜样，当一个好楷模，尽好自己的一份责任。不打架，不骂人；不乱丢果皮纸屑，不乱折花木；尊敬师长，团结同学；按时上课，不辜负老师、同学、家长对我们的殷切期望。在这里，我代表全体初三同学请老师、同学们监督，在今后一年内，我们一定会发愤学习，以最好的精神面貌展现在你们面前。</w:t>
      </w:r>
      <w:r>
        <w:rPr>
          <w:lang w:eastAsia="zh-CN"/>
        </w:rPr>
        <w:br/>
      </w:r>
      <w:r>
        <w:rPr>
          <w:lang w:eastAsia="zh-CN"/>
        </w:rPr>
        <w:t>　　衷心祝愿所有初三的同学能在我们留在初中的最后一年中，共同奋斗，一起拼搏，最后得到一个令自己满意的成绩，能自豪地为自己竖起大拇指！最后，让我对自己，对初三的全体同学们大声宣布：“初三，我们时刻准备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我的发言结束，谢谢大家！</w:t>
      </w:r>
      <w:r>
        <w:rPr>
          <w:lang w:eastAsia="zh-CN"/>
        </w:rPr>
        <w:br/>
      </w:r>
      <w:r>
        <w:rPr>
          <w:lang w:eastAsia="zh-CN"/>
        </w:rPr>
        <w:t xml:space="preserve">    2024级新生开学典礼发言稿 篇2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我是初三《4》班的邓文军。今天，很荣幸能够站在这里发言。</w:t>
      </w:r>
      <w:r>
        <w:rPr>
          <w:lang w:eastAsia="zh-CN"/>
        </w:rPr>
        <w:br/>
      </w:r>
      <w:r>
        <w:rPr>
          <w:lang w:eastAsia="zh-CN"/>
        </w:rPr>
        <w:t>　　亲爱的同学们虽然我们来自五湖四海，但现在我们有了一个共同的名字――薛中学子。</w:t>
      </w:r>
      <w:r>
        <w:rPr>
          <w:lang w:eastAsia="zh-CN"/>
        </w:rPr>
        <w:br/>
      </w:r>
      <w:r>
        <w:rPr>
          <w:lang w:eastAsia="zh-CN"/>
        </w:rPr>
        <w:t>　　经过了小学的洗礼，七年级新生散发着蓬勃的朝气，怀揣着欲飞的梦想，自信满满地踏入了薛中的校门。在此，请允许我代表全体师生，向你们表达最真诚的祝贺与欢迎。希望你们能尽快适应全新的初中学习生活，并将你们的期盼与希望都化为求知的动力，在初中三年的求学生涯中不辞劳苦，披荆斩棘，一路奔腾！</w:t>
      </w:r>
      <w:r>
        <w:rPr>
          <w:lang w:eastAsia="zh-CN"/>
        </w:rPr>
        <w:br/>
      </w:r>
      <w:r>
        <w:rPr>
          <w:lang w:eastAsia="zh-CN"/>
        </w:rPr>
        <w:t>　　八年级的学弟学妹们，你们已经走过了初一的适应期，现阶段正是为初三中考战斗夯实基础，养精蓄锐的关键一年。俗话说：“一份耕耘，一份收获！”希望你们在这一年中积少成多，完成由量变到质变的飞跃。以“锲而不舍，金石可镂”的精神在书山上攀登，在学海中徜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对于九年级的我们来说，初中阶段已过三分之二。回首往事，在那个蝉鸣聒噪的午后，我们坚守在书桌旁伏案演算；在那个月明星稀的夜晚，我们结伴在归途中倾诉心声；在那个寒风凛冽的清晨，我们徜徉在学海里高声诵读……我们用失败迎接成功，用寂寞伴随快乐，用困惑打造成熟。在薛中，我们成长着，度过的是一段充满活力的青春岁月。</w:t>
      </w:r>
      <w:r>
        <w:rPr>
          <w:lang w:eastAsia="zh-CN"/>
        </w:rPr>
        <w:br/>
      </w:r>
      <w:r>
        <w:rPr>
          <w:lang w:eastAsia="zh-CN"/>
        </w:rPr>
        <w:t>　　不论曾经是辉煌，还是失败，都将成为历史！每当我们驻足回首，时间便叫嚣着抛下我们飞驰而去，唯有向前奔跑！方可笑傲一生！</w:t>
      </w:r>
      <w:r>
        <w:rPr>
          <w:lang w:eastAsia="zh-CN"/>
        </w:rPr>
        <w:br/>
      </w:r>
      <w:r>
        <w:rPr>
          <w:lang w:eastAsia="zh-CN"/>
        </w:rPr>
        <w:t>　　我们现在要做的一件事就是——成败格式化！我们需要的就是“空杯子”思想！把“杯子”中的“旧的水”倒掉，只有这样，才能重新装上“新的水”。</w:t>
      </w:r>
      <w:r>
        <w:rPr>
          <w:lang w:eastAsia="zh-CN"/>
        </w:rPr>
        <w:br/>
      </w:r>
      <w:r>
        <w:rPr>
          <w:lang w:eastAsia="zh-CN"/>
        </w:rPr>
        <w:t>　　“天将降大任于斯人也，必先苦其心志劳其筋骨。”初三是焚膏继晷，奋斗的一年，初三是义无反顾，拼搏的一年。初三更是破茧成蝶，蜕变的一年。我们将面临的挑战，不仅是汗牛充栋的作业与习题，不仅是目不暇接的考试与测验，更是我们内心人格即将承受的锻炼！</w:t>
      </w:r>
      <w:r>
        <w:rPr>
          <w:lang w:eastAsia="zh-CN"/>
        </w:rPr>
        <w:br/>
      </w:r>
      <w:r>
        <w:rPr>
          <w:lang w:eastAsia="zh-CN"/>
        </w:rPr>
        <w:t>　　每次踏进学校大门，我心中总是怀着梦想，带着期盼，拥着激情，望着彼岸。既然我们选择了远方，便只能风雨兼程！我相信，只有竭尽全力地挥洒过汗水与泪水，只有毫无保留地喷薄过血气与风华，才能收获饱满美丽的青春。我相信，只有牢牢的把握住这冲刺的一年，分秒必争地勇往直前，才能在明年的六月“到中流击水，浪遏飞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薛中就是一条生命饱满的河流，它从60年前的源头出发，向那充满希望的未来流淌。不管两岸风景变换，河上却始终有着渴望拥抱未来的船客，有着代代相传的辛勤的舵手与船工。和蔼可亲、诲人不倦的老师们言传身教，“传递”着坚持不懈、顽强拼搏的精神，每一个在这里学习的人都会喜欢这所学校谦和、向上的氛围，感谢老师为我们指点漫漫人生的航途，感谢老师为我们圆梦并肩奋斗的热忱。</w:t>
      </w:r>
      <w:r>
        <w:rPr>
          <w:lang w:eastAsia="zh-CN"/>
        </w:rPr>
        <w:br/>
      </w:r>
      <w:r>
        <w:rPr>
          <w:lang w:eastAsia="zh-CN"/>
        </w:rPr>
        <w:t>　　哥伦布每天总要在航海日记的末尾写上一句：“我们继续前进。”</w:t>
      </w:r>
      <w:r>
        <w:rPr>
          <w:lang w:eastAsia="zh-CN"/>
        </w:rPr>
        <w:br/>
      </w:r>
      <w:r>
        <w:rPr>
          <w:lang w:eastAsia="zh-CN"/>
        </w:rPr>
        <w:t>　　是的，让我们继续前进，向理想前进。</w:t>
      </w:r>
      <w:r>
        <w:rPr>
          <w:lang w:eastAsia="zh-CN"/>
        </w:rPr>
        <w:br/>
      </w:r>
      <w:r>
        <w:rPr>
          <w:lang w:eastAsia="zh-CN"/>
        </w:rPr>
        <w:t>　　谢谢大家！</w:t>
      </w:r>
      <w:r>
        <w:rPr>
          <w:lang w:eastAsia="zh-CN"/>
        </w:rPr>
        <w:br/>
      </w:r>
      <w:r>
        <w:rPr>
          <w:lang w:eastAsia="zh-CN"/>
        </w:rPr>
        <w:t xml:space="preserve">    2024级新生开学典礼发言稿 篇3 </w:t>
      </w:r>
      <w:r>
        <w:rPr>
          <w:lang w:eastAsia="zh-CN"/>
        </w:rPr>
        <w:br/>
      </w:r>
      <w:r>
        <w:rPr>
          <w:lang w:eastAsia="zh-CN"/>
        </w:rPr>
        <w:t>　　尊敬的领导，敬爱的老师，亲爱的同学们：</w:t>
      </w:r>
      <w:r>
        <w:rPr>
          <w:lang w:eastAsia="zh-CN"/>
        </w:rPr>
        <w:br/>
      </w:r>
      <w:r>
        <w:rPr>
          <w:lang w:eastAsia="zh-CN"/>
        </w:rPr>
        <w:t>　　大家好。</w:t>
      </w:r>
      <w:r>
        <w:rPr>
          <w:lang w:eastAsia="zh-CN"/>
        </w:rPr>
        <w:br/>
      </w:r>
      <w:r>
        <w:rPr>
          <w:lang w:eastAsia="zh-CN"/>
        </w:rPr>
        <w:t>　　今天，能够在这盛大的典礼上，代表全体新生发言，我倍感荣幸。首先，请允许我代表初一新生向我们老师表示深深的敬意，向全校的大哥哥大姐姐表示亲切的问候！在漫长的希冀与等待中，在父母的殷殷期盼下，在师长的声声叮咛中，我们终于迈进了梨河中学的大门。走进校门的那一刻，我们就被这所学校深深地吸引了。这里有良好的校风校纪；有经验丰富、锐意进取的老师，更有精神饱满，好学上进的学生。能融入到这样的学习环境中，是我们每一个初一新生的幸运。我们为进入而备感骄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们也深深地知道，初中三年将是我们人生中很重要的三年。今天的我们对未来满怀着向往和憧憬，那么我们将成长为怎样的人？我们将拥有怎样的人生？我们对母校、对社会、对国家，又将会有怎样的价值？这一切都会在初中三年打下基础。因此，站在初中生活的起点、面对父母的关爱、面对老师的教诲、面对自己肩负的责任，一种庄严的使命感在我们心中油然而生，我们的心底涌动着积极向上的力量、澎湃着奋发进取的激情。</w:t>
      </w:r>
      <w:r>
        <w:rPr>
          <w:lang w:eastAsia="zh-CN"/>
        </w:rPr>
        <w:br/>
      </w:r>
      <w:r>
        <w:rPr>
          <w:lang w:eastAsia="zh-CN"/>
        </w:rPr>
        <w:t>　　今天，我们全体新生郑重承诺：我们将用求知的艰辛、拼搏的快乐来丰富我们生命的色彩，我们将用飞扬的青春、跳动的热情来谱写我们心中的梦！</w:t>
      </w:r>
      <w:r>
        <w:rPr>
          <w:lang w:eastAsia="zh-CN"/>
        </w:rPr>
        <w:br/>
      </w:r>
      <w:r>
        <w:rPr>
          <w:lang w:eastAsia="zh-CN"/>
        </w:rPr>
        <w:t>　　在学习上我们将以“勤、严、钻、恒”四个字要求自己；远离浮躁情绪，做到胜不骄，败不馁；互相学习，共同进步。在日常生活中，我们将严格遵守校纪校规，自尊自强，自爱自律，诚实守信，勤劳俭朴，尊敬师长，宽以待人。在集体活动中，我们要团结拼搏，奋勇争先。</w:t>
      </w:r>
      <w:r>
        <w:rPr>
          <w:lang w:eastAsia="zh-CN"/>
        </w:rPr>
        <w:br/>
      </w:r>
      <w:r>
        <w:rPr>
          <w:lang w:eastAsia="zh-CN"/>
        </w:rPr>
        <w:t>　　我们坚信：心有多大，舞台就有多大，梦敢做就能圆！只要我们牢记师长的教诲，以锐意进取的高年级的哥哥姐姐们为榜样，不断充实自我、完善自我、升华自我，就一定能成长为一名优秀的中学生，就一定能为我们的学校增光添彩，明天梨河中学一定会以我们为荣。最后，请让我代表全体新生衷心的祝愿所有的大哥哥大姐姐们鲲鹏展翅，翱翔蓝天，祝愿我们的老师身体健康、再创佳绩，祝福我们的学校越来越美、越来越辉煌。</w:t>
      </w:r>
      <w:r>
        <w:rPr>
          <w:lang w:eastAsia="zh-CN"/>
        </w:rPr>
        <w:br/>
      </w:r>
      <w:r>
        <w:rPr>
          <w:lang w:eastAsia="zh-CN"/>
        </w:rPr>
        <w:t xml:space="preserve">    2024级新生开学典礼发言稿 篇4 </w:t>
      </w:r>
      <w:r>
        <w:rPr>
          <w:lang w:eastAsia="zh-CN"/>
        </w:rPr>
        <w:br/>
      </w:r>
      <w:r>
        <w:rPr>
          <w:lang w:eastAsia="zh-CN"/>
        </w:rPr>
        <w:t>　　尊敬的各位老师、亲爱的同学们：</w:t>
      </w:r>
      <w:r>
        <w:rPr>
          <w:lang w:eastAsia="zh-CN"/>
        </w:rPr>
        <w:br/>
      </w:r>
      <w:r>
        <w:rPr>
          <w:lang w:eastAsia="zh-CN"/>
        </w:rPr>
        <w:t>　　大家上午好！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这秋风送爽，丹桂飘香的金秋九月，我们初一年级900余名新生怀揣着美好的梦想和期待走进美丽的临沂白沙埠中学，开始了崭新的初中生活。这里校园环境优美；这里教学设施完备；这里老师博学多才；这里同学热情友好。这里的一切都朝气蓬勃，生机盎然。让我们感到新鲜而又神奇。我非常自豪能够成为一名白中学子。更非常荣幸能站在这里代表七年级新生发言。</w:t>
      </w:r>
      <w:r>
        <w:rPr>
          <w:lang w:eastAsia="zh-CN"/>
        </w:rPr>
        <w:br/>
      </w:r>
      <w:r>
        <w:rPr>
          <w:lang w:eastAsia="zh-CN"/>
        </w:rPr>
        <w:t>　　初中是人生中的重要转折点。生活就是一方沃土，你播种什么，就会收获什么；播下一种行动，收获一种习惯，播下一种习惯，收获一种命运。良好的习惯是走好中学生活的第一步，这是我们所有新生都将面对的第一课，也是至关重要的一课。主动的自学、认真的听课、自觉的纪律、工整的作业，各种良好的习惯都会给我们以后成长打下坚实的基础。今后，我们要严格遵守学校的日常行为规范，牢固树立规范意识，按秩序入校，大声晨读，文明就餐不浪费粮食，勤奋读书，认真完成作业。使一日常规中的各项要求逐渐变为我们自觉的行动。</w:t>
      </w:r>
      <w:r>
        <w:rPr>
          <w:lang w:eastAsia="zh-CN"/>
        </w:rPr>
        <w:br/>
      </w:r>
      <w:r>
        <w:rPr>
          <w:lang w:eastAsia="zh-CN"/>
        </w:rPr>
        <w:t>　　今年七月我校毕业的学哥学姐们在中考中取得了优异的成绩，为我们树立了榜样。所以刻苦学习将是我们初中生活的主旋律。“知识在于积累，天才在于勤奋”。我们清楚地知道，努力学习科学文化知识是取得成功的基础，我们只有在青少年时期努力学习，积累丰富的知识，才能为将来的成功打下坚实的基础。我认为个人的全面发展，才能适应新时代社会发展的要求，所以我们应该在掌握科学文化知识的基础上，还应当积极参加学校举办的各项活动，培养自己的兴趣爱好，践行志愿服务，走向社会，奉献社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亲爱的同学们，“宝剑锋从磨砺出，梅花香自苦寒来。”新的学期开始了，清晨的闹钟又将奏鸣，校园里又将响起琅琅的读书声，台灯下又会有勤学的身影，让我们踏着青春的节拍，畅游知识的海洋！让我们怀揣梦想，勇攀智慧的高峰！让我们带着坚强的信念，开启胜利的大门！</w:t>
      </w:r>
      <w:r>
        <w:rPr>
          <w:lang w:eastAsia="zh-CN"/>
        </w:rPr>
        <w:br/>
      </w:r>
      <w:r>
        <w:rPr>
          <w:lang w:eastAsia="zh-CN"/>
        </w:rPr>
        <w:t>　　“路上景色正好，天上太阳正晴。请乘理想之马，挥鞭从此起程”我们相信，在学校领导的关心下，在老师的辛勤培育下，在我们的不懈努力下，我们一定会成长为有理想，有道德，有文化，守纪律的新时代文明中学生。</w:t>
      </w:r>
      <w:r>
        <w:rPr>
          <w:lang w:eastAsia="zh-CN"/>
        </w:rPr>
        <w:br/>
      </w:r>
      <w:r>
        <w:rPr>
          <w:lang w:eastAsia="zh-CN"/>
        </w:rPr>
        <w:t>　　最后，请让我代表全体新生衷心的祝愿全校的同学们学习进步，健康成长；祝愿我们的老师身体健康，工作顺利，节日快乐！祝福我们白沙埠中学越来越美，明天更辉煌。</w:t>
      </w:r>
      <w:r>
        <w:rPr>
          <w:lang w:eastAsia="zh-CN"/>
        </w:rPr>
        <w:br/>
      </w:r>
      <w:r>
        <w:rPr>
          <w:lang w:eastAsia="zh-CN"/>
        </w:rPr>
        <w:t>　　我的讲话完毕，谢谢大家！</w:t>
      </w:r>
      <w:r>
        <w:rPr>
          <w:lang w:eastAsia="zh-CN"/>
        </w:rPr>
        <w:br/>
      </w:r>
      <w:r>
        <w:rPr>
          <w:lang w:eastAsia="zh-CN"/>
        </w:rPr>
        <w:t xml:space="preserve">    2024级新生开学典礼发言稿 篇5 </w:t>
      </w:r>
      <w:r>
        <w:rPr>
          <w:lang w:eastAsia="zh-CN"/>
        </w:rPr>
        <w:br/>
      </w:r>
      <w:r>
        <w:rPr>
          <w:lang w:eastAsia="zh-CN"/>
        </w:rPr>
        <w:t>　　尊敬的老师，亲爱的同学们：</w:t>
      </w:r>
      <w:r>
        <w:rPr>
          <w:lang w:eastAsia="zh-CN"/>
        </w:rPr>
        <w:br/>
      </w:r>
      <w:r>
        <w:rPr>
          <w:lang w:eastAsia="zh-CN"/>
        </w:rPr>
        <w:t>　　沐浴着九月的金色阳光，伴着中秋的清爽的秋风，我们踏进了明德学校的大门，成为一名光荣的明德学校的初一新生。</w:t>
      </w:r>
      <w:r>
        <w:rPr>
          <w:lang w:eastAsia="zh-CN"/>
        </w:rPr>
        <w:br/>
      </w:r>
      <w:r>
        <w:rPr>
          <w:lang w:eastAsia="zh-CN"/>
        </w:rPr>
        <w:t>　　今天，在这里我作为初一新生的代表，在这里发言，我倍感荣幸。此时此刻我的既兴奋又激动。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兴奋，是因为这里有干净整洁、环境优美的校园，有优良的校风，先进的办学理念；兴奋，因为这里有乐于奉献，诲人不倦的老师，有“求真、求实、求新”的教风，他们甘于吃苦，乐于奉献，诲人不倦；有“好学、好思、好问”的学风，他们精神饱满，好学上进，求实创新。有团结友爱、勤学好问的同学。能融入到这样的学习环境中，是我们每一个初一新生的幸运。</w:t>
      </w:r>
      <w:r>
        <w:rPr>
          <w:lang w:eastAsia="zh-CN"/>
        </w:rPr>
        <w:br/>
      </w:r>
      <w:r>
        <w:rPr>
          <w:lang w:eastAsia="zh-CN"/>
        </w:rPr>
        <w:t>　　激动，是因为来到这个新的集体里，这里，承载了老师的汗水，家长的期望，还有——我们的梦想。值此教师节即将来临之际，我代表所有初一新生向我们辛勤的园丁道一声：老师，您们辛苦了！同时，我还要代表所有初一新生，向老师，向高年级的同学们郑重地表个态：</w:t>
      </w:r>
      <w:r>
        <w:rPr>
          <w:lang w:eastAsia="zh-CN"/>
        </w:rPr>
        <w:br/>
      </w:r>
      <w:r>
        <w:rPr>
          <w:lang w:eastAsia="zh-CN"/>
        </w:rPr>
        <w:t>　　第一，作为一名新时代的中学生，我们会以《中学生行为规范》、《中学生守则》严格要求自己，不做任何有损中学生形象的事情。</w:t>
      </w:r>
      <w:r>
        <w:rPr>
          <w:lang w:eastAsia="zh-CN"/>
        </w:rPr>
        <w:br/>
      </w:r>
      <w:r>
        <w:rPr>
          <w:lang w:eastAsia="zh-CN"/>
        </w:rPr>
        <w:t>　　第二，热爱祖国，树立远大理想和正确的人生观，自觉抵制不良思想的侵袭。诚实守信，尊敬老师，礼貌待人，勤奋学习，上课专心听讲，勤于思考，勤劳俭朴，孝敬父母，关心集体，爱护公物，学做品德高尚的人。</w:t>
      </w:r>
      <w:r>
        <w:rPr>
          <w:lang w:eastAsia="zh-CN"/>
        </w:rPr>
        <w:br/>
      </w:r>
      <w:r>
        <w:rPr>
          <w:lang w:eastAsia="zh-CN"/>
        </w:rPr>
        <w:t>　　第三，坚持体育锻炼，讲究卫生，正确对待困难与挫折，保持身心健康。</w:t>
      </w:r>
      <w:r>
        <w:rPr>
          <w:lang w:eastAsia="zh-CN"/>
        </w:rPr>
        <w:br/>
      </w:r>
      <w:r>
        <w:rPr>
          <w:lang w:eastAsia="zh-CN"/>
        </w:rPr>
        <w:t>　　第四，我们还要多读书，读好书，在书籍中汲取营养，在知识的海洋里遨游。第五，作为中学生还要自强自立，我们不能象小学生那样，事事要父母操心，养成自理的能力。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同学们，知识在于积累，天才在于勤奋。我们清楚地知道：学习是取得成功的基础，只有青少年时期努力学习，积累丰富的知识，才能为将来的成功打下坚实的基础。实践是取得成功的'源泉。在掌握知识的基础上，我们还必须到生活中去汲取养料。奋斗是取得成功的关键。只有不断奋斗，努力进取，才能使学习和实践的成果得以充分展示。在这一点上，我们要向初二初三的大哥哥大姐姐们学习，学习他们刻苦钻研奋力拼搏的精神。</w:t>
      </w:r>
      <w:r>
        <w:rPr>
          <w:lang w:eastAsia="zh-CN"/>
        </w:rPr>
        <w:br/>
      </w:r>
      <w:r>
        <w:rPr>
          <w:lang w:eastAsia="zh-CN"/>
        </w:rPr>
        <w:t>　　我们知道，升入初中，学习任务会变得很艰巨，我们要做好充分的心理准备，我们会用心去学，努力拼搏，保持良好的心态，迎接新的学习生活。爱迪生说过：“天才就是百分之一的灵感加上百分之九十九的汗水。”如果爱迪生怕吃苦，不勤奋，就不会有电灯，留声机等1000多项伟大的发明；如果牛顿不喜欢思考，懒得动脑筋，就不会有万有引力定律的发现；如果袁隆平没有走遍全国各地，去培育，实验，那杂交水稻到现在也许还只是一纸空文？？许许多多的例子，向我们证明，只有勤奋努力，才能取得成功。</w:t>
      </w:r>
      <w:r>
        <w:rPr>
          <w:lang w:eastAsia="zh-CN"/>
        </w:rPr>
        <w:br/>
      </w:r>
      <w:r>
        <w:rPr>
          <w:lang w:eastAsia="zh-CN"/>
        </w:rPr>
        <w:t>　　同学们，“宝剑锋从磨砺出，梅花香自苦寒来。”我们只要付出了，都会有</w:t>
      </w:r>
      <w:r>
        <w:rPr>
          <w:lang w:eastAsia="zh-CN"/>
        </w:rPr>
        <w:br/>
      </w:r>
      <w:r>
        <w:rPr>
          <w:lang w:eastAsia="zh-CN"/>
        </w:rPr>
        <w:t>　　收获。相信在学校领导的关心下，在老师的辛勤培育下，经过我们不懈的努力，三年后，我们一定会成长为有理想、有道德、有文化、守纪律的合格中学生。</w:t>
      </w:r>
      <w:r>
        <w:rPr>
          <w:lang w:eastAsia="zh-CN"/>
        </w:rPr>
        <w:br/>
      </w:r>
      <w:r>
        <w:rPr>
          <w:lang w:eastAsia="zh-CN"/>
        </w:rPr>
        <w:t>　　我的发言完毕，谢谢大家！</w:t>
      </w:r>
      <w:r>
        <w:rPr>
          <w:lang w:eastAsia="zh-CN"/>
        </w:rPr>
        <w:br/>
      </w:r>
      <w:r>
        <w:rPr>
          <w:lang w:eastAsia="zh-CN"/>
        </w:rPr>
        <w:t xml:space="preserve">    2024级新生开学典礼发言稿 篇6 </w:t>
      </w:r>
      <w:r>
        <w:rPr>
          <w:lang w:eastAsia="zh-CN"/>
        </w:rPr>
        <w:br/>
      </w:r>
      <w:r>
        <w:rPr>
          <w:lang w:eastAsia="zh-CN"/>
        </w:rPr>
        <w:t>　　老师们、同学们：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暑假一晃而过，踏着秋天的脚步，迎着灿烂的笑容，迈着轻盈的步伐，我们又步入了一个新的学年，开始求知生涯中的又一个里程碑。在此，我谨代表学校行政向度假返校的全体同学表示亲切的慰问，向辛勤工作在教育教学战线的全体教职工致以崇高的敬意！同时我提议：第26个教师节虽然过去，让我们以热烈的掌声对辛勤耕耘的教师们致以热烈的祝贺和崇高的敬意！对新加入大木小学教师团队的7名教师以及新入学的132名新生、35名外转入的学生表示最热烈的.欢迎！</w:t>
      </w:r>
      <w:r>
        <w:rPr>
          <w:lang w:eastAsia="zh-CN"/>
        </w:rPr>
        <w:br/>
      </w:r>
      <w:r>
        <w:rPr>
          <w:lang w:eastAsia="zh-CN"/>
        </w:rPr>
        <w:t>　　老师们，同学们，经过暑假的休息和调整，体力得到了恢复，视野得到了开阔，知识得到了补充，意志得到了锻炼，精力将更加充沛，斗志将更加高昂。新学期伊始，也许你已萌动着一种渴望和冲动，准备忘却过去的失意和挫折，改掉缺点和毛病，在新的学习生活中珍惜好黄金般的时光，做一次踏实的拼搏。今天，我们又站在了新学期的起跑线上，进行一次从零开始的“马拉松”竞赛。</w:t>
      </w:r>
      <w:r>
        <w:rPr>
          <w:lang w:eastAsia="zh-CN"/>
        </w:rPr>
        <w:br/>
      </w:r>
      <w:r>
        <w:rPr>
          <w:lang w:eastAsia="zh-CN"/>
        </w:rPr>
        <w:t>　　老师们，同学们，过去的一年，在上级领导的正确领导下，经过全体师生的共同努力，我校的各项工作都取得了显著的成绩。这些成绩饱含了全体教职工在过去一年中的辛勤劳作和不懈努力，饱含了全体师生的聪明与才智，也体现了我们每一位师生在学习、工作、生活中不断创新，努力进取，顽强拼搏的良好风貌。同时也是我们今后迈向新的成功和辉煌的新起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老师们，在新的学年里，我们牢固树立学校的发展意识，质量意识，创新意识、实干意识和科研意识。切实转变教育观念，抢抓机遇，深化改革，确定绩效考核制度并严格按照制度管理学校，强化德育管理，狠抓校风建设，加快我校教育教。为实现我们的工作目标和任务，不断推进学校科学化、精细化、规范化管理策略的实施。我想借开学典礼对教师提出三点希望：</w:t>
      </w:r>
      <w:r>
        <w:rPr>
          <w:lang w:eastAsia="zh-CN"/>
        </w:rPr>
        <w:br/>
      </w:r>
      <w:r>
        <w:rPr>
          <w:lang w:eastAsia="zh-CN"/>
        </w:rPr>
        <w:t>　　一、要做一个充满爱心的好教师。“冰，用力拍打，受伤的只会是你自己，当你怀着一颗温柔的心去抚慰它时，他会因感动而流泪”。“学博为师，德高为范”，爱是教师职业道德的基本要求，是教育事业永恒的主旋律，充满爱心就是对事业负责，对每一个学生负责。因为每一个学生求知的眼睛后面是一个个充满梦想的生命，每一个充满梦想的学生后面是一个充满希望的家庭，每一个父母把他们的孩子送到我们手中，我们就有责任和义务培养他们成人、成才和成功。为此，我们每一位教师在新学年中都要大力弘扬献身教育的敬业精神，爱生如子的园丁精神，刻苦钻研的探索精神，不甘落后的拼搏精神和不计得失的奉献精神，努力提高自身道德修养，真正成为学生的楷模。</w:t>
      </w:r>
      <w:r>
        <w:rPr>
          <w:lang w:eastAsia="zh-CN"/>
        </w:rPr>
        <w:br/>
      </w:r>
      <w:r>
        <w:rPr>
          <w:lang w:eastAsia="zh-CN"/>
        </w:rPr>
        <w:t>　　二、要做一个善于学习的好教师。“腹有诗书气自华”，面对飞速发展的现代社会，面对日趋激烈的教育竞争，面对新课程的推进，我们每一位教师应该有一种危机意识和忧患意识，要不断学习先进的教育理念；不断用渊博的专业知识来完善自己、充实自己；要牢固树立终身学习的思想，不断丰富自己的教学思想，扩大自己的教育视野。只有这样，才能真正充当起学生知识探索的引路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三、要做一个团结协作的好教师。面对新课程和联考、初考，我们每一位教师都必须沉下身子，认真钻研，勤于探索，切实做好本职工作。更必须多一点团队精神和协作意识，相互之间要取长补短，通力合作，共同探索新的课堂教学模式，不断改进自己的教学方式和教学手段，努力实现课堂教学效益的最大化。</w:t>
      </w:r>
      <w:r>
        <w:rPr>
          <w:lang w:eastAsia="zh-CN"/>
        </w:rPr>
        <w:br/>
      </w:r>
      <w:r>
        <w:rPr>
          <w:lang w:eastAsia="zh-CN"/>
        </w:rPr>
        <w:t>　　同学们，你们来到的大木小学或许还有很多地方让你们失望，但这些失望的形成是什么？如果我们每一个同学都严格的要求自己，我们的学校会让大家失望吗？</w:t>
      </w:r>
      <w:r>
        <w:rPr>
          <w:lang w:eastAsia="zh-CN"/>
        </w:rPr>
        <w:br/>
      </w:r>
      <w:r>
        <w:rPr>
          <w:lang w:eastAsia="zh-CN"/>
        </w:rPr>
        <w:t>　　谢谢大家！</w:t>
      </w:r>
      <w:r>
        <w:rPr>
          <w:lang w:eastAsia="zh-CN"/>
        </w:rPr>
        <w:br/>
      </w:r>
      <w:r>
        <w:rPr>
          <w:lang w:eastAsia="zh-CN"/>
        </w:rPr>
        <w:t xml:space="preserve">    2024级新生开学典礼发言稿 篇7 </w:t>
      </w:r>
      <w:r>
        <w:rPr>
          <w:lang w:eastAsia="zh-CN"/>
        </w:rPr>
        <w:br/>
      </w:r>
      <w:r>
        <w:rPr>
          <w:lang w:eastAsia="zh-CN"/>
        </w:rPr>
        <w:t>　　尊敬的各位领导、各位老师、亲爱的20__级优秀的孩子们：</w:t>
      </w:r>
      <w:r>
        <w:rPr>
          <w:lang w:eastAsia="zh-CN"/>
        </w:rPr>
        <w:br/>
      </w:r>
      <w:r>
        <w:rPr>
          <w:lang w:eastAsia="zh-CN"/>
        </w:rPr>
        <w:t>　　大家好！</w:t>
      </w:r>
      <w:r>
        <w:rPr>
          <w:lang w:eastAsia="zh-CN"/>
        </w:rPr>
        <w:br/>
      </w:r>
      <w:r>
        <w:rPr>
          <w:lang w:eastAsia="zh-CN"/>
        </w:rPr>
        <w:t>　　非常感谢能给新生家长这种礼遇和机会，让我能作为一名新生家长的代表在这里表达我们的心声，我的两个双胞胎的孩子今年都已高分考入__大学，现就读于基础教育学院数理基础实验班。</w:t>
      </w:r>
      <w:r>
        <w:rPr>
          <w:lang w:eastAsia="zh-CN"/>
        </w:rPr>
        <w:br/>
      </w:r>
      <w:r>
        <w:rPr>
          <w:lang w:eastAsia="zh-CN"/>
        </w:rPr>
        <w:t>　　在这个硕果累累的美好季节，迎来了又一批来自祖国四面八方的莘莘学子，也随之牵动了我们每一位家长的心。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走进这所经历了70余年春华秋实、沧桑砥砺的著名学府，我和我的孩子一点点地了解着写满光荣的历史。建校以来培养的一大批杰出校友的优秀事迹、“以国家需要为导向”创造的一个又一个“全国第一”、“立足国防、面向全国、服务地方”的广泛交流与合作联系，无不让我们深深感受着一代代__人的勤恳、卓越和不懈奋进，生动体悟着__人秉承延安精神的宝贵传统在长期的发展历程中建构的“德以明理、学以精工”的理想境界。孩子们选择了，选择了在这里继续追寻青春的梦想，我相信，培育18万余学子桃李满天下的__大学将用他70余载沉淀的历史与荣光为孩子们的梦想插上飞翔的翅膀！在这里，请允许我代表全体学生家长，对各位老师说一句，你们辛苦了，我们把孩子托付给你们，我们相信学校、相信你们会将我们的孩子培养成才，托起我们家庭新的希望。</w:t>
      </w:r>
      <w:r>
        <w:rPr>
          <w:lang w:eastAsia="zh-CN"/>
        </w:rPr>
        <w:br/>
      </w:r>
      <w:r>
        <w:rPr>
          <w:lang w:eastAsia="zh-CN"/>
        </w:rPr>
        <w:t>　　同时，借这个机会，我还想代表学生家长对同学们说几句话。孩子们，你们选择了，也选择了你们，这几天日渐深入的了解让我感受到，能来这里学习是同学们的幸运。近年来，提出要培养学生具有“高远的理想、精深的学术、强健的体魄、恬美的心境”的育人理念，学校的培养目标与我们家长们的心愿是一致的。我们都盼望着，大学这个关键的人生阶段，一直以来在同龄人中优秀的你们在能在品德上、学习上、身体上、心灵上得到全面的磨砺和提升，希望你们能专心致志地学习、健康快乐地生活、勇敢大胆地去实现你们的理想；希望你们在父母不在身边的时候能越来越快地长大，用刻苦学习、遵规守纪的实际行动抚慰父母远方的牵挂；也希望你们能在大学生活的大家庭里结实更多的朋友、拥有更多的兄弟姐妹，学会关爱你们身边的每一个人，学会用团结的力量让自己越来越坚强。</w:t>
      </w:r>
      <w:r>
        <w:rPr>
          <w:lang w:eastAsia="zh-CN"/>
        </w:rPr>
        <w:br/>
      </w:r>
      <w:r>
        <w:rPr>
          <w:lang w:eastAsia="zh-CN"/>
        </w:rPr>
        <w:t>　　“读书千秋伟业，育人万世丰功”。最后，我谨代表20__级全体学生家长祝愿20__级的孩子们前程似锦，读书立德成就千秋伟业！祝愿__大学欣欣向荣，育人育才建立万世丰功，不断向“世界一流大学”迈进！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2024级新生开学典礼发言稿 篇8 </w:t>
      </w:r>
      <w:r>
        <w:rPr>
          <w:lang w:eastAsia="zh-CN"/>
        </w:rPr>
        <w:br/>
      </w:r>
      <w:r>
        <w:rPr>
          <w:lang w:eastAsia="zh-CN"/>
        </w:rPr>
        <w:t>　　同学们：</w:t>
      </w:r>
      <w:r>
        <w:rPr>
          <w:lang w:eastAsia="zh-CN"/>
        </w:rPr>
        <w:br/>
      </w:r>
      <w:r>
        <w:rPr>
          <w:lang w:eastAsia="zh-CN"/>
        </w:rPr>
        <w:t>　　金秋时节，_级新同学从祖国各地、四面八方走进清华园，开始了新的学习生活。首先，请允许我代表学校，向全体同学表示热烈的欢迎和衷心的祝贺！并借此机会，向培育你们健康成长的中小学老师和信任清华、支持清华的各位家长，表示亲切的问候和诚挚的敬意！众所周知，能够进入清华学习的同学，都是中学的佼佼者。同学们在中学阶段勤奋学习，奋勇争先，在激烈的竞争中脱颖而出，终于进入了自己理想的大学；如今，这么多优秀学子汇聚在一起，为大家的相互学习提供了绝好的机会，同时，相对于新的更高的奋斗目标，每个人又都面临着新的挑战，只有继续刻苦钻研，才能取得更加优异的成绩。</w:t>
      </w:r>
      <w:r>
        <w:rPr>
          <w:lang w:eastAsia="zh-CN"/>
        </w:rPr>
        <w:br/>
      </w:r>
      <w:r>
        <w:rPr>
          <w:lang w:eastAsia="zh-CN"/>
        </w:rPr>
        <w:t>　　今天的开学典礼是同学们人生路途上的一个新起点。如何立足新起点，迎接新挑战，争创新成绩？我想，至少有以下几个方面值得大家在今后的大学生活中深入思考和努力发扬：</w:t>
      </w:r>
      <w:r>
        <w:rPr>
          <w:lang w:eastAsia="zh-CN"/>
        </w:rPr>
        <w:br/>
      </w:r>
      <w:r>
        <w:rPr>
          <w:lang w:eastAsia="zh-CN"/>
        </w:rPr>
        <w:t>　　第一，打好基础，积极实践，勇于创新。大家知道，清华已经有近百年的历史。在建校初期和之后的一段时期内，主要培养本科生和预科生，通过广延名师，给予学生坚实的数理和人文基础、科学的学习方法及自强不息、厚德载物的精神追求与气质。正是得益于在清华获得的“为学”与“为人”的“厚基础”，再经过国外高水平的专业研究训练，这些学生后来大多成才并回国做出重要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上世纪五六十年代，面对国家大规模经济建设的急迫需求，清华提出“红色工程师”的人才培养目标，特别注重实践和应用知识能力的培养，学生毕业后能很快适应工作并挑大梁、出成绩，这一时期的“重实践”特色和原有的“厚基础”传统有机结合，使广大毕业生在国家建设的第一线大展宏图；</w:t>
      </w:r>
      <w:r>
        <w:rPr>
          <w:lang w:eastAsia="zh-CN"/>
        </w:rPr>
        <w:br/>
      </w:r>
      <w:r>
        <w:rPr>
          <w:lang w:eastAsia="zh-CN"/>
        </w:rPr>
        <w:t>　　改革开放30年来，中国经济高速发展，综合国力不断增强，逐步进入自主创新的时代，我们不仅要培养一般意义上的“行业高手”，而且要培养具备创新思维和能力的人才，“求创新”成为新世纪新阶段国家和社会对清华这样的研究型大学提出的必然要求。因此，希望同学们在清华的学习中，既要扎实、认真地打好各门学科的基础；</w:t>
      </w:r>
      <w:r>
        <w:rPr>
          <w:lang w:eastAsia="zh-CN"/>
        </w:rPr>
        <w:br/>
      </w:r>
      <w:r>
        <w:rPr>
          <w:lang w:eastAsia="zh-CN"/>
        </w:rPr>
        <w:t>　　又要积极动手、动脑，把握好各类实践环节；</w:t>
      </w:r>
      <w:r>
        <w:rPr>
          <w:lang w:eastAsia="zh-CN"/>
        </w:rPr>
        <w:br/>
      </w:r>
      <w:r>
        <w:rPr>
          <w:lang w:eastAsia="zh-CN"/>
        </w:rPr>
        <w:t>　　更要在主动学习、积极实践的过程中，培养创新、创造的思维与能力。尽快实现从中学到大学的转变，从以老师为主导的被动学习，到自己主动地学习、独立地思考，不断发现问题、研究问题、解决问题，努力成为高素质、高层次、多样化、创造性的拔尖创新人才。</w:t>
      </w:r>
      <w:r>
        <w:rPr>
          <w:lang w:eastAsia="zh-CN"/>
        </w:rPr>
        <w:br/>
      </w:r>
      <w:r>
        <w:rPr>
          <w:lang w:eastAsia="zh-CN"/>
        </w:rPr>
        <w:t xml:space="preserve">    2024级新生开学典礼发言稿 篇9 </w:t>
      </w:r>
      <w:r>
        <w:rPr>
          <w:lang w:eastAsia="zh-CN"/>
        </w:rPr>
        <w:br/>
      </w:r>
      <w:r>
        <w:rPr>
          <w:lang w:eastAsia="zh-CN"/>
        </w:rPr>
        <w:t>　　早上好！</w:t>
      </w:r>
      <w:r>
        <w:rPr>
          <w:lang w:eastAsia="zh-CN"/>
        </w:rPr>
        <w:br/>
      </w:r>
      <w:r>
        <w:rPr>
          <w:lang w:eastAsia="zh-CN"/>
        </w:rPr>
        <w:t>　　有人说人生的美好就在于不期而遇和生生不息的希望，此年、此月、此时我们相聚在这红枫湖畔的_职业学院就是这句话的真实写照。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炎炎夏日已经落下了帷幕，丰硕的秋季已来到我们身边，新的征程即将开始。回首过去，或许令我们激动难忘，或许令我们苦涩难言。但那已成过往，昨天的高度并不代表我们未来的高度，只要我们拥有目标，就能够拥有世界。</w:t>
      </w:r>
      <w:r>
        <w:rPr>
          <w:lang w:eastAsia="zh-CN"/>
        </w:rPr>
        <w:br/>
      </w:r>
      <w:r>
        <w:rPr>
          <w:lang w:eastAsia="zh-CN"/>
        </w:rPr>
        <w:t>　　尽管未来会有无穷无尽的磨练，但我们坚信，老师会为迷茫的我们引航，同学与朋友将会给予我们再次站起来的力量与勇气。自强不息将会成为我们的习惯，追求卓越将是我们的坚持，天道酬勤将是镌刻在每个贵工商学子脑海中的座右铭！</w:t>
      </w:r>
      <w:r>
        <w:rPr>
          <w:lang w:eastAsia="zh-CN"/>
        </w:rPr>
        <w:br/>
      </w:r>
      <w:r>
        <w:rPr>
          <w:lang w:eastAsia="zh-CN"/>
        </w:rPr>
        <w:t>　　未来的三年我们一定会努力做到以下几点：</w:t>
      </w:r>
      <w:r>
        <w:rPr>
          <w:lang w:eastAsia="zh-CN"/>
        </w:rPr>
        <w:br/>
      </w:r>
      <w:r>
        <w:rPr>
          <w:lang w:eastAsia="zh-CN"/>
        </w:rPr>
        <w:t>　　一、严于律己，养成良好的职业化习惯。从现在开始，我们要培养自己做一名职业人，不断通过学习和实践，来提高自身的职业素质和职业技能，明白该做什么，不该做什么。我们每一个学生都要想明白一件事情，那就是——从现在开始，我们“上班”了而不是“上学”了。在贵工商，我们将通过三年“上学就是上班”的职业化训练，实现三年后的“毕业就能就业”！</w:t>
      </w:r>
      <w:r>
        <w:rPr>
          <w:lang w:eastAsia="zh-CN"/>
        </w:rPr>
        <w:br/>
      </w:r>
      <w:r>
        <w:rPr>
          <w:lang w:eastAsia="zh-CN"/>
        </w:rPr>
        <w:t>　　二、掌握方法，为终身学习做准备。我们要在老师的帮助下，学活书本知识，掌握正确有效的学习方法，学会自主学习、合作学习；充分利用第二课堂去提升实践动手能力。从现在开始，让我们将过去的“要我学”抛到九霄云外，开始适应“我要学、做中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三、树立明确的目标，并坚持为这个目标而付出努力。从现在开始我们就要思考，三年之后，我们要做什么样的'事，我们要成为一个怎么样的人！明确我们来到贵工商的目标是什么之后，剩下的就是学习、学习、再学习，实践、实践、再实践！只要我们勤于学习、敢于尝试，善于实践，我们就能在无限广阔的空间，塑造一个全新的自己。通过入学以来的经历，我们已经能够体会到学校为同学们搭建了很多锻炼的平台，只要我们全身心的投入其中，大学的熔炉就可以锻造我们那颗积极向上、永不言败的心。让我们为自己的理想积而蓄力量，努力奋斗吧！</w:t>
      </w:r>
      <w:r>
        <w:rPr>
          <w:lang w:eastAsia="zh-CN"/>
        </w:rPr>
        <w:br/>
      </w:r>
      <w:r>
        <w:rPr>
          <w:lang w:eastAsia="zh-CN"/>
        </w:rPr>
        <w:t>　　同学们，大浪淘沙，经得过风浪考验的才是成功者：河蚌育珠，担得起艰难困苦的才是胜利者：万里长征，挺得住千山万水跋涉的才是胜利者：挥泪洒汗，抵得住意志考验的才是新时代的大学生。我们，这样一群90后一定会用自己的双手打造出来属于自己的天空。</w:t>
      </w:r>
      <w:r>
        <w:rPr>
          <w:lang w:eastAsia="zh-CN"/>
        </w:rPr>
        <w:br/>
      </w:r>
      <w:r>
        <w:rPr>
          <w:lang w:eastAsia="zh-CN"/>
        </w:rPr>
        <w:t>　　最后，祝同学们学业有成，前程似锦。祝领导，老师身体健康，工作顺利。祝我们的学院明天更加灿烂辉煌。谢谢大家！</w:t>
      </w:r>
      <w:r>
        <w:rPr>
          <w:lang w:eastAsia="zh-CN"/>
        </w:rPr>
        <w:br/>
      </w:r>
      <w:r>
        <w:rPr>
          <w:lang w:eastAsia="zh-CN"/>
        </w:rPr>
        <w:t xml:space="preserve">    2024级新生开学典礼发言稿 篇10 </w:t>
      </w:r>
      <w:r>
        <w:rPr>
          <w:lang w:eastAsia="zh-CN"/>
        </w:rPr>
        <w:br/>
      </w:r>
      <w:r>
        <w:rPr>
          <w:lang w:eastAsia="zh-CN"/>
        </w:rPr>
        <w:t>　　亲爱的老师、同学们：</w:t>
      </w:r>
      <w:r>
        <w:rPr>
          <w:lang w:eastAsia="zh-CN"/>
        </w:rPr>
        <w:br/>
      </w:r>
      <w:r>
        <w:rPr>
          <w:lang w:eastAsia="zh-CN"/>
        </w:rPr>
        <w:t>　　大家好！今天，我很荣幸地代表在座的所有新生发言，感到十分激动，我谨代表所有的同学向这几天精心教导我们的教官、领导、老师表示衷心的感谢！</w:t>
      </w:r>
      <w:r>
        <w:rPr>
          <w:lang w:eastAsia="zh-CN"/>
        </w:rPr>
        <w:br/>
      </w:r>
      <w:r>
        <w:rPr>
          <w:lang w:eastAsia="zh-CN"/>
        </w:rPr>
        <w:t>　　这是一个炎热的季节，这是一个收获的季节。经过努力，同学们得到了一张沉甸甸的大学录取通知书，辛勤的农民收获金色的稻谷。而我们，在这充满喜悦和激情的日子里，也有了一个大丰收。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仅仅十天的军训生活就要结束了，这让我们各方面素质都有了很大的提高。它不仅提高了我们的个人素质，培养了我们强烈的群众观念和组织观念，还使我们进一步了解国防知识，增强国防意识。虽然头覆盖着灰尘，脸也晒黑了，但我们依然不知疲倦地在教官的指导下，一遍又一遍地练习，我们学会了坚强，学会了团结这个词的真正含义。</w:t>
      </w:r>
      <w:r>
        <w:rPr>
          <w:lang w:eastAsia="zh-CN"/>
        </w:rPr>
        <w:br/>
      </w:r>
      <w:r>
        <w:rPr>
          <w:lang w:eastAsia="zh-CN"/>
        </w:rPr>
        <w:t>　　十天前，我们在军训动员大会上表明了决心，十天后，我们的教官教了我们一系列的军事技能，如正步和站立军姿。紧张有序的军训改变了我们的世界观、人生观和价值观，使我们真正了解了军队，了解了我们祖国的国防事业。</w:t>
      </w:r>
      <w:r>
        <w:rPr>
          <w:lang w:eastAsia="zh-CN"/>
        </w:rPr>
        <w:br/>
      </w:r>
      <w:r>
        <w:rPr>
          <w:lang w:eastAsia="zh-CN"/>
        </w:rPr>
        <w:t>　　这一天，我们要和各位教官告别了，对生活来说，这十天是转瞬即逝的一刹那，但它将成为我们人生旅途中最美丽的一束阳光，照亮我们前进的道路。</w:t>
      </w:r>
      <w:r>
        <w:rPr>
          <w:lang w:eastAsia="zh-CN"/>
        </w:rPr>
        <w:br/>
      </w:r>
      <w:r>
        <w:rPr>
          <w:lang w:eastAsia="zh-CN"/>
        </w:rPr>
        <w:t>　　我们不会忘记教官军训时的严厉眼光、果断指挥、机智示范；我们不会忘记教官在烈日下依然一丝不苟地训练我们；我们不会忘记，教官让我们笑，教我们在休息时用嘶哑的声音唱歌；我们不会忘记教官对我们的关心，他们是我们走进大学校门的第一批老师。</w:t>
      </w:r>
      <w:r>
        <w:rPr>
          <w:lang w:eastAsia="zh-CN"/>
        </w:rPr>
        <w:br/>
      </w:r>
      <w:r>
        <w:rPr>
          <w:lang w:eastAsia="zh-CN"/>
        </w:rPr>
        <w:t>　　同学们，军训结束了，但我们的生活刚刚翻开了新的一页。在军训中，我们学会了战胜自己，超越自己，懂得了用智慧和坚强去战胜一切困难。</w:t>
      </w:r>
      <w:r>
        <w:rPr>
          <w:lang w:eastAsia="zh-CN"/>
        </w:rPr>
        <w:br/>
      </w:r>
      <w:r>
        <w:rPr>
          <w:lang w:eastAsia="zh-CN"/>
        </w:rPr>
        <w:t>　　因此，在未来的生活中我们应该发扬这种精神，继续奋进，吃苦耐劳，迎接完美的未来，走向辉煌的明天。</w:t>
      </w:r>
      <w:r>
        <w:rPr>
          <w:lang w:eastAsia="zh-CN"/>
        </w:rPr>
        <w:br/>
      </w:r>
      <w:r>
        <w:rPr>
          <w:lang w:eastAsia="zh-CN"/>
        </w:rPr>
        <w:t xml:space="preserve">    2024级新生开学典礼发言稿 篇11 </w:t>
      </w:r>
      <w:r>
        <w:rPr>
          <w:lang w:eastAsia="zh-CN"/>
        </w:rPr>
        <w:br/>
      </w:r>
      <w:r>
        <w:rPr>
          <w:lang w:eastAsia="zh-CN"/>
        </w:rPr>
        <w:t>　　敬的领导老师、亲爱的同学们：</w:t>
      </w:r>
      <w:r>
        <w:rPr>
          <w:lang w:eastAsia="zh-CN"/>
        </w:rPr>
        <w:br/>
      </w:r>
      <w:r>
        <w:rPr>
          <w:lang w:eastAsia="zh-CN"/>
        </w:rPr>
        <w:t>　　你们好！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踏着九月的金色阳光，我们完成了小学五年的学习生活，从今天开始我们就是一名初中生了，作为_中学的七年级新生，我们倍感自豪。今天，我有幸代表七年级新生在这发言，心里更是无比激动。</w:t>
      </w:r>
      <w:r>
        <w:rPr>
          <w:lang w:eastAsia="zh-CN"/>
        </w:rPr>
        <w:br/>
      </w:r>
      <w:r>
        <w:rPr>
          <w:lang w:eastAsia="zh-CN"/>
        </w:rPr>
        <w:t>　　我们的校园美丽整洁，这里有兢兢业业，以身作则的领导，有学识渊博。认真负责的老师，有精神饱满，好学上进，求实创新的学生。能融入到这样的学习环境中，是我们每一个七年级 学生的幸运。这里，绿色的校园是那么的吸引人，五彩缤纷的花坛，绿草如茵的操场，似乎都在向我们招手。在明亮的教室中，与可亲可爱的同学一起学习，知识的大门向我们敞开。</w:t>
      </w:r>
      <w:r>
        <w:rPr>
          <w:lang w:eastAsia="zh-CN"/>
        </w:rPr>
        <w:br/>
      </w:r>
      <w:r>
        <w:rPr>
          <w:lang w:eastAsia="zh-CN"/>
        </w:rPr>
        <w:t>　　我们进了环境优美的中学，就应该做最好的中学生。如何做最好的中学呢？我想，应该做到以下几点；</w:t>
      </w:r>
      <w:r>
        <w:rPr>
          <w:lang w:eastAsia="zh-CN"/>
        </w:rPr>
        <w:br/>
      </w:r>
      <w:r>
        <w:rPr>
          <w:lang w:eastAsia="zh-CN"/>
        </w:rPr>
        <w:t>　　一、认真学习《中学声日常行为规范》，严格执行规范，用规范来指导自己的言行。</w:t>
      </w:r>
      <w:r>
        <w:rPr>
          <w:lang w:eastAsia="zh-CN"/>
        </w:rPr>
        <w:br/>
      </w:r>
      <w:r>
        <w:rPr>
          <w:lang w:eastAsia="zh-CN"/>
        </w:rPr>
        <w:t>　　二、 树立远大理想，正确的人生观，自觉抵制不良思想的侵袭，不接触不健康、低级趣味的东西，学做品德高尚的人。</w:t>
      </w:r>
      <w:r>
        <w:rPr>
          <w:lang w:eastAsia="zh-CN"/>
        </w:rPr>
        <w:br/>
      </w:r>
      <w:r>
        <w:rPr>
          <w:lang w:eastAsia="zh-CN"/>
        </w:rPr>
        <w:t>　　三、 明确学习目的，端正学习态度，认真学好各科文化，在班内形成“比学赶帮超”的氛围。</w:t>
      </w:r>
      <w:r>
        <w:rPr>
          <w:lang w:eastAsia="zh-CN"/>
        </w:rPr>
        <w:br/>
      </w:r>
      <w:r>
        <w:rPr>
          <w:lang w:eastAsia="zh-CN"/>
        </w:rPr>
        <w:t>　　四、 尊敬师长，团结同学。对学习有困难的同学大家要伸出援助之手，多指导，多关心，以达到共同提高的目的。</w:t>
      </w:r>
      <w:r>
        <w:rPr>
          <w:lang w:eastAsia="zh-CN"/>
        </w:rPr>
        <w:br/>
      </w:r>
      <w:r>
        <w:rPr>
          <w:lang w:eastAsia="zh-CN"/>
        </w:rPr>
        <w:t>　　五、 要自强自立，作为中学生我们不能象小学生那样，事事要父母操心，我们应当自己来管好自己的生活、学习。</w:t>
      </w:r>
      <w:r>
        <w:rPr>
          <w:lang w:eastAsia="zh-CN"/>
        </w:rPr>
        <w:br/>
      </w:r>
      <w:r>
        <w:rPr>
          <w:lang w:eastAsia="zh-CN"/>
        </w:rPr>
        <w:t>　　六、</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要多读书，读好书，拓宽自己的知识面，去欣赏优秀的书籍，在书海中遨游。</w:t>
      </w:r>
      <w:r>
        <w:rPr>
          <w:lang w:eastAsia="zh-CN"/>
        </w:rPr>
        <w:br/>
      </w:r>
      <w:r>
        <w:rPr>
          <w:lang w:eastAsia="zh-CN"/>
        </w:rPr>
        <w:t>　　同学们，“宝剑锋从磨砺出，梅花香自苦寒来。”我们只有付出了，才会有收获。相信在学校领导的关心下，在老师的辛勤培育下，经过我们不懈的努力，三年后，我们一定会成长为有理想，有道德，有文化，守纪律的合格中学生，给社会，给学校，给家庭一份合格的答卷。</w:t>
      </w:r>
      <w:r>
        <w:rPr>
          <w:lang w:eastAsia="zh-CN"/>
        </w:rPr>
        <w:br/>
      </w:r>
      <w:r>
        <w:rPr>
          <w:lang w:eastAsia="zh-CN"/>
        </w:rPr>
        <w:t>　　我的发言完了，谢谢大家！</w:t>
      </w:r>
      <w:r>
        <w:rPr>
          <w:lang w:eastAsia="zh-CN"/>
        </w:rPr>
        <w:br/>
      </w:r>
      <w:r>
        <w:rPr>
          <w:lang w:eastAsia="zh-CN"/>
        </w:rPr>
        <w:t xml:space="preserve">    2024级新生开学典礼发言稿 篇12 </w:t>
      </w:r>
      <w:r>
        <w:rPr>
          <w:lang w:eastAsia="zh-CN"/>
        </w:rPr>
        <w:br/>
      </w:r>
      <w:r>
        <w:rPr>
          <w:lang w:eastAsia="zh-CN"/>
        </w:rPr>
        <w:t>　　尊敬的各位教师、亲爱的同学们：</w:t>
      </w:r>
      <w:r>
        <w:rPr>
          <w:lang w:eastAsia="zh-CN"/>
        </w:rPr>
        <w:br/>
      </w:r>
      <w:r>
        <w:rPr>
          <w:lang w:eastAsia="zh-CN"/>
        </w:rPr>
        <w:t>　　大家午时好！</w:t>
      </w:r>
      <w:r>
        <w:rPr>
          <w:lang w:eastAsia="zh-CN"/>
        </w:rPr>
        <w:br/>
      </w:r>
      <w:r>
        <w:rPr>
          <w:lang w:eastAsia="zh-CN"/>
        </w:rPr>
        <w:t>　　我是初一（2）班的杨傲雪。今日，我十分荣幸能够代表南州初一（（2）班的全体同学在开学典礼上发言。</w:t>
      </w:r>
      <w:r>
        <w:rPr>
          <w:lang w:eastAsia="zh-CN"/>
        </w:rPr>
        <w:br/>
      </w:r>
      <w:r>
        <w:rPr>
          <w:lang w:eastAsia="zh-CN"/>
        </w:rPr>
        <w:t>　　同学们，经过了一个欢乐而又充实的寒假后，我们满载着憧憬，迎来了20__年的新学期。今日，我们全体学生汇集在那里举行开学典礼，</w:t>
      </w:r>
      <w:r>
        <w:rPr>
          <w:lang w:eastAsia="zh-CN"/>
        </w:rPr>
        <w:br/>
      </w:r>
      <w:r>
        <w:rPr>
          <w:lang w:eastAsia="zh-CN"/>
        </w:rPr>
        <w:t>　　感悟着成功的欢乐，享受着成功的喜悦。上个学期我们班在全体任课教师和同学们的共同努力下，在各方面都取得了较好的成绩，我们班还被评为了优秀班团体。在此，我代表初一（（2）班全体同学感激各位教师，并衷诚的说一句“教师们，辛苦了，多谢你们。”在新的学期我们更要展望梦想、描绘梦想和播种新的梦想！春天是播种的季节，仅有用辛勤的汗水浇灌期望的种子，才能够换来金秋的“硕果累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为了早日实现我们的梦想，我向同学们提出以下几点提议：</w:t>
      </w:r>
      <w:r>
        <w:rPr>
          <w:lang w:eastAsia="zh-CN"/>
        </w:rPr>
        <w:br/>
      </w:r>
      <w:r>
        <w:rPr>
          <w:lang w:eastAsia="zh-CN"/>
        </w:rPr>
        <w:t>　　一、养成良好的习惯，从此刻起步。我们从小要有必须的规则意识，明白什么该做，什么不该做。作为青少年，我们应当从小养成良好的习惯，从小事做起，从礼貌礼仪做起，从学习习惯做起。无论是校内还是校外，都要尊重他人。</w:t>
      </w:r>
      <w:r>
        <w:rPr>
          <w:lang w:eastAsia="zh-CN"/>
        </w:rPr>
        <w:br/>
      </w:r>
      <w:r>
        <w:rPr>
          <w:lang w:eastAsia="zh-CN"/>
        </w:rPr>
        <w:t>　　二、掌握方法，为终生学习作准备。今日的学习，不是会写字，会算数学题就行了的。我们要在教师的帮忙下，学活书本知识，掌握正确有效的学习方法，学会自主学习、合作学习、探究学习。要把学习与我们的日常生活结合起来。在生活中学习，为更好地生活而学习。</w:t>
      </w:r>
      <w:r>
        <w:rPr>
          <w:lang w:eastAsia="zh-CN"/>
        </w:rPr>
        <w:br/>
      </w:r>
      <w:r>
        <w:rPr>
          <w:lang w:eastAsia="zh-CN"/>
        </w:rPr>
        <w:t>　　三、培养本事，为终身梦想积蓄力量！学习，归根结底还是培养多种本事。如：阅读本事、思考本事、交际本事、运动本事等。只要我们敢于尝试，善于实践，我们就能在无限广阔的空间，看到一个全新的自我。让我们为自我的终生梦想积蓄力量，努力奋斗吧！</w:t>
      </w:r>
      <w:r>
        <w:rPr>
          <w:lang w:eastAsia="zh-CN"/>
        </w:rPr>
        <w:br/>
      </w:r>
      <w:r>
        <w:rPr>
          <w:lang w:eastAsia="zh-CN"/>
        </w:rPr>
        <w:t>　　新的学期开启新的期望，新的空白承载新的梦想。在那里，我送给同学们四句诗，与大家共勉。“少壮不努力，老大徒伤悲。”亲爱的同学们，请珍惜每一个晴朗的早晨，全身心地投入学习，让那灿烂的朝阳点缀我们的精彩人生。“欲穷千里目，更上一层楼。”期望同学们在新学期里向上，大显身手发挥自我的个性特长，全面提高自我的综合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宝剑锋从磨砺出，梅花香自苦寒来。”成功之花是用辛勤的汗水浇灌出来的。无论何时我们都需要刻苦自觉的精神，都需要顽强拼搏的勇气。“问渠哪得清如许，为有源头活水来。”一泓清池，必须不断有清泉的注入。</w:t>
      </w:r>
      <w:r>
        <w:rPr>
          <w:lang w:eastAsia="zh-CN"/>
        </w:rPr>
        <w:br/>
      </w:r>
      <w:r>
        <w:rPr>
          <w:lang w:eastAsia="zh-CN"/>
        </w:rPr>
        <w:t>　　读书也是一样，读书贵在持之以恒，要用心去感悟每一本书的每一个文字。相信在新的学期里，这四句诗会伴随同学们。</w:t>
      </w:r>
      <w:r>
        <w:rPr>
          <w:lang w:eastAsia="zh-CN"/>
        </w:rPr>
        <w:br/>
      </w:r>
      <w:r>
        <w:rPr>
          <w:lang w:eastAsia="zh-CN"/>
        </w:rPr>
        <w:t xml:space="preserve">    2024级新生开学典礼发言稿 篇13 </w:t>
      </w:r>
      <w:r>
        <w:rPr>
          <w:lang w:eastAsia="zh-CN"/>
        </w:rPr>
        <w:br/>
      </w:r>
      <w:r>
        <w:rPr>
          <w:lang w:eastAsia="zh-CN"/>
        </w:rPr>
        <w:t>　　尊敬的老师，亲爱的同学：</w:t>
      </w:r>
      <w:r>
        <w:rPr>
          <w:lang w:eastAsia="zh-CN"/>
        </w:rPr>
        <w:br/>
      </w:r>
      <w:r>
        <w:rPr>
          <w:lang w:eastAsia="zh-CN"/>
        </w:rPr>
        <w:t>　　新的学期开启新的希望，新的空白承载新的梦想，新的起点酝酿新的辉煌。我们拂去岁月之尘，重回知识殿堂。</w:t>
      </w:r>
      <w:r>
        <w:rPr>
          <w:lang w:eastAsia="zh-CN"/>
        </w:rPr>
        <w:br/>
      </w:r>
      <w:r>
        <w:rPr>
          <w:lang w:eastAsia="zh-CN"/>
        </w:rPr>
        <w:t>　　想一想，新学期，你准备好了吗？</w:t>
      </w:r>
      <w:r>
        <w:rPr>
          <w:lang w:eastAsia="zh-CN"/>
        </w:rPr>
        <w:br/>
      </w:r>
      <w:r>
        <w:rPr>
          <w:lang w:eastAsia="zh-CN"/>
        </w:rPr>
        <w:t>　　信心，对学习的信心、对自己的信心、对未来的信心。因为失败、因为挫折、因为竞争，你的信心也许会有磨损，但卓越的成就往往是用眼泪换来的。孟子曰：“天将降大任于斯人也，必先苦其心智，劳其筋骨，饿其体肤，空乏其身。”只有备受折磨，才能有更坚定的信心，才能对理想、对希望保持那一份热诚。</w:t>
      </w:r>
      <w:r>
        <w:rPr>
          <w:lang w:eastAsia="zh-CN"/>
        </w:rPr>
        <w:br/>
      </w:r>
      <w:r>
        <w:rPr>
          <w:lang w:eastAsia="zh-CN"/>
        </w:rPr>
        <w:t>　　说到理想，我想到有志者事竟成，理想的分量不言而喻。有人说：“没有理想的生活，犹如没有罗盘的航行。”我们生活学习，都需要理想的指引。理想是开启幸福之门的力量，理想是奋斗的源泉。</w:t>
      </w:r>
      <w:r>
        <w:rPr>
          <w:lang w:eastAsia="zh-CN"/>
        </w:rPr>
        <w:br/>
      </w:r>
      <w:r>
        <w:rPr>
          <w:lang w:eastAsia="zh-CN"/>
        </w:rPr>
        <w:t>　　因为奋斗的艰苦，成功之花才显得那样娇艳；因为奋斗的酸涩，成功之实才显得那样甜美。读书似潜海寻宝，越深宝越多；求知如寻花采蜜，越勤蜜越多。辛勤的奋斗为我们提供许多宝贵的经验。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经验是奋斗的成果，经验是智慧的源泉，经验是可靠的指路明灯，经验是真知灼见之母，从经验中得到的教训比从经验中得到的真理还要珍贵。在你我奋斗的历程中，可以获得的经验教训不胜枚举，但重要的是能否真正吸收，用它指导我们的学习生活不会重蹈覆辙。</w:t>
      </w:r>
      <w:r>
        <w:rPr>
          <w:lang w:eastAsia="zh-CN"/>
        </w:rPr>
        <w:br/>
      </w:r>
      <w:r>
        <w:rPr>
          <w:lang w:eastAsia="zh-CN"/>
        </w:rPr>
        <w:t>　　信心，理想，奋斗加经验，这样充分的准备一定会让新的学期更有意义，更加充实，更多收获！</w:t>
      </w:r>
      <w:r>
        <w:rPr>
          <w:lang w:eastAsia="zh-CN"/>
        </w:rPr>
        <w:br/>
      </w:r>
      <w:r>
        <w:rPr>
          <w:lang w:eastAsia="zh-CN"/>
        </w:rPr>
        <w:t>　　新的学期，你准备好了吗？</w:t>
      </w:r>
      <w:r>
        <w:rPr>
          <w:lang w:eastAsia="zh-CN"/>
        </w:rPr>
        <w:br/>
      </w:r>
      <w:r>
        <w:rPr>
          <w:lang w:eastAsia="zh-CN"/>
        </w:rPr>
        <w:t xml:space="preserve">    2024级新生开学典礼发言稿 篇14 </w:t>
      </w:r>
      <w:r>
        <w:rPr>
          <w:lang w:eastAsia="zh-CN"/>
        </w:rPr>
        <w:br/>
      </w:r>
      <w:r>
        <w:rPr>
          <w:lang w:eastAsia="zh-CN"/>
        </w:rPr>
        <w:t>　　尊敬的各位领导、老师，亲爱的同学们：</w:t>
      </w:r>
      <w:r>
        <w:rPr>
          <w:lang w:eastAsia="zh-CN"/>
        </w:rPr>
        <w:br/>
      </w:r>
      <w:r>
        <w:rPr>
          <w:lang w:eastAsia="zh-CN"/>
        </w:rPr>
        <w:t>　　大家上午好！</w:t>
      </w:r>
      <w:r>
        <w:rPr>
          <w:lang w:eastAsia="zh-CN"/>
        </w:rPr>
        <w:br/>
      </w:r>
      <w:r>
        <w:rPr>
          <w:lang w:eastAsia="zh-CN"/>
        </w:rPr>
        <w:t>　　我是来自高一_班的，非常荣幸能够代表高一新生在此发言。</w:t>
      </w:r>
      <w:r>
        <w:rPr>
          <w:lang w:eastAsia="zh-CN"/>
        </w:rPr>
        <w:br/>
      </w:r>
      <w:r>
        <w:rPr>
          <w:lang w:eastAsia="zh-CN"/>
        </w:rPr>
        <w:t>　　首先，请允许我代表高一新生向全校老师表示深深的敬意，向高二、高三的学长学姐们表示亲切的问候。</w:t>
      </w:r>
      <w:r>
        <w:rPr>
          <w:lang w:eastAsia="zh-CN"/>
        </w:rPr>
        <w:br/>
      </w:r>
      <w:r>
        <w:rPr>
          <w:lang w:eastAsia="zh-CN"/>
        </w:rPr>
        <w:t>　　在这个秋风送爽，金桂飘香的时节，我们在父母的殷切期盼下，在亲友的声声叮咛中，怀揣着自己的梦想，步入了学习的殿堂——__中学学。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生在__中学，长在__中学，我对__中学有着发自内心的热爱，所以当中考结束后，面对无数种可能的选择，我坚定不移的写下了我唯一的志愿：_中学。在今天，我正式成为了__中学的一份子，我为此而骄傲。其实我知道很多同学对来到__中学学习有着种种疑虑，甚至有些心不甘情不愿。毋庸讳言，__中学、__中学是__省乃至全国的名校，是许多学生梦寐以求的学校。但是最好的未必是最适合的，高分进低分出者有之，中等分数学生无法适应被拖得苦不堪言者有之。当我来到新__中学，我看到了绿草如茵的运动场，设备完善的实验楼，清新整洁的校园环境，有一流的服务设施，有良好的校风校纪，有锐意进取的师资队伍。我坚信我的选择是正确的，对我个人而言亦是最好的。我更希望通过我的努力，让更多的人了解__中学，也如我一样爱上__中学。</w:t>
      </w:r>
      <w:r>
        <w:rPr>
          <w:lang w:eastAsia="zh-CN"/>
        </w:rPr>
        <w:br/>
      </w:r>
      <w:r>
        <w:rPr>
          <w:lang w:eastAsia="zh-CN"/>
        </w:rPr>
        <w:t>　　新的学期，有新的开始，新的希望，我们每个人都在中考的战场上长剑相接，逐鹿中原。可中考的辉煌已经过去，从前的一切也已成为回忆，回首过去，我们豪情满怀；展望未来，我们信心百倍！</w:t>
      </w:r>
      <w:r>
        <w:rPr>
          <w:lang w:eastAsia="zh-CN"/>
        </w:rPr>
        <w:br/>
      </w:r>
      <w:r>
        <w:rPr>
          <w:lang w:eastAsia="zh-CN"/>
        </w:rPr>
        <w:t>　　现在的我们大多是独生子女，从小养尊处优，容易产生依赖心理。__中学的封闭式管理，给我们提供了锻炼自我的平台，刚开始肯定有种种的不适应，会因第一次远离父母而在夜间辗转反侧，会在无法从容洗澡吃饭时委屈流泪。可是请相信，诸多的不适应都只是暂时的。学校这样做，是想告诉我们，高中三年我们是来吃苦的，而不是来享乐的。在这里我们将学会有规律有节奏的生活，学会独立，学会坚强，学会面对。这对我们的人生而言，将是一笔多么宝贵的财富啊！我们一定要转换角色，从娇生惯养的环境中走出来，从父母心中的宝贝蜕变出来，勇于挑战自我，敢于接受大风大浪的洗礼与磨练，做一个自立自强的学生。</w:t>
      </w:r>
      <w:r>
        <w:rPr>
          <w:lang w:eastAsia="zh-CN"/>
        </w:rPr>
        <w:br/>
      </w:r>
      <w:r>
        <w:rPr>
          <w:lang w:eastAsia="zh-CN"/>
        </w:rPr>
        <w:t>　　在此，我希望高一全体新生可以做到：纪律面前，绝不越轨；困难面前，绝不低头；挫折面前，绝不气馁；成功面前，绝不骄傲。我们在这三年里要努力做到最好，不给自己留下任何遗憾。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大浪淘沙，方显真金本色；风雨侵袭，更显青松巍峨。”而今的我们已不再是稚气未脱的孩童，我们有着自己的理想与目标，也有着面对一切艰难险阻的信心与勇气，我们深知：“既然选择了远方，那就只顾风雨兼程。”我们要敢于踏平坎坷，一路高歌；我们要坚信，风雨之后，彩虹依旧。其实天并不高，路也不远，心有多大，舞台就有多大，梦敢做就能圆。</w:t>
      </w:r>
      <w:r>
        <w:rPr>
          <w:lang w:eastAsia="zh-CN"/>
        </w:rPr>
        <w:br/>
      </w:r>
      <w:r>
        <w:rPr>
          <w:lang w:eastAsia="zh-CN"/>
        </w:rPr>
        <w:t>　　未来的三年，我们会在所有领导老师们的帮助鞭策下，高扬自己的梦想之帆，努力拼搏，让生命焕发出最绚烂的光芒，三年后的我们在高考战场上亮剑。</w:t>
      </w:r>
      <w:r>
        <w:rPr>
          <w:lang w:eastAsia="zh-CN"/>
        </w:rPr>
        <w:br/>
      </w:r>
      <w:r>
        <w:rPr>
          <w:lang w:eastAsia="zh-CN"/>
        </w:rPr>
        <w:t>　　最后，祝愿所有的老师拥有阳光一样灿烂的`心情；祝愿我们__中学这棵参天大树根深叶茂，笑傲蓝天！</w:t>
      </w:r>
      <w:r>
        <w:rPr>
          <w:lang w:eastAsia="zh-CN"/>
        </w:rPr>
        <w:br/>
      </w:r>
      <w:r>
        <w:rPr>
          <w:lang w:eastAsia="zh-CN"/>
        </w:rPr>
        <w:t>　　谢谢大家！</w:t>
      </w:r>
      <w:r>
        <w:rPr>
          <w:lang w:eastAsia="zh-CN"/>
        </w:rPr>
        <w:br/>
      </w:r>
      <w:r>
        <w:rPr>
          <w:lang w:eastAsia="zh-CN"/>
        </w:rPr>
        <w:t xml:space="preserve">    2024级新生开学典礼发言稿 篇15 </w:t>
      </w:r>
      <w:r>
        <w:rPr>
          <w:lang w:eastAsia="zh-CN"/>
        </w:rPr>
        <w:br/>
      </w:r>
      <w:r>
        <w:rPr>
          <w:lang w:eastAsia="zh-CN"/>
        </w:rPr>
        <w:t>　　尊敬的各位领导、老师，亲爱的同学们：</w:t>
      </w:r>
      <w:r>
        <w:rPr>
          <w:lang w:eastAsia="zh-CN"/>
        </w:rPr>
        <w:br/>
      </w:r>
      <w:r>
        <w:rPr>
          <w:lang w:eastAsia="zh-CN"/>
        </w:rPr>
        <w:t>　　大家好！</w:t>
      </w:r>
      <w:r>
        <w:rPr>
          <w:lang w:eastAsia="zh-CN"/>
        </w:rPr>
        <w:br/>
      </w:r>
      <w:r>
        <w:rPr>
          <w:lang w:eastAsia="zh-CN"/>
        </w:rPr>
        <w:t>　　我是__班的某。很荣幸能够作为新生代表发言！</w:t>
      </w:r>
      <w:r>
        <w:rPr>
          <w:lang w:eastAsia="zh-CN"/>
        </w:rPr>
        <w:br/>
      </w:r>
      <w:r>
        <w:rPr>
          <w:lang w:eastAsia="zh-CN"/>
        </w:rPr>
        <w:t>　　经过六年小学时光的不断打磨，我们再次来到了校园，意气风发，斗志昂扬，准备开始崭新的中学生活。对于生命中的这么重要的篇章，相信小伙伴们都会有所期待，有人渴求文化知识；有人执着浪漫爱情；有人追求甘醇友谊；有人试图自我超越……这么美妙的中学时光，我们该如何度过？我想，不管我们怀揣什么样的梦想，我们都要勿忘初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勿忘初心，勿忘祖国的热切期盼。九一八事变，铭刻了祖国的贫弱耻辱；九三阅兵，彰显了祖国的繁荣昌盛。我们感恩党和祖国给予的幸福生活。同时，我们也要时刻牢记振兴中华的圣神使命，志存高远，勇于担当，努力推进美丽中国梦的实现。</w:t>
      </w:r>
      <w:r>
        <w:rPr>
          <w:lang w:eastAsia="zh-CN"/>
        </w:rPr>
        <w:br/>
      </w:r>
      <w:r>
        <w:rPr>
          <w:lang w:eastAsia="zh-CN"/>
        </w:rPr>
        <w:t>　　勿忘初心，勿忘父母的殷切目光。我们所走的每一步，都饱含了父母的心血汗水。不管我们走多远，父母总是希望我们做得更好，走的更远。亲爱的小伙伴，让我们牢记父母的叮咛，勤奋学习，干净做人，以卑微的寸草心回报伟大的三春晖。</w:t>
      </w:r>
      <w:r>
        <w:rPr>
          <w:lang w:eastAsia="zh-CN"/>
        </w:rPr>
        <w:br/>
      </w:r>
      <w:r>
        <w:rPr>
          <w:lang w:eastAsia="zh-CN"/>
        </w:rPr>
        <w:t>　　勿忘初心，勿忘师长的辛勤培育。过去，我们每一阶段的成长都离不开老师们的无私奉献；现在，我们将要获得的每一项荣誉，都需要北印师长的谆谆教诲。亲爱的小伙伴，让我们尊师重教，勤学苦练，在老师的引领、教导下，努力成长成才。</w:t>
      </w:r>
      <w:r>
        <w:rPr>
          <w:lang w:eastAsia="zh-CN"/>
        </w:rPr>
        <w:br/>
      </w:r>
      <w:r>
        <w:rPr>
          <w:lang w:eastAsia="zh-CN"/>
        </w:rPr>
        <w:t>　　勿忘初心，勿忘朋友的激励扶持。我们遇到过许多好朋友，留下过许多美好记忆；我们还将遇见很多志同道合的朋友，还将青春作伴，逐梦远航。微信上有句话说的很好，“我这么努力，不就是为了十年以后还能和你并肩前行吗？”亲爱的小伙伴，让我们相互勉励，携手共进，在北印的校园里留下我们踏实勤勉的足迹。</w:t>
      </w:r>
      <w:r>
        <w:rPr>
          <w:lang w:eastAsia="zh-CN"/>
        </w:rPr>
        <w:br/>
      </w:r>
      <w:r>
        <w:rPr>
          <w:lang w:eastAsia="zh-CN"/>
        </w:rPr>
        <w:t>　　勿忘初心，勿忘我们内心对成长的强烈渴望。从呱呱坠地到青春妙龄，除了祖国、父母、师长、朋友给予的雨露阳光，还有我们自己对成长的渴求。“外因通过内因起作用，”亲爱的小伙伴，让我们努力发芽抽条吧，离参天大树还远呢，还不能停下努力前行的脚步。</w:t>
      </w:r>
      <w:r>
        <w:rPr>
          <w:lang w:eastAsia="zh-CN"/>
        </w:rPr>
        <w:br/>
      </w:r>
    </w:p>
    <w:p w:rsidR="001B1F19" w14:textId="27C3F48A">
      <w:pPr>
        <w:rPr>
          <w:rFonts w:hint="eastAsia"/>
          <w:lang w:eastAsia="zh-CN"/>
        </w:rPr>
      </w:pPr>
      <w:r>
        <w:rPr>
          <w:lang w:eastAsia="zh-CN"/>
        </w:rPr>
        <w:t>　　亲爱的小伙伴，美丽的大学画卷已经在我们面前呈现，我们要牢记祖国的重托、父母的叮咛、师长的期盼、朋友的激励，志存高远，脚踏实地，戮力前行，奋勇拼搏，实现我们的青春梦想！</w:t>
      </w:r>
      <w:r>
        <w:rPr>
          <w:lang w:eastAsia="zh-CN"/>
        </w:rPr>
        <w:br/>
      </w:r>
      <w:r>
        <w:rPr>
          <w:lang w:eastAsia="zh-CN"/>
        </w:rPr>
        <w:t>　　最后，祝愿老师们工作顺利、幸福安康！祝愿15级小伙伴们一帆风顺、梦想成真！</w:t>
      </w:r>
      <w:r>
        <w:rPr>
          <w:lang w:eastAsia="zh-CN"/>
        </w:rPr>
        <w:br/>
      </w:r>
      <w:r>
        <w:rPr>
          <w:lang w:eastAsia="zh-CN"/>
        </w:rPr>
        <w:t>　　谢谢大家！</w:t>
      </w:r>
      <w:r>
        <w:rPr>
          <w:lang w:eastAsia="zh-CN"/>
        </w:rPr>
        <w:br/>
      </w:r>
      <w:r>
        <w:rPr>
          <w:lang w:eastAsia="zh-CN"/>
        </w:rPr>
        <w:t xml:space="preserve">    2024级新生开学典礼发言稿 篇16 </w:t>
      </w:r>
      <w:r>
        <w:rPr>
          <w:lang w:eastAsia="zh-CN"/>
        </w:rPr>
        <w:br/>
      </w:r>
      <w:r>
        <w:rPr>
          <w:lang w:eastAsia="zh-CN"/>
        </w:rPr>
        <w:t>　　亲爱的全体__级新同学：</w:t>
      </w:r>
      <w:r>
        <w:rPr>
          <w:lang w:eastAsia="zh-CN"/>
        </w:rPr>
        <w:br/>
      </w:r>
      <w:r>
        <w:rPr>
          <w:lang w:eastAsia="zh-CN"/>
        </w:rPr>
        <w:t>　　大家晚上好！</w:t>
      </w:r>
      <w:r>
        <w:rPr>
          <w:lang w:eastAsia="zh-CN"/>
        </w:rPr>
        <w:br/>
      </w:r>
      <w:r>
        <w:rPr>
          <w:lang w:eastAsia="zh-CN"/>
        </w:rPr>
        <w:t>　　在这美好的金秋九月，在这开阔的运动场上，我们在这里隆重举行__大学__级新生开学典礼。在这个喜庆而又值得纪念的时刻，我谨代表学校，向来自全国30个省市区，来自世界35个国家和地区的__大学所有__级的13630名本科生、4247名硕士研究生、224名博士研究生和420名留学生表示热烈的欢迎和衷心的祝贺！向辛勤培育同学们的家长和老师们表示崇高的敬意和衷心的感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https://d.book118.com/048031035055006033</w:t>
        </w:r>
      </w:hyperlink>
    </w:p>
    <w:p w:rsidR="001B1F19">
      <w:pPr>
        <w:rPr>
          <w:rFonts w:hint="eastAsia"/>
          <w:lang w:eastAsia="zh-CN"/>
        </w:rPr>
      </w:pPr>
    </w:p>
    <w:sectPr>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4803103505500603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