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学校军训总结（30篇）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学校军训总结（通用30篇）</w:t>
      </w:r>
      <w:r>
        <w:rPr>
          <w:lang w:eastAsia="zh-CN"/>
        </w:rPr>
        <w:br/>
      </w:r>
      <w:r>
        <w:rPr>
          <w:lang w:eastAsia="zh-CN"/>
        </w:rPr>
        <w:t xml:space="preserve">    学校军训总结 篇1 </w:t>
      </w:r>
      <w:r>
        <w:rPr>
          <w:lang w:eastAsia="zh-CN"/>
        </w:rPr>
        <w:br/>
      </w:r>
      <w:r>
        <w:rPr>
          <w:lang w:eastAsia="zh-CN"/>
        </w:rPr>
        <w:t>　　勿庸置疑，军训是新生迈入大学的第一课，是实现中学生到大学生角色转换的起点，是增强国防观念竞争与合作意识、培养军事技能、意志品质、养成良好的卫生习惯和文明生活方式极为重要的途径和形式，学校军训工作总结。虽然历时十余天的军训活动已落下帷幕，但是，进一步总结经验，对于今后的工作，必将起到有利的推动作用。</w:t>
      </w:r>
      <w:r>
        <w:rPr>
          <w:lang w:eastAsia="zh-CN"/>
        </w:rPr>
        <w:br/>
      </w:r>
      <w:r>
        <w:rPr>
          <w:lang w:eastAsia="zh-CN"/>
        </w:rPr>
        <w:t>　　一、统筹规划，精心组织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军训伊始，我团根据军训师的统一部署，对军训工作进行了统筹计划。首先，加强制度建设，我团不仅宣布军训师各项制度，而且针对我团实际，制定了《军训作息时间安排》、《会操评分标准》、《内容检查评分标准》、《军训纪律》等制度保证军事训练，内务整理等等各个环节有章可循；其次，建立组织机构，实际分工合作。我团成立了军事训练组、内务整理组、宣传鼓动组、后勤保障组，各机构职责明确，如后勤组负责安排教官生活、官兵药品、生活用水、场地洒水、车辆调配等；宣传组负责挂横幅、办板报、印简报。各组人员由学工干部和新生辅导员组成，专人负责。同时，所有工作人员分工不分家。上述措施提高了工作效率，使军训工作有条不紊地开展起来。</w:t>
      </w:r>
      <w:r>
        <w:rPr>
          <w:lang w:eastAsia="zh-CN"/>
        </w:rPr>
        <w:br/>
      </w:r>
      <w:r>
        <w:rPr>
          <w:lang w:eastAsia="zh-CN"/>
        </w:rPr>
        <w:t>　　二、密切配合，整合力量</w:t>
      </w:r>
      <w:r>
        <w:rPr>
          <w:lang w:eastAsia="zh-CN"/>
        </w:rPr>
        <w:br/>
      </w:r>
      <w:r>
        <w:rPr>
          <w:lang w:eastAsia="zh-CN"/>
        </w:rPr>
        <w:t>　　为了调动教官、班主任的积极性，形成军训工作齐抓共管的格局，我团采取了以下几项措施：第一，要求新生班主任下班级指导新生军训，开展思想政治工作，并定期对其工作状况进行检查。第二，加强与承训方的合作，做到目标一致，情感交融。鉴于以往承训方重技能培训，轻内务整理倾向，我方对内务整理活动的次数、标准作了严格规定，并取得了对方的认同，在军训目标上达成一致。我方经常去官兵住所慰问官兵，交流感情，密切了军民关系。我团学工干部以高度的责任感、务实的工作作风赢得了对方的信任，工作总结《学校军训工作总结》。团长----同志多次讲：“院方为我们提供了优质的服务，领导和老师的精神也鼓舞了我们官兵的斗志，我们没有理由不争取先进。”而官兵严谨的作风、高昂的斗志也深深地影响了我院学工干部。在整个军训期间，军地双方配合默契，为军训工作的顺利开展打下了坚实的基础。</w:t>
      </w:r>
      <w:r>
        <w:rPr>
          <w:lang w:eastAsia="zh-CN"/>
        </w:rPr>
        <w:br/>
      </w:r>
      <w:r>
        <w:rPr>
          <w:lang w:eastAsia="zh-CN"/>
        </w:rPr>
        <w:t>　　三、注重宣传，鼓舞斗志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士气宜鼓不宜泄”，良好的面貌、高昂的斗志是军训工作强大的精神动力。我团注重发挥宣传思想工作的作用。首先，注重舆论氛围的营造，军训期间，我团悬挂横幅四条，举办二十余块展板，编印《军训简报》，阐明军训工作的意义，报道军训中涌现出来的先进人物和先进事例，交流学员参加军训活动的心得体会。其次，开展每日点评活动。我团每日就军事训练、内务整理、思想面貌等各方面进行点评，前期以鞭策为主调，后期以鼓励为重点。在宣传工作中注重实际，一是将学员与许志伟事迹结合起来，以英雄的事迹鼓舞人，以英雄的情操塑造人，营造向英雄看齐的学习氛围。二是将学员与身边的先进学员结合起来，营造学先进、比先进的竞争氛围。</w:t>
      </w:r>
      <w:r>
        <w:rPr>
          <w:lang w:eastAsia="zh-CN"/>
        </w:rPr>
        <w:br/>
      </w:r>
      <w:r>
        <w:rPr>
          <w:lang w:eastAsia="zh-CN"/>
        </w:rPr>
        <w:t>　　四、严格管理提高素质</w:t>
      </w:r>
      <w:r>
        <w:rPr>
          <w:lang w:eastAsia="zh-CN"/>
        </w:rPr>
        <w:br/>
      </w:r>
      <w:r>
        <w:rPr>
          <w:lang w:eastAsia="zh-CN"/>
        </w:rPr>
        <w:t>　　在整个军训期间，严格按照《高等院校军事训练教学大纲》的要求，做到严格管理、严格要求、严格训练，确保了军训期间安全稳定。一是注重抓作风、纪律培养。依据各项管理手段，加强了同学们的队列作风，增强了同学们的组织纪律观念，培养了同学们，一切行动听指挥的意识，达到训管结合，培养作风的目的。二是建立了新生军训考勤表。每天出操前进行点名，登记出勤情况，没有特殊情况不得请假。从训练到日常管理，教官们都严格按照军训的要求办事，上面要求做的就坚决做好，不符合要求的事坚决不做，增强了同学们的时间观念。三是严格训练场的管理。从军训的第一天开始，不管是在训练中还是在休息期间，不管是晴天还是雨天，都严格要求，做到准时出操、准时训练、准时休息、准时收操。四是统一了内务。组织同学们整理了内务，统一了标准，并进行了检查评比，规范了同学们的内务秩序。</w:t>
      </w:r>
      <w:r>
        <w:rPr>
          <w:lang w:eastAsia="zh-CN"/>
        </w:rPr>
        <w:br/>
      </w:r>
      <w:r>
        <w:rPr>
          <w:lang w:eastAsia="zh-CN"/>
        </w:rPr>
        <w:t>　　五、训练刻苦成效显著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这次军训，气候比较炎热，同学们对所学的内容都比较陌生，但每一个同学都能端正训练态度，把这次军训当作一次学习提高自身素质和锻炼自我、挑战自我的机会，安下心来训练，静下心来带着问题思考。白天，在高温的训练场上，在火热的太阳下面，同学们发扬了不怕苦、不怕累的精神，每天一身汗。晚上，还撰写军训心得。同学们在军训体会中写到?“军训是一次提高国防知识和增强自身素质的好机会。通过军训，我们的精神面貌焕然一新，我们的爱国热情为之振奋，我们的意志倍加顽强。军训就像一条鞭子，时刻鞭策着我们前进，军训又像一把尺子，时刻规范着我们的行为，军训更像一盆火炬，时刻照耀着我们的前方。自军训以来，我深刻地感受到军队生活的快乐与艰辛，意识到军事训练的重要性，认识到国防力</w:t>
      </w:r>
      <w:r>
        <w:rPr>
          <w:lang w:eastAsia="zh-CN"/>
        </w:rPr>
        <w:br/>
      </w:r>
      <w:r>
        <w:rPr>
          <w:lang w:eastAsia="zh-CN"/>
        </w:rPr>
        <w:t xml:space="preserve">    学校军训总结 篇2 </w:t>
      </w:r>
      <w:r>
        <w:rPr>
          <w:lang w:eastAsia="zh-CN"/>
        </w:rPr>
        <w:br/>
      </w:r>
      <w:r>
        <w:rPr>
          <w:lang w:eastAsia="zh-CN"/>
        </w:rPr>
        <w:t>　　各位领导、教官、老师、同学们：</w:t>
      </w:r>
      <w:r>
        <w:rPr>
          <w:lang w:eastAsia="zh-CN"/>
        </w:rPr>
        <w:br/>
      </w:r>
      <w:r>
        <w:rPr>
          <w:lang w:eastAsia="zh-CN"/>
        </w:rPr>
        <w:t>　　大家上午好!</w:t>
      </w:r>
      <w:r>
        <w:rPr>
          <w:lang w:eastAsia="zh-CN"/>
        </w:rPr>
        <w:br/>
      </w:r>
      <w:r>
        <w:rPr>
          <w:lang w:eastAsia="zh-CN"/>
        </w:rPr>
        <w:t>　　我受威师校党委委托，对20__级新生军训进行总结。</w:t>
      </w:r>
      <w:r>
        <w:rPr>
          <w:lang w:eastAsia="zh-CN"/>
        </w:rPr>
        <w:br/>
      </w:r>
      <w:r>
        <w:rPr>
          <w:lang w:eastAsia="zh-CN"/>
        </w:rPr>
        <w:t>　　首先请允许我说一句：大家辛苦了!</w:t>
      </w:r>
      <w:r>
        <w:rPr>
          <w:lang w:eastAsia="zh-CN"/>
        </w:rPr>
        <w:br/>
      </w:r>
      <w:r>
        <w:rPr>
          <w:lang w:eastAsia="zh-CN"/>
        </w:rPr>
        <w:t>　　金秋八月，城下，岷水之滨，骄阳似火，青春如歌。随着精彩的军训汇报表演结束，四川省师范学校15级新生为期9天的军训生活即将拉下帷幕。9天的军训，同学们充分地展现了直面困难的信心和勇气，展现了战胜困难的意志和能力，同时也展现了师范学校260余名新生的良好精神风貌，在此，我谨代表学校对本次军训及军训汇报表演的圆满成功表示热烈的祝贺!</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向为这次军训付出辛勤汗水的森林公安的教官们表示诚挚的感谢并致以崇高的敬意!向始终服务在第一线的班主任老师及所有工作人员表示由衷的感谢!</w:t>
      </w:r>
      <w:r>
        <w:rPr>
          <w:lang w:eastAsia="zh-CN"/>
        </w:rPr>
        <w:t xml:space="preserve"> 也向甘冒酷暑、刻苦训练，胜利完成威师校入校以来第一课的新同学们表示亲切的问候!</w:t>
      </w:r>
      <w:r>
        <w:rPr>
          <w:lang w:eastAsia="zh-CN"/>
        </w:rPr>
        <w:br/>
      </w:r>
      <w:r>
        <w:rPr>
          <w:lang w:eastAsia="zh-CN"/>
        </w:rPr>
        <w:t>　　9天下来，同学们磨砺了品格与意志，收获了独立与坚强、感悟了团结与执着。同学们表现出的良好思想修养和积极昂扬的斗志，充分证明我们的这次军训活动是圆满的、是成功的!我受军训领导小组之托，对本次军训工作作简要的总结。</w:t>
      </w:r>
      <w:r>
        <w:rPr>
          <w:lang w:eastAsia="zh-CN"/>
        </w:rPr>
        <w:br/>
      </w:r>
      <w:r>
        <w:rPr>
          <w:lang w:eastAsia="zh-CN"/>
        </w:rPr>
        <w:t>　　一、基本情况</w:t>
      </w:r>
      <w:r>
        <w:rPr>
          <w:lang w:eastAsia="zh-CN"/>
        </w:rPr>
        <w:br/>
      </w:r>
      <w:r>
        <w:rPr>
          <w:lang w:eastAsia="zh-CN"/>
        </w:rPr>
        <w:t>　　20__届新生有240余名参加训练，军训参训教官6名，本次军训的时间为20__年8月25日至9月2日，为期9天。在短短的9天训练日程里，任务重、容量大、人数多。9天的训练中，教官、教师和同学们克服了很多困难，进行了相当强度的军事训练，从队列训练到内务整理，从早晨锻炼到就餐就寝，严格的生活规范，严明的纪律训练，严整的队列，严谨的内务，同学们初步学习了军人严守纪律、雷厉风行、一切行动听指挥的优良作风。</w:t>
      </w:r>
      <w:r>
        <w:rPr>
          <w:lang w:eastAsia="zh-CN"/>
        </w:rPr>
        <w:br/>
      </w:r>
      <w:r>
        <w:rPr>
          <w:lang w:eastAsia="zh-CN"/>
        </w:rPr>
        <w:t>　　二、主要特点</w:t>
      </w:r>
      <w:r>
        <w:rPr>
          <w:lang w:eastAsia="zh-CN"/>
        </w:rPr>
        <w:br/>
      </w:r>
      <w:r>
        <w:rPr>
          <w:lang w:eastAsia="zh-CN"/>
        </w:rPr>
        <w:t>　　1.组织有力。</w:t>
      </w:r>
      <w:r>
        <w:rPr>
          <w:lang w:eastAsia="zh-CN"/>
        </w:rPr>
        <w:br/>
      </w:r>
      <w:r>
        <w:rPr>
          <w:lang w:eastAsia="zh-CN"/>
        </w:rPr>
        <w:t>　　负责制定和实施军训规程的领导小组13名成员，对本次军训高度重视，责任明确，组织有序，多次到训练场关心指导，为师生坚守信念、战胜困难，注入一支支强心剂，给予师生莫大的鼓励。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由教学、政工、宣传、安全、后勤保障等5个小组组成军训机构，各小组分工明确，坚守岗位，执行有力，确保军训工作顺利开展。</w:t>
      </w:r>
      <w:r>
        <w:rPr>
          <w:lang w:eastAsia="zh-CN"/>
        </w:rPr>
        <w:br/>
      </w:r>
      <w:r>
        <w:rPr>
          <w:lang w:eastAsia="zh-CN"/>
        </w:rPr>
        <w:t>　　2.教官军政素质高。</w:t>
      </w:r>
      <w:r>
        <w:rPr>
          <w:lang w:eastAsia="zh-CN"/>
        </w:rPr>
        <w:br/>
      </w:r>
      <w:r>
        <w:rPr>
          <w:lang w:eastAsia="zh-CN"/>
        </w:rPr>
        <w:t>　　本次军训的领导小组副组长由森林公安局法制督查大队大队长刘元荣担任，教官由全州森林警察大队选调的5名骨干组成。</w:t>
      </w:r>
      <w:r>
        <w:rPr>
          <w:lang w:eastAsia="zh-CN"/>
        </w:rPr>
        <w:br/>
      </w:r>
      <w:r>
        <w:rPr>
          <w:lang w:eastAsia="zh-CN"/>
        </w:rPr>
        <w:t>　　9天以来，教官们按照军营的统一要求，认真施训，尽职尽责。以坚定的政治信念、出色的组织能力、严明的组织纪律和过硬的军事素质，展示了文明之师、威武之师的良好形象，教育了刚刚跨入威师校门的莘莘学子，为我们的新同学上好了至关重要的入学第一课。</w:t>
      </w:r>
      <w:r>
        <w:rPr>
          <w:lang w:eastAsia="zh-CN"/>
        </w:rPr>
        <w:br/>
      </w:r>
      <w:r>
        <w:rPr>
          <w:lang w:eastAsia="zh-CN"/>
        </w:rPr>
        <w:t>　　在训练中，教官们耐心引导，言传身教，一丝不苟。烈日下，暴雨中，教官的榜样作用，人格魅力，引领着同学们跨越了一重又一重障碍，克服了一个又一个困难，挑战了一个又一个极限，使同学们体质得到了锻炼，性格得到了优化，意志得到了铸造，作风得到了养成。给学生们的既是军事素养的提高，也是崭新自我的塑造.</w:t>
      </w:r>
      <w:r>
        <w:rPr>
          <w:lang w:eastAsia="zh-CN"/>
        </w:rPr>
        <w:br/>
      </w:r>
      <w:r>
        <w:rPr>
          <w:lang w:eastAsia="zh-CN"/>
        </w:rPr>
        <w:t>　　在此，让我们用热烈的掌声来向我们的英雄的教官们致敬!</w:t>
      </w:r>
      <w:r>
        <w:rPr>
          <w:lang w:eastAsia="zh-CN"/>
        </w:rPr>
        <w:br/>
      </w:r>
      <w:r>
        <w:rPr>
          <w:lang w:eastAsia="zh-CN"/>
        </w:rPr>
        <w:t>　　3.活动丰富多彩。</w:t>
      </w:r>
      <w:r>
        <w:rPr>
          <w:lang w:eastAsia="zh-CN"/>
        </w:rPr>
        <w:br/>
      </w:r>
      <w:r>
        <w:rPr>
          <w:lang w:eastAsia="zh-CN"/>
        </w:rPr>
        <w:t>　　在进行紧张的队列、内务卫生、纪律作风等多项内容的训练之余，为了提高学员的训练积极性，从提高学员得综合素质，培养意志品质等各个方面考虑，军训小组开展了一系列丰富多彩的文体活动和入学教育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8月25日晚，威师校党委委员、副校长宋斌受军训领导小组委托对新生进行了思想动员，他从思想意识、学习态度、学习方法等方面对新生进行积极有效的指导和教育。教育学生学会关注未来，思考未来和开启未来。</w:t>
      </w:r>
      <w:r>
        <w:rPr>
          <w:lang w:eastAsia="zh-CN"/>
        </w:rPr>
        <w:br/>
      </w:r>
      <w:r>
        <w:rPr>
          <w:lang w:eastAsia="zh-CN"/>
        </w:rPr>
        <w:t>　　8月26日晚上在校军训小组安排下，同学们在学校操场冒雨观看了去年的国庆阅兵式，对我国的国防知识有了一定的了解和认识。</w:t>
      </w:r>
      <w:r>
        <w:rPr>
          <w:lang w:eastAsia="zh-CN"/>
        </w:rPr>
        <w:br/>
      </w:r>
      <w:r>
        <w:rPr>
          <w:lang w:eastAsia="zh-CN"/>
        </w:rPr>
        <w:t>　　8月27日晚上，由班主任和教官共同组织了教唱军歌的活动，从多方面进行爱国主义思想教育。</w:t>
      </w:r>
      <w:r>
        <w:rPr>
          <w:lang w:eastAsia="zh-CN"/>
        </w:rPr>
        <w:br/>
      </w:r>
      <w:r>
        <w:rPr>
          <w:lang w:eastAsia="zh-CN"/>
        </w:rPr>
        <w:t>　　29日和30日的中午各中队间进行了篮球比赛，让同学真切的感受到了团队的精神和团结的力量。</w:t>
      </w:r>
      <w:r>
        <w:rPr>
          <w:lang w:eastAsia="zh-CN"/>
        </w:rPr>
        <w:br/>
      </w:r>
      <w:r>
        <w:rPr>
          <w:lang w:eastAsia="zh-CN"/>
        </w:rPr>
        <w:t>　　三、训练成果显著</w:t>
      </w:r>
      <w:r>
        <w:rPr>
          <w:lang w:eastAsia="zh-CN"/>
        </w:rPr>
        <w:br/>
      </w:r>
      <w:r>
        <w:rPr>
          <w:lang w:eastAsia="zh-CN"/>
        </w:rPr>
        <w:t>　　9天，于漫漫的人生中只不过是匆匆的一瞬间。但在军训中度过的9天，绝对是不平凡的9天。军训是一个成长的.阶梯，军训是一段难忘的人生;军训是一个崭新的课堂，军训是一个火热的熔炉。通过军训，同学们普遍增强了体质，磨练了意志，培养了团结协作精神，学会了用纪律来约束自己，用修养来规范自己。</w:t>
      </w:r>
      <w:r>
        <w:rPr>
          <w:lang w:eastAsia="zh-CN"/>
        </w:rPr>
        <w:br/>
      </w:r>
      <w:r>
        <w:rPr>
          <w:lang w:eastAsia="zh-CN"/>
        </w:rPr>
        <w:t>　　军训使你们有了更广阔的视觉，有了新的人生境界。这次军训，将会成为你们成长历程中闪光的一页，照亮你们的人生航程。在短短9天的军训结束之后，除了晒黑的面庞，全身的酸痛，军训给同学们留下了生命中最宝贵的一笔财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1.树立了强烈的爱国心和报效祖国远大理想。通过军训，增强同学们的国家意识，国防意识，真正理解“天下兴亡，匹夫有责”的内涵，认识到军人的神圣职责，认识到作为一名中国人对国家所担负的责任。</w:t>
      </w:r>
      <w:r>
        <w:rPr>
          <w:lang w:eastAsia="zh-CN"/>
        </w:rPr>
        <w:br/>
      </w:r>
      <w:r>
        <w:rPr>
          <w:lang w:eastAsia="zh-CN"/>
        </w:rPr>
        <w:t>　　2.培养了同学们严格的组织纪律性和不怕苦不怕累的作风。使你们真正懂得了什么叫“纪律”，什么叫“军令如山倒”，懂得了服从管理，听从指导。训练场上，同学们吃苦耐劳，严于律己，顽强拼搏，表现出色;不管骄阳烈日，还是潇潇秋雨，轻伤不下火线者比比皆是。</w:t>
      </w:r>
      <w:r>
        <w:rPr>
          <w:lang w:eastAsia="zh-CN"/>
        </w:rPr>
        <w:br/>
      </w:r>
      <w:r>
        <w:rPr>
          <w:lang w:eastAsia="zh-CN"/>
        </w:rPr>
        <w:t>　　3.培养了同学们坚强的意志和不断追求、勇往直前的精神。在难于坚持下去时，每个同学考虑到的都是团队的利益，集体的荣誉，经受住了身心的考验，用坚韧不拔的意志来支配自己的行动。通过军训，同学们的卫生意识、礼貌礼仪行为、规范意识得到了进一步的强化。本次军训240余名同学顺利完成训练，2个中队荣获优秀中队称号，24名同学获军训标兵荣誉称号。</w:t>
      </w:r>
      <w:r>
        <w:rPr>
          <w:lang w:eastAsia="zh-CN"/>
        </w:rPr>
        <w:br/>
      </w:r>
      <w:r>
        <w:rPr>
          <w:lang w:eastAsia="zh-CN"/>
        </w:rPr>
        <w:t>　　4.军训帮助同学们树立了自信、自立、自强的信念，培养了大家的友爱精神。通过军训，许多在家从来不做家务的学员学会了整理床铺、收拾物品，初步获得独立生活的能力，为今后的后续学习奠定了生活自理的基础：懂得了父母的操劳，不再事事依赖父母。通过军训，同学们热爱集体，团结友爱的精神得到了进一步的培养，增进了师生间的了解和沟通。</w:t>
      </w:r>
      <w:r>
        <w:rPr>
          <w:lang w:eastAsia="zh-CN"/>
        </w:rPr>
        <w:br/>
      </w:r>
      <w:r>
        <w:rPr>
          <w:lang w:eastAsia="zh-CN"/>
        </w:rPr>
        <w:t>　　四、希望和要求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同学们，军事训练虽然苦，但正如孟子所说，“天将降大任于斯人也，必先苦其心志，劳其筋骨”，只有经过“苦”的洗涤，才能铸就钢铁般的意志。丰富多彩的军训生活让我们得到了全面锻炼，使我们获得了新的人生境界，有了更广阔的视角。同学们，军训就要结束了，但是你们的人生却正在途中。在今后的学习生活中，我们要时刻以部队为比照，以军人为榜样，强健我们的体魄，磨炼我们的意志，提高我们的素质。希望同学们以这次军训为起点，从以下几个方面作好自身管理：</w:t>
      </w:r>
      <w:r>
        <w:rPr>
          <w:lang w:eastAsia="zh-CN"/>
        </w:rPr>
        <w:br/>
      </w:r>
      <w:r>
        <w:rPr>
          <w:lang w:eastAsia="zh-CN"/>
        </w:rPr>
        <w:t>　　1.谨记“静思笃行、崇德尚善”的校训，发扬部队的优良传统和作风，严于律己，遵守学校各项规章制度，树立集体观念，做文明学生，创文明班级，建文明校园。</w:t>
      </w:r>
      <w:r>
        <w:rPr>
          <w:lang w:eastAsia="zh-CN"/>
        </w:rPr>
        <w:br/>
      </w:r>
      <w:r>
        <w:rPr>
          <w:lang w:eastAsia="zh-CN"/>
        </w:rPr>
        <w:t>　　2.把在军训中形成和表现出来的坚忍不拔的意志、坚不可摧的作风、勇往直前的气概和团结互助的精神继续保持下去，投入到即将开始的威师学习和生活中。高标准、严要求，规范自己的言行。</w:t>
      </w:r>
      <w:r>
        <w:rPr>
          <w:lang w:eastAsia="zh-CN"/>
        </w:rPr>
        <w:br/>
      </w:r>
      <w:r>
        <w:rPr>
          <w:lang w:eastAsia="zh-CN"/>
        </w:rPr>
        <w:t>　　3.响应“质量立校、管理强校、科研兴校、特色扬校、稳定安校”的号召，珍惜这次军训经历，铭记所学到的知识和做人的道理，珍惜青春的大好时光，努力拼博、奋发进取，在学习生活中锻炼自己、塑造自己、展示自己。</w:t>
      </w:r>
      <w:r>
        <w:rPr>
          <w:lang w:eastAsia="zh-CN"/>
        </w:rPr>
        <w:br/>
      </w:r>
      <w:r>
        <w:rPr>
          <w:lang w:eastAsia="zh-CN"/>
        </w:rPr>
        <w:t>　　4.增加团队意识和集体观念，在今后的学习和生活中，互相帮助、团结友爱，力争在新的起跑线上大家整齐步伐，打好全面进步的基础。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军训给了我们每个人取之不尽、用之不竭的精神财富!都说，特长靠自我培养，智力靠自我开发，人格靠自我塑造，身心靠自我磨炼。我相信，在这个竞争激烈的社会里，穿过军装的人总是信心百倍，游刃有余，在这个考验重重的年代里，走过正步的人一定会知难而进，创造奇迹。相信今后的你们也能为威师校迎来新的荣誉、新的辉煌!</w:t>
      </w:r>
      <w:r>
        <w:rPr>
          <w:lang w:eastAsia="zh-CN"/>
        </w:rPr>
        <w:br/>
      </w:r>
      <w:r>
        <w:rPr>
          <w:lang w:eastAsia="zh-CN"/>
        </w:rPr>
        <w:t>　　最后，请让我再一次代表学校对担任军训任务的森林公安局的教官表示诚挚的谢意和崇高的敬礼!对为了完成好任务付出艰辛劳动的学校领导、班主任、表示衷心的感谢!同时，祝同学们学习进步，学业有成!</w:t>
      </w:r>
      <w:r>
        <w:rPr>
          <w:lang w:eastAsia="zh-CN"/>
        </w:rPr>
        <w:br/>
      </w:r>
      <w:r>
        <w:rPr>
          <w:lang w:eastAsia="zh-CN"/>
        </w:rPr>
        <w:t xml:space="preserve">    学校军训总结 篇3 </w:t>
      </w:r>
      <w:r>
        <w:rPr>
          <w:lang w:eastAsia="zh-CN"/>
        </w:rPr>
        <w:br/>
      </w:r>
      <w:r>
        <w:rPr>
          <w:lang w:eastAsia="zh-CN"/>
        </w:rPr>
        <w:t>　　__年我校的高一级新生的军训生活今天就要结束了，刚刚举行的队列汇报表演,是对这次军训活动的最好总结。各班那整齐的队伍，矫健的步伐，响亮的口号，饱满的精神，向我们展示了当代青年师范生的精神风貌和良好的素质。整齐划一、自然有序、清洁优雅的宿舍内务整理、又反映出同学们良好的思想修养和礼仪修养，这一切都充分证明我们的军训活动是圆满的、是成功的!</w:t>
      </w:r>
      <w:r>
        <w:rPr>
          <w:lang w:eastAsia="zh-CN"/>
        </w:rPr>
        <w:br/>
      </w:r>
      <w:r>
        <w:rPr>
          <w:lang w:eastAsia="zh-CN"/>
        </w:rPr>
        <w:t>　　首先，我代表学校领导及全体教职工向为这次军训活动付出艰辛的全体教官表示诚挚的谢意!向关心爱护学生、时刻生活在同学们中间的位班主任老师表示由衷的感谢!向全体一年级同学表示最热烈的祝贺!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五天中，教官、教师和同学们克服了很多困难，同学们接触了一定强度的军事训练。从队列训练到内务整理，从早起晨锻到就餐就寝，一日生活严格规范，受到了严明的纪律训练，严整的队列训练严谨的内务训练。初步学生了解放军战士严守纪律、雷厉风行、一切行动听指挥的优良作风。我们欣喜的看到：无论是训练、还是集会，同学们基本能做到举止端庄、精神饱满，那种站如松、坐如钟、行如风的军人特有的姿态风度，在同学们身上有了体现。这是令人十分高兴的。短暂的军训生活给我们留下了美好而难忘的回忆，我们忘不了紧张严格的列队训练，忘不了内务整理时教官们认真负责的态度、忘不了集体活动中的点点滴滴。始终洋溢着团结紧张、严肃活泼气氛的军训生活，将成为我们师生共同的回忆。</w:t>
      </w:r>
      <w:r>
        <w:rPr>
          <w:lang w:eastAsia="zh-CN"/>
        </w:rPr>
        <w:br/>
      </w:r>
      <w:r>
        <w:rPr>
          <w:lang w:eastAsia="zh-CN"/>
        </w:rPr>
        <w:t>　　喜看军训的丰硕成果，我们每一位师生的心里都很清楚，教官为此付出了怎样艰辛的劳动。我们的教官对工作有高度的责任感，有不怕苦不怕累的工作精神。希望同学们能把教官的好思想、好作风带到你们的工作、学习中去，时时处处严格要求自己，全心全意为集体为他人服务，做一名能吃苦耐劳、勤奋上进的学生。</w:t>
      </w:r>
      <w:r>
        <w:rPr>
          <w:lang w:eastAsia="zh-CN"/>
        </w:rPr>
        <w:br/>
      </w:r>
      <w:r>
        <w:rPr>
          <w:lang w:eastAsia="zh-CN"/>
        </w:rPr>
        <w:t>　　老师们、同学们，短暂而又难忘的军训生活就要结束了，在即将与朝夕相处的教官们依依惜别之时，让我们用最热烈的掌声向支持帮助我们的教官们表示最衷心的感谢和最崇高的敬意。</w:t>
      </w:r>
      <w:r>
        <w:rPr>
          <w:lang w:eastAsia="zh-CN"/>
        </w:rPr>
        <w:br/>
      </w:r>
      <w:r>
        <w:rPr>
          <w:lang w:eastAsia="zh-CN"/>
        </w:rPr>
        <w:t>　　今天下午全体军训学员进行了会操表演，效果很好。我代表怀新中学全体师生，向全体教官表示衷心感谢!并对全体学员的精彩表演表示真诚的祝贺!</w:t>
      </w:r>
      <w:r>
        <w:rPr>
          <w:lang w:eastAsia="zh-CN"/>
        </w:rPr>
        <w:br/>
      </w:r>
      <w:r>
        <w:rPr>
          <w:lang w:eastAsia="zh-CN"/>
        </w:rPr>
        <w:t>　　学生军训工作是为了进一步提高学生的政治觉悟，激发学生的爱国主义热情和培养学生随时听从祖国召唤，为祖国献身的精神，是进一步增强国防观念、组织纪律观念和集体荣誉观的一项重要举措。</w:t>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为期五天的军训活动，锻炼了同学们的意志，培养了学生吃苦耐劳、敢于面对困难、克服困难的精神。通过军训，同学们爱国主义觉悟、国防观念得到了进一步加强，真正懂得了什么叫纪律，什么叫军令如山倒，懂得了服从管理，听从指导。通过军训，同学们热爱集体，团结友爱的精神得到了进一步的培养。初步获得独立生活的能力，为今后的后续学习奠定了生活自理的的基础。通过军训，同学们的卫生意识、礼貌礼仪行为、规范意识得到了进一步的强化。</w:t>
      </w:r>
      <w:r>
        <w:rPr>
          <w:lang w:eastAsia="zh-CN"/>
        </w:rPr>
        <w:br/>
      </w:r>
      <w:r>
        <w:rPr>
          <w:lang w:eastAsia="zh-CN"/>
        </w:rPr>
        <w:t>　　为期五天的军训活动，时间虽短，但收获很大，相信同学们一定难忘这次难得的军训活动。一次军训，终生受益。军训活动马上就要结束，同学们就要回到自己的学校，投入到紧张的学习中去，为此我向全体同学提出几点要求：</w:t>
      </w:r>
      <w:r>
        <w:rPr>
          <w:lang w:eastAsia="zh-CN"/>
        </w:rPr>
        <w:br/>
      </w:r>
      <w:r>
        <w:rPr>
          <w:lang w:eastAsia="zh-CN"/>
        </w:rPr>
        <w:t>　　1、认真总结军训活动所收获的成果，把军训中养成的坚强意志品质、良好的礼貌礼仪、严格的组织纪律观和集体荣誉观和生活自理规范带回学校，保持下去，巩固军训所取得的成果。</w:t>
      </w:r>
      <w:r>
        <w:rPr>
          <w:lang w:eastAsia="zh-CN"/>
        </w:rPr>
        <w:br/>
      </w:r>
      <w:r>
        <w:rPr>
          <w:lang w:eastAsia="zh-CN"/>
        </w:rPr>
        <w:t>　　2、要成才，先成人。希望同学们在今后的人生道路上，要严格遵守中学生日常行为规范，养成良好的行为习惯和高尚的道德情操，胸怀他人，胸怀祖国，学会感恩，乐于助人，真正学会做人，做一个对社会、对祖国有用的人，做一个高尚的人。</w:t>
      </w:r>
      <w:r>
        <w:rPr>
          <w:lang w:eastAsia="zh-CN"/>
        </w:rPr>
        <w:br/>
      </w:r>
      <w:r>
        <w:rPr>
          <w:lang w:eastAsia="zh-CN"/>
        </w:rPr>
        <w:t>　　3、学会学习。学生的主要任务是学习。搞好学习需要坚强的意志品质，需要有刻苦钻研的精神和克服困难的勇气，需要有好的学习方法，希望同学们把军训中所表现出来的这种不怕苦、不怕累、敢于面对困难、克服困难的精神运用到学习中去，刻苦钻研，努力拼搏，学好文化基础知识，为将来继续深造和祖国建设奠定扎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4、同学们，在为期五天的军训活动中，全体教官为我们的军事训练工作，坚强毅力的培养和生活内务的指导作出很大的贡献。最后，我们再一次以热烈的掌声对他们表示衷心的感谢。</w:t>
      </w:r>
      <w:r>
        <w:rPr>
          <w:lang w:eastAsia="zh-CN"/>
        </w:rPr>
        <w:br/>
      </w:r>
      <w:r>
        <w:rPr>
          <w:lang w:eastAsia="zh-CN"/>
        </w:rPr>
        <w:t xml:space="preserve">    学校军训总结 篇4 </w:t>
      </w:r>
      <w:r>
        <w:rPr>
          <w:lang w:eastAsia="zh-CN"/>
        </w:rPr>
        <w:br/>
      </w:r>
      <w:r>
        <w:rPr>
          <w:lang w:eastAsia="zh-CN"/>
        </w:rPr>
        <w:t>　　这个时代的我们自信、自主、张扬个性。我们被温暖毫无缝隙的笼罩着，即使大人说我们懒惰说我们是依仗拐棍在成长，实际上他们还是纵容着我们、任我们发挥。这样我们生活滋润着、懒惰着......</w:t>
      </w:r>
      <w:r>
        <w:rPr>
          <w:lang w:eastAsia="zh-CN"/>
        </w:rPr>
        <w:br/>
      </w:r>
      <w:r>
        <w:rPr>
          <w:lang w:eastAsia="zh-CN"/>
        </w:rPr>
        <w:t>　　经过80后，到了90后大人都意识到了我们再如此下去是在毁掉我们的未来，安排我们更严厉的军训。我无视他们的安排，觉得那些只是在毫无意义的挣扎，我没有错，是我所深信的。</w:t>
      </w:r>
      <w:r>
        <w:rPr>
          <w:lang w:eastAsia="zh-CN"/>
        </w:rPr>
        <w:br/>
      </w:r>
      <w:r>
        <w:rPr>
          <w:lang w:eastAsia="zh-CN"/>
        </w:rPr>
        <w:t>　　那是每个学校新生的必修课，在他们看不到我们的日子，他们似乎没那么“心疼”了。在军训还没开始之前就听以前的同学说是件有趣的事，就不再排斥了，想想没什么困难的，都要经历的，不必想得那么痛苦。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那个地方安静的很，远离城市的嘈杂，不说是块净土，也是个纯洁的.地方。宿舍楼下是一群阳光的皮肤里渗透笑容的人，大声的命令惊醒了我们这群沉溺溺爱中的孩子。这里的训练确实比以前的军训要严格的多，以前是学校为了应付，我们当度假一般的度过，偷懒是常有的，汗水是少有的。这里的训练我重新认识了一下军训的含义，不是玩耍，不是嬉笑。是一种对团队的负责。想要放弃的时候着想那些和你一样的同学，想着为了这个刚刚成立的班级的班级做点什么。</w:t>
      </w:r>
      <w:r>
        <w:rPr>
          <w:lang w:eastAsia="zh-CN"/>
        </w:rPr>
        <w:br/>
      </w:r>
      <w:r>
        <w:rPr>
          <w:lang w:eastAsia="zh-CN"/>
        </w:rPr>
        <w:t>　　被教官处罚的时候，心里满是怨恨。我们罚跑的时候自己的教官一遍遍问着我们几圈了，只是想帮我少跑一点，希望我们少跑一点。我不懂那是关心，只是认为那是催促，我以为他们嫌我们跑的慢。当我知道那些的时候，有个温热的手使劲的甩了我一巴掌，不是丢脸，是我所想表示的一点愧疚。别人看不到那个红指印，只有我能感觉到那个印子在燃烧。为什么他们知道那里的意思，我却没能察觉，也许是我跑的太快......</w:t>
      </w:r>
      <w:r>
        <w:rPr>
          <w:lang w:eastAsia="zh-CN"/>
        </w:rPr>
        <w:br/>
      </w:r>
      <w:r>
        <w:rPr>
          <w:lang w:eastAsia="zh-CN"/>
        </w:rPr>
        <w:t>　　那里给我带来的不是训练的艰苦，不是闷热的烦躁。而那里的汗水浇弱了我的叛逆，打击了我的自以为是。我收到的不是语言的羞辱，不是身体的疼痛，而是一句话让我更认清我自己的渺小。</w:t>
      </w:r>
      <w:r>
        <w:rPr>
          <w:lang w:eastAsia="zh-CN"/>
        </w:rPr>
        <w:br/>
      </w:r>
      <w:r>
        <w:rPr>
          <w:lang w:eastAsia="zh-CN"/>
        </w:rPr>
        <w:t>　　当你还在趾高气扬的湛湛自喜，当你还在享受温室的保护。请你用自己的残缺无视你的优点，用那里的时光慢慢打磨你那带刺的双肩，别无畏的想要踮起脚尖，记得低头看看自己身边还有多少爱你的人。他们用特殊的溺爱让我知道成长的意义，让我更有自信的去面对我未来的人生。</w:t>
      </w:r>
      <w:r>
        <w:rPr>
          <w:lang w:eastAsia="zh-CN"/>
        </w:rPr>
        <w:br/>
      </w:r>
      <w:r>
        <w:rPr>
          <w:lang w:eastAsia="zh-CN"/>
        </w:rPr>
        <w:t>　　他们带过无数个学校，无数个连，无数个学员。他们给别人最后的送别我不清楚是什么，我只知道那个下午。我看到了他们的皮肤更黑了，眼神变的柔软了。</w:t>
      </w:r>
      <w:r>
        <w:rPr>
          <w:lang w:eastAsia="zh-CN"/>
        </w:rPr>
        <w:br/>
      </w:r>
      <w:r>
        <w:rPr>
          <w:lang w:eastAsia="zh-CN"/>
        </w:rPr>
        <w:t xml:space="preserve">    学校军训总结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校的20__级新生紧张，愉快而又充实的军训生活今天就要结束了，刚刚举行的队列汇报表演，是对这次军训活动的最好总结。各班那整齐的队伍，矫健的步伐，响亮的口号，饱满的精神，向我们展示了当代青年师范生的精神风貌和良好的素质。整齐划一、自然有序、清洁优雅的宿舍内务整理、又反映出同学们良好的思想修养和礼仪修养，这一切都充分证明我们的军训活动是圆满的、是成功的！</w:t>
      </w:r>
      <w:r>
        <w:rPr>
          <w:lang w:eastAsia="zh-CN"/>
        </w:rPr>
        <w:br/>
      </w:r>
      <w:r>
        <w:rPr>
          <w:lang w:eastAsia="zh-CN"/>
        </w:rPr>
        <w:t>　　和往年相比，今年的军训工作日程安排的比较紧，任务重、容量大、人数多。四天中，教官、教师和同学们克服了很多困难，同学们接触了高强度的军事训练。从队列训练到内务整理，从早起晨锻到就餐就寝，一日生活严格规范，受到了严明的纪律训练，严整的队列训练严谨的内务训练。</w:t>
      </w:r>
      <w:r>
        <w:rPr>
          <w:lang w:eastAsia="zh-CN"/>
        </w:rPr>
        <w:br/>
      </w:r>
      <w:r>
        <w:rPr>
          <w:lang w:eastAsia="zh-CN"/>
        </w:rPr>
        <w:t>　　初步学生了解放军战士严守纪律、雷厉风行、一切行动听指挥的优良作风。我们欣喜的看到：无论是训练、还是集会，同学们基本能做到举止端庄、精神饱满，那种站如松、坐如钟、行如风的军人特有的姿态风度，在同学们身上有了体现。这是令人十分高兴的。短暂的军训生活给我们留下了美好而难忘的回忆，我们忘不了紧张严格的列队训练，忘不了内务整理时教官们认真负责的态度、忘不了昨天晚上同学们踊跃登陆台一层歌喉，尽情欢唱、翩翩起舞的联欢晚会。始终洋溢着轩结紧张、严肃活泼气氛的军训生活，将成为我们师生共同的回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喜看军训的丰硕成果，我们每一位师生的心里都很清楚，解放军教官为此付出了怎样艰辛的劳动。我们的教官来自英雄的王杰部队，他们对工作的高度责任感，有不怕苦不怕累的工作精神，他们不愧是英雄部队的英雄战士，不愧为一支政治合格、军事过硬、作风优良、纪律严明的钢铁长城。希望同学们能把解放军同志的好思想、好作风带到你们的工作、学生中去，时时处处严格要求自己，全心全意为集体为他人服务，做一名能吃苦耐劳、勤奋上进的学生。</w:t>
      </w:r>
      <w:r>
        <w:rPr>
          <w:lang w:eastAsia="zh-CN"/>
        </w:rPr>
        <w:br/>
      </w:r>
      <w:r>
        <w:rPr>
          <w:lang w:eastAsia="zh-CN"/>
        </w:rPr>
        <w:t xml:space="preserve">    学校军训总结 篇6 </w:t>
      </w:r>
      <w:r>
        <w:rPr>
          <w:lang w:eastAsia="zh-CN"/>
        </w:rPr>
        <w:br/>
      </w:r>
      <w:r>
        <w:rPr>
          <w:lang w:eastAsia="zh-CN"/>
        </w:rPr>
        <w:t>　　学生军训是指效仿军事化管理的方式实行的内部管理，对学生实行准军训的目的是：使学生具有良好的政治素质、思想素质、作风素质和一定的军事素质，培养其服从命令、听从指挥、吃苦耐劳、不畏艰险、严谨求实的作风，以适应各种生活学习环境的需要。</w:t>
      </w:r>
      <w:r>
        <w:rPr>
          <w:lang w:eastAsia="zh-CN"/>
        </w:rPr>
        <w:br/>
      </w:r>
      <w:r>
        <w:rPr>
          <w:lang w:eastAsia="zh-CN"/>
        </w:rPr>
        <w:t>　　此次军训工作由20__年9月26日开始至20__年9月30日结束，全体受训学生都能够严格贯彻执行，做到令行禁止，整齐划一。根据军训工作计划内容安排及要求，参训教官及参训人员严格按照培训工作计划，进行准军事化训练。以下是此次军训工作完成情况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根据军训工作计划安排，对入校的高一年级组新生进行为期五天的军训，由军事教官负责实施，校方领导及德育处领导进行协调保障配合。军训的主要内容有：带队番号、方向变换、整齐报数、人员出入列、队列训练、蹲下起立、敬礼礼毕，严格按照军训工作计划及要求组织训练，在军事化队列训练中指挥员从军事化队列训练要求入手，严格要求班排每名参训人员，在军事化队列训练中努力做到，一切以军人为标准，听从指挥、服从命令，以饱满的姿态认真进行军事化队列训练。全体队员积极主动投入到训练中，努力完成指挥员下达的每一个训练课目动作。</w:t>
      </w:r>
      <w:r>
        <w:rPr>
          <w:lang w:eastAsia="zh-CN"/>
        </w:rPr>
        <w:br/>
      </w:r>
      <w:r>
        <w:rPr>
          <w:lang w:eastAsia="zh-CN"/>
        </w:rPr>
        <w:t>　　2、体质训练加强早操训练强度，在早操训练中，领队指挥员要求各小队队员以饱满的精神积极主动投入到训练中，并对指挥员安排的所有训练内容进行严格训练。并在训练间隙利用聊天谈心向参训人员传授安全训练知识。在训练中全体队员严格要求自己，在本着严格训练、互相监督，共同进步的原则下进行训练。</w:t>
      </w:r>
      <w:r>
        <w:rPr>
          <w:lang w:eastAsia="zh-CN"/>
        </w:rPr>
        <w:br/>
      </w:r>
      <w:r>
        <w:rPr>
          <w:lang w:eastAsia="zh-CN"/>
        </w:rPr>
        <w:t>　　3、按照军训工作计划及要求，军训结束进行相应的队列会操考核，成绩记入本人学分档案。</w:t>
      </w:r>
      <w:r>
        <w:rPr>
          <w:lang w:eastAsia="zh-CN"/>
        </w:rPr>
        <w:br/>
      </w:r>
      <w:r>
        <w:rPr>
          <w:lang w:eastAsia="zh-CN"/>
        </w:rPr>
        <w:t>　　4.每天8点，认真集合落实点名制度及一日生活制度，本期共出操5天，人员到勤率达到100%，在出操过程中人员能够精神饱满，仪容仪表端庄，番号声音宏亮，步伐整齐，达到了预期的培训目的。</w:t>
      </w:r>
      <w:r>
        <w:rPr>
          <w:lang w:eastAsia="zh-CN"/>
        </w:rPr>
        <w:br/>
      </w:r>
      <w:r>
        <w:rPr>
          <w:lang w:eastAsia="zh-CN"/>
        </w:rPr>
        <w:t>　　5.在参训期间有部分参训班级表现突出，特征求校方领导意见，通过各方面汇总评选出总方队的四分之一作为奖励，</w:t>
      </w:r>
      <w:r>
        <w:rPr>
          <w:lang w:eastAsia="zh-CN"/>
        </w:rPr>
        <w:br/>
      </w:r>
      <w:r>
        <w:rPr>
          <w:lang w:eastAsia="zh-CN"/>
        </w:rPr>
        <w:t>　　6.同时，在参训期间也有一些小问题，个人学生存在迟到现象，极个别学生有抵触情绪，我们将在以后的训练工作中注意加强学生的思想工作和管理工作。</w:t>
      </w:r>
      <w:r>
        <w:rPr>
          <w:lang w:eastAsia="zh-CN"/>
        </w:rPr>
        <w:br/>
      </w:r>
      <w:r>
        <w:rPr>
          <w:lang w:eastAsia="zh-CN"/>
        </w:rPr>
        <w:t>　　此次军训工作，为后期的学校教学工作打下了结实的基础。望能切实性的通过此次的军训工作，使全员能够在军训的影响下将军事化理念带到以后的生活和学习中去。严格要求自己，杜绝不服从管理问题的发生，做到学习中的令行禁止!养成良好的学习和生活作风。</w:t>
      </w:r>
      <w:r>
        <w:rPr>
          <w:lang w:eastAsia="zh-CN"/>
        </w:rPr>
        <w:br/>
      </w:r>
      <w:r>
        <w:rPr>
          <w:lang w:eastAsia="zh-CN"/>
        </w:rPr>
        <w:t xml:space="preserve">    学校军训总结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新生接受军训是每一名中学新生必须参加的一项集体教育活动，也是新生入学的必备条件之一。军训是小学迈入中学的第一课，是实现角色转变的起点，同时也是加强学生组织纪律性，培养良好习惯、文明礼貌、合作意识、团队意识、吃苦耐劳精神、国防观念、意志品质、自理能力等极为重要的途径和形式。自 8月31日至9月5日，我校对初一281名新生进行了为期六天的军训。以队列动作、作风养成、整理内务、军事常识为主要军训内容，圆满完成了预定的计划，取得了显著效果。</w:t>
      </w:r>
      <w:r>
        <w:rPr>
          <w:lang w:eastAsia="zh-CN"/>
        </w:rPr>
        <w:br/>
      </w:r>
      <w:r>
        <w:rPr>
          <w:lang w:eastAsia="zh-CN"/>
        </w:rPr>
        <w:t>　　今年的军训工作，在学校领导的重视、军事夏令营基地的周密安排及学校德育处的通力协助下，形成了职责分明，相互配合的保障体系。按照《五十六中学__年度初一新生军训计划》的指导思想、规定及要求，坚持严格要求，严格施训，同学们发扬不怕苦、不怕累的作风，在教官的悉心指导下，学到了基本的军事知识，初步掌握了一定的军事技能，加强了纪律性，树立了集体主义思想，增强了国防观念，通过汇操表演，给学校领导、老师交了一份满意的答卷。</w:t>
      </w:r>
      <w:r>
        <w:rPr>
          <w:lang w:eastAsia="zh-CN"/>
        </w:rPr>
        <w:br/>
      </w:r>
      <w:r>
        <w:rPr>
          <w:lang w:eastAsia="zh-CN"/>
        </w:rPr>
        <w:t>　　一、基本情况</w:t>
      </w:r>
      <w:r>
        <w:rPr>
          <w:lang w:eastAsia="zh-CN"/>
        </w:rPr>
        <w:br/>
      </w:r>
      <w:r>
        <w:rPr>
          <w:lang w:eastAsia="zh-CN"/>
        </w:rPr>
        <w:t>　　今年开学初根据有关规定及教学计划，我校组织全体初一年级学生进行了学生军事夏令营的训练。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这次军训从8月31日开始至9月5日结束，历时一周，受训的新生281人。以《五十六中学__年度初一新生军训计划》为依据，以提高同学们的国防观念、集体主义观念，培养吃苦耐劳的作风为目的，按照《军事夏令营训练教学大纲》的要求，科学施训。参加军训全体学员在这短短的一周时间内接受了中国人民解放军三大条例的训练，学习了一些基本的军事常识，观看了军事录相，了解了一些国防常识，取得了较好的效果。9月5日下午，在少年国防教育基地举行汇演大会。</w:t>
      </w:r>
      <w:r>
        <w:rPr>
          <w:lang w:eastAsia="zh-CN"/>
        </w:rPr>
        <w:br/>
      </w:r>
      <w:r>
        <w:rPr>
          <w:lang w:eastAsia="zh-CN"/>
        </w:rPr>
        <w:t>　　二、主要特点</w:t>
      </w:r>
      <w:r>
        <w:rPr>
          <w:lang w:eastAsia="zh-CN"/>
        </w:rPr>
        <w:br/>
      </w:r>
      <w:r>
        <w:rPr>
          <w:lang w:eastAsia="zh-CN"/>
        </w:rPr>
        <w:t>　　1、领导重视，周密计划</w:t>
      </w:r>
      <w:r>
        <w:rPr>
          <w:lang w:eastAsia="zh-CN"/>
        </w:rPr>
        <w:br/>
      </w:r>
      <w:r>
        <w:rPr>
          <w:lang w:eastAsia="zh-CN"/>
        </w:rPr>
        <w:t>　　为高质量地完成今年的新生军训任务，切实提高同学们的综合素质，学校党支部和行政领导非常重视，校长室和分管领导做到早计划、早安排，多次召开有关部门会议，研究部署军训工作，并成立了以郑开元校长为组长、牛文斌副校长为副组长的军训领导小组，负责军训的统筹工作，下设相应的组织机构，进行了具体分工。</w:t>
      </w:r>
      <w:r>
        <w:rPr>
          <w:lang w:eastAsia="zh-CN"/>
        </w:rPr>
        <w:br/>
      </w:r>
      <w:r>
        <w:rPr>
          <w:lang w:eastAsia="zh-CN"/>
        </w:rPr>
        <w:t>　　军训前，专门召开了初一年级班主任参加的军训工作专题会议，牛文斌副校长作了具体部署安排。德育处制定了《初一新生入学教育手册》及《军事夏令营的编排》。各个班级分别召开班会逐项落实，确保本次军训不出任何问题。由于思想上、物质上等方面提出了具体的要求，事先有了充分准备，为这次军训工作的圆满完成奠定了良好的基础。</w:t>
      </w:r>
      <w:r>
        <w:rPr>
          <w:lang w:eastAsia="zh-CN"/>
        </w:rPr>
        <w:br/>
      </w:r>
      <w:r>
        <w:rPr>
          <w:lang w:eastAsia="zh-CN"/>
        </w:rPr>
        <w:t>　　军训期间，学校领导都给予高度重视，曾多次深入训练场检查、指导军训工作，分管领导、班主任非常重视军训工作，顶着炎炎烈日跟随在训练场协助教官抓好训练，确保了军训工作的顺利开展。</w:t>
      </w:r>
      <w:r>
        <w:rPr>
          <w:lang w:eastAsia="zh-CN"/>
        </w:rPr>
        <w:br/>
      </w:r>
      <w:r>
        <w:rPr>
          <w:lang w:eastAsia="zh-CN"/>
        </w:rPr>
        <w:t>　　2、严格训练 保证质量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针对这次军训学生的特点，为保证军训质量，根据训练科目的安排，实行劳逸结合，采取军事训练与国防教育、室内与室外相结合的方式。在训练之余，各教官还教同学们唱一些革命歌曲，组织同学们拉歌，既调动了训练积极性，又活跃了气氛，既增强了团结精神，又营造了健康向上的娱乐氛围，收到了劳逸结合的效果。</w:t>
      </w:r>
      <w:r>
        <w:rPr>
          <w:lang w:eastAsia="zh-CN"/>
        </w:rPr>
        <w:br/>
      </w:r>
      <w:r>
        <w:rPr>
          <w:lang w:eastAsia="zh-CN"/>
        </w:rPr>
        <w:t>　　3、训管结合、培养作风</w:t>
      </w:r>
      <w:r>
        <w:rPr>
          <w:lang w:eastAsia="zh-CN"/>
        </w:rPr>
        <w:br/>
      </w:r>
      <w:r>
        <w:rPr>
          <w:lang w:eastAsia="zh-CN"/>
        </w:rPr>
        <w:t>　　根据《五十六中学军事夏令营计划》的规定及要求，培养军训学生的纪律观念，从小事抓起，从日常生活抓起，在整个军训期间，严格按照军训的有关规定，严格管理、严格要求、严格训练，确保了军训期间安全稳定。具体做法如下：</w:t>
      </w:r>
      <w:r>
        <w:rPr>
          <w:lang w:eastAsia="zh-CN"/>
        </w:rPr>
        <w:br/>
      </w:r>
      <w:r>
        <w:rPr>
          <w:lang w:eastAsia="zh-CN"/>
        </w:rPr>
        <w:t>　　一是注重抓纪律的落实和作风培养。培养严明的纪律性。军训期间，同学们按军人的标准严格要求自己，从作息时间的遵守到规章制度的执行，从队伍的迅速集合到活动的积极参与，从就餐到就寝，无不体现了一切行动听指挥的军人的作风。</w:t>
      </w:r>
      <w:r>
        <w:rPr>
          <w:lang w:eastAsia="zh-CN"/>
        </w:rPr>
        <w:br/>
      </w:r>
      <w:r>
        <w:rPr>
          <w:lang w:eastAsia="zh-CN"/>
        </w:rPr>
        <w:t>　　二是建立了军训新生考勤表。每天出操前进行点名，登记出勤情况，没有特殊不得请假，增强了同学们的时间观念。</w:t>
      </w:r>
      <w:r>
        <w:rPr>
          <w:lang w:eastAsia="zh-CN"/>
        </w:rPr>
        <w:br/>
      </w:r>
      <w:r>
        <w:rPr>
          <w:lang w:eastAsia="zh-CN"/>
        </w:rPr>
        <w:t>　　三是严格训练场的管理。从军训的第一天开始，不管是在训练中还是在休息期间，都严格要求，做到准时出操、准时训练、准时收操。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班主任责任心强，学生训练热情高。我们每一位参加军训的班主任，无论是老班主任还是新班主任，他们对军训工作所表现出的巨大热情和高度责任感使领导和学生深受感动。每位班主任从军训的第一天起，自始至终跟随本班同学到训练场，时刻关心同学们的身体与训练情况。军训几天里，没有一位班主任请过一天假。许多班主任在身体不适的情况下仍坚持岗位。我校有两位班主任孩子小，但任然不提要求，把孩子安顿给家人依然跟随学生到达军训基地认真完成了六天的军训任务。</w:t>
      </w:r>
      <w:r>
        <w:rPr>
          <w:lang w:eastAsia="zh-CN"/>
        </w:rPr>
        <w:br/>
      </w:r>
      <w:r>
        <w:rPr>
          <w:lang w:eastAsia="zh-CN"/>
        </w:rPr>
        <w:t>　　这次军训一周时间里，虽然气候比较炎热，而且所学的内容对同学们来说比较陌生，但每一个新生都能端正学习态度，把这次军训当作是一次提高自身素质和锻炼自我，挑战自我的机会。</w:t>
      </w:r>
      <w:r>
        <w:rPr>
          <w:lang w:eastAsia="zh-CN"/>
        </w:rPr>
        <w:br/>
      </w:r>
      <w:r>
        <w:rPr>
          <w:lang w:eastAsia="zh-CN"/>
        </w:rPr>
        <w:t>　　军事训练相当艰苦，但学员们自始至终表现出相当突出的吃苦耐劳精神，以饱满的热情投入军训。队列训练，一站两十分钟，一动不动;烈日下操练，汗透衣衫，没人叫苦。</w:t>
      </w:r>
      <w:r>
        <w:rPr>
          <w:lang w:eastAsia="zh-CN"/>
        </w:rPr>
        <w:br/>
      </w:r>
      <w:r>
        <w:rPr>
          <w:lang w:eastAsia="zh-CN"/>
        </w:rPr>
        <w:t>　　晚上，还唱军歌，观看国防教育、国庆阅兵教育等专题片以及撰写军训心得。有的同学身体不好仍带病坚持训练，有的同学为了不影响班里的荣誉，不拖后退，自己加班加点训练，这种训练劲头，在军训中处处可见，蔚然成风。</w:t>
      </w:r>
      <w:r>
        <w:rPr>
          <w:lang w:eastAsia="zh-CN"/>
        </w:rPr>
        <w:br/>
      </w:r>
      <w:r>
        <w:rPr>
          <w:lang w:eastAsia="zh-CN"/>
        </w:rPr>
        <w:t>　　5.保障到位、扎实有效</w:t>
      </w:r>
      <w:r>
        <w:rPr>
          <w:lang w:eastAsia="zh-CN"/>
        </w:rPr>
        <w:br/>
      </w:r>
      <w:r>
        <w:rPr>
          <w:lang w:eastAsia="zh-CN"/>
        </w:rPr>
        <w:t>　　强有力的保障是圆满完成军训任务的重要一环。为了让军训人员精力充沛，以饱满的热情投入到军训中去，一是各保障人员服务意识强，每天做到开水、凉茶供应及时，认真负责，任劳任怨;二是准备了充足的润喉药品，并派出校医驻点到训练场，随时做好医疗服务保障。总之，军训期间的各项保障到位，保证了军训工作的顺利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三、主要收获</w:t>
      </w:r>
      <w:r>
        <w:rPr>
          <w:lang w:eastAsia="zh-CN"/>
        </w:rPr>
        <w:br/>
      </w:r>
      <w:r>
        <w:rPr>
          <w:lang w:eastAsia="zh-CN"/>
        </w:rPr>
        <w:t>　　通过军训，进一步强化了学生的国防意识，增强了学生的爱国热情。一周的军训，同学们学习和掌握了有关军事知识和技能，增强了国防意识。同学们第一次穿上了迷彩服，亲身体验了军人生活，真切地感受到军人的深刻内涵和神圣责任。同时，同学们还了解了现代军事科学知识，学会了队列、军体拳等军事技能。</w:t>
      </w:r>
      <w:r>
        <w:rPr>
          <w:lang w:eastAsia="zh-CN"/>
        </w:rPr>
        <w:br/>
      </w:r>
      <w:r>
        <w:rPr>
          <w:lang w:eastAsia="zh-CN"/>
        </w:rPr>
        <w:t>　　通过军训，同学们普遍增强了体质，磨练了坚强的意志，锻炼了抗挫品质，培养了同学们的良好作风。军训最重要的目的，是要求同学们通过军训，磨练自己。通过军训，培养了团结协作精神，形成了良好纪律观念，学会了用纪律来约束自己，用修养来规范自己。学生们懂得了齐心协力，才会取得成功;要团结友爱互助，要有竞争意识、团队意识和集体主义精神，才能把自己磨练成一个有用的人。通过军训，我们还增进了师生之间的了解和情感的沟通，较快地形成了一种积极向上的良好班风和班级凝聚力。</w:t>
      </w:r>
      <w:r>
        <w:rPr>
          <w:lang w:eastAsia="zh-CN"/>
        </w:rPr>
        <w:br/>
      </w:r>
      <w:r>
        <w:rPr>
          <w:lang w:eastAsia="zh-CN"/>
        </w:rPr>
        <w:t>　　本次军训，共有十三位教师参与(六位班主任、安保科两人、体育老师一人、校医一人、德育处三人)的通力配合，我校初一新生军训工作已圆满结束。在这紧张艰苦的军训中，同学们经受了一次严格的考验，也获得了前所未有、终生受益的精神财富，达到了培养吃苦耐劳的高尚品质、纪律严明的工作作风、生活朴素的优良传统、无私奉献的爱国精神的目的。</w:t>
      </w:r>
      <w:r>
        <w:rPr>
          <w:lang w:eastAsia="zh-CN"/>
        </w:rPr>
        <w:br/>
      </w:r>
      <w:r>
        <w:rPr>
          <w:lang w:eastAsia="zh-CN"/>
        </w:rPr>
        <w:t xml:space="preserve">    学校军训总结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校__年为期5天的军训胜利结束了。这次军训之所以获得了圆满成功，是因为各级领导的大力支持、全体教官的精心指导，所有教师认真负责、以及同学们自身的努力。在此，请允许我代表学校向全体教官和班主任表示衷心的感谢！向参加军训的全体同学致以崇高的敬意！</w:t>
      </w:r>
      <w:r>
        <w:rPr>
          <w:lang w:eastAsia="zh-CN"/>
        </w:rPr>
        <w:br/>
      </w:r>
      <w:r>
        <w:rPr>
          <w:lang w:eastAsia="zh-CN"/>
        </w:rPr>
        <w:t>　　五天的军训生活即将成为美好的回忆，五天的军训生活即将化为圆满的成果，此时此刻，我们的心情是充实而喜悦的，我们对教官们的感激之情也是难以用语言表达的，如果说此次军训取得了辉煌的成果，那么教官们就是带领同学们取得辉煌成果的人，请允许我代表仲兴小学全体参训师生再次向你们表示最衷心的感谢！感谢军训生活使我们获得了新的人生境界，感谢军训生活使我们有了更广阔的视角，感谢军训生活使我们对今后的奋斗更加充满信心。</w:t>
      </w:r>
      <w:r>
        <w:rPr>
          <w:lang w:eastAsia="zh-CN"/>
        </w:rPr>
        <w:br/>
      </w:r>
      <w:r>
        <w:rPr>
          <w:lang w:eastAsia="zh-CN"/>
        </w:rPr>
        <w:t>　　军训是一个崭新的课堂，军训是一个火热的熔炉。这次军训，让我们领略了兵营的氛围，感受了军人的风采，拥有了军人的情怀。进一步强化了国防意识，增强了爱国热情。通过军训，同学们普遍增强了体质，磨练了意志，锻炼了抗挫品质，培养了团结协作精神，形成了良好纪律观念，学会了用纪律来约束自己，用修养来规范自己。通过军训，我们还增进了师生之间的了解和情感的勾通，较快地形成了一种积极向上的良好班风和班级凝聚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军训是一个成长的阶梯，军训是一个人生难忘的阶段。在五天的军训中，同学们吃苦耐劳，严于律已，顽强拼搏，表现出色。训练中，骄阳烈日，晕倒了，稍作休息，立即归队；队伍集合，动作敏捷；站军姿，满身大汗，纹丝不动；队列操练，停止间、行进间，动作、步伐规范，行军途中，互相帮助，关心照顾，团结友爱；各班会操，队伍雄壮，声震校场。这都证明了这次军训的极大通过军训，磨练了同学们的意志，培养了同学们的良好作风，在教官们的言传身教下，同学们通过自身的磨练逐渐懂得了如何面对困难，如何克服困难，如何用坚忍不拔的意志来支配自己的行动，达到预期的目标。我们欣喜地看到：同学们在骄阳烈日下，迈着矫健的步伐，喊着响亮的口号，以顽强的意志和坚定的信念做好每一个动作，克服每一道难关，充分展示了我们仲小学子的精神风貌。</w:t>
      </w:r>
      <w:r>
        <w:rPr>
          <w:lang w:eastAsia="zh-CN"/>
        </w:rPr>
        <w:br/>
      </w:r>
      <w:r>
        <w:rPr>
          <w:lang w:eastAsia="zh-CN"/>
        </w:rPr>
        <w:t>　　通过军训，提高了同学们的思想境界和综合素质。军训教会了同学们要尊敬师长，团结互助，只要齐心协力，就能取得成功；只要拼搏努力，就能享受到成功的喜悦。军训更教会了同学们团队意识和集体主义精神。</w:t>
      </w:r>
      <w:r>
        <w:rPr>
          <w:lang w:eastAsia="zh-CN"/>
        </w:rPr>
        <w:br/>
      </w:r>
      <w:r>
        <w:rPr>
          <w:lang w:eastAsia="zh-CN"/>
        </w:rPr>
        <w:t>　　军训，在同学们心中涌动着一股绿色的清泉，使同学们拥有了军人那种高尚而又纯洁的思想和精神。</w:t>
      </w:r>
      <w:r>
        <w:rPr>
          <w:lang w:eastAsia="zh-CN"/>
        </w:rPr>
        <w:br/>
      </w:r>
      <w:r>
        <w:rPr>
          <w:lang w:eastAsia="zh-CN"/>
        </w:rPr>
        <w:t>　　刚刚结束的军训汇报表演，是同学们向老师和学校交出的合格的答卷，更是对教官们的辛勤付出做出的最好回报。</w:t>
      </w:r>
      <w:r>
        <w:rPr>
          <w:lang w:eastAsia="zh-CN"/>
        </w:rPr>
        <w:br/>
      </w:r>
      <w:r>
        <w:rPr>
          <w:lang w:eastAsia="zh-CN"/>
        </w:rPr>
        <w:t>　　在本次军训活动中，同学们的组织性和纪律性有了明显的提高，身体素质得到了极大的增强。你们的毅力，你们的意志，你们的信念又得到了一次真正的考验。你们一定要把本次军训作为契机，以教官为楷模，以严谨的作风为准绳，继续发扬诚信、友善、进取、创新的精神，以明德、精学、兴校、报国为人生准则，投入学习生活中去，以良好心态去接受人生道路中的一次又一次严峻考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同学们，军事训练虽然苦，但正如孟子所说，只有“先苦其心志”，方能“曾益其所不能”，只有经过“苦”的洗涤，才能显示出我们的“飒爽英姿”。丰富多彩的军训生活让我们得到了全面锻炼，为今后的学习生活打下了良好的基础。这次军训，我们学会了很多东西，这些收获，对我们今后在学习和生活中去体会，去运用，将起到积极作用。</w:t>
      </w:r>
      <w:r>
        <w:rPr>
          <w:lang w:eastAsia="zh-CN"/>
        </w:rPr>
        <w:br/>
      </w:r>
      <w:r>
        <w:rPr>
          <w:lang w:eastAsia="zh-CN"/>
        </w:rPr>
        <w:t>　　本次军训的成功组织，是各位教官辛勤汗水的结晶，是全体同学刻苦训练、全体班主任教师认真组织，积极配合的结果，是我校转变办学思想，完善办学思路的一次有益的尝试。它是我校全面贯彻党的教育方针，展示素质教育成果的一次壮举。它不仅为我校今后的军训活动积累了</w:t>
      </w:r>
      <w:r>
        <w:rPr>
          <w:lang w:eastAsia="zh-CN"/>
        </w:rPr>
        <w:br/>
      </w:r>
      <w:r>
        <w:rPr>
          <w:lang w:eastAsia="zh-CN"/>
        </w:rPr>
        <w:t>　　宝贵的经验，也必定会把我校的整体工作推向一个新的起点。</w:t>
      </w:r>
      <w:r>
        <w:rPr>
          <w:lang w:eastAsia="zh-CN"/>
        </w:rPr>
        <w:br/>
      </w:r>
      <w:r>
        <w:rPr>
          <w:lang w:eastAsia="zh-CN"/>
        </w:rPr>
        <w:t>　　最后，让我们师生再一次用热烈的掌声对各位教官给予我们的帮助和支持表示崇高的敬意和最衷心的感谢。祝教官们在今后生活中，工作进步，生活愉快。</w:t>
      </w:r>
      <w:r>
        <w:rPr>
          <w:lang w:eastAsia="zh-CN"/>
        </w:rPr>
        <w:br/>
      </w:r>
      <w:r>
        <w:rPr>
          <w:lang w:eastAsia="zh-CN"/>
        </w:rPr>
        <w:t xml:space="preserve">    学校军训总结 篇9 </w:t>
      </w:r>
      <w:r>
        <w:rPr>
          <w:lang w:eastAsia="zh-CN"/>
        </w:rPr>
        <w:br/>
      </w:r>
      <w:r>
        <w:rPr>
          <w:lang w:eastAsia="zh-CN"/>
        </w:rPr>
        <w:t>　　通过认真地总结，我们认为今年的军训主题突出，内容丰富，实用性强。具体来说，有以下三个方面的特点：</w:t>
      </w:r>
      <w:r>
        <w:rPr>
          <w:lang w:eastAsia="zh-CN"/>
        </w:rPr>
        <w:br/>
      </w:r>
      <w:r>
        <w:rPr>
          <w:lang w:eastAsia="zh-CN"/>
        </w:rPr>
        <w:t>　　一、领导重视、周密计划</w:t>
      </w:r>
      <w:r>
        <w:rPr>
          <w:lang w:eastAsia="zh-CN"/>
        </w:rPr>
        <w:br/>
      </w:r>
      <w:r>
        <w:rPr>
          <w:lang w:eastAsia="zh-CN"/>
        </w:rPr>
        <w:t>　　按照军训教学计划，20__年军训从10月1日至10月12日共两周时间，参训学生共1384人，其中本科生771人、高职高专613人全部到广西军区教导大队集中驻训。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学校领导历来都十分重视学生军训工作，今年更是将军训作为开学初的头等大事来抓。军训前，学校领导就军训的吃、住、训、安全等方面工作，召开了军地协调会，认真的研究军训中的有关问题。还制定了《广西医科大学__年学生军训工作方案》，成立了__年学生军训工作领导小组，为今年的军训工作作了充分的准备。广西军区教导大队党委也将如何搞好广西医科大学的军训作为一件大事来落实，多次召开了研究会，对军训进行动员和部署，选派了一批组织能力强、敬业精神好、军事素质硬的教官队伍来完成这次军训任务。在军训期间，武装部王平部长、丘志虎科长始终坚守在军训的第一线，经常深入训练场给予指导。武装保卫处吕志平处长、学工处梁恒进处长及各级学院的领导在百忙中也经常深入军训第一线给予精神鼓舞，关心军训整个进程，对军训所需要的物质、器材都给予了及时地解决。在会操总结大会上，学校党委莫诗浦副书记又亲临现场检阅，并作重要的指示。这些都充分体现了领导对整个军训的高度重视。</w:t>
      </w:r>
      <w:r>
        <w:rPr>
          <w:lang w:eastAsia="zh-CN"/>
        </w:rPr>
        <w:br/>
      </w:r>
      <w:r>
        <w:rPr>
          <w:lang w:eastAsia="zh-CN"/>
        </w:rPr>
        <w:t>　　二、组织严密、严格要求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军训期间，各级教官认真负责，大胆管理。从早上5点40分起床到晚上10点钟熄灯；从训练场上每个动作的操练到室内卫生的整理统一；从日常生活到课余文体活动，处处都有教官们辛勤工作的身影。军训中，同学们服从命令，听从指挥，积极配合。无论是军事训练，行政管理，内务卫生，还是安全稳定等工作，都严格要求，严格训练。这次军训的圆满完成是全体同学、老师和教官严密组织，严格训练的成果。</w:t>
      </w:r>
      <w:r>
        <w:rPr>
          <w:lang w:eastAsia="zh-CN"/>
        </w:rPr>
        <w:br/>
      </w:r>
      <w:r>
        <w:rPr>
          <w:lang w:eastAsia="zh-CN"/>
        </w:rPr>
        <w:t>　　三、注重质量、保障安全</w:t>
      </w:r>
      <w:r>
        <w:rPr>
          <w:lang w:eastAsia="zh-CN"/>
        </w:rPr>
        <w:br/>
      </w:r>
      <w:r>
        <w:rPr>
          <w:lang w:eastAsia="zh-CN"/>
        </w:rPr>
        <w:t>　　质量是军训的生命。这次军训，我们安排了队列、分列式、拳术、战术、实弹射击、内务卫生统一和评比、歌咏比赛、国防知识讲座等内容。训练的每一个内容的针对性和操作性都很强。同学们对每个训练内容都严抓细扣，外塑形象，内强硬功。通过两周紧张严格的训练，同学们不仅学到了人民解放军不怕苦、不怕累、艰苦奋斗、纪律严明、爱国奉献等优良的思想品格，还增强了国防观念和组织纪律性。丰富的内容和紧张训练必将对全体同学以后的生活和学习产生重大的影响，许多同学都感到这是人生中一次最难忘，也是最美好的经历。另一方面，为了确保学生军训安全无事故的工作，我们制定相关的安全措施，如把制定的《大学生军训须知》和《大学生军训守则》让每一个同学明确了解，各级部门层层把关，责任落实，使今年的军训中没有发生安全责任事故，顺利地完成了军训任务。</w:t>
      </w:r>
      <w:r>
        <w:rPr>
          <w:lang w:eastAsia="zh-CN"/>
        </w:rPr>
        <w:br/>
      </w:r>
      <w:r>
        <w:rPr>
          <w:lang w:eastAsia="zh-CN"/>
        </w:rPr>
        <w:t>　　按照部队的安排，我们组织参训学生进行了分列式、队列和拳术等内容的会操，同学们精神饱满、士气高昂，步伐整齐、动作铿锵有力。在短短的两周时间里，同学们能够取得这么可喜的成绩，这足以说明大家在训练中吃了不少苦，流了不少汗，花了不少的劲。可以说，这次军训，经过了一次苦与累的洗礼，经受了一次意志与毅力的磨练。通过这次军训，同学们受益匪浅，归纳起来主要有以下几点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是深化了国防教育，增强了国防观念。在军训动员的时候，我就这次军训的目的和意义进行了教育，对如何搞好这次军训提出了具体要求。还专门安排了《军事高技术》、《军事思想》、《国防法规》和《国家周边安全环境》等四门课程的国防知识讲座。军训中，部队教官们还灌输了部队的传统教育和国防基本知识，使同学们树立了“天下虽安，忘战必危”的忧患意识，增强了国防的观念。</w:t>
      </w:r>
      <w:r>
        <w:rPr>
          <w:lang w:eastAsia="zh-CN"/>
        </w:rPr>
        <w:br/>
      </w:r>
      <w:r>
        <w:rPr>
          <w:lang w:eastAsia="zh-CN"/>
        </w:rPr>
        <w:t>　　二是掌握了基本的队列动作，培养了严格的组织纪律性。队列训练是这次军训中最主要、最突出的一项训练内容。同学们都感到这种生活虽然苦点、累点、紧张点，但充实有意义，能锻炼人。队列训练中，同学们都严格要求，严格训练。表现出姿态端正、军容严整、作风过硬军人形象。通过了训练，同学们养成了令行禁止、一切行动听从指挥、雷厉风行的作风和严格的组织纪律性。</w:t>
      </w:r>
      <w:r>
        <w:rPr>
          <w:lang w:eastAsia="zh-CN"/>
        </w:rPr>
        <w:br/>
      </w:r>
      <w:r>
        <w:rPr>
          <w:lang w:eastAsia="zh-CN"/>
        </w:rPr>
        <w:t>　　三是了解武器的基本常识，掌握了射击的技能。这次军训中，我们安排了1天时间进行射击预习和实弹射击。射击前，教官首先给同学们讲解了射击理论，使同学们了解武器的构造和性能，熟悉射击的基本原理。通过实弹射击，同学们真正体会到真枪实弹的'真实感觉，基本掌握了持枪、瞄准、击发的射击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四是磨练了意志，增强了体魄。历经两周的军训，同学们发扬了“流血流汗不流泪，掉皮掉肉不掉队”的团队精神。在骄阳烈阳下，顶着酷暑进行训练。训练中，同学们都珍惜这次军训难得的机会，聚精会神的学，勤奋刻苦的练。10多天来，同学们不管是白天还是晚上，无论是正课时间还是课余时间，都在加班加点地进行训练。很多同学的腿累了、腰酸了、声音嘶哑了、甚至有的晕倒了，但无一人喊一声累，诉一声苦，流一滴泪，无怨无悔地投入到训练之中！因为，同学们为成为广西医科大学集体的一员感到自豪，因为，同学们深知队列训练、拳术训练不仅仅练的是“形”，更重要的是练的是“神”、练的是人。同学们洒下的是汗水，锤炼的是意志！10多天的训练，虽然同学们的脸变黑了，身体变瘦了，但体魄更强健了，意志更坚定了。</w:t>
      </w:r>
      <w:r>
        <w:rPr>
          <w:lang w:eastAsia="zh-CN"/>
        </w:rPr>
        <w:br/>
      </w:r>
      <w:r>
        <w:rPr>
          <w:lang w:eastAsia="zh-CN"/>
        </w:rPr>
        <w:t>　　五是强化了兵役意识，加深了对人民军队的了解。许多数同学在军训之前，对部队的生活知之不多，了解甚少。但通过这次军训的学习、训练和生活后，同学们对我国《兵役法》的内容有了进一步的了解，对部队的一日生活制度有比较深刻的认识。比如：起床要按时、集合要迅速、礼节礼貌要到位、集体活动有组织，内务卫生要整洁等等，真正体会到了部队直线加方块的真正含义。同时，通过这种紧张生活，使大家缩小与人民军队之间的距离，缩短与革命军人之间的差距，加深对人民军队的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六是陶冶了情操，增强了同学们爱国主义和集体主义精神。这次军训，还安排了学唱部队歌曲、队列会操、内务卫生评比、拉歌比赛等。通过这些活动的开展，陶冶我们情操，激发你追我赶，永不服输，勇夺第一的拼搏精神，增强集体荣誉感和集体主义精神。并形成了良好的训练氛围，好人好事层出不穷，军训期间，共收到军训心得体会和表扬好人好事的稿件230余篇，驻地广播站“军训之声”选播了80余篇；举办军训联欢晚会1场，篮球友谊赛5场。制作大型标语10余幅。评选表彰先进集体34个，优秀教员35人，优秀学员229人，参加军训的1384名同学经过严格的考试考核全部合格，合格率100%。</w:t>
      </w:r>
      <w:r>
        <w:rPr>
          <w:lang w:eastAsia="zh-CN"/>
        </w:rPr>
        <w:br/>
      </w:r>
      <w:r>
        <w:rPr>
          <w:lang w:eastAsia="zh-CN"/>
        </w:rPr>
        <w:t>　　四、几点体会</w:t>
      </w:r>
      <w:r>
        <w:rPr>
          <w:lang w:eastAsia="zh-CN"/>
        </w:rPr>
        <w:br/>
      </w:r>
      <w:r>
        <w:rPr>
          <w:lang w:eastAsia="zh-CN"/>
        </w:rPr>
        <w:t>　　一、到部队集中驻训可以有效地提高军训质量和效果。连续三年我们的学生都在广西军区教导大队集中驻训，每一次同学们都有很多的感受，突然别是感觉到自己当了一回“兵”，有一种军人的感觉。每当回忆起军训的经历，许多同学都非常激动，泪水欲出。</w:t>
      </w:r>
      <w:r>
        <w:rPr>
          <w:lang w:eastAsia="zh-CN"/>
        </w:rPr>
        <w:br/>
      </w:r>
      <w:r>
        <w:rPr>
          <w:lang w:eastAsia="zh-CN"/>
        </w:rPr>
        <w:t>　　二、到部队集中驻训对我们武装部的工作也是一次严格的考验。全部学生前往部队和结束回校都是徒步行军的，在训练期间还要开展理论课程、实弹射击、文艺晚会、广播宣传等各项活动，需要组织协调好各方面的工作，才能保证学生军训安全顺利的完成。</w:t>
      </w:r>
      <w:r>
        <w:rPr>
          <w:lang w:eastAsia="zh-CN"/>
        </w:rPr>
        <w:br/>
      </w:r>
      <w:r>
        <w:rPr>
          <w:lang w:eastAsia="zh-CN"/>
        </w:rPr>
        <w:t>　　三、在部队集中驻训，我们武装部人员也同学生们一起吃住在部队，可以更多地了解军训的实际情况，及时解决出现的各种问题。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总之，我校根据教育部和自治区教育厅关于学生军训发展规划的要求，为普通高校大学生军训的新途径作了一些探索。特别是对学生军训采取基地式训练的方法，我校经过三年集中到部队驻训，均取得以上明显的效果。但在军训中尚存在一些问题：一是组织大型的晚会活动计划和准备工作不够充分，灯光和音响效果欠佳，同学们精心准备的节目没有能够展示出来；二是军事理论课程安排教室的人数较多，听课效果受到一定的影响。我们将在今后的军训工作中进一步地改进，更好地完成军训任务。</w:t>
      </w:r>
      <w:r>
        <w:rPr>
          <w:lang w:eastAsia="zh-CN"/>
        </w:rPr>
        <w:br/>
      </w:r>
      <w:r>
        <w:rPr>
          <w:lang w:eastAsia="zh-CN"/>
        </w:rPr>
        <w:t xml:space="preserve">    学校军训总结 篇10 </w:t>
      </w:r>
      <w:r>
        <w:rPr>
          <w:lang w:eastAsia="zh-CN"/>
        </w:rPr>
        <w:br/>
      </w:r>
      <w:r>
        <w:rPr>
          <w:lang w:eastAsia="zh-CN"/>
        </w:rPr>
        <w:t>　　整个军训活动，在全体教官和同学们的共同努力下，在全校各部门的全力配合下，达到了预期目的，并取得了显著的成效。在近7天紧张艰苦的军训中，学生经受了一次严格的考验，也获得了前所未有、终生受益的精神财富。 军训是我校的一项基本制度，是开展以育人为中心工作及促进学生全面发展的重要举措。多年来，我校一直坚持对高一新生进行军训，并收到了良好的效果。为了进一步做好这项工作，提高训练水平。现作以下总结：</w:t>
      </w:r>
      <w:r>
        <w:rPr>
          <w:lang w:eastAsia="zh-CN"/>
        </w:rPr>
        <w:br/>
      </w:r>
      <w:r>
        <w:rPr>
          <w:lang w:eastAsia="zh-CN"/>
        </w:rPr>
        <w:t>　　一、统一领导、目标明确</w:t>
      </w:r>
      <w:r>
        <w:rPr>
          <w:lang w:eastAsia="zh-CN"/>
        </w:rPr>
        <w:br/>
      </w:r>
      <w:r>
        <w:rPr>
          <w:lang w:eastAsia="zh-CN"/>
        </w:rPr>
        <w:t>　　本次军训在校军训工作领导小组的直接领导下，结合本校实际，以规范国防教育，提高学生的国防意识和观念，磨练学生的意志，锻炼体能，增强克服困难的意志、毅力，增强学生的集体主义观念和组织纪律性，进一步带动校风建设，促进班集体建设为目的，开展了卓有成效的工作。</w:t>
      </w:r>
      <w:r>
        <w:rPr>
          <w:lang w:eastAsia="zh-CN"/>
        </w:rPr>
        <w:br/>
      </w:r>
      <w:r>
        <w:rPr>
          <w:lang w:eastAsia="zh-CN"/>
        </w:rPr>
        <w:t>　　二、军训活动安排</w:t>
      </w:r>
      <w:r>
        <w:rPr>
          <w:lang w:eastAsia="zh-CN"/>
        </w:rPr>
        <w:br/>
      </w:r>
      <w:r>
        <w:rPr>
          <w:lang w:eastAsia="zh-CN"/>
        </w:rPr>
        <w:t>　　学校根据《江苏省学生军事训练工作实施意见》、《江苏省学生军事训练工作规划》和连云港市教育局、连云港警备区司令部《关于做好学生军事训练工作的意见》，结合我校实际情况，由政教处负责实施，具体组织和开展了学生军训工作，内容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由校长和部队首长作军训动员报告，讲清军训定义和意义。指出了军训是我校高一新生入学的第一课，是素质教育的重要内容，是国家人才培养的长远战略目标和国防后备力量建设的需要。军训的目的就是要培养学生的组织纪律观念、集体主义观念，发扬中国人民解放军的优良传统和作风，培养敢于吃苦，不怕困难，勇于奋斗的精神，磨练同学们的意志，锻炼身体、增强体质，为高中三年乃至一生的学习、工作和生活奠定良好的身体基础。提出了军训的要求，服从管理、听从指挥，统一要求、步调一致，严明纪律、刻苦训练，小事不请假、不缺席，不迟到、不早退，全程参加、符合要求。</w:t>
      </w:r>
      <w:r>
        <w:rPr>
          <w:lang w:eastAsia="zh-CN"/>
        </w:rPr>
        <w:br/>
      </w:r>
      <w:r>
        <w:rPr>
          <w:lang w:eastAsia="zh-CN"/>
        </w:rPr>
        <w:t>　　从16日起至23日，全日进行常规军事训练。训练分班进行，要求分步骤、循序渐进，每一个动作要领都要准确、到位、规范，落实到人、逐个纠正。班主任老师全程跟班、做好教育工作，发现问题及时解决，对训练有困难，接受能力差的同学给予帮助和指导，对某些对军训认识有问题的同学进行说服教育，对怕苦怕累，有人为情绪的同学做好耐心细致的思想工作，并在军训过程中，开展人与人，班与班的丰富活动，激励先进、树立标兵，充分发挥榜样的作用，带动后进同学共同进步。</w:t>
      </w:r>
      <w:r>
        <w:rPr>
          <w:lang w:eastAsia="zh-CN"/>
        </w:rPr>
        <w:br/>
      </w:r>
      <w:r>
        <w:rPr>
          <w:lang w:eastAsia="zh-CN"/>
        </w:rPr>
        <w:t>　　在军训过程中，结合常规行为规范及法制教育。政教处召开电视班会，提出常规要求，并召开一次新生家长会，通过学校和家长的共同努力，规范学生行为，形成立体教育网络;聘请新浦区检察院杨君武同志来校做法制报告。</w:t>
      </w:r>
      <w:r>
        <w:rPr>
          <w:lang w:eastAsia="zh-CN"/>
        </w:rPr>
        <w:br/>
      </w:r>
      <w:r>
        <w:rPr>
          <w:lang w:eastAsia="zh-CN"/>
        </w:rPr>
        <w:t>　　学校还创办了五期军训简报，及时汇报军训开展情况。实行军训常规检查制度。检查内容包括仪表、服装、考勤、稿件、纪律等。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军训结束后进行了会操表演，并对军训队列会操情况进行了评比，评选出先进班级和军训先进个人。</w:t>
      </w:r>
      <w:r>
        <w:rPr>
          <w:lang w:eastAsia="zh-CN"/>
        </w:rPr>
        <w:br/>
      </w:r>
      <w:r>
        <w:rPr>
          <w:lang w:eastAsia="zh-CN"/>
        </w:rPr>
        <w:t>　　三、保障工作落实到位</w:t>
      </w:r>
      <w:r>
        <w:rPr>
          <w:lang w:eastAsia="zh-CN"/>
        </w:rPr>
        <w:br/>
      </w:r>
      <w:r>
        <w:rPr>
          <w:lang w:eastAsia="zh-CN"/>
        </w:rPr>
        <w:t>　　军训工作领导小组根据军训的要求，制定了一整套规章制度，包括纪律制度、计划要求、请假制度等。军训期间，班主任与教官全程跟班，及时掌握学生的训练、生活和思想状况。学校与部队领导、教官达成一致：一定要对学生高标准、严要求，提高军训的质量，支持和密切配合部队教官严格管理，以保证学生军训的高效率。同时，学校多个部门协同配合，为军训提供有力的后勤保障。医务室负责学生的安全问题，即使处理由于身体问题而引起的各种意外事故，确保训练安全;总务处负责教官生活、保健，安排好学生生活训练用水，为训练提供优质的全方位的服务;学校给予足够的军训经费，为军训提供了可靠的物质保证;部队选派优秀教官，部队首长亲自过问，多次到训练现场指导工作，为训练优质高效提供了人力上的保证。</w:t>
      </w:r>
      <w:r>
        <w:rPr>
          <w:lang w:eastAsia="zh-CN"/>
        </w:rPr>
        <w:br/>
      </w:r>
      <w:r>
        <w:rPr>
          <w:lang w:eastAsia="zh-CN"/>
        </w:rPr>
        <w:t>　　四、训后总结到位</w:t>
      </w:r>
      <w:r>
        <w:rPr>
          <w:lang w:eastAsia="zh-CN"/>
        </w:rPr>
        <w:br/>
      </w:r>
      <w:r>
        <w:rPr>
          <w:lang w:eastAsia="zh-CN"/>
        </w:rPr>
        <w:t>　　为了总结经验，发扬成绩，克服不足，巩固军训成果,推动今后工作军训后，学校要进行全面的工作总结。主要包括：</w:t>
      </w:r>
      <w:r>
        <w:rPr>
          <w:lang w:eastAsia="zh-CN"/>
        </w:rPr>
        <w:br/>
      </w:r>
      <w:r>
        <w:rPr>
          <w:lang w:eastAsia="zh-CN"/>
        </w:rPr>
        <w:t>　　1、召开阅兵式及军事会操表演、比赛。</w:t>
      </w:r>
      <w:r>
        <w:rPr>
          <w:lang w:eastAsia="zh-CN"/>
        </w:rPr>
        <w:br/>
      </w:r>
      <w:r>
        <w:rPr>
          <w:lang w:eastAsia="zh-CN"/>
        </w:rPr>
        <w:t>　　2、召开总结表彰大会。</w:t>
      </w:r>
      <w:r>
        <w:rPr>
          <w:lang w:eastAsia="zh-CN"/>
        </w:rPr>
        <w:br/>
      </w:r>
      <w:r>
        <w:rPr>
          <w:lang w:eastAsia="zh-CN"/>
        </w:rPr>
        <w:t>　　3、召开一次新生家长会。</w:t>
      </w:r>
      <w:r>
        <w:rPr>
          <w:lang w:eastAsia="zh-CN"/>
        </w:rPr>
        <w:br/>
      </w:r>
      <w:r>
        <w:rPr>
          <w:lang w:eastAsia="zh-CN"/>
        </w:rPr>
        <w:t>　　3、各班组织受训学生召开军训归来话收获主题班会。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4、组织出版一期军营生活专刊。</w:t>
      </w:r>
      <w:r>
        <w:rPr>
          <w:lang w:eastAsia="zh-CN"/>
        </w:rPr>
        <w:br/>
      </w:r>
      <w:r>
        <w:rPr>
          <w:lang w:eastAsia="zh-CN"/>
        </w:rPr>
        <w:t>　　总之,新海高中将本着与时俱进、改革开拓的精神,不断探索研究学生国防教育工作的新思路,为全市中小学的国防教育事业做出更大的贡献!</w:t>
      </w:r>
      <w:r>
        <w:rPr>
          <w:lang w:eastAsia="zh-CN"/>
        </w:rPr>
        <w:br/>
      </w:r>
      <w:r>
        <w:rPr>
          <w:lang w:eastAsia="zh-CN"/>
        </w:rPr>
        <w:t xml:space="preserve">    学校军训总结 篇11 </w:t>
      </w:r>
      <w:r>
        <w:rPr>
          <w:lang w:eastAsia="zh-CN"/>
        </w:rPr>
        <w:br/>
      </w:r>
      <w:r>
        <w:rPr>
          <w:lang w:eastAsia="zh-CN"/>
        </w:rPr>
        <w:t>　　高中新生军训工作，是全面贯彻党的教育方针，推进素质教育，培养有理想、有道德、有文化、有纪律的社会主义新人的客观有求，是为国防和军队建设培养造就大批高素质后备兵员的重要措施。根据《国防法》、《兵役法》和《国防教育法》等法律法规，增强学生的国防观念和安全意识，培养学生艰苦奋斗的作风，提高学生综合素质。同时增强学生养成教育，培养学生的文明素养，优化校风，塑造学校“育人为本”精神。</w:t>
      </w:r>
      <w:r>
        <w:rPr>
          <w:lang w:eastAsia="zh-CN"/>
        </w:rPr>
        <w:br/>
      </w:r>
      <w:r>
        <w:rPr>
          <w:lang w:eastAsia="zh-CN"/>
        </w:rPr>
        <w:t>　　学校的这次军训，我很荣幸被学校指任高中部军训总教练，能够承担此次新生军训任务，我感到非常高兴！在接下来的这段时间里我将和教练、同学们共同度过一段充实、而有意义的军训生活。为了确保军训工作的顺利进行，圆满完成本次军训任务，不辜负学校及学部领导期望和信任，我和全体高一教练、老师一起以“以情带兵、以理服人”为宗旨，用心去完成好学校军训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时间过的很快，为期一个月共8课时的军训生活即将划上一个圆满的句号，在这段时间里，军训的每一位教练能够严格要求，严格训练，对自身严格要求的同时又能够严格要求其他学生，起到了很好的模范带头作用，树立了良好的形象。受训的每一位同学，能够服从教练的管理，听服从教练的指挥。在训练中同学们能够克服气候天气的影响，虽然军训很苦、很累、很枯燥无味，但是我们的教练和学生，他们总是用自己的热情和笑容来面对。利用体育课进行刻苦训练，保持了良好的精神风貌，向我们展示了你们最美好的一面。</w:t>
      </w:r>
      <w:r>
        <w:rPr>
          <w:lang w:eastAsia="zh-CN"/>
        </w:rPr>
        <w:br/>
      </w:r>
      <w:r>
        <w:rPr>
          <w:lang w:eastAsia="zh-CN"/>
        </w:rPr>
        <w:t>　　台上一分钟，台下十年功；千里之行，驶于足下；九层之台，起于垒土，任何一件事情都是从点点滴滴做起的，需要一种坚韧不拔的意志，虽然军训生活就要结束，但这并不代表你们合格，你们还需要后天的学习及平时的养成来弥补缺点与不足，通过这段时间的训练我认为，有以下几个好的方面：</w:t>
      </w:r>
      <w:r>
        <w:rPr>
          <w:lang w:eastAsia="zh-CN"/>
        </w:rPr>
        <w:br/>
      </w:r>
      <w:r>
        <w:rPr>
          <w:lang w:eastAsia="zh-CN"/>
        </w:rPr>
        <w:t>　　一、服从命令，听从指挥</w:t>
      </w:r>
      <w:r>
        <w:rPr>
          <w:lang w:eastAsia="zh-CN"/>
        </w:rPr>
        <w:br/>
      </w:r>
      <w:r>
        <w:rPr>
          <w:lang w:eastAsia="zh-CN"/>
        </w:rPr>
        <w:t>　　在训练中同学们能够做到服从命令，听从指挥，能够遵守各项纪律与规定，认真刻苦的进行训练。</w:t>
      </w:r>
      <w:r>
        <w:rPr>
          <w:lang w:eastAsia="zh-CN"/>
        </w:rPr>
        <w:br/>
      </w:r>
      <w:r>
        <w:rPr>
          <w:lang w:eastAsia="zh-CN"/>
        </w:rPr>
        <w:t>　　二、训练效果有明显提高</w:t>
      </w:r>
      <w:r>
        <w:rPr>
          <w:lang w:eastAsia="zh-CN"/>
        </w:rPr>
        <w:br/>
      </w:r>
      <w:r>
        <w:rPr>
          <w:lang w:eastAsia="zh-CN"/>
        </w:rPr>
        <w:t>　　在军训期间，每名教练能够在时间短，工作比较繁重的情况下，精心准备，严格管理与训练，通过训练，有了很大的进步，好的班级有一班，六班和十班，这三个班在训练中进步比较明显，全班能够做到整齐统一。</w:t>
      </w:r>
      <w:r>
        <w:rPr>
          <w:lang w:eastAsia="zh-CN"/>
        </w:rPr>
        <w:br/>
      </w:r>
      <w:r>
        <w:rPr>
          <w:lang w:eastAsia="zh-CN"/>
        </w:rPr>
        <w:t>　　三、集体荣誉感较强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班兴我荣，班衰我耻。在军训期间每个班都表现出了较强的集体意识，配合意识，协作意识。顾大局，识大体的意识较强。同时在星期六晚上利用两个小时休息的时候进行军训，无怨无悔，各班也涌现出一大批好的标兵个人，表现出了较强的进取心。以上是在这段时间军训里的几个好的方面，但是还有以下几个问题：</w:t>
      </w:r>
      <w:r>
        <w:rPr>
          <w:lang w:eastAsia="zh-CN"/>
        </w:rPr>
        <w:br/>
      </w:r>
      <w:r>
        <w:rPr>
          <w:lang w:eastAsia="zh-CN"/>
        </w:rPr>
        <w:t>　　一、作风松散一个集体，必须有严明的纪律。纪律是规范行为准则的必然措施，在军训期间还是有少部分同学不能够安心训练，注意力不够集中，思想有开小差的现象，所导致影响整体效果。</w:t>
      </w:r>
      <w:r>
        <w:rPr>
          <w:lang w:eastAsia="zh-CN"/>
        </w:rPr>
        <w:br/>
      </w:r>
      <w:r>
        <w:rPr>
          <w:lang w:eastAsia="zh-CN"/>
        </w:rPr>
        <w:t>　　二、自律意识不强</w:t>
      </w:r>
      <w:r>
        <w:rPr>
          <w:lang w:eastAsia="zh-CN"/>
        </w:rPr>
        <w:br/>
      </w:r>
      <w:r>
        <w:rPr>
          <w:lang w:eastAsia="zh-CN"/>
        </w:rPr>
        <w:t>　　思想是行为的先导。一个人要有较强的自律意识，就是时刻控制自己，管住自己，时刻严格要求自己。还有部分同学自律意识淡薄，不能把在军训中学到及练到的运用到平时生活学习中。还有少部分同学只想着休息、玩，没有把训练当成锻炼，而是当作是一种苦役，吃得苦中苦，方为人上人，只要同学们把每一件小事当做大事，把每一次训练当做成进步的阶梯，把学习当事业干，就一定会在以后的人生之路上取得成功，取得更大的进步。</w:t>
      </w:r>
      <w:r>
        <w:rPr>
          <w:lang w:eastAsia="zh-CN"/>
        </w:rPr>
        <w:br/>
      </w:r>
      <w:r>
        <w:rPr>
          <w:lang w:eastAsia="zh-CN"/>
        </w:rPr>
        <w:t>　　军训对同学们来说，是进入高中的第一堂课，也是对同学们的一个考验。你们是祖国的花朵，盛开的越鲜艳，我们的祖国才会更漂亮；你们是学校未来的希望，只有好好学习做祖国的栋梁，我们的国家才会更强大。军训到此结束了，希望你们在以后的学习、生活中干出更优异的成绩。</w:t>
      </w:r>
      <w:r>
        <w:rPr>
          <w:lang w:eastAsia="zh-CN"/>
        </w:rPr>
        <w:br/>
      </w:r>
      <w:r>
        <w:rPr>
          <w:lang w:eastAsia="zh-CN"/>
        </w:rPr>
        <w:t xml:space="preserve">    学校军训总结 篇12 </w:t>
      </w:r>
      <w:r>
        <w:rPr>
          <w:lang w:eastAsia="zh-CN"/>
        </w:rPr>
        <w:br/>
      </w:r>
      <w:r>
        <w:rPr>
          <w:lang w:eastAsia="zh-CN"/>
        </w:rPr>
        <w:t>　　尊敬的、教官、老师们，同学们：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云丽风也清，芳草更叠翠。伴着清爽的秋风，沐浴着和暖的阳光，在这个明媚、清新而又成熟的九月，我们带着光荣与梦想，伴着自己豪与欣慰，相聚于理想中的求学胜地、栋梁之才的摇篮――――__市第六中学，在这里开始人生又一新的起航。</w:t>
      </w:r>
      <w:r>
        <w:rPr>
          <w:lang w:eastAsia="zh-CN"/>
        </w:rPr>
        <w:br/>
      </w:r>
      <w:r>
        <w:rPr>
          <w:lang w:eastAsia="zh-CN"/>
        </w:rPr>
        <w:t>　　遵从“一切为了学生，为了一切学生，为了学生的一切”的办学宗旨，经过全校师生的艰苦、励精图治、执着工作，六中成为了“教育一流，教育设施一流，教育管理一流，教育质量一流”的省级示范高中，安教、乐教、善教，默默耕耘，呕心沥血是我校教师的真实写照，把一颗爱心献给学生是我校教师治学的最高境界。我觉得做一个教师，当站在同学们面前时，才总是更充满活力。如果说，你们是早晨初升的太阳，那么我们愿意是你们身边的那片云彩，伴着你们成长，祝福你们成功！我相信，播撒希望的种子，一定能拥有更灿烂的阳光。让我们为洒满阳光的明天一起努力！</w:t>
      </w:r>
      <w:r>
        <w:rPr>
          <w:lang w:eastAsia="zh-CN"/>
        </w:rPr>
        <w:br/>
      </w:r>
      <w:r>
        <w:rPr>
          <w:lang w:eastAsia="zh-CN"/>
        </w:rPr>
        <w:t>　　我们带着激动、带着自己豪，带着学校老师及家长的殷切希望，更是带着我们对美好理想的憧憬和渴望，来到我们向往的高中校园。在这三年中，需要我们有健康的身体，良好的心理素质和克服各种困难的勇气和决心。学校在开学伊始就组织开展为期一周。</w:t>
      </w:r>
      <w:r>
        <w:rPr>
          <w:lang w:eastAsia="zh-CN"/>
        </w:rPr>
        <w:br/>
      </w:r>
      <w:r>
        <w:rPr>
          <w:lang w:eastAsia="zh-CN"/>
        </w:rPr>
        <w:t>　　同学们，从你们选择六中的那一刻起，就注定我们要在一起相处，相聚是一种缘份，我瑾代表我们的教师向同学们保证：我们将全力以赴，全程跟踪，全方位服务，全面协助教官们的工作，同学们在军训过程中和以后的学习生活中有什么困难和困惑，我们随时都会热情地给以帮助和解决。</w:t>
      </w:r>
      <w:r>
        <w:rPr>
          <w:lang w:eastAsia="zh-CN"/>
        </w:rPr>
        <w:br/>
      </w:r>
      <w:r>
        <w:rPr>
          <w:lang w:eastAsia="zh-CN"/>
        </w:rPr>
        <w:t>　　最后预祝级高一军训圆满成功！</w:t>
      </w:r>
      <w:r>
        <w:rPr>
          <w:lang w:eastAsia="zh-CN"/>
        </w:rPr>
        <w:br/>
      </w:r>
      <w:r>
        <w:rPr>
          <w:lang w:eastAsia="zh-CN"/>
        </w:rPr>
        <w:t>　　谢谢大家！</w:t>
      </w:r>
      <w:r>
        <w:rPr>
          <w:lang w:eastAsia="zh-CN"/>
        </w:rPr>
        <w:br/>
      </w:r>
    </w:p>
    <w:p w:rsidR="001B1F19" w14:textId="27C3F48A">
      <w:pPr>
        <w:rPr>
          <w:rFonts w:hint="eastAsia"/>
          <w:lang w:eastAsia="zh-CN"/>
        </w:rPr>
      </w:pPr>
      <w:r>
        <w:rPr>
          <w:lang w:eastAsia="zh-CN"/>
        </w:rPr>
        <w:t xml:space="preserve">    学校军训总结 篇13 </w:t>
      </w:r>
      <w:r>
        <w:rPr>
          <w:lang w:eastAsia="zh-CN"/>
        </w:rPr>
        <w:br/>
      </w:r>
      <w:r>
        <w:rPr>
          <w:lang w:eastAsia="zh-CN"/>
        </w:rPr>
        <w:t>　　我校初一、高一、高二年级_个班级_人，于__年进行了为期一周的高一年级学生军训，评出__名优秀学员。圆满地完成了本次军训任务，取得了预期的效果。现总结如下：</w:t>
      </w:r>
      <w:r>
        <w:rPr>
          <w:lang w:eastAsia="zh-CN"/>
        </w:rPr>
        <w:br/>
      </w:r>
      <w:r>
        <w:rPr>
          <w:lang w:eastAsia="zh-CN"/>
        </w:rPr>
        <w:t>　　一、今年完成的主要工作</w:t>
      </w:r>
      <w:r>
        <w:rPr>
          <w:lang w:eastAsia="zh-CN"/>
        </w:rPr>
        <w:br/>
      </w:r>
      <w:r>
        <w:rPr>
          <w:lang w:eastAsia="zh-CN"/>
        </w:rPr>
        <w:t>　　_年，我校共招收高中学生__名，全年完成初一年级_名、高二年级_名，共计_名学生的军事技能训练。主要表现在：一是召开学生军训工作筹备会议，并把新生军训工作纳入学校德育工作计划。校领导多次听取学生军训工作的筹备组织、训练安排、安全保障工作等方面的工作汇报，共同参与学生军训的组织和实施，为军训的组织工作开辟了高效便捷的工作渠道;二是学校提供充足的军训经费;三是成立了学校军训工作领导小组，由校长亲自挂帅，一名分管德育的校长具体负责，由教育处具体落实，其他部门共同协助，保证了学生军训工作的组织领导;四是军训期间，学校领导都到训练场看望学生和军训教师，并与官兵座谈，检阅军训成果。</w:t>
      </w:r>
      <w:r>
        <w:rPr>
          <w:lang w:eastAsia="zh-CN"/>
        </w:rPr>
        <w:br/>
      </w:r>
      <w:r>
        <w:rPr>
          <w:lang w:eastAsia="zh-CN"/>
        </w:rPr>
        <w:t>　　二、好的特点</w:t>
      </w:r>
      <w:r>
        <w:rPr>
          <w:lang w:eastAsia="zh-CN"/>
        </w:rPr>
        <w:br/>
      </w:r>
      <w:r>
        <w:rPr>
          <w:lang w:eastAsia="zh-CN"/>
        </w:rPr>
        <w:t>　　(一)学校、承训单位相互支持、团结协作。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https://d.book118.com/048034125047006041</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8034125047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