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教导主任个人工作计划</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教导主任个人工作计划1</w:t>
      </w:r>
      <w:r>
        <w:rPr>
          <w:lang w:eastAsia="zh-CN"/>
        </w:rPr>
        <w:br/>
      </w:r>
      <w:r>
        <w:rPr>
          <w:lang w:eastAsia="zh-CN"/>
        </w:rPr>
        <w:t xml:space="preserve">    在全员认真学习《国家中长期教育改革和发展规划纲要》，扎实开展“对标进位”的教育大背景下，本学期我将深刻领会县教育局新学期教育工作会议精神，结合我校工作实际，坚决克服困难，以“对标进位”工作为基点，以“创新工作”为思路，以构建学校“特色教学模式”为目标，努力改进教学管理方式，增强课改意识，推进我校教育教学质量稳步提高。 </w:t>
      </w:r>
      <w:r>
        <w:rPr>
          <w:lang w:eastAsia="zh-CN"/>
        </w:rPr>
        <w:br/>
      </w:r>
      <w:r>
        <w:rPr>
          <w:lang w:eastAsia="zh-CN"/>
        </w:rPr>
        <w:t>　　工作要点及措施：</w:t>
      </w:r>
      <w:r>
        <w:rPr>
          <w:lang w:eastAsia="zh-CN"/>
        </w:rPr>
        <w:br/>
      </w:r>
      <w:r>
        <w:rPr>
          <w:lang w:eastAsia="zh-CN"/>
        </w:rPr>
        <w:t>　　1、扎实开展“特长班”创建活动，树立班级品牌文化，增强班级凝聚力。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开学初，学校组织各班主任共同研究决定，在每个班开展“特长”班活动。就是要求每个班在书法、美术、乐器、体育等方面，帮学生树立一个共同兴趣爱好，锻炼一个共同技能。在“特长班”的创建活动中，能使各班学生课余时间有活动的主旋律，避免学生间无意义的追逐嬉戏;另基于共同的爱好，学生间为发展特长共同研究切磋，增进学生的友好情感，培养学生班级凝聚力;同时在“特长班”创建过程中可养成学生相互研究、切磋的习惯，促进学生在文化课学习中的交流，带动学生学习成绩的提高。各班主任要开学一周内整合研究本班教师资源和学生特长爱好基本情况，制定本班“特长班”创建工作方案，并要求各班整合学生课余时间在开学第二周开始实施。</w:t>
      </w:r>
      <w:r>
        <w:rPr>
          <w:lang w:eastAsia="zh-CN"/>
        </w:rPr>
        <w:br/>
      </w:r>
      <w:r>
        <w:rPr>
          <w:lang w:eastAsia="zh-CN"/>
        </w:rPr>
        <w:t>　　2、努力构建高效“特色教学模式”，推动我校教学质量稳步提高。</w:t>
      </w:r>
      <w:r>
        <w:rPr>
          <w:lang w:eastAsia="zh-CN"/>
        </w:rPr>
        <w:br/>
      </w:r>
      <w:r>
        <w:rPr>
          <w:lang w:eastAsia="zh-CN"/>
        </w:rPr>
        <w:t>　　从三个方面开展工作：</w:t>
      </w:r>
      <w:r>
        <w:rPr>
          <w:lang w:eastAsia="zh-CN"/>
        </w:rPr>
        <w:br/>
      </w:r>
      <w:r>
        <w:rPr>
          <w:lang w:eastAsia="zh-CN"/>
        </w:rPr>
        <w:t>　　(1)加强教学常规管理。加强备课指导、监督与管理，让备课过程实实在在，发挥积极作用。发挥并放大集体电子备课优势。本学期我校加强对教师使用集体电子备课教学设计的修改、内化的监督力度，主要在备学生环节，要求教师应注重研究学生，了解学生已有的经验，知识水平及认知水平，尤其要考虑面对新知识学生如何学习，课堂上会出现什么样的情况等，以及学生课堂活动模式的设计，保证让每一节成为学生喜爱的课。</w:t>
      </w:r>
      <w:r>
        <w:rPr>
          <w:lang w:eastAsia="zh-CN"/>
        </w:rPr>
        <w:br/>
      </w:r>
      <w:r>
        <w:rPr>
          <w:lang w:eastAsia="zh-CN"/>
        </w:rPr>
        <w:t>　　严格执行推门听课制度，主要查看学生的活动是否有效。</w:t>
      </w:r>
      <w:r>
        <w:rPr>
          <w:lang w:eastAsia="zh-CN"/>
        </w:rPr>
        <w:br/>
      </w:r>
      <w:r>
        <w:rPr>
          <w:lang w:eastAsia="zh-CN"/>
        </w:rPr>
        <w:t>　　(2)充分利用网上教学资源和远程教育资源，不断整理完善教师的教学资源库，丰富教师教学经验理论资源。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认真开展校本教研活动。本学期继续认真开展以“说-讲-议系列活动”为主要形式的校本教研活动，认真落实观课议课制度，每周四组织一次说-讲-议系列活动，学校教研室组织全体教师参加观课议课。要求每位教师做详细笔记，课后进行议课，人人发言，从对课标的把握教材的处理到教学流程，从教师活动到学生活动逐一进行讨论。在议课中要求突出对“学生的课堂”的构建展开讨论，并将好的做法、想法记录下来，为我校快速建立特色教学模式做好奠基工作。</w:t>
      </w:r>
      <w:r>
        <w:rPr>
          <w:lang w:eastAsia="zh-CN"/>
        </w:rPr>
        <w:br/>
      </w:r>
      <w:r>
        <w:rPr>
          <w:lang w:eastAsia="zh-CN"/>
        </w:rPr>
        <w:t>　　3、深入开展创建“学习型校园”活动，打造浓厚的'书香校园氛围。</w:t>
      </w:r>
      <w:r>
        <w:rPr>
          <w:lang w:eastAsia="zh-CN"/>
        </w:rPr>
        <w:br/>
      </w:r>
      <w:r>
        <w:rPr>
          <w:lang w:eastAsia="zh-CN"/>
        </w:rPr>
        <w:t>　　开展“校园读书工程”，积极引导教师静心读书。全体教师要树立“终生读书，终生学习”的观念，自觉学习，认真读书，每学期要读1—2本教育专著以及教研杂志、论文等，撰写不少于10000字的读书笔记，不断充实和完善自我，争做学习型教师。学期中组织全体教师进行读书演讲比赛，学期结束进行读书笔记展示，大力表彰奖励表现优秀的教师。</w:t>
      </w:r>
      <w:r>
        <w:rPr>
          <w:lang w:eastAsia="zh-CN"/>
        </w:rPr>
        <w:br/>
      </w:r>
      <w:r>
        <w:rPr>
          <w:lang w:eastAsia="zh-CN"/>
        </w:rPr>
        <w:t>　　4、做好教导处“对标进位”工作及教师“对标进位”成果的考核工作。</w:t>
      </w:r>
      <w:r>
        <w:rPr>
          <w:lang w:eastAsia="zh-CN"/>
        </w:rPr>
        <w:br/>
      </w:r>
      <w:r>
        <w:rPr>
          <w:lang w:eastAsia="zh-CN"/>
        </w:rPr>
        <w:t>　　开学初教务处小结上学期工作的同时，研究自己的不足，有针对性的选择“对标”对象，积极开展“对标”活动，将对象的教研管理制度措施及工作作风“请”进来，和自己进行比对，找出优点进行深入学习，并不断改进，努力创建全新的教研管理模式。</w:t>
      </w:r>
      <w:r>
        <w:rPr>
          <w:lang w:eastAsia="zh-CN"/>
        </w:rPr>
        <w:br/>
      </w:r>
      <w:r>
        <w:rPr>
          <w:lang w:eastAsia="zh-CN"/>
        </w:rPr>
        <w:t>　　开学初督促教师及时寻找“教学标杆”，并要求教师写出个人“对标”工作计划。帮助教师与对标人物取得联系，开展交流活动，将对标工作做到扎实有效。开展对教师的“对标活动阶段性目标”的考核工作，通过推门听课、教学设计检查、学生作业检查等多种形式，了解教师的“对标活动”的落实情况，并给出客观公正指导性意见，帮教师有效完成自己的“对标”、“赶超”工作。教导主任个人工作计划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一、指导思想 </w:t>
      </w:r>
      <w:r>
        <w:rPr>
          <w:lang w:eastAsia="zh-CN"/>
        </w:rPr>
        <w:br/>
      </w:r>
      <w:r>
        <w:rPr>
          <w:lang w:eastAsia="zh-CN"/>
        </w:rPr>
        <w:t>　　按照《_省教育厅关于进一步加强和改进基础教育教研工作的意见》的精神，积极贯彻落实温州市教育工作会议精神和《_市教育事业改革和发展“_”规划》，根据市教研室的工作要求，围绕“有效教学”这个核心，突出“提高教育教学质量”和“提高教师业务水平”两大重点，优化教育教学管理，不断开拓教研思路，创新教研工作方式，提高学生综合素质，为山区教育的科学和谐发展再作新贡献。</w:t>
      </w:r>
      <w:r>
        <w:rPr>
          <w:lang w:eastAsia="zh-CN"/>
        </w:rPr>
        <w:br/>
      </w:r>
      <w:r>
        <w:rPr>
          <w:lang w:eastAsia="zh-CN"/>
        </w:rPr>
        <w:t>　　二、工作重点</w:t>
      </w:r>
      <w:r>
        <w:rPr>
          <w:lang w:eastAsia="zh-CN"/>
        </w:rPr>
        <w:br/>
      </w:r>
      <w:r>
        <w:rPr>
          <w:lang w:eastAsia="zh-CN"/>
        </w:rPr>
        <w:t>　　（一）落实课程设置，加强课程实施。</w:t>
      </w:r>
      <w:r>
        <w:rPr>
          <w:lang w:eastAsia="zh-CN"/>
        </w:rPr>
        <w:br/>
      </w:r>
      <w:r>
        <w:rPr>
          <w:lang w:eastAsia="zh-CN"/>
        </w:rPr>
        <w:t>　　1、加强课程计划管理。严格开齐课程，开足课时，确保劳动技术、音乐、美术等课程的落实，努力寻找和发展学校特色课程。</w:t>
      </w:r>
      <w:r>
        <w:rPr>
          <w:lang w:eastAsia="zh-CN"/>
        </w:rPr>
        <w:br/>
      </w:r>
      <w:r>
        <w:rPr>
          <w:lang w:eastAsia="zh-CN"/>
        </w:rPr>
        <w:t>　　2、积极探索和研究综合实践课。通过不断的外出学习，结合我校的实际情况，逐步形成由我校特色的综合实践课程。鼓励教师大胆拓展和创新，形成个性化的教学方式。</w:t>
      </w:r>
      <w:r>
        <w:rPr>
          <w:lang w:eastAsia="zh-CN"/>
        </w:rPr>
        <w:br/>
      </w:r>
      <w:r>
        <w:rPr>
          <w:lang w:eastAsia="zh-CN"/>
        </w:rPr>
        <w:t>　　3、加强教学进度的管理与控制。制定科学合理的学科教学进度，在相对应的时间内，完成相应的教学，不得随意加快和放慢教学进程，具体情况将记录在教学检查中。</w:t>
      </w:r>
      <w:r>
        <w:rPr>
          <w:lang w:eastAsia="zh-CN"/>
        </w:rPr>
        <w:br/>
      </w:r>
      <w:r>
        <w:rPr>
          <w:lang w:eastAsia="zh-CN"/>
        </w:rPr>
        <w:t>　　4、严格执行省厅《关于切实减轻义务教育阶段中小学生过重课业负担的通知》，各中小学必须根据文件要求，对社会发表公开声明，做出“减负”，并接受社会监督。</w:t>
      </w:r>
      <w:r>
        <w:rPr>
          <w:lang w:eastAsia="zh-CN"/>
        </w:rPr>
        <w:br/>
      </w:r>
      <w:r>
        <w:rPr>
          <w:lang w:eastAsia="zh-CN"/>
        </w:rPr>
        <w:t>　　（二）开展有效教学研究，深化课堂教学改革。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1、围绕以“有效教学”为主题，开展以“有效课堂”为专题的研讨活动，围绕“有效备课、有效上课、有效批改、有效辅导”等开展课堂教学研究。着力提高课堂教学效率，还学生一个轻松而有效的学习环境。</w:t>
      </w:r>
      <w:r>
        <w:rPr>
          <w:lang w:eastAsia="zh-CN"/>
        </w:rPr>
        <w:br/>
      </w:r>
      <w:r>
        <w:rPr>
          <w:lang w:eastAsia="zh-CN"/>
        </w:rPr>
        <w:t>　　2、积极开展四项达标的全员竞赛活动，关注细节，彰显个性。探索教学规范达标活动的长效机制，推动我校课改的深入开展。提倡“有效常规”和“快乐常规”；严格改作，提倡绿色批改，二次批改要更具针对性；严肃上课，提倡精神抖擞上课，人文关心上课。</w:t>
      </w:r>
      <w:r>
        <w:rPr>
          <w:lang w:eastAsia="zh-CN"/>
        </w:rPr>
        <w:br/>
      </w:r>
      <w:r>
        <w:rPr>
          <w:lang w:eastAsia="zh-CN"/>
        </w:rPr>
        <w:t>　　3、教导处加强教学质量监控，严格考试管理，通过平时抽测、期中测试以检验一个阶段的教学质量，并对学生出现的问题进行分析和辅导，争取在本学期结束的时候，取得好成绩。</w:t>
      </w:r>
      <w:r>
        <w:rPr>
          <w:lang w:eastAsia="zh-CN"/>
        </w:rPr>
        <w:br/>
      </w:r>
      <w:r>
        <w:rPr>
          <w:lang w:eastAsia="zh-CN"/>
        </w:rPr>
        <w:t>　　4、严格执行省教育厅《关于切实减轻义务教育阶段中小学生过重课业负担的通知》精神，杜绝“四超”规定，落实“六严格”要求。</w:t>
      </w:r>
      <w:r>
        <w:rPr>
          <w:lang w:eastAsia="zh-CN"/>
        </w:rPr>
        <w:br/>
      </w:r>
      <w:r>
        <w:rPr>
          <w:lang w:eastAsia="zh-CN"/>
        </w:rPr>
        <w:t>　　5、关注毕业班的学生思想动态，摸清毕业班学生的实际情况，建立学生成绩档案，并做好跟踪调查。既要抓“尖子”，又侧重于后进生的转化工作，并做好记录，争取在既能有好成绩，又能很好的控制了低分率，达到双赢的目的。</w:t>
      </w:r>
      <w:r>
        <w:rPr>
          <w:lang w:eastAsia="zh-CN"/>
        </w:rPr>
        <w:br/>
      </w:r>
      <w:r>
        <w:rPr>
          <w:lang w:eastAsia="zh-CN"/>
        </w:rPr>
        <w:t>　　（三）加强教研组建设，提高教研工作质量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抓好教研组长的思想工作，为教研组长和教研组活动的开展，创建新平台。围绕对教研活动策划、方法和组织形式的不同演绎，来研讨教研活动中存在的困惑、问题及目标的价值取向等，使教研组长在不同观念的碰撞和多元思惟的融合过程中拓展思路，提升教研活动水平，达到“切磋研艺，取长补短，拓展思路，共同提高”。</w:t>
      </w:r>
      <w:r>
        <w:rPr>
          <w:lang w:eastAsia="zh-CN"/>
        </w:rPr>
        <w:br/>
      </w:r>
      <w:r>
        <w:rPr>
          <w:lang w:eastAsia="zh-CN"/>
        </w:rPr>
        <w:t>　　2、提高教学的质量和教研工作的力度，加强教研组建设。而对于我们来说，学校的规模较小，教师数和学生数都不多，小学还分两个教学点、且两点之间的距离也不算很近，这些都给我们的教研活动的'开展都带来了难度。但我们依然在努力的搞好我们的教研组建设。教研组张要鼓励组员教师积极开展教研活动，每个学期都要适当的向全校教师开展教研活动，加强各教研组之间的联系。</w:t>
      </w:r>
      <w:r>
        <w:rPr>
          <w:lang w:eastAsia="zh-CN"/>
        </w:rPr>
        <w:br/>
      </w:r>
      <w:r>
        <w:rPr>
          <w:lang w:eastAsia="zh-CN"/>
        </w:rPr>
        <w:t>　　3、开学前，教学组长要向教导处提供一份教研组工作计划和行事历；学期结束前，教研组长要向教导处提供一份详细教研组的工作总结。</w:t>
      </w:r>
      <w:r>
        <w:rPr>
          <w:lang w:eastAsia="zh-CN"/>
        </w:rPr>
        <w:br/>
      </w:r>
      <w:r>
        <w:rPr>
          <w:lang w:eastAsia="zh-CN"/>
        </w:rPr>
        <w:t>　　4、利用学区提供的“团块”平台，加强和兄弟学校：桂峰乡校、芳庄乡校、瑶庄乡校之间的教学科研活动研究。</w:t>
      </w:r>
      <w:r>
        <w:rPr>
          <w:lang w:eastAsia="zh-CN"/>
        </w:rPr>
        <w:br/>
      </w:r>
      <w:r>
        <w:rPr>
          <w:lang w:eastAsia="zh-CN"/>
        </w:rPr>
        <w:t>　　（四）加强校本研修，促进教师的专业化发展。</w:t>
      </w:r>
      <w:r>
        <w:rPr>
          <w:lang w:eastAsia="zh-CN"/>
        </w:rPr>
        <w:br/>
      </w:r>
      <w:r>
        <w:rPr>
          <w:lang w:eastAsia="zh-CN"/>
        </w:rPr>
        <w:t>　　1、教学活动。首先鼓励教师积极开课，新教师和导师之间互听互评，相互促进。定期的召开两个教学点的联合教学研讨活动。</w:t>
      </w:r>
      <w:r>
        <w:rPr>
          <w:lang w:eastAsia="zh-CN"/>
        </w:rPr>
        <w:br/>
      </w:r>
      <w:r>
        <w:rPr>
          <w:lang w:eastAsia="zh-CN"/>
        </w:rPr>
        <w:t>　　2、教学检查：根据上级要求，本学期具体安排五次或五次以上的教学检查，形式：不定期抽查和期末普查。检查的内容包括教学根据检查的具体情况做成记录表。内容：备课本、上课、听课本、（教研活动记录本）、教学质量分析表、作业本、成绩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质量分析表你可以根据自己的分析思路写，如果我们觉得不好写，也可以参考我的质量分析表，或者是我们学校印发的质量分析表。对学生成绩的分析，详细一些，特别是年轻教师。参加四项达标的教师，主科和副科各至少需要五份。</w:t>
      </w:r>
      <w:r>
        <w:rPr>
          <w:lang w:eastAsia="zh-CN"/>
        </w:rPr>
        <w:br/>
      </w:r>
      <w:r>
        <w:rPr>
          <w:lang w:eastAsia="zh-CN"/>
        </w:rPr>
        <w:t>　　4、积极完成“三比”活动。三比：比课堂教学、比论文案例研究、比试题命制。本学期我校每位任课教师，都必须命制一份试卷（给学生的测试后，要做好质量分析和目标达成情况）。</w:t>
      </w:r>
      <w:r>
        <w:rPr>
          <w:lang w:eastAsia="zh-CN"/>
        </w:rPr>
        <w:br/>
      </w:r>
      <w:r>
        <w:rPr>
          <w:lang w:eastAsia="zh-CN"/>
        </w:rPr>
        <w:t>　　（五）构建平台，促进学生健康发展。</w:t>
      </w:r>
      <w:r>
        <w:rPr>
          <w:lang w:eastAsia="zh-CN"/>
        </w:rPr>
        <w:br/>
      </w:r>
      <w:r>
        <w:rPr>
          <w:lang w:eastAsia="zh-CN"/>
        </w:rPr>
        <w:t>　　1、不断健全中小学教学评价机制，以班为单位健全学生成长记录袋的建档工作，落实电子评语建档工作。</w:t>
      </w:r>
      <w:r>
        <w:rPr>
          <w:lang w:eastAsia="zh-CN"/>
        </w:rPr>
        <w:br/>
      </w:r>
      <w:r>
        <w:rPr>
          <w:lang w:eastAsia="zh-CN"/>
        </w:rPr>
        <w:t>　　2、各校要开展学科知识、技能竞赛活动，让学生在竞赛中磨练意志，增长知识，每校每学期学科类竞赛至少要开展两次或以上。</w:t>
      </w:r>
      <w:r>
        <w:rPr>
          <w:lang w:eastAsia="zh-CN"/>
        </w:rPr>
        <w:br/>
      </w:r>
      <w:r>
        <w:rPr>
          <w:lang w:eastAsia="zh-CN"/>
        </w:rPr>
        <w:t>　　3、加强中小学生学习习惯的养成教育，作好小学生书写习惯的指导，初步培养学生用圆珠笔、钢笔写字的能力。教导主任个人工作计划3</w:t>
      </w:r>
      <w:r>
        <w:rPr>
          <w:lang w:eastAsia="zh-CN"/>
        </w:rPr>
        <w:br/>
      </w:r>
      <w:r>
        <w:rPr>
          <w:lang w:eastAsia="zh-CN"/>
        </w:rPr>
        <w:t xml:space="preserve">    江竹乡教导工作计划 </w:t>
      </w:r>
      <w:r>
        <w:rPr>
          <w:lang w:eastAsia="zh-CN"/>
        </w:rPr>
        <w:br/>
      </w:r>
      <w:r>
        <w:rPr>
          <w:lang w:eastAsia="zh-CN"/>
        </w:rPr>
        <w:t>　　（20__－20__学年度）</w:t>
      </w:r>
      <w:r>
        <w:rPr>
          <w:lang w:eastAsia="zh-CN"/>
        </w:rPr>
        <w:br/>
      </w:r>
      <w:r>
        <w:rPr>
          <w:lang w:eastAsia="zh-CN"/>
        </w:rPr>
        <w:t>　　一、指导思想</w:t>
      </w:r>
      <w:r>
        <w:rPr>
          <w:lang w:eastAsia="zh-CN"/>
        </w:rPr>
        <w:br/>
      </w:r>
      <w:r>
        <w:rPr>
          <w:lang w:eastAsia="zh-CN"/>
        </w:rPr>
        <w:t>　　围绕本年度学校的工作目标和要求，坚持以课改为重点，以教育质量为中心，更新观念，深化改革，追求规范，崇尚创新，努力实现教学质量的持续攀升，为我乡教育事业的发展作出努力。</w:t>
      </w:r>
      <w:r>
        <w:rPr>
          <w:lang w:eastAsia="zh-CN"/>
        </w:rPr>
        <w:br/>
      </w:r>
      <w:r>
        <w:rPr>
          <w:lang w:eastAsia="zh-CN"/>
        </w:rPr>
        <w:t>　　二、主要工作目标</w:t>
      </w:r>
      <w:r>
        <w:rPr>
          <w:lang w:eastAsia="zh-CN"/>
        </w:rPr>
        <w:br/>
      </w:r>
      <w:r>
        <w:rPr>
          <w:lang w:eastAsia="zh-CN"/>
        </w:rPr>
        <w:t>　　1、加强学校将日常管理工作，使管理走向规范化、科学化，努力提高学校的教学管理水平。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2、加强各科教学活动，努力提高教学质量。</w:t>
      </w:r>
      <w:r>
        <w:rPr>
          <w:lang w:eastAsia="zh-CN"/>
        </w:rPr>
        <w:br/>
      </w:r>
      <w:r>
        <w:rPr>
          <w:lang w:eastAsia="zh-CN"/>
        </w:rPr>
        <w:t>　　3、加强教研组建设，使各科教研活动开展丰富有效。</w:t>
      </w:r>
      <w:r>
        <w:rPr>
          <w:lang w:eastAsia="zh-CN"/>
        </w:rPr>
        <w:br/>
      </w:r>
      <w:r>
        <w:rPr>
          <w:lang w:eastAsia="zh-CN"/>
        </w:rPr>
        <w:t>　　5、加强师德师风建设，提高教师素质，全面提高教学质量，力争在期末考试中各科成绩稳步上升。</w:t>
      </w:r>
      <w:r>
        <w:rPr>
          <w:lang w:eastAsia="zh-CN"/>
        </w:rPr>
        <w:br/>
      </w:r>
      <w:r>
        <w:rPr>
          <w:lang w:eastAsia="zh-CN"/>
        </w:rPr>
        <w:t>　　6、加强师资培训力度，着重培养青年教师，确保教师队伍有层次、稳固提升教学水平。</w:t>
      </w:r>
      <w:r>
        <w:rPr>
          <w:lang w:eastAsia="zh-CN"/>
        </w:rPr>
        <w:br/>
      </w:r>
      <w:r>
        <w:rPr>
          <w:lang w:eastAsia="zh-CN"/>
        </w:rPr>
        <w:t>　　7、加强校本培训，提升办学水平。</w:t>
      </w:r>
      <w:r>
        <w:rPr>
          <w:lang w:eastAsia="zh-CN"/>
        </w:rPr>
        <w:br/>
      </w:r>
      <w:r>
        <w:rPr>
          <w:lang w:eastAsia="zh-CN"/>
        </w:rPr>
        <w:t>　　三、具体工作要求</w:t>
      </w:r>
      <w:r>
        <w:rPr>
          <w:lang w:eastAsia="zh-CN"/>
        </w:rPr>
        <w:br/>
      </w:r>
      <w:r>
        <w:rPr>
          <w:lang w:eastAsia="zh-CN"/>
        </w:rPr>
        <w:t>　　（一） 强化教学管理，规范教学常规</w:t>
      </w:r>
      <w:r>
        <w:rPr>
          <w:lang w:eastAsia="zh-CN"/>
        </w:rPr>
        <w:br/>
      </w:r>
      <w:r>
        <w:rPr>
          <w:lang w:eastAsia="zh-CN"/>
        </w:rPr>
        <w:t>　　1、严格执行课程计划，坚持按课表上课，保质保量上好每节课，杜绝私自调课、旷课、迟到、早退、中途离堂等现象，学校将加强随</w:t>
      </w:r>
      <w:r>
        <w:rPr>
          <w:lang w:eastAsia="zh-CN"/>
        </w:rPr>
        <w:br/>
      </w:r>
      <w:r>
        <w:rPr>
          <w:lang w:eastAsia="zh-CN"/>
        </w:rPr>
        <w:t>　　堂检查。</w:t>
      </w:r>
      <w:r>
        <w:rPr>
          <w:lang w:eastAsia="zh-CN"/>
        </w:rPr>
        <w:br/>
      </w:r>
      <w:r>
        <w:rPr>
          <w:lang w:eastAsia="zh-CN"/>
        </w:rPr>
        <w:t>　　2、着力抓好学生的“一日常规”教育，抓好班队建设，上好晨会、班队、思品等课程，重视学生良好学习、生活习惯的培养。</w:t>
      </w:r>
      <w:r>
        <w:rPr>
          <w:lang w:eastAsia="zh-CN"/>
        </w:rPr>
        <w:br/>
      </w:r>
      <w:r>
        <w:rPr>
          <w:lang w:eastAsia="zh-CN"/>
        </w:rPr>
        <w:t>　　3、进一步规范和强化教学常规工作</w:t>
      </w:r>
      <w:r>
        <w:rPr>
          <w:lang w:eastAsia="zh-CN"/>
        </w:rPr>
        <w:br/>
      </w:r>
      <w:r>
        <w:rPr>
          <w:lang w:eastAsia="zh-CN"/>
        </w:rPr>
        <w:t>　　（1）备课要提前一天，精心备好每一课，不得出现无教案进课堂的现象。教案教学目标要明确，包括知识目标、能力目标、情感目标，要备有较详细的教学过程，合理的教学方法，学校将将进行定期或不定期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课堂教学是主阵地，是提高教学质量的关键，因此要体现“新课程标准”的理念，认真处理好学、教、练三者的关系。要构建素质教育的课堂教学氛围，在师生平等的基础上强调教学互动，在教学过程中要留有足够的时间和空间给学生思考和活动；要善于用激励的语言鼓励学生大胆创新，培养学生的问题意识，探究精神和科学态度；要重视基础知识、基本技能的教学，并充分关注学生学习过程、情感态度和价值观的培养；要把培养学生良好的心理素质和健康的`审美情趣列入教学目标；要帮助和指导学生建立适合自己特点的学习方式，鼓励合作学习、探究学习，促进师生之间相互交流，相互沟通，共同发展，尊重学生人格，帮助学生养成良好的学习习惯；激发学习兴趣，注意发挥学生的主体作用，让学生在课堂教学中学会知识的迁移,得到创新的启迪，体验成功的喜悦，获得</w:t>
      </w:r>
      <w:r>
        <w:rPr>
          <w:lang w:eastAsia="zh-CN"/>
        </w:rPr>
        <w:t xml:space="preserve"> 的知识。</w:t>
      </w:r>
      <w:r>
        <w:rPr>
          <w:lang w:eastAsia="zh-CN"/>
        </w:rPr>
        <w:br/>
      </w:r>
      <w:r>
        <w:rPr>
          <w:lang w:eastAsia="zh-CN"/>
        </w:rPr>
        <w:t>　　（3）教师要精心布置作业，加强针对性，体现灵活性，提倡分层布置作业，控制学生的课外作业量。各年级要扎扎实实抓好写字工</w:t>
      </w:r>
      <w:r>
        <w:rPr>
          <w:lang w:eastAsia="zh-CN"/>
        </w:rPr>
        <w:br/>
      </w:r>
      <w:r>
        <w:rPr>
          <w:lang w:eastAsia="zh-CN"/>
        </w:rPr>
        <w:t>　　作，严格抓好学生的写字质量。作业批改要认真、及时、正确，要加强面批的次数。</w:t>
      </w:r>
      <w:r>
        <w:rPr>
          <w:lang w:eastAsia="zh-CN"/>
        </w:rPr>
        <w:br/>
      </w:r>
      <w:r>
        <w:rPr>
          <w:lang w:eastAsia="zh-CN"/>
        </w:rPr>
        <w:t>　　（4）课外辅导要紧紧围绕提优转差这一总目标，既要面向全体，又要分层次进行个别辅导，做到因材施教，对学困生的辅导务必做到耐心和细致，帮助学生选择和构建适合他本人的学习方式和学习方法，努力使每一位学生在原有基础上有所进步。毕业班尤其要作好辅导工作，力争在毕业考试中取得好成绩。</w:t>
      </w:r>
      <w:r>
        <w:rPr>
          <w:lang w:eastAsia="zh-CN"/>
        </w:rPr>
        <w:br/>
      </w:r>
      <w:r>
        <w:rPr>
          <w:lang w:eastAsia="zh-CN"/>
        </w:rPr>
        <w:t>　　（5）建立听课制度。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学校将加强随堂听课的力度，对新上岗的教师听课次数更要增多，由学校将临时通知，听课后及时与上课教师交流，提出修改意见，并检查备课情况，促使我校课堂教学质量的提高。</w:t>
      </w:r>
      <w:r>
        <w:rPr>
          <w:lang w:eastAsia="zh-CN"/>
        </w:rPr>
        <w:br/>
      </w:r>
      <w:r>
        <w:rPr>
          <w:lang w:eastAsia="zh-CN"/>
        </w:rPr>
        <w:t>　　4、鼓励教师在教学中制作和使用现代化教学手段，积极推动多媒体信息技术在课堂教学中的应用，积极推进远程教育在课堂教学中的应用。</w:t>
      </w:r>
      <w:r>
        <w:rPr>
          <w:lang w:eastAsia="zh-CN"/>
        </w:rPr>
        <w:br/>
      </w:r>
      <w:r>
        <w:rPr>
          <w:lang w:eastAsia="zh-CN"/>
        </w:rPr>
        <w:t>　　５、抓好经验交流工作，大力提高教学质量，特别要抓好毕业班的教学质量。</w:t>
      </w:r>
      <w:r>
        <w:rPr>
          <w:lang w:eastAsia="zh-CN"/>
        </w:rPr>
        <w:br/>
      </w:r>
      <w:r>
        <w:rPr>
          <w:lang w:eastAsia="zh-CN"/>
        </w:rPr>
        <w:t>　　6、重视体育卫生工作。认真贯彻体育、卫生两个条例，继续抓好“两操两课”，确保学生活动时间。加强学生健康行为习惯的养成教育，促进学生健康成长。</w:t>
      </w:r>
      <w:r>
        <w:rPr>
          <w:lang w:eastAsia="zh-CN"/>
        </w:rPr>
        <w:br/>
      </w:r>
      <w:r>
        <w:rPr>
          <w:lang w:eastAsia="zh-CN"/>
        </w:rPr>
        <w:t>　　（二）开展教研活动，提高师资水平</w:t>
      </w:r>
      <w:r>
        <w:rPr>
          <w:lang w:eastAsia="zh-CN"/>
        </w:rPr>
        <w:br/>
      </w:r>
      <w:r>
        <w:rPr>
          <w:lang w:eastAsia="zh-CN"/>
        </w:rPr>
        <w:t>　　1、语文、数学教研组制订好工作计划，由教研组长负责组织好学习相关理论文章，组长将每次活动资料收集记录完备。组织教师学</w:t>
      </w:r>
      <w:r>
        <w:rPr>
          <w:lang w:eastAsia="zh-CN"/>
        </w:rPr>
        <w:br/>
      </w:r>
      <w:r>
        <w:rPr>
          <w:lang w:eastAsia="zh-CN"/>
        </w:rPr>
        <w:t>　　习借鉴先进教学经验。教研组长每次做好出勤记录，期末做好统计工作。做好新教师的“传、帮、带”工作。教导主任个人工作计划4</w:t>
      </w:r>
      <w:r>
        <w:rPr>
          <w:lang w:eastAsia="zh-CN"/>
        </w:rPr>
        <w:br/>
      </w:r>
      <w:r>
        <w:rPr>
          <w:lang w:eastAsia="zh-CN"/>
        </w:rPr>
        <w:t xml:space="preserve">    一、指导思想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学校教育教学工作将紧紧围绕市教育局20__年教育教学工作要求，以全面提高教育教学质量，促进学校全面、健康、发展为目标，以进一步推进课程改革、优化教学方法、改进教学手段，减轻学生负担，提高课堂教学效率为核心，不断更新教育理念，大力提高素质教育的水平，不断创新，夯实基础，强化习惯，培养学生的探究能力、实践能力和综合能力，进一步提升办学品位。</w:t>
      </w:r>
      <w:r>
        <w:rPr>
          <w:lang w:eastAsia="zh-CN"/>
        </w:rPr>
        <w:br/>
      </w:r>
      <w:r>
        <w:rPr>
          <w:lang w:eastAsia="zh-CN"/>
        </w:rPr>
        <w:t>　　二、主要工作目标和任务</w:t>
      </w:r>
      <w:r>
        <w:rPr>
          <w:lang w:eastAsia="zh-CN"/>
        </w:rPr>
        <w:br/>
      </w:r>
      <w:r>
        <w:rPr>
          <w:lang w:eastAsia="zh-CN"/>
        </w:rPr>
        <w:t>　　围绕一个中心：提高教育教学质量。</w:t>
      </w:r>
      <w:r>
        <w:rPr>
          <w:lang w:eastAsia="zh-CN"/>
        </w:rPr>
        <w:br/>
      </w:r>
      <w:r>
        <w:rPr>
          <w:lang w:eastAsia="zh-CN"/>
        </w:rPr>
        <w:t>　　抓好两大管理：教育教学、政教安全。</w:t>
      </w:r>
      <w:r>
        <w:rPr>
          <w:lang w:eastAsia="zh-CN"/>
        </w:rPr>
        <w:br/>
      </w:r>
      <w:r>
        <w:rPr>
          <w:lang w:eastAsia="zh-CN"/>
        </w:rPr>
        <w:t>　　采取三项举措：</w:t>
      </w:r>
      <w:r>
        <w:rPr>
          <w:lang w:eastAsia="zh-CN"/>
        </w:rPr>
        <w:br/>
      </w:r>
      <w:r>
        <w:rPr>
          <w:lang w:eastAsia="zh-CN"/>
        </w:rPr>
        <w:t>　　1.校级领导包年级、蹲教研组及部门分工负责与年级管理相结合；</w:t>
      </w:r>
      <w:r>
        <w:rPr>
          <w:lang w:eastAsia="zh-CN"/>
        </w:rPr>
        <w:br/>
      </w:r>
      <w:r>
        <w:rPr>
          <w:lang w:eastAsia="zh-CN"/>
        </w:rPr>
        <w:t>　　2.积极进行教学管理改革和课堂教学模式改革；</w:t>
      </w:r>
      <w:r>
        <w:rPr>
          <w:lang w:eastAsia="zh-CN"/>
        </w:rPr>
        <w:br/>
      </w:r>
      <w:r>
        <w:rPr>
          <w:lang w:eastAsia="zh-CN"/>
        </w:rPr>
        <w:t>　　3.大力加强教师队伍建设，搞好各项培训（教育教学理念的更新、教学方法的改进等）。</w:t>
      </w:r>
      <w:r>
        <w:rPr>
          <w:lang w:eastAsia="zh-CN"/>
        </w:rPr>
        <w:br/>
      </w:r>
      <w:r>
        <w:rPr>
          <w:lang w:eastAsia="zh-CN"/>
        </w:rPr>
        <w:t>　　做好四个提升：</w:t>
      </w:r>
      <w:r>
        <w:rPr>
          <w:lang w:eastAsia="zh-CN"/>
        </w:rPr>
        <w:br/>
      </w:r>
      <w:r>
        <w:rPr>
          <w:lang w:eastAsia="zh-CN"/>
        </w:rPr>
        <w:t>　　1.教育教学管理水平。</w:t>
      </w:r>
      <w:r>
        <w:rPr>
          <w:lang w:eastAsia="zh-CN"/>
        </w:rPr>
        <w:br/>
      </w:r>
      <w:r>
        <w:rPr>
          <w:lang w:eastAsia="zh-CN"/>
        </w:rPr>
        <w:t>　　2.教师队伍的整体素质、课堂教学技艺水平。</w:t>
      </w:r>
      <w:r>
        <w:rPr>
          <w:lang w:eastAsia="zh-CN"/>
        </w:rPr>
        <w:br/>
      </w:r>
      <w:r>
        <w:rPr>
          <w:lang w:eastAsia="zh-CN"/>
        </w:rPr>
        <w:t>　　3.学生的学习兴趣、身心健康、学习成绩。</w:t>
      </w:r>
      <w:r>
        <w:rPr>
          <w:lang w:eastAsia="zh-CN"/>
        </w:rPr>
        <w:br/>
      </w:r>
      <w:r>
        <w:rPr>
          <w:lang w:eastAsia="zh-CN"/>
        </w:rPr>
        <w:t>　　4.社会、家长的满意度及学校声誉。</w:t>
      </w:r>
      <w:r>
        <w:rPr>
          <w:lang w:eastAsia="zh-CN"/>
        </w:rPr>
        <w:br/>
      </w:r>
      <w:r>
        <w:rPr>
          <w:lang w:eastAsia="zh-CN"/>
        </w:rPr>
        <w:t>　　三、本学期教育教学时间</w:t>
      </w:r>
      <w:r>
        <w:rPr>
          <w:lang w:eastAsia="zh-CN"/>
        </w:rPr>
        <w:br/>
      </w:r>
      <w:r>
        <w:rPr>
          <w:lang w:eastAsia="zh-CN"/>
        </w:rPr>
        <w:t>　　20__年__月__日至20__年_月__日，共计21周。</w:t>
      </w:r>
      <w:r>
        <w:rPr>
          <w:lang w:eastAsia="zh-CN"/>
        </w:rPr>
        <w:br/>
      </w:r>
      <w:r>
        <w:rPr>
          <w:lang w:eastAsia="zh-CN"/>
        </w:rPr>
        <w:t>　　四、具体工作</w:t>
      </w:r>
      <w:r>
        <w:rPr>
          <w:lang w:eastAsia="zh-CN"/>
        </w:rPr>
        <w:br/>
      </w:r>
      <w:r>
        <w:rPr>
          <w:lang w:eastAsia="zh-CN"/>
        </w:rPr>
        <w:t>　　（一）抓实教学常规管理，强化过程监督</w:t>
      </w:r>
      <w:r>
        <w:rPr>
          <w:lang w:eastAsia="zh-CN"/>
        </w:rPr>
        <w:br/>
      </w:r>
      <w:r>
        <w:rPr>
          <w:lang w:eastAsia="zh-CN"/>
        </w:rPr>
        <w:t>　　1.严格执行课程计划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按照国家课程计划开齐、上足、上好各类课程，不任意增删课时。加大课程管理巡查力度，对各教师执行课程计划、按课表上课等情况进行督查，发现问题要严肃处理。继续严格控制学生在校时间，要求学生按时到校，教师及时放学，关注学生身心健康。</w:t>
      </w:r>
      <w:r>
        <w:rPr>
          <w:lang w:eastAsia="zh-CN"/>
        </w:rPr>
        <w:br/>
      </w:r>
      <w:r>
        <w:rPr>
          <w:lang w:eastAsia="zh-CN"/>
        </w:rPr>
        <w:t>　　2.加强教学常规管理</w:t>
      </w:r>
      <w:r>
        <w:rPr>
          <w:lang w:eastAsia="zh-CN"/>
        </w:rPr>
        <w:br/>
      </w:r>
      <w:r>
        <w:rPr>
          <w:lang w:eastAsia="zh-CN"/>
        </w:rPr>
        <w:t>　　本学期，各位任课教师将继续按学校的要求做细做实“备、教、辅、改、考、评”各环节的工作，教导处将对每位教师教学情况例行检查与随机督查相结合。对重点年级、重点学科、薄弱教师的教学情况进行蹲点检查，逐项细查，逐步分析，逐个交流。</w:t>
      </w:r>
      <w:r>
        <w:rPr>
          <w:lang w:eastAsia="zh-CN"/>
        </w:rPr>
        <w:br/>
      </w:r>
      <w:r>
        <w:rPr>
          <w:lang w:eastAsia="zh-CN"/>
        </w:rPr>
        <w:t>　　3.加强作业与检测管理。</w:t>
      </w:r>
      <w:r>
        <w:rPr>
          <w:lang w:eastAsia="zh-CN"/>
        </w:rPr>
        <w:br/>
      </w:r>
      <w:r>
        <w:rPr>
          <w:lang w:eastAsia="zh-CN"/>
        </w:rPr>
        <w:t>　　严格控制作业总量，严禁惩罚性作业。作业内容要精选，作业设计要精心，力求使布置的作业更具科学性、合理性和实效性。对不同层次的学生，进行分层布置，分层批改，切实减轻学生过重的学业负担。严格按照《__小学作业批改规范》的要求认真批改学生作业，尤其是学生作文，要做到及时批，及时评讲。教导处组织期初、期中、期末常规工作检查，重点检查教师的上课和学生作业的规范格式，教师的批改，以批改促作业质量提高，做到不错批，漏批。</w:t>
      </w:r>
      <w:r>
        <w:rPr>
          <w:lang w:eastAsia="zh-CN"/>
        </w:rPr>
        <w:br/>
      </w:r>
      <w:r>
        <w:rPr>
          <w:lang w:eastAsia="zh-CN"/>
        </w:rPr>
        <w:t>　　4.抓好学困生辅导。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遵循“面向全体，注重差异”原则，指导老师们利用课余时间对学困生采取面批、面改或个别辅导的.办法。帮助他们弥补缺陷，完成作业，克服学习困难。每位教师要有爱心、热心、耐心，始终对学生充满信心，要注意从学生的基础出发帮助他们一点一滴地取得成功，重视学生的学习心理，帮助他们树立信心，激发他们学习积极性。</w:t>
      </w:r>
      <w:r>
        <w:rPr>
          <w:lang w:eastAsia="zh-CN"/>
        </w:rPr>
        <w:br/>
      </w:r>
      <w:r>
        <w:rPr>
          <w:lang w:eastAsia="zh-CN"/>
        </w:rPr>
        <w:t>　　5.加强质量监控。</w:t>
      </w:r>
      <w:r>
        <w:rPr>
          <w:lang w:eastAsia="zh-CN"/>
        </w:rPr>
        <w:br/>
      </w:r>
      <w:r>
        <w:rPr>
          <w:lang w:eastAsia="zh-CN"/>
        </w:rPr>
        <w:t>　　考核学生学习成绩是检查教学效果、促进学生发展的重要措施。阶段性检测由教师严密监测，及时批改，认真评讲、分析试卷。组织好期中期末教学质量的检测工作，做好成绩统计、质量分析和反馈工作，对存在的问题要及时采取补救措施。</w:t>
      </w:r>
      <w:r>
        <w:rPr>
          <w:lang w:eastAsia="zh-CN"/>
        </w:rPr>
        <w:br/>
      </w:r>
      <w:r>
        <w:rPr>
          <w:lang w:eastAsia="zh-CN"/>
        </w:rPr>
        <w:t>　　6.加强学籍管理，健全学籍档案。</w:t>
      </w:r>
      <w:r>
        <w:rPr>
          <w:lang w:eastAsia="zh-CN"/>
        </w:rPr>
        <w:br/>
      </w:r>
      <w:r>
        <w:rPr>
          <w:lang w:eastAsia="zh-CN"/>
        </w:rPr>
        <w:t>　　为一年级新生建好学籍，严格把好转学、休学、复学等手续的办理，学生信息及时录入全国学籍系统。</w:t>
      </w:r>
      <w:r>
        <w:rPr>
          <w:lang w:eastAsia="zh-CN"/>
        </w:rPr>
        <w:br/>
      </w:r>
      <w:r>
        <w:rPr>
          <w:lang w:eastAsia="zh-CN"/>
        </w:rPr>
        <w:t>　　（二）加大质量监控力度，提高教学质量</w:t>
      </w:r>
      <w:r>
        <w:rPr>
          <w:lang w:eastAsia="zh-CN"/>
        </w:rPr>
        <w:br/>
      </w:r>
      <w:r>
        <w:rPr>
          <w:lang w:eastAsia="zh-CN"/>
        </w:rPr>
        <w:t>　　1.理论引导实践。</w:t>
      </w:r>
      <w:r>
        <w:rPr>
          <w:lang w:eastAsia="zh-CN"/>
        </w:rPr>
        <w:br/>
      </w:r>
      <w:r>
        <w:rPr>
          <w:lang w:eastAsia="zh-CN"/>
        </w:rPr>
        <w:t>　　教育观念是教育行为的内驱力，没有先进的教育观念，就不会有进步的教育实践。深入研究优质课堂教学策略，注重课堂教学行为、落实三维目标和随机评价的研究，强调教师对自己教学行为的分析与反思，以学生的“学”评价教师的“教”，使课堂教学真正成为激发学生兴趣、促进学生发展的过程。以习惯养成和夯实基础为重点，尊重差异，培养兴趣，关注体验，发展能力，促进学生和谐健康发展。</w:t>
      </w:r>
      <w:r>
        <w:rPr>
          <w:lang w:eastAsia="zh-CN"/>
        </w:rPr>
        <w:br/>
      </w:r>
      <w:r>
        <w:rPr>
          <w:lang w:eastAsia="zh-CN"/>
        </w:rPr>
        <w:t>　　2.听推门课。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本学期教导处和校级领导继续分学科听推门课，课后所有听课人员必须和执教者逐一进行认真、细致的点评，切实提高常态下的课堂教学效率。</w:t>
      </w:r>
      <w:r>
        <w:rPr>
          <w:lang w:eastAsia="zh-CN"/>
        </w:rPr>
        <w:br/>
      </w:r>
      <w:r>
        <w:rPr>
          <w:lang w:eastAsia="zh-CN"/>
        </w:rPr>
        <w:t>　　3.蹲点薄弱年级。</w:t>
      </w:r>
      <w:r>
        <w:rPr>
          <w:lang w:eastAsia="zh-CN"/>
        </w:rPr>
        <w:br/>
      </w:r>
      <w:r>
        <w:rPr>
          <w:lang w:eastAsia="zh-CN"/>
        </w:rPr>
        <w:t>　　针对上学期各年级语数英期末考试情况，本学期教导处将安排相关人员蹲点薄弱年级。尤其要对薄弱年级的薄弱学科跟踪督查，排查得失原因，提出具体整改措施。</w:t>
      </w:r>
      <w:r>
        <w:rPr>
          <w:lang w:eastAsia="zh-CN"/>
        </w:rPr>
        <w:br/>
      </w:r>
      <w:r>
        <w:rPr>
          <w:lang w:eastAsia="zh-CN"/>
        </w:rPr>
        <w:t>　　4.教学反思促成长。</w:t>
      </w:r>
      <w:r>
        <w:rPr>
          <w:lang w:eastAsia="zh-CN"/>
        </w:rPr>
        <w:br/>
      </w:r>
      <w:r>
        <w:rPr>
          <w:lang w:eastAsia="zh-CN"/>
        </w:rPr>
        <w:t>　　美国学者波斯纳提出教师成长的公式：“教师成长=经验+反思”。继续提高教学反思的有效性，引导教师重点关注以下内容：一要反思教学行为是否达到教学目标；二要反思课堂是否落实了学生的主体地位；三要反思是否创造性地使用了教材；四要反思教学过程是否存在着“内伤”；五要反思是否迸发出“智慧的火花”提高教学反思质量。</w:t>
      </w:r>
      <w:r>
        <w:rPr>
          <w:lang w:eastAsia="zh-CN"/>
        </w:rPr>
        <w:br/>
      </w:r>
      <w:r>
        <w:rPr>
          <w:lang w:eastAsia="zh-CN"/>
        </w:rPr>
        <w:t>　　（三）加强教师队伍建设，促进专业成长</w:t>
      </w:r>
      <w:r>
        <w:rPr>
          <w:lang w:eastAsia="zh-CN"/>
        </w:rPr>
        <w:br/>
      </w:r>
      <w:r>
        <w:rPr>
          <w:lang w:eastAsia="zh-CN"/>
        </w:rPr>
        <w:t>　　1.自身独立成长。</w:t>
      </w:r>
      <w:r>
        <w:rPr>
          <w:lang w:eastAsia="zh-CN"/>
        </w:rPr>
        <w:br/>
      </w:r>
      <w:r>
        <w:rPr>
          <w:lang w:eastAsia="zh-CN"/>
        </w:rPr>
        <w:t>　　本学期，继续要求每位教师认真研读一本教育专著和新课标，要求每位教师制定读书计划。教导处随机对照计划通过开展度“读书交流汇报会”、“青年教师素养比赛”等形式检查教师读书情况。</w:t>
      </w:r>
      <w:r>
        <w:rPr>
          <w:lang w:eastAsia="zh-CN"/>
        </w:rPr>
        <w:br/>
      </w:r>
      <w:r>
        <w:rPr>
          <w:lang w:eastAsia="zh-CN"/>
        </w:rPr>
        <w:t>　　2.同盟互助成长。</w:t>
      </w:r>
      <w:r>
        <w:rPr>
          <w:lang w:eastAsia="zh-CN"/>
        </w:rPr>
        <w:br/>
      </w:r>
      <w:r>
        <w:rPr>
          <w:lang w:eastAsia="zh-CN"/>
        </w:rPr>
        <w:t>　　针对我校实际情况，各个年级均有新教师的加入。我们将建立以年级为单位的互助同盟，让每位新教师先听课再上课，先学习再教学，让教师们在互助中成长。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3.专家引领成长。</w:t>
      </w:r>
      <w:r>
        <w:rPr>
          <w:lang w:eastAsia="zh-CN"/>
        </w:rPr>
        <w:br/>
      </w:r>
      <w:r>
        <w:rPr>
          <w:lang w:eastAsia="zh-CN"/>
        </w:rPr>
        <w:t>　　有了专家的智慧引领，老师们才会在创建高效课堂的路上走得更快、更远。本学期学校将一如既往地采用派出去、请进来的形式让教师们聆听专家的专业引领。</w:t>
      </w:r>
      <w:r>
        <w:rPr>
          <w:lang w:eastAsia="zh-CN"/>
        </w:rPr>
        <w:br/>
      </w:r>
      <w:r>
        <w:rPr>
          <w:lang w:eastAsia="zh-CN"/>
        </w:rPr>
        <w:t>　　（四）开设丰富多彩活动，提升学生素养</w:t>
      </w:r>
      <w:r>
        <w:rPr>
          <w:lang w:eastAsia="zh-CN"/>
        </w:rPr>
        <w:br/>
      </w:r>
      <w:r>
        <w:rPr>
          <w:lang w:eastAsia="zh-CN"/>
        </w:rPr>
        <w:t>　　我校将大力开展丰富多彩的学生活动，给学生一片属于自己的天空，让学生充分发挥自己的兴趣爱好和个性特长，从而达到了培养创新实践人才和实现人的全面发展的目的。</w:t>
      </w:r>
      <w:r>
        <w:rPr>
          <w:lang w:eastAsia="zh-CN"/>
        </w:rPr>
        <w:br/>
      </w:r>
      <w:r>
        <w:rPr>
          <w:lang w:eastAsia="zh-CN"/>
        </w:rPr>
        <w:t>　　1.畅游书海，快乐成长。</w:t>
      </w:r>
      <w:r>
        <w:rPr>
          <w:lang w:eastAsia="zh-CN"/>
        </w:rPr>
        <w:br/>
      </w:r>
      <w:r>
        <w:rPr>
          <w:lang w:eastAsia="zh-CN"/>
        </w:rPr>
        <w:t>　　为打造书香香校园，各年级将开展“相约好书，牵手美文”读书活动。各班开展“故事会”、“读书博览会”、“名人名言”、“书海拾贝”、“换一本书，交一个朋友”、“好书推荐”等活动。学校将举办读书新星、书香班级等评选活动，对先进个人和班级进行表彰，通过活动指导并激励学生快乐读书，共享读书的乐趣。以进一步激发广大学生读书的欲望，营造书香校园。</w:t>
      </w:r>
      <w:r>
        <w:rPr>
          <w:lang w:eastAsia="zh-CN"/>
        </w:rPr>
        <w:br/>
      </w:r>
      <w:r>
        <w:rPr>
          <w:lang w:eastAsia="zh-CN"/>
        </w:rPr>
        <w:t>　　2.为弘扬民族优秀文化传统。</w:t>
      </w:r>
      <w:r>
        <w:rPr>
          <w:lang w:eastAsia="zh-CN"/>
        </w:rPr>
        <w:br/>
      </w:r>
      <w:r>
        <w:rPr>
          <w:lang w:eastAsia="zh-CN"/>
        </w:rPr>
        <w:t>　　利用校本教材，每日经典诵读时间让同学们在读经典的过程中了解、熟悉中华优秀文化传统，进一步加强学生对中华经典诵读重要意义和实质内涵的了解，着重提高中华经典诵读活动的影响力，着力培养经典诵读的学习习惯和氛围，充分推动中华经典诵读活动的全面开展，并在全校范围内策划举办诗词大赛初赛、决赛。</w:t>
      </w:r>
      <w:r>
        <w:rPr>
          <w:lang w:eastAsia="zh-CN"/>
        </w:rPr>
        <w:br/>
      </w:r>
      <w:r>
        <w:rPr>
          <w:lang w:eastAsia="zh-CN"/>
        </w:rPr>
        <w:t>　　3.组织竞赛，遍地开花。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开展多形式的学科竞赛是推动各学科的教学发展，调动学生学习积极性的重要手段。本学期各教研组将开展各项赛事，通过比赛对学生的各项能力比一比，对教师们的教学促一促。同时，也为师生们的课余生活增添一道丰富、靓丽的风景线。教导主任个人工作计划5</w:t>
      </w:r>
      <w:r>
        <w:rPr>
          <w:lang w:eastAsia="zh-CN"/>
        </w:rPr>
        <w:br/>
      </w:r>
      <w:r>
        <w:rPr>
          <w:lang w:eastAsia="zh-CN"/>
        </w:rPr>
        <w:t xml:space="preserve">    一、指导思想 </w:t>
      </w:r>
      <w:r>
        <w:rPr>
          <w:lang w:eastAsia="zh-CN"/>
        </w:rPr>
        <w:br/>
      </w:r>
      <w:r>
        <w:rPr>
          <w:lang w:eastAsia="zh-CN"/>
        </w:rPr>
        <w:t>　　根据学期校长对教导处教学工作的要求，已全面提高教育教学质量为重点，以实施素质教育为目标，以整体推进课程为中心，以发挥教务处“指导、服务、督查、创新”的功能，与时俱进，开拓创新，扎扎实实开展教务处的工作，内强素质，外树形象，强化教学工作的全程管理，确实提高教学质量。</w:t>
      </w:r>
      <w:r>
        <w:rPr>
          <w:lang w:eastAsia="zh-CN"/>
        </w:rPr>
        <w:br/>
      </w:r>
      <w:r>
        <w:rPr>
          <w:lang w:eastAsia="zh-CN"/>
        </w:rPr>
        <w:t>　　二、主要工作目标</w:t>
      </w:r>
      <w:r>
        <w:rPr>
          <w:lang w:eastAsia="zh-CN"/>
        </w:rPr>
        <w:br/>
      </w:r>
      <w:r>
        <w:rPr>
          <w:lang w:eastAsia="zh-CN"/>
        </w:rPr>
        <w:t>　　基于新课标和新课程纲要，以扎实推进素质教育为目标，加强理论学习、转变思想观念、深化教研教改工作，全面提高教学质量，不断探索带彻启发式、探索式学习思想的课堂教学模式。力推崇开放式的，适应新教材的新型课。强化教师岗位培训，提高教师素质，促进新教师真正从学习型到创新型，老教师从经验性科研型的转变，扎扎实实做好每一次工作，是教研教改共同代全校基础工作蓬勃发展。</w:t>
      </w:r>
      <w:r>
        <w:rPr>
          <w:lang w:eastAsia="zh-CN"/>
        </w:rPr>
        <w:br/>
      </w:r>
      <w:r>
        <w:rPr>
          <w:lang w:eastAsia="zh-CN"/>
        </w:rPr>
        <w:t>　　三、主要工作任务与措施</w:t>
      </w:r>
      <w:r>
        <w:rPr>
          <w:lang w:eastAsia="zh-CN"/>
        </w:rPr>
        <w:br/>
      </w:r>
      <w:r>
        <w:rPr>
          <w:lang w:eastAsia="zh-CN"/>
        </w:rPr>
        <w:t>　　(一)规范教学行为，加强教学常规管理力度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1.进一步完善并实施《初中教师教学常规工作量化考核细则》提高教师的质量意识，明确馋鬼工作的重点，重视常规工作的落实。</w:t>
      </w:r>
      <w:r>
        <w:rPr>
          <w:lang w:eastAsia="zh-CN"/>
        </w:rPr>
        <w:br/>
      </w:r>
      <w:r>
        <w:rPr>
          <w:lang w:eastAsia="zh-CN"/>
        </w:rPr>
        <w:t>　　2.提高教师备课工作的质量。细化贝克笔记见长的内容，将检查重点放在目标计划制定是否合理，礁设计是否科学、教学过程舍家能否体现师生互动等。教师备课情况每月检查并注意及时馈，切实提高教师备课质量，坚持每周一次集体备课，促进教研工作的进一步浓厚，推进青年教师的快速成长，提升整体学科教学的水平，做到“五定”：即定时间、定地点、定内容、定计划、定主讲人，计划要及时上报教务处，做好集体备课活动记录，同时要求三年教龄以下的教师备详案。</w:t>
      </w:r>
      <w:r>
        <w:rPr>
          <w:lang w:eastAsia="zh-CN"/>
        </w:rPr>
        <w:br/>
      </w:r>
      <w:r>
        <w:rPr>
          <w:lang w:eastAsia="zh-CN"/>
        </w:rPr>
        <w:t>　　3.抓好、批改、改核、辅导、评价等环节的管理。教师要按学生的学习情况分层次布置作业，作业的批改应及时，对学生的辅导要有效。做好学科平衡工作，建立学校优秀学生数据，实行跟踪调查，个性化辅导。教师要充分了解这些学生在每一个阶段的'学习情况，一有异常情况，任课教师要迅速做出应，该辅导的辅导，该加的加强，切实保证提高我校的优秀率，保证优秀学生有发展的空间，为她们个好的发展创造条件，让优等生强化，中等生优化，弱等生迎头赶上。</w:t>
      </w:r>
      <w:r>
        <w:rPr>
          <w:lang w:eastAsia="zh-CN"/>
        </w:rPr>
        <w:br/>
      </w:r>
      <w:r>
        <w:rPr>
          <w:lang w:eastAsia="zh-CN"/>
        </w:rPr>
        <w:t>　　4.开展优秀礁。优质课评选，期中进行礁设计比赛，期末进行优秀礁评选活动，通过各种有效途敬提高教师对常规工作的认识，完善教师常规工作评价办法。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5.加强学生学习常规管理：改变学生的学习习惯，注重学生能力的培养，有效的刺激学生的学习主动性，一良好的学习习惯知道各自的学习目标，“主动参与，乐于探究，交流与合作”特征的学习方式。</w:t>
      </w:r>
      <w:r>
        <w:rPr>
          <w:lang w:eastAsia="zh-CN"/>
        </w:rPr>
        <w:br/>
      </w:r>
      <w:r>
        <w:rPr>
          <w:lang w:eastAsia="zh-CN"/>
        </w:rPr>
        <w:t>　　6.搞好质量分析制。制定整改措施。学期初个人课教师都要认真地进行质量分析，总结经验，找出存在的问题，提出改进方法，实行月考制度，通过月考检验教学质量，及时召开质量分析会，进行跟踪调查评比，及时掌握各级各类学生学习动向，及时馈给班主任及学生家长，找出问题及时解决。</w:t>
      </w:r>
      <w:r>
        <w:rPr>
          <w:lang w:eastAsia="zh-CN"/>
        </w:rPr>
        <w:br/>
      </w:r>
      <w:r>
        <w:rPr>
          <w:lang w:eastAsia="zh-CN"/>
        </w:rPr>
        <w:t>　　(二)完善教研组管理。促进教研组的整体优化，提高教研组的整体功能</w:t>
      </w:r>
      <w:r>
        <w:rPr>
          <w:lang w:eastAsia="zh-CN"/>
        </w:rPr>
        <w:br/>
      </w:r>
      <w:r>
        <w:rPr>
          <w:lang w:eastAsia="zh-CN"/>
        </w:rPr>
        <w:t>　　1.提高教师参加教研活动，承担教研任务的积极性。每学期每位教师至少承担一次教研任务教导处将教师是否主动承担教研任务，参加教研活动作为常规工作考核的重要内容。</w:t>
      </w:r>
      <w:r>
        <w:rPr>
          <w:lang w:eastAsia="zh-CN"/>
        </w:rPr>
        <w:br/>
      </w:r>
      <w:r>
        <w:rPr>
          <w:lang w:eastAsia="zh-CN"/>
        </w:rPr>
        <w:t>　　2.教研组长要认真制订教研组工作计划，科学安排教研组活动，每两周一次的教研活动要切实落实到位，教导处根据教研组的活动安排统一调控，加强监督，保证教研组活动正常进行，提高活动的质量。</w:t>
      </w:r>
      <w:r>
        <w:rPr>
          <w:lang w:eastAsia="zh-CN"/>
        </w:rPr>
        <w:br/>
      </w:r>
      <w:r>
        <w:rPr>
          <w:lang w:eastAsia="zh-CN"/>
        </w:rPr>
        <w:t>　　3.各教研组要认真组织教师开展学港、教学计划和集体备课活动，促进学科教学，培养学生的探索、创新意识和能力，提倡开放式教学。</w:t>
      </w:r>
      <w:r>
        <w:rPr>
          <w:lang w:eastAsia="zh-CN"/>
        </w:rPr>
        <w:br/>
      </w:r>
      <w:r>
        <w:rPr>
          <w:lang w:eastAsia="zh-CN"/>
        </w:rPr>
        <w:t>　　(三)促成教师专业发展</w:t>
      </w:r>
      <w:r>
        <w:rPr>
          <w:lang w:eastAsia="zh-CN"/>
        </w:rPr>
        <w:br/>
      </w:r>
      <w:r>
        <w:rPr>
          <w:lang w:eastAsia="zh-CN"/>
        </w:rPr>
        <w:t>　　1.充分利用新课程培训、新课标学习以及其他教研形式，促成全体教师的教学思想的转变，从而提高教师专业发展的自觉性。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做好青年教师的指导、培训工作，主动关心青年教师尤其是新教师的成长，各级教研组长要根据师师结队的原则，拟定好本组教师的培养计划，在教学的各个环节和各个方面对青年教师给于具体的助和指导，鼓励教师相互学习，共同提高，要求美学习校长听课不少于40节，主人听课不少于40节，教研组长听课不少于30节，一般教师停课不少于20节。对新教师主要进行教学常规辅导，使他们尽快适应教育教学工作，做到一年过关，两年达标，三年成为骨干。</w:t>
      </w:r>
      <w:r>
        <w:rPr>
          <w:lang w:eastAsia="zh-CN"/>
        </w:rPr>
        <w:br/>
      </w:r>
      <w:r>
        <w:rPr>
          <w:lang w:eastAsia="zh-CN"/>
        </w:rPr>
        <w:t>　　3.鼓励中青年教师热心教育科研，创教育教学研究成果，激励教师钻研业务，提高技能，加强理论学习，多撰写教育教学论文，尽早出教研成果，争取在市教育教学论文评比中有我校的教师获奖。</w:t>
      </w:r>
      <w:r>
        <w:rPr>
          <w:lang w:eastAsia="zh-CN"/>
        </w:rPr>
        <w:br/>
      </w:r>
      <w:r>
        <w:rPr>
          <w:lang w:eastAsia="zh-CN"/>
        </w:rPr>
        <w:t>　　4.各教研组要注意培养本组的骨干教师，并注意在发挥骨干教师的带头、示范作用的同时，配合学校推出校、市级学科带头人和骨干教师。</w:t>
      </w:r>
      <w:r>
        <w:rPr>
          <w:lang w:eastAsia="zh-CN"/>
        </w:rPr>
        <w:br/>
      </w:r>
      <w:r>
        <w:rPr>
          <w:lang w:eastAsia="zh-CN"/>
        </w:rPr>
        <w:t>　　5.进一步完善教师教学工作考核、评价、惩奖体系，通过调查听课，学生平交际统计考试成绩等形式，组教师了解自己，调节自己的教学行为，不断改进教学，提高教师的质量意识和教育教学工作的积极性。</w:t>
      </w:r>
      <w:r>
        <w:rPr>
          <w:lang w:eastAsia="zh-CN"/>
        </w:rPr>
        <w:br/>
      </w:r>
      <w:r>
        <w:rPr>
          <w:lang w:eastAsia="zh-CN"/>
        </w:rPr>
        <w:t>　　(四)胆进行教改尝试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语文课教改尝试。一是增加学生的阅读量，每一个单元增加1---2篇语言优美，具有教育意义的铜题材文章作为阅读篇目，教师要注意加强阅读指导。二是：增加学生作文数量，便没粮走一四作文为每一周一篇作文，教师可以批改其中的一片或者是批改每一篇的一半。三是：要求语文教师要写出作文训练计划。</w:t>
      </w:r>
      <w:r>
        <w:rPr>
          <w:lang w:eastAsia="zh-CN"/>
        </w:rPr>
        <w:br/>
      </w:r>
      <w:r>
        <w:rPr>
          <w:lang w:eastAsia="zh-CN"/>
        </w:rPr>
        <w:t>　　2.英语课教学尝试：一是：胆尝试“习旧——练新——模仿——交际——发展”的课堂教学模式;二是：增加写作训练，要求每一周进行一次写作训练，并要求有全批全改。</w:t>
      </w:r>
      <w:r>
        <w:rPr>
          <w:lang w:eastAsia="zh-CN"/>
        </w:rPr>
        <w:br/>
      </w:r>
      <w:r>
        <w:rPr>
          <w:lang w:eastAsia="zh-CN"/>
        </w:rPr>
        <w:t>　　3.数学科教改尝试。主要厂是“自学辅导法”课堂教学模式。</w:t>
      </w:r>
      <w:r>
        <w:rPr>
          <w:lang w:eastAsia="zh-CN"/>
        </w:rPr>
        <w:br/>
      </w:r>
      <w:r>
        <w:rPr>
          <w:lang w:eastAsia="zh-CN"/>
        </w:rPr>
        <w:t>　　(五)抓好初三毕业工作</w:t>
      </w:r>
      <w:r>
        <w:rPr>
          <w:lang w:eastAsia="zh-CN"/>
        </w:rPr>
        <w:br/>
      </w:r>
      <w:r>
        <w:rPr>
          <w:lang w:eastAsia="zh-CN"/>
        </w:rPr>
        <w:t>　　1.指导思想：以推进素质教育，实施减负增效，培养创新能力，坚定提高教育教学质量为信念，以强留的创新意识和进取景生在工作上开拓，在教学上拔尖，不甘平庸，不甘落后，不满足于过得去，不满足于一般化，同心同结，群集群力，骄破满，珍珠实干，再铸辉煌。</w:t>
      </w:r>
      <w:r>
        <w:rPr>
          <w:lang w:eastAsia="zh-CN"/>
        </w:rPr>
        <w:br/>
      </w:r>
      <w:r>
        <w:rPr>
          <w:lang w:eastAsia="zh-CN"/>
        </w:rPr>
        <w:t>　　2.奋斗目标：</w:t>
      </w:r>
      <w:r>
        <w:rPr>
          <w:lang w:eastAsia="zh-CN"/>
        </w:rPr>
        <w:br/>
      </w:r>
      <w:r>
        <w:rPr>
          <w:lang w:eastAsia="zh-CN"/>
        </w:rPr>
        <w:t>　　(1)升学目标：市一中15名、市三中——名、市五中——名、市七中——名、保定市十七中15名。</w:t>
      </w:r>
      <w:r>
        <w:rPr>
          <w:lang w:eastAsia="zh-CN"/>
        </w:rPr>
        <w:br/>
      </w:r>
      <w:r>
        <w:rPr>
          <w:lang w:eastAsia="zh-CN"/>
        </w:rPr>
        <w:t>　　(2)优秀目标30名</w:t>
      </w:r>
      <w:r>
        <w:rPr>
          <w:lang w:eastAsia="zh-CN"/>
        </w:rPr>
        <w:br/>
      </w:r>
      <w:r>
        <w:rPr>
          <w:lang w:eastAsia="zh-CN"/>
        </w:rPr>
        <w:t>　　3.总原则：向态度要质量，保升学;向实干要质量，保升学;向教研要质量，保升学;向管理要质量，保升学。</w:t>
      </w:r>
      <w:r>
        <w:rPr>
          <w:lang w:eastAsia="zh-CN"/>
        </w:rPr>
        <w:br/>
      </w:r>
      <w:r>
        <w:rPr>
          <w:lang w:eastAsia="zh-CN"/>
        </w:rPr>
        <w:t>　　4.具体措施：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领导到位：成立初三毕业班工作领导小组、组长：__;副组长：……;成员：初三班主任。主要做好学校各职能部门，各教研组的工作，使其有机配合，协调联动，调动人力、物力、财力正常高速运转，监督检查各方面工作，准确决策。</w:t>
      </w:r>
      <w:r>
        <w:rPr>
          <w:lang w:eastAsia="zh-CN"/>
        </w:rPr>
        <w:br/>
      </w:r>
      <w:r>
        <w:rPr>
          <w:lang w:eastAsia="zh-CN"/>
        </w:rPr>
        <w:t>　　(2)教学指导到位：班子成员要深入课堂指导教学;深入出三组，研究纲，研究教材，研究教法;深入学生，了解学情，及时解决教学当中存在的问题。</w:t>
      </w:r>
      <w:r>
        <w:rPr>
          <w:lang w:eastAsia="zh-CN"/>
        </w:rPr>
        <w:br/>
      </w:r>
      <w:r>
        <w:rPr>
          <w:lang w:eastAsia="zh-CN"/>
        </w:rPr>
        <w:t>　　(3)德育工作到位，工作重点为抓好初三学生的思想工作和纪律教育，领导班主任工作，协调任课教师负责学生管理。</w:t>
      </w:r>
      <w:r>
        <w:rPr>
          <w:lang w:eastAsia="zh-CN"/>
        </w:rPr>
        <w:br/>
      </w:r>
      <w:r>
        <w:rPr>
          <w:lang w:eastAsia="zh-CN"/>
        </w:rPr>
        <w:t>　　(4)搞好五种教育：“有志者事竟成”的希望教育;“功到自然成”的苦乐观教育;“成功之路就在脚下”的理想和现实教育;“知识就是力量”的学知识长才干增智慧教育;“一颗红心，两种准备”的升学与就业教育。</w:t>
      </w:r>
      <w:r>
        <w:rPr>
          <w:lang w:eastAsia="zh-CN"/>
        </w:rPr>
        <w:br/>
      </w:r>
      <w:r>
        <w:rPr>
          <w:lang w:eastAsia="zh-CN"/>
        </w:rPr>
        <w:t>　　(5)加强班主任工作：首先要细致入微地做好初三毕业班学生思想工作，要做到以班主任为核心，根据学校总体部署，结合本班实际组织本班学生开展好各种有益的活动，上好主题班会，充分调动学生勤奋学习的积极性，增强学生向心力。其次联系课任教师，增强以班主任为核心的课任教师凝聚力，防止学生偏科，由班主任牵头，密切联系各科任教师，跳动学生学好各门功课的兴趣和积极性，使学生学习能平衡发展。第三班主任要摸清学生四个底：思想底码、知识底码、心理底码、非智力因素底码。因材施教，分类推进。第四班主任要密切关注班级学生动向，深入研究学生情况，对个别问题作好预测，进行超前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(6)强化初三校规校纪管理：班主任要教育学生严格遵守学校各常规及各项制度，对严重违校规校纪的要严肃批评教育，说处分就处分，减少对其他同学的干扰，是毕业班在全校充分发挥好以带全面的良好作用。</w:t>
      </w:r>
      <w:r>
        <w:rPr>
          <w:lang w:eastAsia="zh-CN"/>
        </w:rPr>
        <w:br/>
      </w:r>
      <w:r>
        <w:rPr>
          <w:lang w:eastAsia="zh-CN"/>
        </w:rPr>
        <w:t>　　(7)搞好单元过关，稳扎稳打，步步为营，不留夹生饭坚决杜绝不顾一切盲目赶进度的错误做法。</w:t>
      </w:r>
      <w:r>
        <w:rPr>
          <w:lang w:eastAsia="zh-CN"/>
        </w:rPr>
        <w:br/>
      </w:r>
      <w:r>
        <w:rPr>
          <w:lang w:eastAsia="zh-CN"/>
        </w:rPr>
        <w:t>　　(8)加强辅导，做到整体辅导与个别辅导相结合，对目标生采取面对面的辅导，把辅导重点放在突破薄弱学科上。</w:t>
      </w:r>
      <w:r>
        <w:rPr>
          <w:lang w:eastAsia="zh-CN"/>
        </w:rPr>
        <w:br/>
      </w:r>
      <w:r>
        <w:rPr>
          <w:lang w:eastAsia="zh-CN"/>
        </w:rPr>
        <w:t>　　(9)全员参与齐抓共管，发挥整体功能。要个人奋斗与集体奋斗相结合。全体教师对目标生要全面负责，形成合力保总分，消除弱科争全优。不能给学生造成某些教师的某学科薄弱而不能升学的后果。教导主任个人工作计划6</w:t>
      </w:r>
      <w:r>
        <w:rPr>
          <w:lang w:eastAsia="zh-CN"/>
        </w:rPr>
        <w:br/>
      </w:r>
      <w:r>
        <w:rPr>
          <w:lang w:eastAsia="zh-CN"/>
        </w:rPr>
        <w:t xml:space="preserve">    1、继续抓好听课评课制度，确保其实效性。 </w:t>
      </w:r>
      <w:r>
        <w:rPr>
          <w:lang w:eastAsia="zh-CN"/>
        </w:rPr>
        <w:br/>
      </w:r>
      <w:r>
        <w:rPr>
          <w:lang w:eastAsia="zh-CN"/>
        </w:rPr>
        <w:t>　　要求每位教师每学期内都能在校内上一堂公开课，倡导从“备课——上课——评课——再上课”的系列活动，让每位教师参与全过程，在活动中促进提高。</w:t>
      </w:r>
      <w:r>
        <w:rPr>
          <w:lang w:eastAsia="zh-CN"/>
        </w:rPr>
        <w:br/>
      </w:r>
      <w:r>
        <w:rPr>
          <w:lang w:eastAsia="zh-CN"/>
        </w:rPr>
        <w:t>　　2、活动形式力求丰富多彩，确保其全面性、实效性。</w:t>
      </w:r>
      <w:r>
        <w:rPr>
          <w:lang w:eastAsia="zh-CN"/>
        </w:rPr>
        <w:br/>
      </w:r>
      <w:r>
        <w:rPr>
          <w:lang w:eastAsia="zh-CN"/>
        </w:rPr>
        <w:t>　　避免校本教研就是听课评课的认识误区，充实教研活动的内容和形式。因地制宜开展业务学习、专题讨论、看评录像、问题探讨等机动灵活的活动形式，真正让教研活动为课堂教学服务。</w:t>
      </w:r>
      <w:r>
        <w:rPr>
          <w:lang w:eastAsia="zh-CN"/>
        </w:rPr>
        <w:br/>
      </w:r>
      <w:r>
        <w:rPr>
          <w:lang w:eastAsia="zh-CN"/>
        </w:rPr>
        <w:t>　　3、探索网络教研新模式，提高活动效率。</w:t>
      </w:r>
      <w:r>
        <w:rPr>
          <w:lang w:eastAsia="zh-CN"/>
        </w:rPr>
        <w:br/>
      </w:r>
      <w:r>
        <w:rPr>
          <w:lang w:eastAsia="zh-CN"/>
        </w:rPr>
        <w:t>　　充分利用现代化办公平台，开创网络教研新模式，进一步增强教师之间的交流，形成浓厚的教学研讨氛围。</w:t>
      </w:r>
      <w:r>
        <w:rPr>
          <w:lang w:eastAsia="zh-CN"/>
        </w:rPr>
        <w:br/>
      </w:r>
      <w:r>
        <w:rPr>
          <w:lang w:eastAsia="zh-CN"/>
        </w:rPr>
        <w:t>　　一是建立学区教师qq群，开展网上交流和研讨;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二是鼓励教师建立教学博客，发表自己的教学感悟或随笔。</w:t>
      </w:r>
      <w:r>
        <w:rPr>
          <w:lang w:eastAsia="zh-CN"/>
        </w:rPr>
        <w:br/>
      </w:r>
      <w:r>
        <w:rPr>
          <w:lang w:eastAsia="zh-CN"/>
        </w:rPr>
        <w:t>　　(三)优化教学管理，全面提高教学质量</w:t>
      </w:r>
      <w:r>
        <w:rPr>
          <w:lang w:eastAsia="zh-CN"/>
        </w:rPr>
        <w:br/>
      </w:r>
      <w:r>
        <w:rPr>
          <w:lang w:eastAsia="zh-CN"/>
        </w:rPr>
        <w:t>　　1、落实教学常规，加大备课、上课、作业布置与批改等教学常规的监督检查力度，采用教研组每周一查，教务处每月一查等方式，确保制度的有效落实。教学开放周的开展和随堂听课要制度化，纳入教师绩效考核中。学校领导要带头深入课堂，学校领导每期听课不得少于15节，教师每期听课不得少于10节，听课记录、评课记录等要整理归档，教务处期末检查评比，并公布检查结果。</w:t>
      </w:r>
      <w:r>
        <w:rPr>
          <w:lang w:eastAsia="zh-CN"/>
        </w:rPr>
        <w:br/>
      </w:r>
      <w:r>
        <w:rPr>
          <w:lang w:eastAsia="zh-CN"/>
        </w:rPr>
        <w:t>　　2、全面贯彻落实教学工作“十字”方针，即备课要“深”，上课要“实”，作业要“精”，教学要“活”，手段要“新”，活动要“勤”，考核要“严”，辅导要“细”，负担要“轻”，质量要“高”。</w:t>
      </w:r>
      <w:r>
        <w:rPr>
          <w:lang w:eastAsia="zh-CN"/>
        </w:rPr>
        <w:br/>
      </w:r>
      <w:r>
        <w:rPr>
          <w:lang w:eastAsia="zh-CN"/>
        </w:rPr>
        <w:t>　　3、加强技能学科和弱势学科教学。本学期继续重点关注科学、体育、信息技术学科等学科的教学管理，加强课堂教学的指导和教学常规的督查，积极培养学科骨干，大力营造良好的`学习氛围，促进学科质量的全面提高。</w:t>
      </w:r>
      <w:r>
        <w:rPr>
          <w:lang w:eastAsia="zh-CN"/>
        </w:rPr>
        <w:br/>
      </w:r>
      <w:r>
        <w:rPr>
          <w:lang w:eastAsia="zh-CN"/>
        </w:rPr>
        <w:t>　　4、重视过程检测，及时改进教学。要求教师做好过程性检测，每上完一个单元，对学生掌握知识的情况作单元过关测试，并在备课笔记中做好学生成绩登记，以利于及时查漏补缺。教务处重点抓好期中、期末阶段性检测，对学区的教学质量进行全面监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5、重视“轻负高效”。以“有效教学”课题研究为载体，要求教师能够提高自身素质和课堂教学水平，提高课堂教学效率，严禁加重学生课业负担，力争做“轻负高效”的教师。</w:t>
      </w:r>
      <w:r>
        <w:rPr>
          <w:lang w:eastAsia="zh-CN"/>
        </w:rPr>
        <w:br/>
      </w:r>
      <w:r>
        <w:rPr>
          <w:lang w:eastAsia="zh-CN"/>
        </w:rPr>
        <w:t>　　6、要求教师及时做好教学工作的总结，重视反思，重视积累教育教学经验，重视骨干教师的引领示范作用。教导主任个人工作计划7</w:t>
      </w:r>
      <w:r>
        <w:rPr>
          <w:lang w:eastAsia="zh-CN"/>
        </w:rPr>
        <w:br/>
      </w:r>
      <w:r>
        <w:rPr>
          <w:lang w:eastAsia="zh-CN"/>
        </w:rPr>
        <w:t xml:space="preserve">    一、指导思想 </w:t>
      </w:r>
      <w:r>
        <w:rPr>
          <w:lang w:eastAsia="zh-CN"/>
        </w:rPr>
        <w:br/>
      </w:r>
      <w:r>
        <w:rPr>
          <w:lang w:eastAsia="zh-CN"/>
        </w:rPr>
        <w:t>　　以科学发展观为指导，以构建有效课堂、全面提高教学质量为第一要务，以促进学生全面发展和教师专业成长为目标，努力改进教师教学教研方式和学生学习方式，全面深化教学改革，全面推进素质教育。</w:t>
      </w:r>
      <w:r>
        <w:rPr>
          <w:lang w:eastAsia="zh-CN"/>
        </w:rPr>
        <w:br/>
      </w:r>
      <w:r>
        <w:rPr>
          <w:lang w:eastAsia="zh-CN"/>
        </w:rPr>
        <w:t>　　二、工作思路</w:t>
      </w:r>
      <w:r>
        <w:rPr>
          <w:lang w:eastAsia="zh-CN"/>
        </w:rPr>
        <w:br/>
      </w:r>
      <w:r>
        <w:rPr>
          <w:lang w:eastAsia="zh-CN"/>
        </w:rPr>
        <w:t>　　1、把握一个中心：以推进课程改革，提高教学质量为中心。</w:t>
      </w:r>
      <w:r>
        <w:rPr>
          <w:lang w:eastAsia="zh-CN"/>
        </w:rPr>
        <w:br/>
      </w:r>
      <w:r>
        <w:rPr>
          <w:lang w:eastAsia="zh-CN"/>
        </w:rPr>
        <w:t>　　2、坚持两个基本点：课堂教学改革；学生学法推进。</w:t>
      </w:r>
      <w:r>
        <w:rPr>
          <w:lang w:eastAsia="zh-CN"/>
        </w:rPr>
        <w:br/>
      </w:r>
      <w:r>
        <w:rPr>
          <w:lang w:eastAsia="zh-CN"/>
        </w:rPr>
        <w:t>　　3、落实三种管理：过程管理和结果管理；制度管理和人文管理；考核管理与绩效管理。</w:t>
      </w:r>
      <w:r>
        <w:rPr>
          <w:lang w:eastAsia="zh-CN"/>
        </w:rPr>
        <w:br/>
      </w:r>
      <w:r>
        <w:rPr>
          <w:lang w:eastAsia="zh-CN"/>
        </w:rPr>
        <w:t>　　4、完成四项任务：教学管理精细化；素质教育深入化；教学质量达标化；教学特色个性化。</w:t>
      </w:r>
      <w:r>
        <w:rPr>
          <w:lang w:eastAsia="zh-CN"/>
        </w:rPr>
        <w:br/>
      </w:r>
      <w:r>
        <w:rPr>
          <w:lang w:eastAsia="zh-CN"/>
        </w:rPr>
        <w:t>　　三、主要工作方法及措施</w:t>
      </w:r>
      <w:r>
        <w:rPr>
          <w:lang w:eastAsia="zh-CN"/>
        </w:rPr>
        <w:br/>
      </w:r>
      <w:r>
        <w:rPr>
          <w:lang w:eastAsia="zh-CN"/>
        </w:rPr>
        <w:t>　　（一）、强化质量管理、突出工作中心</w:t>
      </w:r>
      <w:r>
        <w:rPr>
          <w:lang w:eastAsia="zh-CN"/>
        </w:rPr>
        <w:br/>
      </w:r>
      <w:r>
        <w:rPr>
          <w:lang w:eastAsia="zh-CN"/>
        </w:rPr>
        <w:t>　　1、进行质量分析、增强质量意识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通过召开质量分析会，全面通报上学期小学、初中各校片的成绩情况和教师的成绩情况，表扬先进、鞭策落后。以此增强学片领导和教师群体的质量意识和忧患意识，进一步树立以质量求生存、以质量求发展的主人翁责任感。</w:t>
      </w:r>
      <w:r>
        <w:rPr>
          <w:lang w:eastAsia="zh-CN"/>
        </w:rPr>
        <w:br/>
      </w:r>
      <w:r>
        <w:rPr>
          <w:lang w:eastAsia="zh-CN"/>
        </w:rPr>
        <w:t>　　2、健全和维护教学制度，提高教学管理效率</w:t>
      </w:r>
      <w:r>
        <w:rPr>
          <w:lang w:eastAsia="zh-CN"/>
        </w:rPr>
        <w:br/>
      </w:r>
      <w:r>
        <w:rPr>
          <w:lang w:eastAsia="zh-CN"/>
        </w:rPr>
        <w:t>　　进一步健全和落实各项管理制度，注重内涵发展，切实提高教导处管理水平，各教导主任一定要根据中心校《“五优化”管理方案》《教师绩效管理方案》等管理制度的要求，认真学习、宣传和贯彻落实，向管理要质量要效益；同时，加强自身的学习，不断增强教学管理素质，保证教学管理的有效性。</w:t>
      </w:r>
      <w:r>
        <w:rPr>
          <w:lang w:eastAsia="zh-CN"/>
        </w:rPr>
        <w:br/>
      </w:r>
      <w:r>
        <w:rPr>
          <w:lang w:eastAsia="zh-CN"/>
        </w:rPr>
        <w:t>　　3、加强“六认真”工作检查，落实过程管理</w:t>
      </w:r>
      <w:r>
        <w:rPr>
          <w:lang w:eastAsia="zh-CN"/>
        </w:rPr>
        <w:br/>
      </w:r>
      <w:r>
        <w:rPr>
          <w:lang w:eastAsia="zh-CN"/>
        </w:rPr>
        <w:t>　　督促“六认真”工作务必求实、求真、求效。教导主任要全面了解学校教师的教学情况，发现问题，及时纠正。本学期学校将着力抓好“六认真”工作的三个环节：备课、上课、作业。</w:t>
      </w:r>
      <w:r>
        <w:rPr>
          <w:lang w:eastAsia="zh-CN"/>
        </w:rPr>
        <w:br/>
      </w:r>
      <w:r>
        <w:rPr>
          <w:lang w:eastAsia="zh-CN"/>
        </w:rPr>
        <w:t>　　(1)有效改革备课,做到“四有”、“四备”</w:t>
      </w:r>
      <w:r>
        <w:rPr>
          <w:lang w:eastAsia="zh-CN"/>
        </w:rPr>
        <w:br/>
      </w:r>
      <w:r>
        <w:rPr>
          <w:lang w:eastAsia="zh-CN"/>
        </w:rPr>
        <w:t>　　“四有”即脑中有大纲，胸中有教材,心中有教法，目中有学生，依“纲”扣“本”设计好课堂教学结构；“四备”即备时间安排、备师生活动、备提问练习、备板书设计（注意预习安排）。教师要按质按量按时地写出符合标准的教案,做到超前备课。教导处以定期检查和随时抽查教案为主，适时对个别学科、个别教师进行追踪调研，找到适合的管理方法，给予及时地评议和指导。</w:t>
      </w:r>
      <w:r>
        <w:rPr>
          <w:lang w:eastAsia="zh-CN"/>
        </w:rPr>
        <w:br/>
      </w:r>
      <w:r>
        <w:rPr>
          <w:lang w:eastAsia="zh-CN"/>
        </w:rPr>
        <w:t>　　(2)有效改革上课，做到“五为主”、“五突出”</w:t>
      </w:r>
      <w:r>
        <w:rPr>
          <w:lang w:eastAsia="zh-CN"/>
        </w:rPr>
        <w:br/>
      </w:r>
      <w:r>
        <w:rPr>
          <w:lang w:eastAsia="zh-CN"/>
        </w:rPr>
        <w:t>　　各校要认真落实中心校提出的课堂教学改革要求，认真做好课堂教学“五为主”和“五突出”。</w:t>
      </w:r>
    </w:p>
    <w:p w:rsidR="001B1F19" w14:textId="27C3F48A">
      <w:pPr>
        <w:rPr>
          <w:rFonts w:hint="eastAsia"/>
          <w:lang w:eastAsia="zh-CN"/>
        </w:rPr>
      </w:pPr>
      <w:r>
        <w:rPr>
          <w:lang w:eastAsia="zh-CN"/>
        </w:rPr>
        <w:t xml:space="preserve"> “五为主”,即以教师为主导,学生为主体,训练为主线,思维为核心,能力为目标。“五突出”即突出重点、难点,不面面俱到；突出精讲巧练，不搞题海战术；突出思维训练,不搞满堂灌、满堂问；突出讲课效益,不搞加班加点；突出因材施教，不搞千人一面。各校将每周必须进行随堂随机抽查听课，确保随时随地了解教学第一线的情况，有效地克服课堂教学的`随意性。</w:t>
      </w:r>
      <w:r>
        <w:rPr>
          <w:lang w:eastAsia="zh-CN"/>
        </w:rPr>
        <w:br/>
      </w:r>
      <w:r>
        <w:rPr>
          <w:lang w:eastAsia="zh-CN"/>
        </w:rPr>
        <w:t>　　(3)有效改革作业，做到“四要”“四不”</w:t>
      </w:r>
      <w:r>
        <w:rPr>
          <w:lang w:eastAsia="zh-CN"/>
        </w:rPr>
        <w:br/>
      </w:r>
      <w:r>
        <w:rPr>
          <w:lang w:eastAsia="zh-CN"/>
        </w:rPr>
        <w:t>　　“四要”即作业要精,格式要严,批改要快,质量要高；“四不”即不准留超量作业，不准留惩罚性作业，不准不批作业，不准让家长或学生代批作业。</w:t>
      </w:r>
      <w:r>
        <w:rPr>
          <w:lang w:eastAsia="zh-CN"/>
        </w:rPr>
        <w:br/>
      </w:r>
      <w:r>
        <w:rPr>
          <w:lang w:eastAsia="zh-CN"/>
        </w:rPr>
        <w:t>　　4、坚持人文关怀、落实薄弱管理</w:t>
      </w:r>
      <w:r>
        <w:rPr>
          <w:lang w:eastAsia="zh-CN"/>
        </w:rPr>
        <w:br/>
      </w:r>
      <w:r>
        <w:rPr>
          <w:lang w:eastAsia="zh-CN"/>
        </w:rPr>
        <w:t>　　加强对教学质量薄弱教师的管理。采取分阶段、有重点、有针对性地转变其思想，提高其业务能力。方法为：一交流、二帮助、三鼓励、四鞭策。</w:t>
      </w:r>
      <w:r>
        <w:rPr>
          <w:lang w:eastAsia="zh-CN"/>
        </w:rPr>
        <w:br/>
      </w:r>
      <w:r>
        <w:rPr>
          <w:lang w:eastAsia="zh-CN"/>
        </w:rPr>
        <w:t>　　5、开齐课程、开足课时，落实学生全面发展</w:t>
      </w:r>
      <w:r>
        <w:rPr>
          <w:lang w:eastAsia="zh-CN"/>
        </w:rPr>
        <w:br/>
      </w:r>
      <w:r>
        <w:rPr>
          <w:lang w:eastAsia="zh-CN"/>
        </w:rPr>
        <w:t>　　一是各种科目的教学工作；二是艺体卫工作。各校务必认真按课程设置安排，同时可以力所能及地进行课外兴趣活动，健全课外兴趣活动制度和考核机制，丰富学生的校园生活，让学生在快乐中学习，在愉快中全面发展。</w:t>
      </w:r>
      <w:r>
        <w:rPr>
          <w:lang w:eastAsia="zh-CN"/>
        </w:rPr>
        <w:br/>
      </w:r>
      <w:r>
        <w:rPr>
          <w:lang w:eastAsia="zh-CN"/>
        </w:rPr>
        <w:t>　　6、组织进行月考，加强教学质量监控</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https://d.book118.com/048051044011006035</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8051044011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