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集体备课工作计划</w:t>
      </w:r>
    </w:p>
    <w:p>
      <w:pPr>
        <w:spacing w:before="100" w:after="200" w:line="360" w:lineRule="auto"/>
        <w:jc w:val="left"/>
      </w:pPr>
      <w:r>
        <w:rPr>
          <w:rFonts w:ascii="宋体 (中文正文)" w:eastAsia="宋体" w:hAnsi="宋体 (中文正文)"/>
          <w:sz w:val="28"/>
        </w:rPr>
        <w:t>一、指导思想：</w:t>
      </w:r>
    </w:p>
    <w:p>
      <w:pPr>
        <w:spacing w:before="100" w:after="200" w:line="360" w:lineRule="auto"/>
        <w:ind w:firstLine="576"/>
        <w:jc w:val="left"/>
      </w:pPr>
      <w:r>
        <w:rPr>
          <w:rFonts w:ascii="宋体" w:eastAsia="宋体" w:hAnsi="宋体"/>
          <w:sz w:val="28"/>
        </w:rPr>
        <w:t>以新课程标准和高考历史考试大纲为依据，充分研究近几年的高考，不断进行课堂教学，在减负增效的大背景下探索高三历史教学模式，增强历史课的针对性和实效性，培养学生分析问题、解决问题和应试的能力，加强学法指导，坚持有效训练，从而提高历史课的教学质量，进而全面提高学生的高考成绩。要注重夯实学生的基础知识和提高知识应用能力为核心，充分发挥备课组的集体智慧与力量，争取在20xx年高考当中取得优异的成绩。</w:t>
      </w:r>
    </w:p>
    <w:p>
      <w:pPr>
        <w:spacing w:before="100" w:after="200" w:line="360" w:lineRule="auto"/>
        <w:jc w:val="left"/>
      </w:pPr>
      <w:r>
        <w:rPr>
          <w:rFonts w:ascii="宋体 (中文正文)" w:eastAsia="宋体" w:hAnsi="宋体 (中文正文)"/>
          <w:sz w:val="28"/>
        </w:rPr>
        <w:t>二、学情分析：</w:t>
      </w:r>
    </w:p>
    <w:p>
      <w:pPr>
        <w:spacing w:before="100" w:after="200" w:line="360" w:lineRule="auto"/>
        <w:ind w:firstLine="576"/>
        <w:jc w:val="left"/>
      </w:pPr>
      <w:r>
        <w:rPr>
          <w:rFonts w:ascii="宋体" w:eastAsia="宋体" w:hAnsi="宋体"/>
          <w:sz w:val="28"/>
        </w:rPr>
        <w:t>从整体看，四个班水平参差不齐，但总体上是大部分学生历史基础知识不扎实，对历史的学习方法还不能比较好地掌握，答题不规范；学习习惯还没有真正养成。具体表现为：</w:t>
      </w:r>
    </w:p>
    <w:p>
      <w:pPr>
        <w:spacing w:before="100" w:after="200" w:line="360" w:lineRule="auto"/>
        <w:ind w:firstLine="576"/>
        <w:jc w:val="left"/>
      </w:pPr>
      <w:r>
        <w:rPr>
          <w:rFonts w:ascii="宋体" w:eastAsia="宋体" w:hAnsi="宋体"/>
          <w:sz w:val="28"/>
        </w:rPr>
        <w:t>①尖子不尖，尖子生虽有一定的基础，但学科优势不明显，需要重点培养；</w:t>
      </w:r>
    </w:p>
    <w:p>
      <w:pPr>
        <w:spacing w:before="100" w:after="200" w:line="360" w:lineRule="auto"/>
        <w:ind w:firstLine="576"/>
        <w:jc w:val="left"/>
      </w:pPr>
      <w:r>
        <w:rPr>
          <w:rFonts w:ascii="宋体" w:eastAsia="宋体" w:hAnsi="宋体"/>
          <w:sz w:val="28"/>
        </w:rPr>
        <w:t>②“尾巴较大”，这部分学生上课不认真，考试不在意，没有形成良好的学习习惯；</w:t>
      </w:r>
    </w:p>
    <w:p>
      <w:pPr>
        <w:spacing w:before="100" w:after="200" w:line="360" w:lineRule="auto"/>
        <w:ind w:firstLine="576"/>
        <w:jc w:val="left"/>
      </w:pPr>
      <w:r>
        <w:rPr>
          <w:rFonts w:ascii="宋体" w:eastAsia="宋体" w:hAnsi="宋体"/>
          <w:sz w:val="28"/>
        </w:rPr>
        <w:t>③学生总体上有较大的潜力，但历史学科思维相对较弱，需要加大挖掘。</w:t>
      </w:r>
    </w:p>
    <w:p>
      <w:pPr>
        <w:spacing w:before="100" w:after="200" w:line="360" w:lineRule="auto"/>
        <w:jc w:val="left"/>
      </w:pPr>
      <w:r>
        <w:rPr>
          <w:rFonts w:ascii="宋体 (中文正文)" w:eastAsia="宋体" w:hAnsi="宋体 (中文正文)"/>
          <w:b/>
          <w:sz w:val="28"/>
        </w:rPr>
        <w:t>三、复习目标：要完成三轮复习任务</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1、第一轮是单元复习阶段：抓点即基础知识，目标：提高基本能力，重在基本题的熟练掌握</w:t>
      </w:r>
    </w:p>
    <w:p>
      <w:pPr>
        <w:spacing w:before="100" w:after="200" w:line="360" w:lineRule="auto"/>
        <w:ind w:firstLine="576"/>
        <w:jc w:val="left"/>
      </w:pPr>
      <w:r>
        <w:rPr>
          <w:rFonts w:ascii="宋体" w:eastAsia="宋体" w:hAnsi="宋体"/>
          <w:sz w:val="28"/>
        </w:rPr>
        <w:t>狠抓历史基础知识，“突出主体、强化主干、注重方法”，主要进行学科主干知识的复习。抓基础，认真理解和按照考试说明要求，做好基础知识复习，各个模块知识点的整合，狠抓细、新、活，严抓知识点、突破点、考点，规范答题思路、步骤，步步为营，以静制动。这阶段耗时最长，在这阶段里，我们从文明史观、现代化和全球化等三大角度，基本遵循课本顺序，适当整合，对高考考点进行有效复习和训练，特别是一些重点、难点以及高考复现率较高的知识进行多角度、多视角讲解，引导学生梳理知识脉络，构建知识体系、知识框架，提高学生分析问题和解决问题的能力。（到第一学期期末结束必修三本书的复习工作，迎接“一模”考试。）</w:t>
      </w:r>
    </w:p>
    <w:p>
      <w:pPr>
        <w:spacing w:before="100" w:after="200" w:line="360" w:lineRule="auto"/>
        <w:ind w:firstLine="576"/>
        <w:jc w:val="left"/>
      </w:pPr>
      <w:r>
        <w:rPr>
          <w:rFonts w:ascii="宋体" w:eastAsia="宋体" w:hAnsi="宋体"/>
          <w:sz w:val="28"/>
        </w:rPr>
        <w:t>2、第二轮是专题复习阶段：抓线（整专题），目标：综合能力提高突破，多数学生基本掌握主干知识，尤其是典型题例</w:t>
      </w:r>
    </w:p>
    <w:p>
      <w:pPr>
        <w:spacing w:before="100" w:after="200" w:line="360" w:lineRule="auto"/>
        <w:ind w:firstLine="576"/>
        <w:jc w:val="left"/>
      </w:pPr>
      <w:r>
        <w:rPr>
          <w:rFonts w:ascii="宋体" w:eastAsia="宋体" w:hAnsi="宋体"/>
          <w:sz w:val="28"/>
        </w:rPr>
        <w:t>复习主要是专题复习，进行知识的整合，按照线索归纳、理清、分析、综合知识，使学生从知识的系统性和逻辑方面组合知识，力求融会贯通。</w:t>
      </w:r>
    </w:p>
    <w:p>
      <w:pPr>
        <w:spacing w:before="100" w:after="200" w:line="360" w:lineRule="auto"/>
        <w:ind w:firstLine="576"/>
        <w:jc w:val="left"/>
      </w:pPr>
      <w:r>
        <w:rPr>
          <w:rFonts w:ascii="宋体" w:eastAsia="宋体" w:hAnsi="宋体"/>
          <w:sz w:val="28"/>
        </w:rPr>
        <w:t>3、第三轮（5月3—4周）是查漏补缺、综合提升，目标：熟练高考各类题型，提高速度及准确率。</w:t>
      </w:r>
    </w:p>
    <w:p>
      <w:pPr>
        <w:spacing w:before="100" w:after="200" w:line="360" w:lineRule="auto"/>
        <w:jc w:val="left"/>
      </w:pPr>
      <w:r>
        <w:rPr>
          <w:rFonts w:ascii="宋体 (中文正文)" w:eastAsia="宋体" w:hAnsi="宋体 (中文正文)"/>
          <w:b/>
          <w:sz w:val="28"/>
        </w:rPr>
        <w:t>四、复习思路</w:t>
      </w:r>
    </w:p>
    <w:p>
      <w:pPr>
        <w:spacing w:before="100" w:after="200" w:line="360" w:lineRule="auto"/>
        <w:ind w:firstLine="576"/>
        <w:jc w:val="left"/>
      </w:pPr>
      <w:r>
        <w:rPr>
          <w:rFonts w:ascii="宋体" w:eastAsia="宋体" w:hAnsi="宋体"/>
          <w:sz w:val="28"/>
        </w:rPr>
        <w:t>学习科学理论，优化教学理念；依“纲”据“标”，优化教学内容；重视教学设计，优化教学过程；以问题为中心，优化教学方法；把握适度原则，优化训练过程；倡导合作、和谐，优化资源利用。</w:t>
      </w:r>
    </w:p>
    <w:p>
      <w:pPr>
        <w:spacing w:before="100" w:after="200" w:line="360" w:lineRule="auto"/>
        <w:jc w:val="left"/>
        <w:sectPr w:rsidSect="00034616">
          <w:type w:val="nextPage"/>
          <w:pgSz w:w="11906" w:h="16838"/>
          <w:pgMar w:top="1440" w:right="1440" w:bottom="1440" w:left="1440" w:header="720" w:footer="720" w:gutter="0"/>
          <w:pgNumType w:start="2"/>
          <w:cols w:space="720"/>
          <w:titlePg w:val="0"/>
          <w:docGrid w:linePitch="360"/>
        </w:sectPr>
      </w:pPr>
      <w:r>
        <w:rPr>
          <w:rFonts w:ascii="宋体 (中文正文)" w:eastAsia="宋体" w:hAnsi="宋体 (中文正文)"/>
          <w:b/>
          <w:sz w:val="28"/>
        </w:rPr>
        <w:t>五、复习依据</w:t>
      </w:r>
    </w:p>
    <w:p>
      <w:pPr>
        <w:spacing w:before="100" w:after="200" w:line="360" w:lineRule="auto"/>
        <w:ind w:firstLine="576"/>
        <w:jc w:val="left"/>
      </w:pPr>
      <w:r>
        <w:rPr>
          <w:rFonts w:ascii="宋体" w:eastAsia="宋体" w:hAnsi="宋体"/>
          <w:sz w:val="28"/>
        </w:rPr>
        <w:t>依据新课程标准和高考文综考试说明，深入研究教材，落实考点；关注相关方案，积极探索实践新课程；研究五年高考三年模拟，利用《三维设计》资料，捕捉当中的有效信息，探索高考命题规律，强化训练。</w:t>
      </w:r>
    </w:p>
    <w:p>
      <w:pPr>
        <w:spacing w:before="100" w:after="200" w:line="360" w:lineRule="auto"/>
        <w:jc w:val="left"/>
      </w:pPr>
      <w:r>
        <w:rPr>
          <w:rFonts w:ascii="宋体 (中文正文)" w:eastAsia="宋体" w:hAnsi="宋体 (中文正文)"/>
          <w:b/>
          <w:sz w:val="28"/>
        </w:rPr>
        <w:t>六、具体措施</w:t>
      </w:r>
    </w:p>
    <w:p>
      <w:pPr>
        <w:spacing w:before="100" w:after="200" w:line="360" w:lineRule="auto"/>
        <w:ind w:firstLine="576"/>
        <w:jc w:val="left"/>
      </w:pPr>
      <w:r>
        <w:rPr>
          <w:rFonts w:ascii="宋体" w:eastAsia="宋体" w:hAnsi="宋体"/>
          <w:sz w:val="28"/>
        </w:rPr>
        <w:t>1、首先从思想上引导学生对历史学科予以足够的重视。与其他学科相比，历史学习不会遇到绝对听不懂的内容，因此只要大家用心学，人人都会有收获，让学生从心理上树立我能学好和要学好历史的信心。再者用往届学生的成绩鼓励他们，考好成绩不是设想，而是完全有这种可能。</w:t>
      </w:r>
    </w:p>
    <w:p>
      <w:pPr>
        <w:spacing w:before="100" w:after="200" w:line="360" w:lineRule="auto"/>
        <w:ind w:firstLine="576"/>
        <w:jc w:val="left"/>
      </w:pPr>
      <w:r>
        <w:rPr>
          <w:rFonts w:ascii="宋体" w:eastAsia="宋体" w:hAnsi="宋体"/>
          <w:sz w:val="28"/>
        </w:rPr>
        <w:t>2、强化集体备课，加强学习与交流。备课组内部多听课，多交流，及时发现各自的不足，并实现优势互学互带，资源共享，共同提高。</w:t>
      </w:r>
    </w:p>
    <w:p>
      <w:pPr>
        <w:spacing w:before="100" w:after="200" w:line="360" w:lineRule="auto"/>
        <w:ind w:firstLine="576"/>
        <w:jc w:val="left"/>
      </w:pPr>
      <w:r>
        <w:rPr>
          <w:rFonts w:ascii="宋体" w:eastAsia="宋体" w:hAnsi="宋体"/>
          <w:sz w:val="28"/>
        </w:rPr>
        <w:t>3、认真上好每一节课，努力提高课堂教学质量，指导给学生正确的学习方法。教学生学会阅读教材而不脱离教材。通过阅读目录及其子目，构建清晰的知识网络和基本线索。依据课标，对重要的考点讲深、讲透，落实到位，教师不必面面俱到。</w:t>
      </w:r>
    </w:p>
    <w:p>
      <w:pPr>
        <w:spacing w:before="100" w:after="200" w:line="360" w:lineRule="auto"/>
        <w:ind w:firstLine="576"/>
        <w:jc w:val="left"/>
      </w:pPr>
      <w:r>
        <w:rPr>
          <w:rFonts w:ascii="宋体" w:eastAsia="宋体" w:hAnsi="宋体"/>
          <w:sz w:val="28"/>
        </w:rPr>
        <w:t>4、精选习题，提高解题能力，注意实效得分。精选题目进行精练已经是大势所趋。教师要精选相关试题，大胆舍弃一些重复低效的题目。既减轻学生的负担，又可达到重点突破的效果。综合性试卷答题中学生存在的最大问题是标准答案与学生的答案悬虚太大，学生的回答普遍不全、不准、不简、层次不清、东拼西凑，卷面也不整洁，字迹不清楚。针对上述问题指导学生重点练习客观题，强化主观题，适应练题量，注。指导学生在解答综合题方面注意以下几点：</w:t>
      </w:r>
    </w:p>
    <w:p>
      <w:pPr>
        <w:spacing w:before="100" w:after="200" w:line="360" w:lineRule="auto"/>
        <w:ind w:firstLine="576"/>
        <w:jc w:val="left"/>
      </w:pPr>
      <w:r>
        <w:rPr>
          <w:rFonts w:ascii="宋体" w:eastAsia="宋体" w:hAnsi="宋体"/>
          <w:sz w:val="28"/>
        </w:rPr>
        <w:t>①看清小题配分</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②认真审题，弄清题意。</w:t>
      </w:r>
    </w:p>
    <w:p>
      <w:pPr>
        <w:spacing w:before="100" w:after="200" w:line="360" w:lineRule="auto"/>
        <w:ind w:firstLine="576"/>
        <w:jc w:val="left"/>
      </w:pPr>
      <w:r>
        <w:rPr>
          <w:rFonts w:ascii="宋体" w:eastAsia="宋体" w:hAnsi="宋体"/>
          <w:sz w:val="28"/>
        </w:rPr>
        <w:t>③理清思路，确定答题范围、重点和层次，答案要抓住采分点。</w:t>
      </w:r>
    </w:p>
    <w:p>
      <w:pPr>
        <w:spacing w:before="100" w:after="200" w:line="360" w:lineRule="auto"/>
        <w:ind w:firstLine="576"/>
        <w:jc w:val="left"/>
      </w:pPr>
      <w:r>
        <w:rPr>
          <w:rFonts w:ascii="宋体" w:eastAsia="宋体" w:hAnsi="宋体"/>
          <w:sz w:val="28"/>
        </w:rPr>
        <w:t>④善于提取材料中的有效信息，能科学合理地判断、归纳、辨别、分析成因，解决问题。</w:t>
      </w:r>
    </w:p>
    <w:p>
      <w:pPr>
        <w:spacing w:before="100" w:after="200" w:line="360" w:lineRule="auto"/>
        <w:ind w:firstLine="576"/>
        <w:jc w:val="left"/>
      </w:pPr>
      <w:r>
        <w:rPr>
          <w:rFonts w:ascii="宋体" w:eastAsia="宋体" w:hAnsi="宋体"/>
          <w:sz w:val="28"/>
        </w:rPr>
        <w:t>⑤答案要简明准确。</w:t>
      </w:r>
    </w:p>
    <w:p>
      <w:pPr>
        <w:spacing w:before="100" w:after="200" w:line="360" w:lineRule="auto"/>
        <w:ind w:firstLine="576"/>
        <w:jc w:val="left"/>
      </w:pPr>
      <w:r>
        <w:rPr>
          <w:rFonts w:ascii="宋体" w:eastAsia="宋体" w:hAnsi="宋体"/>
          <w:sz w:val="28"/>
        </w:rPr>
        <w:t>5、要做好基础知识的听写和单元（模块）过关测试训练。通过听写和每复习完一个单元（模块），对该单元（模块）进行相应的测试，及时发现问题，及时做出补缺，并且进一步加强针对性训练。</w:t>
      </w:r>
    </w:p>
    <w:p>
      <w:pPr>
        <w:spacing w:before="100" w:after="200" w:line="360" w:lineRule="auto"/>
        <w:ind w:firstLine="576"/>
        <w:jc w:val="left"/>
      </w:pPr>
      <w:r>
        <w:rPr>
          <w:rFonts w:ascii="宋体" w:eastAsia="宋体" w:hAnsi="宋体"/>
          <w:sz w:val="28"/>
        </w:rPr>
        <w:t>6、加强对学生分类分层辅导。针对不同类型的学生，强化盯人意识，重点辅导尖子生，长期关注临界生，帮扶学习困难生（主要以表扬、鼓励为主）。同时，高三的学生压力很大，作为老师一定要尽量关注每一位学生，爱他们，支持他们，不断鼓励他们，引导他们以健康的心态备考</w:t>
      </w:r>
    </w:p>
    <w:p>
      <w:pPr>
        <w:spacing w:before="100" w:after="200" w:line="360" w:lineRule="auto"/>
        <w:ind w:firstLine="576"/>
        <w:jc w:val="left"/>
      </w:pPr>
      <w:r>
        <w:rPr>
          <w:rFonts w:ascii="宋体" w:eastAsia="宋体" w:hAnsi="宋体"/>
          <w:sz w:val="28"/>
        </w:rPr>
        <w:t>7、加强高考信息的收集和消化。通过外出学习教研、上网收集信息，进行整理、总结，准确把握20xx年历史考查的方向，有效地指导20xx届的历史科高考备考工作。</w:t>
      </w:r>
    </w:p>
    <w:p>
      <w:pPr>
        <w:spacing w:before="100" w:after="200" w:line="360" w:lineRule="auto"/>
        <w:ind w:firstLine="576"/>
        <w:jc w:val="left"/>
      </w:pPr>
      <w:r>
        <w:rPr>
          <w:rFonts w:ascii="宋体" w:eastAsia="宋体" w:hAnsi="宋体"/>
          <w:sz w:val="28"/>
        </w:rPr>
        <w:t>8、要经常性地与学生沟通交流，掌握学生的最新动态。根据学生的实际情况及时进行教学上的调整。要多关注那些中档乃至暂时落后的学生，经常给与他们鼓励与督促。</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以贯彻“国家中长期教育和发展规划纲要”精神，以教育局工作为中心，以教育研究院为指导，以学校工作目标为核心，深入进行课改工作，使课改工作有新的突破，取得新的成果，全面提高教学质量。发展教师的专业能力，从集体备课开始。</w:t>
      </w:r>
    </w:p>
    <w:p>
      <w:pPr>
        <w:spacing w:before="100" w:after="200" w:line="360" w:lineRule="auto"/>
        <w:jc w:val="left"/>
      </w:pPr>
      <w:r>
        <w:rPr>
          <w:rFonts w:ascii="宋体 (中文正文)" w:eastAsia="宋体" w:hAnsi="宋体 (中文正文)"/>
          <w:b/>
          <w:sz w:val="28"/>
        </w:rPr>
        <w:t>二、工作目标。</w:t>
      </w:r>
    </w:p>
    <w:p>
      <w:pPr>
        <w:spacing w:before="100" w:after="200" w:line="360" w:lineRule="auto"/>
        <w:ind w:firstLine="576"/>
        <w:jc w:val="left"/>
      </w:pPr>
      <w:r>
        <w:rPr>
          <w:rFonts w:ascii="宋体" w:eastAsia="宋体" w:hAnsi="宋体"/>
          <w:sz w:val="28"/>
        </w:rPr>
        <w:t>1、充分发挥集体备课的作用，使集体备课有实效性，促进教师的专业能力发展，使教师向专家型、学者型发展。</w:t>
      </w:r>
    </w:p>
    <w:p>
      <w:pPr>
        <w:spacing w:before="100" w:after="200" w:line="360" w:lineRule="auto"/>
        <w:ind w:firstLine="576"/>
        <w:jc w:val="left"/>
      </w:pPr>
      <w:r>
        <w:rPr>
          <w:rFonts w:ascii="宋体" w:eastAsia="宋体" w:hAnsi="宋体"/>
          <w:sz w:val="28"/>
        </w:rPr>
        <w:t>2、按照学校的工作计划，突出课改工作，围绕课题的研究，扎实开展集体备课。</w:t>
      </w:r>
    </w:p>
    <w:p>
      <w:pPr>
        <w:spacing w:before="100" w:after="200" w:line="360" w:lineRule="auto"/>
        <w:ind w:firstLine="576"/>
        <w:jc w:val="left"/>
      </w:pPr>
      <w:r>
        <w:rPr>
          <w:rFonts w:ascii="宋体" w:eastAsia="宋体" w:hAnsi="宋体"/>
          <w:sz w:val="28"/>
        </w:rPr>
        <w:t>3、创新集体备课形式和方法，争取更大的效率和效果。</w:t>
      </w:r>
    </w:p>
    <w:p>
      <w:pPr>
        <w:spacing w:before="100" w:after="200" w:line="360" w:lineRule="auto"/>
        <w:jc w:val="left"/>
      </w:pPr>
      <w:r>
        <w:rPr>
          <w:rFonts w:ascii="宋体 (中文正文)" w:eastAsia="宋体" w:hAnsi="宋体 (中文正文)"/>
          <w:b/>
          <w:sz w:val="28"/>
        </w:rPr>
        <w:t>三、工作思路。</w:t>
      </w:r>
    </w:p>
    <w:p>
      <w:pPr>
        <w:spacing w:before="100" w:after="200" w:line="360" w:lineRule="auto"/>
        <w:ind w:firstLine="576"/>
        <w:jc w:val="left"/>
      </w:pPr>
      <w:r>
        <w:rPr>
          <w:rFonts w:ascii="宋体" w:eastAsia="宋体" w:hAnsi="宋体"/>
          <w:sz w:val="28"/>
        </w:rPr>
        <w:t>1、制定集体备课制度，从管理要质量。</w:t>
      </w:r>
    </w:p>
    <w:p>
      <w:pPr>
        <w:spacing w:before="100" w:after="200" w:line="360" w:lineRule="auto"/>
        <w:ind w:firstLine="576"/>
        <w:jc w:val="left"/>
      </w:pPr>
      <w:r>
        <w:rPr>
          <w:rFonts w:ascii="宋体" w:eastAsia="宋体" w:hAnsi="宋体"/>
          <w:sz w:val="28"/>
        </w:rPr>
        <w:t>2、组织全组教师认真学习教学工作计划、教导处工作计划的相关内容，制定本组活动计划，明确目标，落实任务。</w:t>
      </w:r>
    </w:p>
    <w:p>
      <w:pPr>
        <w:spacing w:before="100" w:after="200" w:line="360" w:lineRule="auto"/>
        <w:ind w:firstLine="576"/>
        <w:jc w:val="left"/>
      </w:pPr>
      <w:r>
        <w:rPr>
          <w:rFonts w:ascii="宋体" w:eastAsia="宋体" w:hAnsi="宋体"/>
          <w:sz w:val="28"/>
        </w:rPr>
        <w:t>3、按照计划坚决执行。</w:t>
      </w:r>
    </w:p>
    <w:p>
      <w:pPr>
        <w:spacing w:before="100" w:after="200" w:line="360" w:lineRule="auto"/>
        <w:jc w:val="left"/>
      </w:pPr>
      <w:r>
        <w:rPr>
          <w:rFonts w:ascii="宋体 (中文正文)" w:eastAsia="宋体" w:hAnsi="宋体 (中文正文)"/>
          <w:b/>
          <w:sz w:val="28"/>
        </w:rPr>
        <w:t>四、工作措施。</w:t>
      </w:r>
    </w:p>
    <w:p>
      <w:pPr>
        <w:spacing w:before="100" w:after="200" w:line="360" w:lineRule="auto"/>
        <w:ind w:firstLine="576"/>
        <w:jc w:val="left"/>
      </w:pPr>
      <w:r>
        <w:rPr>
          <w:rFonts w:ascii="宋体" w:eastAsia="宋体" w:hAnsi="宋体"/>
          <w:sz w:val="28"/>
        </w:rPr>
        <w:t>1、严格按照校教学工作计划、教研室工作计划、备课组工作计划开展本组的备课研究，并做好相关备课资料的积累。</w:t>
      </w:r>
    </w:p>
    <w:p>
      <w:pPr>
        <w:spacing w:before="100" w:after="200" w:line="360" w:lineRule="auto"/>
        <w:ind w:firstLine="576"/>
        <w:jc w:val="left"/>
      </w:pPr>
      <w:r>
        <w:rPr>
          <w:rFonts w:ascii="宋体" w:eastAsia="宋体" w:hAnsi="宋体"/>
          <w:sz w:val="28"/>
        </w:rPr>
        <w:t>2、严格按校的规定，认真钻研教材，尽心设计教学方案，力争高效率地完成备课任务。精心写好备课材料，尽力做到高质量地备课。</w:t>
      </w:r>
    </w:p>
    <w:p>
      <w:pPr>
        <w:spacing w:before="100" w:after="200" w:line="360" w:lineRule="auto"/>
        <w:ind w:firstLine="576"/>
        <w:jc w:val="left"/>
      </w:pPr>
      <w:r>
        <w:rPr>
          <w:rFonts w:ascii="宋体" w:eastAsia="宋体" w:hAnsi="宋体"/>
          <w:sz w:val="28"/>
        </w:rPr>
        <w:t>3、备课探讨时，用心听，多提出修改意见，着重提出值得探讨的问题，“不客气”地表达自己的观点。提倡多写课堂教学随笔、反思或案例。</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4、集体备课的教案，只是作为参考样本，每一位老师要根据自己理解、班级学生实际，本校教学条件，作出相应的修改，防止两种情况：</w:t>
      </w:r>
    </w:p>
    <w:p>
      <w:pPr>
        <w:spacing w:before="100" w:after="200" w:line="360" w:lineRule="auto"/>
        <w:ind w:firstLine="576"/>
        <w:jc w:val="left"/>
      </w:pPr>
      <w:r>
        <w:rPr>
          <w:rFonts w:ascii="宋体" w:eastAsia="宋体" w:hAnsi="宋体"/>
          <w:sz w:val="28"/>
        </w:rPr>
        <w:t>①把集体备课的教案“冷”在抽屉，凭“经验”上课。</w:t>
      </w:r>
    </w:p>
    <w:p>
      <w:pPr>
        <w:spacing w:before="100" w:after="200" w:line="360" w:lineRule="auto"/>
        <w:ind w:firstLine="576"/>
        <w:jc w:val="left"/>
      </w:pPr>
      <w:r>
        <w:rPr>
          <w:rFonts w:ascii="宋体" w:eastAsia="宋体" w:hAnsi="宋体"/>
          <w:sz w:val="28"/>
        </w:rPr>
        <w:t>②“死记硬背”，全盘照搬。</w:t>
      </w:r>
    </w:p>
    <w:p>
      <w:pPr>
        <w:spacing w:before="100" w:after="200" w:line="360" w:lineRule="auto"/>
        <w:ind w:firstLine="576"/>
        <w:jc w:val="left"/>
      </w:pPr>
      <w:r>
        <w:rPr>
          <w:rFonts w:ascii="宋体" w:eastAsia="宋体" w:hAnsi="宋体"/>
          <w:sz w:val="28"/>
        </w:rPr>
        <w:t>5、提倡教学相长，平时多开展个人间的合作研讨，交流教学经验，讨论教学问题，努力提高备课质量。</w:t>
      </w:r>
    </w:p>
    <w:p>
      <w:pPr>
        <w:spacing w:before="100" w:after="200" w:line="360" w:lineRule="auto"/>
        <w:ind w:firstLine="576"/>
        <w:jc w:val="left"/>
      </w:pPr>
      <w:r>
        <w:rPr>
          <w:rFonts w:ascii="宋体" w:eastAsia="宋体" w:hAnsi="宋体"/>
          <w:sz w:val="28"/>
        </w:rPr>
        <w:t>6、提倡多阅读各类教育教学报刊资料，努力汲取先进的教育思想、高效率的教学设计，用以指导自己的教学备课。</w:t>
      </w:r>
    </w:p>
    <w:p>
      <w:pPr>
        <w:spacing w:before="100" w:after="200" w:line="360" w:lineRule="auto"/>
        <w:jc w:val="left"/>
      </w:pPr>
      <w:r>
        <w:rPr>
          <w:rFonts w:ascii="宋体 (中文正文)" w:eastAsia="宋体" w:hAnsi="宋体 (中文正文)"/>
          <w:sz w:val="28"/>
        </w:rPr>
        <w:t>五、备课流程：</w:t>
      </w:r>
    </w:p>
    <w:p>
      <w:pPr>
        <w:spacing w:before="100" w:after="200" w:line="360" w:lineRule="auto"/>
        <w:ind w:firstLine="576"/>
        <w:jc w:val="left"/>
      </w:pPr>
      <w:r>
        <w:rPr>
          <w:rFonts w:ascii="宋体" w:eastAsia="宋体" w:hAnsi="宋体"/>
          <w:sz w:val="28"/>
        </w:rPr>
        <w:t>备“草案”。每次活动前，备课组长将教学内容分配给任课教师，教师在两周内完成“草案”和相关教具的制作。在集体备课时，划分确定下一次的备课内容和主备人。</w:t>
      </w:r>
    </w:p>
    <w:p>
      <w:pPr>
        <w:spacing w:before="100" w:after="200" w:line="360" w:lineRule="auto"/>
        <w:ind w:firstLine="576"/>
        <w:jc w:val="left"/>
      </w:pPr>
      <w:r>
        <w:rPr>
          <w:rFonts w:ascii="宋体" w:eastAsia="宋体" w:hAnsi="宋体"/>
          <w:sz w:val="28"/>
        </w:rPr>
        <w:t>备好课是上好课的前提。集体备课就是教师根据语文教学大纲的要求和教材的特点，结合学生的实际情况，选择最科学的教学方法和程序，为优质高效的课堂教学做好充分准备。为了充分发挥集体的智慧，促进以老带新，以新促老，集思广益，博采众长，真正实现脑资源共享，使全体语文教师能从单元整体上驾驭教材，结合我校以往的经验和学生实际情况，特制定中学语文组集体备课计划。</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按照学校教研室和语文教研组教学工作要求，充分发挥备课组研究基地的作用，有计划、有步骤、有实效的进行集体备课活动，扎扎实实地开展语文教学研究，发挥集体智慧，实现资源共享，提高课堂教学效率，减轻教师课业负担，促进教师业务素质的提高和业务能力的发展，更好地贯彻新课程标准要求，提高我校教育教学质量，顺利圆满地完成备课任务。</w:t>
      </w:r>
    </w:p>
    <w:p>
      <w:pPr>
        <w:spacing w:before="100" w:after="200" w:line="360" w:lineRule="auto"/>
        <w:jc w:val="left"/>
      </w:pPr>
      <w:r>
        <w:rPr>
          <w:rFonts w:ascii="宋体 (中文正文)" w:eastAsia="宋体" w:hAnsi="宋体 (中文正文)"/>
          <w:b/>
          <w:sz w:val="28"/>
        </w:rPr>
        <w:t>二、备课组工作目标和任务</w:t>
      </w:r>
    </w:p>
    <w:p>
      <w:pPr>
        <w:spacing w:before="100" w:after="200" w:line="360" w:lineRule="auto"/>
        <w:ind w:firstLine="576"/>
        <w:jc w:val="left"/>
      </w:pPr>
      <w:r>
        <w:rPr>
          <w:rFonts w:ascii="宋体" w:eastAsia="宋体" w:hAnsi="宋体"/>
          <w:sz w:val="28"/>
        </w:rPr>
        <w:t>1.继续认真研读《语文课程标准》和其它新的教学理念，并作好读书笔记，更新自己的教学理念，正确把握语文教育的特点。</w:t>
      </w:r>
    </w:p>
    <w:p>
      <w:pPr>
        <w:spacing w:before="100" w:after="200" w:line="360" w:lineRule="auto"/>
        <w:ind w:firstLine="576"/>
        <w:jc w:val="left"/>
      </w:pPr>
      <w:r>
        <w:rPr>
          <w:rFonts w:ascii="宋体" w:eastAsia="宋体" w:hAnsi="宋体"/>
          <w:sz w:val="28"/>
        </w:rPr>
        <w:t>2.集思广益，发挥集体的力量，坚持参加每周一次的备课组活动，统一备课，统一进度，统一练习，统一作业量和作业格式。认真备好每一堂课，共同探讨课堂教学中所碰到的疑难问题，形成良好的教研氛围。</w:t>
      </w:r>
    </w:p>
    <w:p>
      <w:pPr>
        <w:spacing w:before="100" w:after="200" w:line="360" w:lineRule="auto"/>
        <w:ind w:firstLine="576"/>
        <w:jc w:val="left"/>
      </w:pPr>
      <w:r>
        <w:rPr>
          <w:rFonts w:ascii="宋体" w:eastAsia="宋体" w:hAnsi="宋体"/>
          <w:sz w:val="28"/>
        </w:rPr>
        <w:t>3.备课组内互相听课、评课，并多听其它年级教师的课来取经。教师间相互勉励，取长补短，配合学校教导处开展各项教学活动，主动、积极参与各级公开课及论文的撰写活动。</w:t>
      </w:r>
    </w:p>
    <w:p>
      <w:pPr>
        <w:spacing w:before="100" w:after="200" w:line="360" w:lineRule="auto"/>
        <w:ind w:firstLine="576"/>
        <w:jc w:val="left"/>
      </w:pPr>
      <w:r>
        <w:rPr>
          <w:rFonts w:ascii="宋体" w:eastAsia="宋体" w:hAnsi="宋体"/>
          <w:sz w:val="28"/>
        </w:rPr>
        <w:t>4.明确任务，分工合作，备课组集体备课确定单元或课时教学计划，分析教学重点和难点，讨论教学策略及施教方法等。</w:t>
      </w:r>
    </w:p>
    <w:p>
      <w:pPr>
        <w:spacing w:before="100" w:after="200" w:line="360" w:lineRule="auto"/>
        <w:ind w:firstLine="576"/>
        <w:jc w:val="left"/>
      </w:pPr>
      <w:r>
        <w:rPr>
          <w:rFonts w:ascii="宋体" w:eastAsia="宋体" w:hAnsi="宋体"/>
          <w:sz w:val="28"/>
        </w:rPr>
        <w:t>5.配合学校的工作重点，提高教学效率。</w:t>
      </w:r>
    </w:p>
    <w:p>
      <w:pPr>
        <w:spacing w:before="100" w:after="200" w:line="360" w:lineRule="auto"/>
        <w:jc w:val="left"/>
      </w:pPr>
      <w:r>
        <w:rPr>
          <w:rFonts w:ascii="宋体 (中文正文)" w:eastAsia="宋体" w:hAnsi="宋体 (中文正文)"/>
          <w:b/>
          <w:sz w:val="28"/>
        </w:rPr>
        <w:t>三、教学常规要求</w:t>
      </w:r>
    </w:p>
    <w:p>
      <w:pPr>
        <w:spacing w:before="100" w:after="200" w:line="360" w:lineRule="auto"/>
        <w:ind w:firstLine="576"/>
        <w:jc w:val="left"/>
      </w:pPr>
      <w:r>
        <w:rPr>
          <w:rFonts w:ascii="宋体" w:eastAsia="宋体" w:hAnsi="宋体"/>
          <w:sz w:val="28"/>
        </w:rPr>
        <w:t>1.制定学期年级教学进度，统一进度，指导教学。本学期共十八周，第一单元时间安排二周，第二单元时间安排二周，第三单元安排时间三周，第四单元安排时间三周，第五单元时间安排三周，第六单元时间安排二周。开学至期中考试之间、期中考试至期末考试之间均安排一次月考。备课组教师参照上述教学进度，结合本班学生实际，制定或调整各班相应的切实可行的具体的教学计划，保证全年级教学的有序进行。</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2.课堂教学讲究教法，培养学法，倡导自主、合作、探究的学习方式，增强实效性，做到程序规范，环节紧扣，知识落实，能力提高。备课教师要做到“四优”、“五备”。“四优”即优化教学目标、优化教学过程、优化教学方法、优化“反思”内容;“五备”即备课标、备教材、备教法、备学法、备训练。</w:t>
      </w:r>
    </w:p>
    <w:p>
      <w:pPr>
        <w:spacing w:before="100" w:after="200" w:line="360" w:lineRule="auto"/>
        <w:ind w:firstLine="576"/>
        <w:jc w:val="left"/>
      </w:pPr>
      <w:r>
        <w:rPr>
          <w:rFonts w:ascii="宋体" w:eastAsia="宋体" w:hAnsi="宋体"/>
          <w:sz w:val="28"/>
        </w:rPr>
        <w:t>3.要努力激发学生学习的兴趣，增强学生学好语文的自信心，面向全体学生，关爱中下生，做好补差工作，尽快提高他们的成绩，让学生有更多的机会自主的体验学习的乐趣，以次来获得科学的学习方法。</w:t>
      </w:r>
    </w:p>
    <w:p>
      <w:pPr>
        <w:spacing w:before="100" w:after="200" w:line="360" w:lineRule="auto"/>
        <w:ind w:firstLine="576"/>
        <w:jc w:val="left"/>
      </w:pPr>
      <w:r>
        <w:rPr>
          <w:rFonts w:ascii="宋体" w:eastAsia="宋体" w:hAnsi="宋体"/>
          <w:sz w:val="28"/>
        </w:rPr>
        <w:t>4.要争取把多媒体应用到语文教学中，因为多媒体不但能强化课前研究，而且还能优化教学过程，创设情景、解剖难点、提高视觉、辅助学生进行总结和反馈检测等。</w:t>
      </w:r>
    </w:p>
    <w:p>
      <w:pPr>
        <w:spacing w:before="100" w:after="200" w:line="360" w:lineRule="auto"/>
        <w:ind w:firstLine="576"/>
        <w:jc w:val="left"/>
      </w:pPr>
      <w:r>
        <w:rPr>
          <w:rFonts w:ascii="宋体" w:eastAsia="宋体" w:hAnsi="宋体"/>
          <w:sz w:val="28"/>
        </w:rPr>
        <w:t>5.教学中贯穿人文精神，通过教学，培养学生意志坚定、热爱科学的精神，培养学生道德高尚、献身科学的精神，培养学生团结协作、勇于创新的精神，唤起学生关注地球、关注人类，提高环境道德素质，树立社会责任感。</w:t>
      </w:r>
    </w:p>
    <w:p>
      <w:pPr>
        <w:spacing w:before="100" w:after="200" w:line="360" w:lineRule="auto"/>
        <w:ind w:firstLine="576"/>
        <w:jc w:val="left"/>
      </w:pPr>
      <w:r>
        <w:rPr>
          <w:rFonts w:ascii="宋体" w:eastAsia="宋体" w:hAnsi="宋体"/>
          <w:sz w:val="28"/>
        </w:rPr>
        <w:t>6.坚决落实学校的减负措施，布置精要适当的作业。结合学校组织的活动，培养学生学习及做题的规范化。通过作文的讲评让学生明得失，晓方法，引导学生积极的自批自改。继续加强写字指导，保持文面整洁。老师认真批改周记，鼓励学生、培养学生的写作兴趣。阅读名著作品，积累古诗文名篇。</w:t>
      </w:r>
    </w:p>
    <w:p>
      <w:pPr>
        <w:spacing w:before="100" w:after="200" w:line="360" w:lineRule="auto"/>
        <w:jc w:val="left"/>
      </w:pPr>
      <w:r>
        <w:rPr>
          <w:rFonts w:ascii="宋体 (中文正文)" w:eastAsia="宋体" w:hAnsi="宋体 (中文正文)"/>
          <w:b/>
          <w:sz w:val="28"/>
        </w:rPr>
        <w:t>四、重点工作</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1.开展备课活动。每周三下午五六节课进行备课活动，固定时间，固定地点(语文教研组)，按年级所有教师全部到位。由组内人员轮流担任主备人，每篇课文安排好中心发言人，主备老师提供集体备课讨论稿，详细阐释教材的重难点，提出疑点，设计好课堂练习、教学过程。其他人做好相应的记录，填好备课记录。在备课资源共享的基础上，集体讨论、商量，根据班级实际设计好、修改好每一个教学环节，做好使用的“旁批”。主备人记录下自己的点滴进步、不足与改进措施，不断完善自身。</w:t>
      </w:r>
    </w:p>
    <w:p>
      <w:pPr>
        <w:spacing w:before="100" w:after="200" w:line="360" w:lineRule="auto"/>
        <w:ind w:firstLine="576"/>
        <w:jc w:val="left"/>
      </w:pPr>
      <w:r>
        <w:rPr>
          <w:rFonts w:ascii="宋体" w:eastAsia="宋体" w:hAnsi="宋体"/>
          <w:sz w:val="28"/>
        </w:rPr>
        <w:t>2.探讨教学疑难问题。除了每周一次的备课组活动，各位教师平时在办公室积极开展讨教活动，共同探讨教学中所碰到的问题。如讨论作业的布置以及新授知识的巩固措施，交流在本周教学中遇到的困惑的问题，本周教学中成功或失败的地方、交流后进生辅导措施、交流调动学生学习积极性的方法等等，不断反思，撰写教学论文。</w:t>
      </w:r>
    </w:p>
    <w:p>
      <w:pPr>
        <w:spacing w:before="100" w:after="200" w:line="360" w:lineRule="auto"/>
        <w:ind w:firstLine="576"/>
        <w:jc w:val="left"/>
      </w:pPr>
      <w:r>
        <w:rPr>
          <w:rFonts w:ascii="宋体" w:eastAsia="宋体" w:hAnsi="宋体"/>
          <w:sz w:val="28"/>
        </w:rPr>
        <w:t>3.积极并认真参加学校组织的各类教育教学活动，配合学校、教研组的工作，努力探索多种形式的课堂教学模式，尤其是学习洋思“先学后教，当堂训练”的教学模式，积极探索新的教学理念和新的教学方法，有针对性地研究一些课例，促进备课组成员的教研水平提高。</w:t>
      </w:r>
    </w:p>
    <w:p>
      <w:pPr>
        <w:spacing w:before="100" w:after="200" w:line="360" w:lineRule="auto"/>
        <w:ind w:firstLine="576"/>
        <w:jc w:val="left"/>
      </w:pPr>
      <w:r>
        <w:rPr>
          <w:rFonts w:ascii="宋体" w:eastAsia="宋体" w:hAnsi="宋体"/>
          <w:sz w:val="28"/>
        </w:rPr>
        <w:t>为了深入贯彻落实《幼儿园教育指导纲要(试行)》，结合县教育局有关会议的精神和本园的教学工作计划，我园本学期继续开展教师集体备课活动，以提升教师备课能力，提高幼儿园保教质量。</w:t>
      </w:r>
    </w:p>
    <w:p>
      <w:pPr>
        <w:spacing w:before="100" w:after="200" w:line="360" w:lineRule="auto"/>
        <w:jc w:val="left"/>
      </w:pPr>
      <w:r>
        <w:rPr>
          <w:rFonts w:ascii="宋体 (中文正文)" w:eastAsia="宋体" w:hAnsi="宋体 (中文正文)"/>
          <w:b/>
          <w:sz w:val="28"/>
        </w:rPr>
        <w:t>一、预先熟悉教材，制定下周活动内容。</w:t>
      </w:r>
    </w:p>
    <w:p>
      <w:pPr>
        <w:spacing w:before="100" w:after="200" w:line="360" w:lineRule="auto"/>
        <w:ind w:firstLine="576"/>
        <w:jc w:val="left"/>
      </w:pPr>
      <w:r>
        <w:rPr>
          <w:rFonts w:ascii="宋体" w:eastAsia="宋体" w:hAnsi="宋体"/>
          <w:sz w:val="28"/>
        </w:rPr>
        <w:t>为了让教师更加积极有效地参与到集体备课的互动研讨中，幼儿园要求每位教师提前阅读教材，熟悉下周计划表上安排的教学内容;以教材为依托，以主题活动作为轴心，根据本班幼儿特点，提前制定出本班下周的活动内容，形成一日活动的活动链;对具体教学活动进行深入分析，根据本园、本班实际对教材进行分析和调整，并做好记录，以便在集体备课时拿出来讨论。</w:t>
      </w:r>
    </w:p>
    <w:p>
      <w:pPr>
        <w:spacing w:before="100" w:after="200" w:line="360" w:lineRule="auto"/>
        <w:jc w:val="left"/>
        <w:sectPr w:rsidSect="00034616">
          <w:type w:val="nextPage"/>
          <w:pgSz w:w="11906" w:h="16838"/>
          <w:pgMar w:top="1440" w:right="1440" w:bottom="1440" w:left="1440" w:header="720" w:footer="720" w:gutter="0"/>
          <w:pgNumType w:start="9"/>
          <w:cols w:space="720"/>
          <w:titlePg w:val="0"/>
          <w:docGrid w:linePitch="360"/>
        </w:sectPr>
      </w:pPr>
      <w:r>
        <w:rPr>
          <w:rFonts w:ascii="宋体 (中文正文)" w:eastAsia="宋体" w:hAnsi="宋体 (中文正文)"/>
          <w:b/>
          <w:sz w:val="28"/>
        </w:rPr>
        <w:t>二、以级部为小组，酝酿讨论定方案。</w:t>
      </w:r>
    </w:p>
    <w:p>
      <w:pPr>
        <w:spacing w:before="100" w:after="200" w:line="360" w:lineRule="auto"/>
        <w:ind w:firstLine="576"/>
        <w:jc w:val="left"/>
      </w:pPr>
      <w:r>
        <w:rPr>
          <w:rFonts w:ascii="宋体" w:eastAsia="宋体" w:hAnsi="宋体"/>
          <w:sz w:val="28"/>
        </w:rPr>
        <w:t>我园规定每周三下午为语言组集体备课时间，周四下午为数学组集体备课时间。在集体备课活动中，以年级为单位，分为小班年级组、中班年级组和大班年级组，由各年级组长组织，园长、业务园长分头参与各年级组的集体备课活动并进行指导。首先要对上周开展的主题活动做一个简要的回顾，对于教学计划实施中的难点问题进行集体讨论并加以解决，对于好的做法与大家进行经验共享;其次，教师们把自己预定的周计划(包括晨间活动、区角活动和游戏活动)在小组中进行交流，并说明“我为什么这样制定”、“一日活动的流程是以什么为主线”;再次，教师们对具体的教学活动进行剖析，拿出自己的调整方案;最后，针对周计划、一日活动的活动链及具体教学活动的调整，进行集体酝酿讨论，最终统一意见，拿出最佳方案。</w:t>
      </w:r>
    </w:p>
    <w:p>
      <w:pPr>
        <w:spacing w:before="100" w:after="200" w:line="360" w:lineRule="auto"/>
        <w:jc w:val="left"/>
      </w:pPr>
      <w:r>
        <w:rPr>
          <w:rFonts w:ascii="宋体 (中文正文)" w:eastAsia="宋体" w:hAnsi="宋体 (中文正文)"/>
          <w:b/>
          <w:sz w:val="28"/>
        </w:rPr>
        <w:t>三、立足本班实际，进行个案的修改。</w:t>
      </w:r>
    </w:p>
    <w:p>
      <w:pPr>
        <w:spacing w:before="100" w:after="200" w:line="360" w:lineRule="auto"/>
        <w:ind w:firstLine="576"/>
        <w:jc w:val="left"/>
      </w:pPr>
      <w:r>
        <w:rPr>
          <w:rFonts w:ascii="宋体" w:eastAsia="宋体" w:hAnsi="宋体"/>
          <w:sz w:val="28"/>
        </w:rPr>
        <w:t>每班幼儿都有自己的特点，集体备课后的教案虽然集结了大家的智慧，但具体操作要求与方案还是存在差别，且考虑教师个体的需要和自主创新，在集体研讨之后，每位教师还要认真梳理研讨结果，立足本班实际和自身特长，适当地调整、修改一日活动的活动链与具体教学活动方案，以达到教案与教师教、幼儿学的完美结合。</w:t>
      </w:r>
    </w:p>
    <w:p>
      <w:pPr>
        <w:spacing w:before="100" w:after="200" w:line="360" w:lineRule="auto"/>
        <w:ind w:firstLine="576"/>
        <w:jc w:val="left"/>
      </w:pPr>
      <w:r>
        <w:rPr>
          <w:rFonts w:ascii="宋体" w:eastAsia="宋体" w:hAnsi="宋体"/>
          <w:sz w:val="28"/>
        </w:rPr>
        <w:t>相信集体备课活动的开展会让我们的老师尝到甜头，让教研活动“活”起来，备课活动更加扎实有序。</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为了更好地完成教学工作任务，进行课堂教学模式，配合学校全面实施素质教育，进一步提高学生的思想道德素质、文化素质、身体及心理素质等，以促进学生全面发展，同时提高全组老师的教研水平和教学能力，大面积提升数学教学质量，特制定此工作计划</w:t>
      </w:r>
    </w:p>
    <w:p>
      <w:pPr>
        <w:spacing w:before="100" w:after="200" w:line="360" w:lineRule="auto"/>
        <w:jc w:val="left"/>
      </w:pPr>
      <w:r>
        <w:rPr>
          <w:rFonts w:ascii="宋体 (中文正文)" w:eastAsia="宋体" w:hAnsi="宋体 (中文正文)"/>
          <w:b/>
          <w:sz w:val="28"/>
        </w:rPr>
        <w:t>二、备课组基本情况</w:t>
      </w:r>
    </w:p>
    <w:p>
      <w:pPr>
        <w:spacing w:before="100" w:after="200" w:line="360" w:lineRule="auto"/>
        <w:ind w:firstLine="576"/>
        <w:jc w:val="left"/>
      </w:pPr>
      <w:r>
        <w:rPr>
          <w:rFonts w:ascii="宋体" w:eastAsia="宋体" w:hAnsi="宋体"/>
          <w:sz w:val="28"/>
        </w:rPr>
        <w:t>本备课组共有三位教师，分别是刘雅琴、黄金凤、王超。每位教师承担两个班的教学工作，这支队伍的优点是，有经验，有能力，干劲足，工作热情高涨。本学期全体科任教师要尽量克服教学中的不足，力求在思想上达成共识，管控班级及教学、科研方面更上一层楼。</w:t>
      </w:r>
    </w:p>
    <w:p>
      <w:pPr>
        <w:spacing w:before="100" w:after="200" w:line="360" w:lineRule="auto"/>
        <w:jc w:val="left"/>
      </w:pPr>
      <w:r>
        <w:rPr>
          <w:rFonts w:ascii="宋体 (中文正文)" w:eastAsia="宋体" w:hAnsi="宋体 (中文正文)"/>
          <w:b/>
          <w:sz w:val="28"/>
        </w:rPr>
        <w:t>三、总体工作目标</w:t>
      </w:r>
    </w:p>
    <w:p>
      <w:pPr>
        <w:spacing w:before="100" w:after="200" w:line="360" w:lineRule="auto"/>
        <w:ind w:firstLine="576"/>
        <w:jc w:val="left"/>
      </w:pPr>
      <w:r>
        <w:rPr>
          <w:rFonts w:ascii="宋体" w:eastAsia="宋体" w:hAnsi="宋体"/>
          <w:sz w:val="28"/>
        </w:rPr>
        <w:t>1.落实并抓好集体备课，坚持每周集体备一次，组员全员出席;</w:t>
      </w:r>
    </w:p>
    <w:p>
      <w:pPr>
        <w:spacing w:before="100" w:after="200" w:line="360" w:lineRule="auto"/>
        <w:ind w:firstLine="576"/>
        <w:jc w:val="left"/>
      </w:pPr>
      <w:r>
        <w:rPr>
          <w:rFonts w:ascii="宋体" w:eastAsia="宋体" w:hAnsi="宋体"/>
          <w:sz w:val="28"/>
        </w:rPr>
        <w:t>2.切实加强课堂教学，培养学生的动手、解决问题能力。</w:t>
      </w:r>
    </w:p>
    <w:p>
      <w:pPr>
        <w:spacing w:before="100" w:after="200" w:line="360" w:lineRule="auto"/>
        <w:ind w:firstLine="576"/>
        <w:jc w:val="left"/>
      </w:pPr>
      <w:r>
        <w:rPr>
          <w:rFonts w:ascii="宋体" w:eastAsia="宋体" w:hAnsi="宋体"/>
          <w:sz w:val="28"/>
        </w:rPr>
        <w:t>3.加强教育教学理论学习,提高自身素质,以适应时代发展需要。</w:t>
      </w:r>
    </w:p>
    <w:p>
      <w:pPr>
        <w:spacing w:before="100" w:after="200" w:line="360" w:lineRule="auto"/>
        <w:jc w:val="left"/>
      </w:pPr>
      <w:r>
        <w:rPr>
          <w:rFonts w:ascii="宋体 (中文正文)" w:eastAsia="宋体" w:hAnsi="宋体 (中文正文)"/>
          <w:b/>
          <w:sz w:val="28"/>
        </w:rPr>
        <w:t>四、本学期实施备课组教学计划的措施</w:t>
      </w:r>
    </w:p>
    <w:p>
      <w:pPr>
        <w:spacing w:before="100" w:after="200" w:line="360" w:lineRule="auto"/>
        <w:ind w:firstLine="576"/>
        <w:jc w:val="left"/>
      </w:pPr>
      <w:r>
        <w:rPr>
          <w:rFonts w:ascii="宋体" w:eastAsia="宋体" w:hAnsi="宋体"/>
          <w:sz w:val="28"/>
        </w:rPr>
        <w:t>1、加强对新课程教学理念的理论学习，深刻领会新课程的理念。</w:t>
      </w:r>
    </w:p>
    <w:p>
      <w:pPr>
        <w:spacing w:before="100" w:after="200" w:line="360" w:lineRule="auto"/>
        <w:ind w:firstLine="576"/>
        <w:jc w:val="left"/>
      </w:pPr>
      <w:r>
        <w:rPr>
          <w:rFonts w:ascii="宋体" w:eastAsia="宋体" w:hAnsi="宋体"/>
          <w:sz w:val="28"/>
        </w:rPr>
        <w:t>任课老师不断加强对新课程的教学研究、相互交流和学习。认真钻研和熟悉教材，教学设计、教学方法和模式以及学法指导、重点和难点的处理等方面的研讨，充分做好每节课的备课准备工作。</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2、加强集体备课。备课组教师要加强业务学习提高业务水平，加强教学研究活动，发扬“团体作战”精神以饱满的工作热情、精益求精的工作态度坚持集体备课，做到分工合作，认真落实不流于形式，每月定时进行备课组活动，中心发言人要做好一切准备，发言人要做好以下方面准备教学内容，教学重点、难点，预计学生学习的难点及解决方法，多媒体课件教学，配套练习等，在一个人主备课时，其他成员共同商讨，相互学习，实现教学经验、方法和资源的共享，力求做到教学内容统一，教学进度统一，习题统一，作业统一、</w:t>
      </w:r>
    </w:p>
    <w:p>
      <w:pPr>
        <w:spacing w:before="100" w:after="200" w:line="360" w:lineRule="auto"/>
        <w:ind w:firstLine="576"/>
        <w:jc w:val="left"/>
      </w:pPr>
      <w:r>
        <w:rPr>
          <w:rFonts w:ascii="宋体" w:eastAsia="宋体" w:hAnsi="宋体"/>
          <w:sz w:val="28"/>
        </w:rPr>
        <w:t>3、加强新课程教学过程中对学生学法的指导。任课教师要做好对学生学法的科学指导，因为新课程的最大特点之一，就是要突出学生学习的主体性、主动性、自主性和合作性，教与学要体现出一种师生的互动关系，充分调动学生学习的兴趣。教师要随时收集学生学习的反馈信息，及时调整教法和做好学法指导，让学生适应新课程的学习。</w:t>
      </w:r>
    </w:p>
    <w:p>
      <w:pPr>
        <w:spacing w:before="100" w:after="200" w:line="360" w:lineRule="auto"/>
        <w:ind w:firstLine="576"/>
        <w:jc w:val="left"/>
      </w:pPr>
      <w:r>
        <w:rPr>
          <w:rFonts w:ascii="宋体" w:eastAsia="宋体" w:hAnsi="宋体"/>
          <w:sz w:val="28"/>
        </w:rPr>
        <w:t>4、在组内开展对本组教师互相听课，评课，相互促进。</w:t>
      </w:r>
    </w:p>
    <w:p>
      <w:pPr>
        <w:spacing w:before="100" w:after="200" w:line="360" w:lineRule="auto"/>
        <w:jc w:val="left"/>
      </w:pPr>
      <w:r>
        <w:rPr>
          <w:rFonts w:ascii="宋体 (中文正文)" w:eastAsia="宋体" w:hAnsi="宋体 (中文正文)"/>
          <w:sz w:val="28"/>
        </w:rPr>
        <w:t>一、指导思想：</w:t>
      </w:r>
    </w:p>
    <w:p>
      <w:pPr>
        <w:spacing w:before="100" w:after="200" w:line="360" w:lineRule="auto"/>
        <w:ind w:firstLine="576"/>
        <w:jc w:val="left"/>
      </w:pPr>
      <w:r>
        <w:rPr>
          <w:rFonts w:ascii="宋体" w:eastAsia="宋体" w:hAnsi="宋体"/>
          <w:sz w:val="28"/>
        </w:rPr>
        <w:t>本学期语文备课组将以新课程标准新教学观念为指导,以课堂教学为中心,以课题研究为主线，引导语文成员认真学习教育教学理论,深入开展课题研究活动,积极实施素质教育,营造良好的教研氛围、我们将保持积极的工作态度,高效务实地开展工作。全面实施素质教育，深入开展教学创新,将创新思维教学引入课堂。有效提高教学质量。</w:t>
      </w:r>
    </w:p>
    <w:p>
      <w:pPr>
        <w:spacing w:before="100" w:after="200" w:line="360" w:lineRule="auto"/>
        <w:jc w:val="left"/>
      </w:pPr>
      <w:r>
        <w:rPr>
          <w:rFonts w:ascii="宋体 (中文正文)" w:eastAsia="宋体" w:hAnsi="宋体 (中文正文)"/>
          <w:sz w:val="28"/>
        </w:rPr>
        <w:t>二、工作重点：</w:t>
      </w:r>
    </w:p>
    <w:p>
      <w:pPr>
        <w:spacing w:before="100" w:after="200" w:line="360" w:lineRule="auto"/>
        <w:ind w:firstLine="576"/>
        <w:jc w:val="left"/>
      </w:pPr>
      <w:r>
        <w:rPr>
          <w:rFonts w:ascii="宋体" w:eastAsia="宋体" w:hAnsi="宋体"/>
          <w:sz w:val="28"/>
        </w:rPr>
        <w:t>1、注意教学规范，抓好教学常规工作，特别在备，教，改，导，考方面做出成效。</w:t>
      </w:r>
    </w:p>
    <w:p>
      <w:pPr>
        <w:spacing w:before="100" w:after="200" w:line="360" w:lineRule="auto"/>
        <w:ind w:firstLine="576"/>
        <w:jc w:val="left"/>
      </w:pPr>
      <w:r>
        <w:rPr>
          <w:rFonts w:ascii="宋体" w:eastAsia="宋体" w:hAnsi="宋体"/>
          <w:sz w:val="28"/>
        </w:rPr>
        <w:t>2、力求教学创新，全面实施素质教育，深入开展教学创新，注重培养学生的创新思维能力。</w:t>
      </w:r>
    </w:p>
    <w:p>
      <w:pPr>
        <w:spacing w:before="100" w:after="200" w:line="360" w:lineRule="auto"/>
        <w:ind w:firstLine="576"/>
        <w:jc w:val="left"/>
      </w:pPr>
      <w:r>
        <w:rPr>
          <w:rFonts w:ascii="宋体" w:eastAsia="宋体" w:hAnsi="宋体"/>
          <w:sz w:val="28"/>
        </w:rPr>
        <w:t>3、加强教学研究，大力开展教学科研，将创新思维教育引入课堂，消除学生学习的思维障碍，培养学生的创新思维能力。做到人人都有研究课题，人人都有一节研究课</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4、实施分层教学，搞好分类指导。开展陪优补差活动，做到有计划，有目的，有要求，人员落实，课题落实。最终使语文质量有很大的提高。</w:t>
      </w:r>
    </w:p>
    <w:p>
      <w:pPr>
        <w:spacing w:before="100" w:after="200" w:line="360" w:lineRule="auto"/>
        <w:ind w:firstLine="576"/>
        <w:jc w:val="left"/>
      </w:pPr>
      <w:r>
        <w:rPr>
          <w:rFonts w:ascii="宋体" w:eastAsia="宋体" w:hAnsi="宋体"/>
          <w:sz w:val="28"/>
        </w:rPr>
        <w:t>5、深入研究，注重新教材，新课标的研究、吃透精神，掌握标高，加强对新教材的教学研究。并作好总结工作。</w:t>
      </w:r>
    </w:p>
    <w:p>
      <w:pPr>
        <w:spacing w:before="100" w:after="200" w:line="360" w:lineRule="auto"/>
        <w:jc w:val="left"/>
      </w:pPr>
      <w:r>
        <w:rPr>
          <w:rFonts w:ascii="宋体 (中文正文)" w:eastAsia="宋体" w:hAnsi="宋体 (中文正文)"/>
          <w:sz w:val="28"/>
        </w:rPr>
        <w:t>三、集体备课制度：</w:t>
      </w:r>
    </w:p>
    <w:p>
      <w:pPr>
        <w:spacing w:before="100" w:after="200" w:line="360" w:lineRule="auto"/>
        <w:ind w:firstLine="576"/>
        <w:jc w:val="left"/>
      </w:pPr>
      <w:r>
        <w:rPr>
          <w:rFonts w:ascii="宋体" w:eastAsia="宋体" w:hAnsi="宋体"/>
          <w:sz w:val="28"/>
        </w:rPr>
        <w:t>1、集体备课由全体语文教师分组参加，每学期至少集体备课15次，由语文科组根据教学内容做出相应安排。</w:t>
      </w:r>
    </w:p>
    <w:p>
      <w:pPr>
        <w:spacing w:before="100" w:after="200" w:line="360" w:lineRule="auto"/>
        <w:ind w:firstLine="576"/>
        <w:jc w:val="left"/>
      </w:pPr>
      <w:r>
        <w:rPr>
          <w:rFonts w:ascii="宋体" w:eastAsia="宋体" w:hAnsi="宋体"/>
          <w:sz w:val="28"/>
        </w:rPr>
        <w:t>2、主讲教师应按照教学大纲要求，认真书写教案，宣讲时做到简明扼要，重点突出，系统规范，条理分明，讲解清楚。</w:t>
      </w:r>
    </w:p>
    <w:p>
      <w:pPr>
        <w:spacing w:before="100" w:after="200" w:line="360" w:lineRule="auto"/>
        <w:ind w:firstLine="576"/>
        <w:jc w:val="left"/>
      </w:pPr>
      <w:r>
        <w:rPr>
          <w:rFonts w:ascii="宋体" w:eastAsia="宋体" w:hAnsi="宋体"/>
          <w:sz w:val="28"/>
        </w:rPr>
        <w:t>3、参加集体备课的教师应阅读主讲教师教案，并对教案及主讲教师的宣讲提出意见和建议，做出评价。</w:t>
      </w:r>
    </w:p>
    <w:p>
      <w:pPr>
        <w:spacing w:before="100" w:after="200" w:line="360" w:lineRule="auto"/>
        <w:ind w:firstLine="576"/>
        <w:jc w:val="left"/>
      </w:pPr>
      <w:r>
        <w:rPr>
          <w:rFonts w:ascii="宋体" w:eastAsia="宋体" w:hAnsi="宋体"/>
          <w:sz w:val="28"/>
        </w:rPr>
        <w:t>4、主讲教师和其他教师均应认真对待集体备课活动，做到准备充分，发言积极，以达到取长补短，共同提高的目的。</w:t>
      </w:r>
    </w:p>
    <w:p>
      <w:pPr>
        <w:spacing w:before="100" w:after="200" w:line="360" w:lineRule="auto"/>
        <w:ind w:firstLine="576"/>
        <w:jc w:val="left"/>
      </w:pPr>
      <w:r>
        <w:rPr>
          <w:rFonts w:ascii="宋体" w:eastAsia="宋体" w:hAnsi="宋体"/>
          <w:sz w:val="28"/>
        </w:rPr>
        <w:t>5、集体备课情况列入教师教学档案。</w:t>
      </w:r>
    </w:p>
    <w:p>
      <w:pPr>
        <w:spacing w:before="100" w:after="200" w:line="360" w:lineRule="auto"/>
        <w:jc w:val="left"/>
      </w:pPr>
      <w:r>
        <w:rPr>
          <w:rFonts w:ascii="宋体 (中文正文)" w:eastAsia="宋体" w:hAnsi="宋体 (中文正文)"/>
          <w:sz w:val="28"/>
        </w:rPr>
        <w:t>四、集体备课措施：</w:t>
      </w:r>
    </w:p>
    <w:p>
      <w:pPr>
        <w:spacing w:before="100" w:after="200" w:line="360" w:lineRule="auto"/>
        <w:ind w:firstLine="576"/>
        <w:jc w:val="left"/>
      </w:pPr>
      <w:r>
        <w:rPr>
          <w:rFonts w:ascii="宋体" w:eastAsia="宋体" w:hAnsi="宋体"/>
          <w:sz w:val="28"/>
        </w:rPr>
        <w:t>1、备课组长的工作要认真负责，积极主动，团结全组成员奋力拼搏，勇于开拓，积极进取。</w:t>
      </w:r>
    </w:p>
    <w:p>
      <w:pPr>
        <w:spacing w:before="100" w:after="200" w:line="360" w:lineRule="auto"/>
        <w:ind w:firstLine="576"/>
        <w:jc w:val="left"/>
      </w:pPr>
      <w:r>
        <w:rPr>
          <w:rFonts w:ascii="宋体" w:eastAsia="宋体" w:hAnsi="宋体"/>
          <w:sz w:val="28"/>
        </w:rPr>
        <w:t>2、规范集体备课。形成研讨风气，提高备课质量。</w:t>
      </w:r>
    </w:p>
    <w:p>
      <w:pPr>
        <w:spacing w:before="100" w:after="200" w:line="360" w:lineRule="auto"/>
        <w:ind w:firstLine="576"/>
        <w:jc w:val="left"/>
      </w:pPr>
      <w:r>
        <w:rPr>
          <w:rFonts w:ascii="宋体" w:eastAsia="宋体" w:hAnsi="宋体"/>
          <w:sz w:val="28"/>
        </w:rPr>
        <w:t>3、加强教学传，带，帮，做到指导耐心，学习虚心，互相讨论，共同提高。</w:t>
      </w:r>
    </w:p>
    <w:p>
      <w:pPr>
        <w:spacing w:before="100" w:after="200" w:line="360" w:lineRule="auto"/>
        <w:ind w:firstLine="576"/>
        <w:jc w:val="left"/>
      </w:pPr>
      <w:r>
        <w:rPr>
          <w:rFonts w:ascii="宋体" w:eastAsia="宋体" w:hAnsi="宋体"/>
          <w:sz w:val="28"/>
        </w:rPr>
        <w:t>4、经常开展听课活动，定期举行公开课。并认真开展评课活动。</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5、注重业务学习，提高组员素质，加强交流讨论，形成良好的学习研究风气。</w:t>
      </w:r>
    </w:p>
    <w:p>
      <w:pPr>
        <w:spacing w:before="100" w:after="200" w:line="360" w:lineRule="auto"/>
        <w:ind w:firstLine="576"/>
        <w:jc w:val="left"/>
      </w:pPr>
      <w:r>
        <w:rPr>
          <w:rFonts w:ascii="宋体" w:eastAsia="宋体" w:hAnsi="宋体"/>
          <w:sz w:val="28"/>
        </w:rPr>
        <w:t>6、加强检查，定期听取学生和班主任意见，及时改进教学工作。</w:t>
      </w:r>
    </w:p>
    <w:p>
      <w:pPr>
        <w:spacing w:before="100" w:after="200" w:line="360" w:lineRule="auto"/>
        <w:jc w:val="left"/>
      </w:pPr>
      <w:r>
        <w:rPr>
          <w:rFonts w:ascii="宋体 (中文正文)" w:eastAsia="宋体" w:hAnsi="宋体 (中文正文)"/>
          <w:sz w:val="28"/>
        </w:rPr>
        <w:t>一、指导思想：</w:t>
      </w:r>
    </w:p>
    <w:p>
      <w:pPr>
        <w:spacing w:before="100" w:after="200" w:line="360" w:lineRule="auto"/>
        <w:ind w:firstLine="576"/>
        <w:jc w:val="left"/>
      </w:pPr>
      <w:r>
        <w:rPr>
          <w:rFonts w:ascii="宋体" w:eastAsia="宋体" w:hAnsi="宋体"/>
          <w:sz w:val="28"/>
        </w:rPr>
        <w:t>艺体备课组将紧紧围绕学校教导处工作计划及艺体教研组的工作计划，遵循“健康第一”的教育指导思想和“学生第一”的宗旨，积极推进素质教育，加强体育课改教研活动，努力施行新课程标准，用新的理念来强化教育教学活动。</w:t>
      </w:r>
    </w:p>
    <w:p>
      <w:pPr>
        <w:spacing w:before="100" w:after="200" w:line="360" w:lineRule="auto"/>
        <w:jc w:val="left"/>
      </w:pPr>
      <w:r>
        <w:rPr>
          <w:rFonts w:ascii="宋体 (中文正文)" w:eastAsia="宋体" w:hAnsi="宋体 (中文正文)"/>
          <w:sz w:val="28"/>
        </w:rPr>
        <w:t>二、工作重点：</w:t>
      </w:r>
    </w:p>
    <w:p>
      <w:pPr>
        <w:spacing w:before="100" w:after="200" w:line="360" w:lineRule="auto"/>
        <w:ind w:firstLine="576"/>
        <w:jc w:val="left"/>
      </w:pPr>
      <w:r>
        <w:rPr>
          <w:rFonts w:ascii="宋体" w:eastAsia="宋体" w:hAnsi="宋体"/>
          <w:sz w:val="28"/>
        </w:rPr>
        <w:t>1、认真学习和领会新的.课程标准，扎实开展研究活动，优化教学方式，倡导自主、合作、探究的学习方式。</w:t>
      </w:r>
    </w:p>
    <w:p>
      <w:pPr>
        <w:spacing w:before="100" w:after="200" w:line="360" w:lineRule="auto"/>
        <w:ind w:firstLine="576"/>
        <w:jc w:val="left"/>
      </w:pPr>
      <w:r>
        <w:rPr>
          <w:rFonts w:ascii="宋体" w:eastAsia="宋体" w:hAnsi="宋体"/>
          <w:sz w:val="28"/>
        </w:rPr>
        <w:t>2、通过集体备课，提高课堂教学的质量，促进新课程标准的实施，完善各学科的模式。</w:t>
      </w:r>
    </w:p>
    <w:p>
      <w:pPr>
        <w:spacing w:before="100" w:after="200" w:line="360" w:lineRule="auto"/>
        <w:ind w:firstLine="576"/>
        <w:jc w:val="left"/>
      </w:pPr>
      <w:r>
        <w:rPr>
          <w:rFonts w:ascii="宋体" w:eastAsia="宋体" w:hAnsi="宋体"/>
          <w:sz w:val="28"/>
        </w:rPr>
        <w:t>3、加强艺体学科教学中的资源整合，进一步丰富学生的学习和生活经历，拓宽他们获取知识的途径，大力优化教学过程。</w:t>
      </w:r>
    </w:p>
    <w:p>
      <w:pPr>
        <w:spacing w:before="100" w:after="200" w:line="360" w:lineRule="auto"/>
        <w:jc w:val="left"/>
      </w:pPr>
      <w:r>
        <w:rPr>
          <w:rFonts w:ascii="宋体 (中文正文)" w:eastAsia="宋体" w:hAnsi="宋体 (中文正文)"/>
          <w:sz w:val="28"/>
        </w:rPr>
        <w:t>三、主要工作目标：</w:t>
      </w:r>
    </w:p>
    <w:p>
      <w:pPr>
        <w:spacing w:before="100" w:after="200" w:line="360" w:lineRule="auto"/>
        <w:ind w:firstLine="576"/>
        <w:jc w:val="left"/>
      </w:pPr>
      <w:r>
        <w:rPr>
          <w:rFonts w:ascii="宋体" w:eastAsia="宋体" w:hAnsi="宋体"/>
          <w:sz w:val="28"/>
        </w:rPr>
        <w:t>1、进一步规范和落实教学常规管理，确保课堂40分钟的有效性，以改善师生关系为切入点，在课堂教学中给学生更多自主发展的空间，实现学生全面、快乐的发展要求。</w:t>
      </w:r>
    </w:p>
    <w:p>
      <w:pPr>
        <w:spacing w:before="100" w:after="200" w:line="360" w:lineRule="auto"/>
        <w:ind w:firstLine="576"/>
        <w:jc w:val="left"/>
      </w:pPr>
      <w:r>
        <w:rPr>
          <w:rFonts w:ascii="宋体" w:eastAsia="宋体" w:hAnsi="宋体"/>
          <w:sz w:val="28"/>
        </w:rPr>
        <w:t>2、以学生为本，激发学生主动探究意识，培养学生创新精神和实践能力，努力提高学生体育技能。</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3、开展形式多样、内容丰富、生动有趣的体育活动，激发学生学习的兴趣，在自主活动中提高学生的体育实践能力，促进学生个性发展。</w:t>
      </w:r>
    </w:p>
    <w:p>
      <w:pPr>
        <w:spacing w:before="100" w:after="200" w:line="360" w:lineRule="auto"/>
        <w:jc w:val="left"/>
      </w:pPr>
      <w:r>
        <w:rPr>
          <w:rFonts w:ascii="宋体 (中文正文)" w:eastAsia="宋体" w:hAnsi="宋体 (中文正文)"/>
          <w:sz w:val="28"/>
        </w:rPr>
        <w:t>四、集体备课制度：</w:t>
      </w:r>
    </w:p>
    <w:p>
      <w:pPr>
        <w:spacing w:before="100" w:after="200" w:line="360" w:lineRule="auto"/>
        <w:ind w:firstLine="576"/>
        <w:jc w:val="left"/>
      </w:pPr>
      <w:r>
        <w:rPr>
          <w:rFonts w:ascii="宋体" w:eastAsia="宋体" w:hAnsi="宋体"/>
          <w:sz w:val="28"/>
        </w:rPr>
        <w:t>1、备课组每两周活动一次，每次至少40分钟，每次活动要做到定主题、定时间、定地点，以保证教研活动正常开展，提高备课组活动的质量。</w:t>
      </w:r>
    </w:p>
    <w:p>
      <w:pPr>
        <w:spacing w:before="100" w:after="200" w:line="360" w:lineRule="auto"/>
        <w:ind w:firstLine="576"/>
        <w:jc w:val="left"/>
      </w:pPr>
      <w:r>
        <w:rPr>
          <w:rFonts w:ascii="宋体" w:eastAsia="宋体" w:hAnsi="宋体"/>
          <w:sz w:val="28"/>
        </w:rPr>
        <w:t>2、每次备课组活动时，每人有什么想法、建议都要主动的讲，大胆探索科学的教学方法，力求在教学过程、教学方法上有所创新，促使共同提高。</w:t>
      </w:r>
    </w:p>
    <w:p>
      <w:pPr>
        <w:spacing w:before="100" w:after="200" w:line="360" w:lineRule="auto"/>
        <w:ind w:firstLine="576"/>
        <w:jc w:val="left"/>
      </w:pPr>
      <w:r>
        <w:rPr>
          <w:rFonts w:ascii="宋体" w:eastAsia="宋体" w:hAnsi="宋体"/>
          <w:sz w:val="28"/>
        </w:rPr>
        <w:t>3、集体备课活动由教研组长认真做好记录，以备教导处考核检查。</w:t>
      </w:r>
    </w:p>
    <w:p>
      <w:pPr>
        <w:spacing w:before="100" w:after="200" w:line="360" w:lineRule="auto"/>
        <w:ind w:firstLine="576"/>
        <w:jc w:val="left"/>
      </w:pPr>
      <w:r>
        <w:rPr>
          <w:rFonts w:ascii="宋体" w:eastAsia="宋体" w:hAnsi="宋体"/>
          <w:sz w:val="28"/>
        </w:rPr>
        <w:t>4、课后及时做好教学随笔的撰写，课堂中出现的问题及对课堂教学的感悟要及时地进行记录并做好反思，以此提高自己今后的课堂教学水平。</w:t>
      </w:r>
    </w:p>
    <w:p>
      <w:pPr>
        <w:spacing w:before="100" w:after="200" w:line="360" w:lineRule="auto"/>
        <w:jc w:val="left"/>
      </w:pPr>
      <w:r>
        <w:rPr>
          <w:rFonts w:ascii="宋体 (中文正文)" w:eastAsia="宋体" w:hAnsi="宋体 (中文正文)"/>
          <w:sz w:val="28"/>
        </w:rPr>
        <w:t>五、具体安排：</w:t>
      </w:r>
    </w:p>
    <w:p>
      <w:pPr>
        <w:spacing w:before="100" w:after="200" w:line="360" w:lineRule="auto"/>
        <w:ind w:firstLine="576"/>
        <w:jc w:val="left"/>
      </w:pPr>
      <w:r>
        <w:rPr>
          <w:rFonts w:ascii="宋体" w:eastAsia="宋体" w:hAnsi="宋体"/>
          <w:sz w:val="28"/>
        </w:rPr>
        <w:t>第四周集体备课：主题：一年级音乐《你早》，主讲：蔡老师。</w:t>
      </w:r>
    </w:p>
    <w:p>
      <w:pPr>
        <w:spacing w:before="100" w:after="200" w:line="360" w:lineRule="auto"/>
        <w:ind w:firstLine="576"/>
        <w:jc w:val="left"/>
      </w:pPr>
      <w:r>
        <w:rPr>
          <w:rFonts w:ascii="宋体" w:eastAsia="宋体" w:hAnsi="宋体"/>
          <w:sz w:val="28"/>
        </w:rPr>
        <w:t>第六周集体备课：主题：六年级体育《50米跑》，主讲：何老师。</w:t>
      </w:r>
    </w:p>
    <w:p>
      <w:pPr>
        <w:spacing w:before="100" w:after="200" w:line="360" w:lineRule="auto"/>
        <w:ind w:firstLine="576"/>
        <w:jc w:val="left"/>
      </w:pPr>
      <w:r>
        <w:rPr>
          <w:rFonts w:ascii="宋体" w:eastAsia="宋体" w:hAnsi="宋体"/>
          <w:sz w:val="28"/>
        </w:rPr>
        <w:t>第八周集体备课：主题：四年级音乐《送别》，主讲：耿老师。</w:t>
      </w:r>
    </w:p>
    <w:p>
      <w:pPr>
        <w:spacing w:before="100" w:after="200" w:line="360" w:lineRule="auto"/>
        <w:ind w:firstLine="576"/>
        <w:jc w:val="left"/>
      </w:pPr>
      <w:r>
        <w:rPr>
          <w:rFonts w:ascii="宋体" w:eastAsia="宋体" w:hAnsi="宋体"/>
          <w:sz w:val="28"/>
        </w:rPr>
        <w:t>第十周集体备课：主题：三年级体育《各种姿势跑》，主讲：徐老师。</w:t>
      </w:r>
    </w:p>
    <w:p>
      <w:pPr>
        <w:spacing w:before="100" w:after="200" w:line="360" w:lineRule="auto"/>
        <w:ind w:firstLine="576"/>
        <w:jc w:val="left"/>
      </w:pPr>
      <w:r>
        <w:rPr>
          <w:rFonts w:ascii="宋体" w:eastAsia="宋体" w:hAnsi="宋体"/>
          <w:sz w:val="28"/>
        </w:rPr>
        <w:t>第十二周集体备课：主题：一年级美术《小挂饰》，主讲：丁老师。</w:t>
      </w:r>
    </w:p>
    <w:p>
      <w:pPr>
        <w:spacing w:before="100" w:after="200" w:line="360" w:lineRule="auto"/>
        <w:ind w:firstLine="576"/>
        <w:jc w:val="left"/>
      </w:pPr>
      <w:r>
        <w:rPr>
          <w:rFonts w:ascii="宋体" w:eastAsia="宋体" w:hAnsi="宋体"/>
          <w:sz w:val="28"/>
        </w:rPr>
        <w:t>第十四周集体备课：主题：四年级体育《双手正面垫球》，主讲：沃老师。</w:t>
      </w:r>
    </w:p>
    <w:p>
      <w:pPr>
        <w:spacing w:before="100" w:after="200" w:line="360" w:lineRule="auto"/>
        <w:jc w:val="left"/>
      </w:pPr>
      <w:r>
        <w:rPr>
          <w:rFonts w:ascii="宋体 (中文正文)" w:eastAsia="宋体" w:hAnsi="宋体 (中文正文)"/>
          <w:b/>
          <w:sz w:val="28"/>
        </w:rPr>
        <w:t>一、指导思想</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https://d.book118.com/048075054107006046</w:t>
        </w:r>
      </w:hyperlink>
    </w:p>
    <w:p>
      <w:pPr>
        <w:spacing w:before="100" w:after="200" w:line="360" w:lineRule="auto"/>
        <w:jc w:val="left"/>
      </w:pPr>
    </w:p>
    <w:sectPr w:rsidSect="00034616">
      <w:type w:val="nextPage"/>
      <w:pgSz w:w="11906" w:h="16838"/>
      <w:pgMar w:top="1440" w:right="1440" w:bottom="1440" w:left="1440" w:header="720" w:footer="720" w:gutter="0"/>
      <w:pgNumType w:start="1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48075054107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