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第三战俘营是由德国空军管辖的</w:t>
        <w:br/>
        <w:t>Stalag</w:t>
      </w:r>
      <w:r>
        <w:t xml:space="preserve"> Luft</w:t>
      </w:r>
      <w:r>
        <w:t xml:space="preserve"> III</w:t>
      </w:r>
      <w:r>
        <w:t xml:space="preserve"> was</w:t>
      </w:r>
      <w:r>
        <w:t xml:space="preserve"> run</w:t>
      </w:r>
      <w:r>
        <w:t xml:space="preserve"> by</w:t>
      </w:r>
      <w:r>
        <w:t xml:space="preserve"> the</w:t>
      </w:r>
      <w:r>
        <w:t xml:space="preserve"> German</w:t>
      </w:r>
      <w:r>
        <w:t xml:space="preserve"> Air</w:t>
      </w:r>
      <w:r>
        <w:t xml:space="preserve"> Force.</w:t>
        <w:br/>
        <w:t>(1944年3月</w:t>
      </w:r>
      <w:r>
        <w:t xml:space="preserve"> 德国</w:t>
      </w:r>
      <w:r>
        <w:t xml:space="preserve"> 萨甘</w:t>
      </w:r>
      <w:r>
        <w:t xml:space="preserve"> 第三战俘营)</w:t>
        <w:br/>
        <w:t>因为我们俘虏了他们被击落的飞行员</w:t>
        <w:br/>
        <w:t>And</w:t>
      </w:r>
      <w:r>
        <w:t xml:space="preserve"> because</w:t>
      </w:r>
      <w:r>
        <w:t xml:space="preserve"> we</w:t>
      </w:r>
      <w:r>
        <w:t xml:space="preserve"> had</w:t>
      </w:r>
      <w:r>
        <w:t xml:space="preserve"> their</w:t>
      </w:r>
      <w:r>
        <w:t xml:space="preserve"> downed</w:t>
      </w:r>
      <w:r>
        <w:t xml:space="preserve"> pilots</w:t>
      </w:r>
      <w:r>
        <w:t xml:space="preserve"> in</w:t>
      </w:r>
      <w:r>
        <w:t xml:space="preserve"> our</w:t>
      </w:r>
      <w:r>
        <w:t xml:space="preserve"> camps,</w:t>
        <w:br/>
        <w:t>他们对待我们的兄弟们还算人道</w:t>
        <w:br/>
        <w:t>they</w:t>
      </w:r>
      <w:r>
        <w:t xml:space="preserve"> treated</w:t>
      </w:r>
      <w:r>
        <w:t xml:space="preserve"> our</w:t>
      </w:r>
      <w:r>
        <w:t xml:space="preserve"> boys</w:t>
      </w:r>
      <w:r>
        <w:t xml:space="preserve"> humanely</w:t>
      </w:r>
      <w:r>
        <w:t xml:space="preserve"> enough.</w:t>
        <w:br/>
        <w:t>那里天寒地冻</w:t>
      </w:r>
      <w:r>
        <w:t xml:space="preserve"> 生活很难熬</w:t>
        <w:br/>
        <w:t>It</w:t>
      </w:r>
      <w:r>
        <w:t xml:space="preserve"> was</w:t>
      </w:r>
      <w:r>
        <w:t xml:space="preserve"> cold</w:t>
      </w:r>
      <w:r>
        <w:t xml:space="preserve"> and</w:t>
      </w:r>
      <w:r>
        <w:t xml:space="preserve"> miserable.</w:t>
        <w:br/>
        <w:t>伙食全年都是马铃薯和芜菁</w:t>
        <w:br/>
        <w:t>Their</w:t>
      </w:r>
      <w:r>
        <w:t xml:space="preserve"> diet</w:t>
      </w:r>
      <w:r>
        <w:t xml:space="preserve"> consisted</w:t>
      </w:r>
      <w:r>
        <w:t xml:space="preserve"> of</w:t>
      </w:r>
      <w:r>
        <w:t xml:space="preserve"> potatoes</w:t>
      </w:r>
      <w:r>
        <w:t xml:space="preserve"> and</w:t>
      </w:r>
      <w:r>
        <w:t xml:space="preserve"> turnips</w:t>
      </w:r>
      <w:r>
        <w:t xml:space="preserve"> year-round.</w:t>
        <w:br/>
        <w:t>但卫生条件尚可</w:t>
      </w:r>
      <w:r>
        <w:t xml:space="preserve"> 可以使用各种设施</w:t>
      </w:r>
      <w:r>
        <w:t xml:space="preserve"> 看书</w:t>
      </w:r>
      <w:r>
        <w:t xml:space="preserve"> 听音乐</w:t>
        <w:br/>
        <w:t>But</w:t>
      </w:r>
      <w:r>
        <w:t xml:space="preserve"> they</w:t>
      </w:r>
      <w:r>
        <w:t xml:space="preserve"> had</w:t>
      </w:r>
      <w:r>
        <w:t xml:space="preserve"> access</w:t>
      </w:r>
      <w:r>
        <w:t xml:space="preserve"> to</w:t>
      </w:r>
      <w:r>
        <w:t xml:space="preserve"> hygiene,</w:t>
      </w:r>
      <w:r>
        <w:t xml:space="preserve"> amenities,</w:t>
      </w:r>
      <w:r>
        <w:t xml:space="preserve"> books,</w:t>
      </w:r>
      <w:r>
        <w:t xml:space="preserve"> music.</w:t>
        <w:br/>
        <w:t>那里的兄弟们只盼着</w:t>
      </w:r>
      <w:r>
        <w:t xml:space="preserve"> 能得到前线的好消息</w:t>
      </w:r>
      <w:r>
        <w:t xml:space="preserve"> 给自己希望</w:t>
        <w:br/>
        <w:t>All</w:t>
      </w:r>
      <w:r>
        <w:t xml:space="preserve"> they</w:t>
      </w:r>
      <w:r>
        <w:t xml:space="preserve"> really</w:t>
      </w:r>
      <w:r>
        <w:t xml:space="preserve"> wanted</w:t>
      </w:r>
      <w:r>
        <w:t xml:space="preserve"> was</w:t>
      </w:r>
      <w:r>
        <w:t xml:space="preserve"> news</w:t>
      </w:r>
      <w:r>
        <w:t xml:space="preserve"> from</w:t>
      </w:r>
      <w:r>
        <w:t xml:space="preserve"> the</w:t>
      </w:r>
      <w:r>
        <w:t xml:space="preserve"> front</w:t>
      </w:r>
      <w:r>
        <w:t xml:space="preserve"> to</w:t>
      </w:r>
      <w:r>
        <w:t xml:space="preserve"> give</w:t>
      </w:r>
      <w:r>
        <w:t xml:space="preserve"> them</w:t>
      </w:r>
      <w:r>
        <w:t xml:space="preserve"> hope</w:t>
        <w:br/>
        <w:t>能尽早回家</w:t>
        <w:br/>
        <w:t>that</w:t>
      </w:r>
      <w:r>
        <w:t xml:space="preserve"> one</w:t>
      </w:r>
      <w:r>
        <w:t xml:space="preserve"> day</w:t>
      </w:r>
      <w:r>
        <w:t xml:space="preserve"> soon</w:t>
      </w:r>
      <w:r>
        <w:t xml:space="preserve"> they</w:t>
      </w:r>
      <w:r>
        <w:t xml:space="preserve"> would</w:t>
      </w:r>
      <w:r>
        <w:t xml:space="preserve"> be</w:t>
      </w:r>
      <w:r>
        <w:t xml:space="preserve"> going</w:t>
      </w:r>
      <w:r>
        <w:t xml:space="preserve"> home.</w:t>
        <w:br/>
        <w:t>谢谢</w:t>
        <w:br/>
        <w:t>Thanks.</w:t>
        <w:br/>
        <w:t>要帮忙吗</w:t>
        <w:br/>
        <w:t>Need</w:t>
      </w:r>
      <w:r>
        <w:t xml:space="preserve"> a</w:t>
      </w:r>
      <w:r>
        <w:t xml:space="preserve"> hand?</w:t>
        <w:br/>
        <w:t>我不会拒绝</w:t>
        <w:br/>
        <w:t>I</w:t>
      </w:r>
      <w:r>
        <w:t xml:space="preserve"> wouldn't</w:t>
      </w:r>
      <w:r>
        <w:t xml:space="preserve"> say</w:t>
      </w:r>
      <w:r>
        <w:t xml:space="preserve"> no.</w:t>
        <w:br/>
        <w:t>有信件的消息吗</w:t>
        <w:br/>
        <w:t>Any</w:t>
      </w:r>
      <w:r>
        <w:t xml:space="preserve"> word</w:t>
      </w:r>
      <w:r>
        <w:t xml:space="preserve"> on</w:t>
      </w:r>
      <w:r>
        <w:t xml:space="preserve"> the</w:t>
      </w:r>
      <w:r>
        <w:t xml:space="preserve"> mail?</w:t>
        <w:br/>
        <w:t>没有</w:t>
        <w:br/>
        <w:t>Nope.</w:t>
        <w:br/>
        <w:t>又耽搁了</w:t>
        <w:br/>
        <w:t>Another</w:t>
      </w:r>
      <w:r>
        <w:t xml:space="preserve"> holdup?</w:t>
        <w:br/>
        <w:t>战争嘛</w:t>
        <w:br/>
        <w:t>War.</w:t>
        <w:br/>
        <w:t>红十字会很难把信送进战俘营</w:t>
        <w:br/>
        <w:t>Red</w:t>
      </w:r>
      <w:r>
        <w:t xml:space="preserve"> Cross</w:t>
      </w:r>
      <w:r>
        <w:t xml:space="preserve"> is</w:t>
      </w:r>
      <w:r>
        <w:t xml:space="preserve"> having</w:t>
      </w:r>
      <w:r>
        <w:t xml:space="preserve"> trouble</w:t>
      </w:r>
      <w:r>
        <w:t xml:space="preserve"> getting</w:t>
      </w:r>
      <w:r>
        <w:t xml:space="preserve"> mail</w:t>
      </w:r>
      <w:r>
        <w:t xml:space="preserve"> into</w:t>
      </w:r>
      <w:r>
        <w:t xml:space="preserve"> the</w:t>
      </w:r>
      <w:r>
        <w:t xml:space="preserve"> camp.</w:t>
        <w:br/>
        <w:t>过来</w:t>
      </w:r>
      <w:r>
        <w:t xml:space="preserve"> 小猫咪...</w:t>
        <w:br/>
        <w:t>Here,</w:t>
      </w:r>
      <w:r>
        <w:t xml:space="preserve"> kitty,</w:t>
      </w:r>
      <w:r>
        <w:t xml:space="preserve"> kitty,</w:t>
      </w:r>
      <w:r>
        <w:t xml:space="preserve"> kitty.</w:t>
        <w:br/>
        <w:t>它往你那边去了</w:t>
      </w:r>
      <w:r>
        <w:t xml:space="preserve"> 阿汉</w:t>
        <w:br/>
        <w:t>She's</w:t>
      </w:r>
      <w:r>
        <w:t xml:space="preserve"> going</w:t>
      </w:r>
      <w:r>
        <w:t xml:space="preserve"> your</w:t>
      </w:r>
      <w:r>
        <w:t xml:space="preserve"> way,</w:t>
      </w:r>
      <w:r>
        <w:t xml:space="preserve"> Hammy.</w:t>
        <w:br/>
        <w:t>过来</w:t>
      </w:r>
      <w:r>
        <w:t xml:space="preserve"> 小猫咪...</w:t>
        <w:br/>
        <w:t>Here,</w:t>
      </w:r>
      <w:r>
        <w:t xml:space="preserve"> kitty,</w:t>
      </w:r>
      <w:r>
        <w:t xml:space="preserve"> kitty,</w:t>
      </w:r>
      <w:r>
        <w:t xml:space="preserve"> kitty,</w:t>
      </w:r>
      <w:r>
        <w:t xml:space="preserve"> kitty.</w:t>
        <w:br/>
        <w:t>是</w:t>
      </w:r>
      <w:r>
        <w:t xml:space="preserve"> 我看见它了</w:t>
        <w:br/>
        <w:t>Yeah,</w:t>
      </w:r>
      <w:r>
        <w:t xml:space="preserve"> I</w:t>
      </w:r>
      <w:r>
        <w:t xml:space="preserve"> see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her.</w:t>
        <w:br/>
        <w:t>过来</w:t>
        <w:br/>
        <w:t>Come</w:t>
      </w:r>
      <w:r>
        <w:t xml:space="preserve"> here.</w:t>
        <w:br/>
        <w:t>来吧</w:t>
        <w:br/>
        <w:t>Come</w:t>
      </w:r>
      <w:r>
        <w:t xml:space="preserve"> on.</w:t>
        <w:br/>
        <w:t>真乖</w:t>
        <w:br/>
        <w:t>There</w:t>
      </w:r>
      <w:r>
        <w:t xml:space="preserve"> you</w:t>
      </w:r>
      <w:r>
        <w:t xml:space="preserve"> go.</w:t>
        <w:br/>
        <w:t>分我点水吧</w:t>
        <w:br/>
        <w:t>Spare</w:t>
      </w:r>
      <w:r>
        <w:t xml:space="preserve"> some</w:t>
      </w:r>
      <w:r>
        <w:t xml:space="preserve"> water?</w:t>
        <w:br/>
        <w:t>你说汤里是什么来着</w:t>
        <w:br/>
        <w:t>What</w:t>
      </w:r>
      <w:r>
        <w:t xml:space="preserve"> did</w:t>
      </w:r>
      <w:r>
        <w:t xml:space="preserve"> you</w:t>
      </w:r>
      <w:r>
        <w:t xml:space="preserve"> say</w:t>
      </w:r>
      <w:r>
        <w:t xml:space="preserve"> was</w:t>
      </w:r>
      <w:r>
        <w:t xml:space="preserve"> in</w:t>
      </w:r>
      <w:r>
        <w:t xml:space="preserve"> the</w:t>
      </w:r>
      <w:r>
        <w:t xml:space="preserve"> soup?</w:t>
        <w:br/>
        <w:t>他没说</w:t>
        <w:br/>
        <w:t>He</w:t>
      </w:r>
      <w:r>
        <w:t xml:space="preserve"> didn't.</w:t>
        <w:br/>
        <w:t>兔子</w:t>
        <w:br/>
        <w:t>Rabbit?</w:t>
        <w:br/>
        <w:t>没错</w:t>
        <w:br/>
        <w:t>Yeah,</w:t>
      </w:r>
      <w:r>
        <w:t xml:space="preserve"> sure.</w:t>
        <w:br/>
        <w:t>我们的营房&amp;hearts;下面有很多野兔子跑来跑去</w:t>
        <w:br/>
        <w:t>There's</w:t>
      </w:r>
      <w:r>
        <w:t xml:space="preserve"> been</w:t>
      </w:r>
      <w:r>
        <w:t xml:space="preserve"> lots</w:t>
      </w:r>
      <w:r>
        <w:t xml:space="preserve"> of</w:t>
      </w:r>
      <w:r>
        <w:t xml:space="preserve"> stray</w:t>
      </w:r>
      <w:r>
        <w:t xml:space="preserve"> rabbits</w:t>
      </w:r>
      <w:r>
        <w:t xml:space="preserve"> running</w:t>
      </w:r>
      <w:r>
        <w:t xml:space="preserve"> around</w:t>
      </w:r>
      <w:r>
        <w:t xml:space="preserve"> under</w:t>
      </w:r>
      <w:r>
        <w:t xml:space="preserve"> our</w:t>
      </w:r>
      <w:r>
        <w:t xml:space="preserve"> combine.</w:t>
        <w:br/>
        <w:t>用桶接着点</w:t>
        <w:br/>
        <w:t>Use</w:t>
      </w:r>
      <w:r>
        <w:t xml:space="preserve"> a</w:t>
      </w:r>
      <w:r>
        <w:t xml:space="preserve"> bucket.</w:t>
        <w:br/>
        <w:t>可以的话</w:t>
      </w:r>
      <w:r>
        <w:t xml:space="preserve"> 尽量别吐</w:t>
      </w:r>
      <w:r>
        <w:t xml:space="preserve"> 本尼</w:t>
      </w:r>
      <w:r>
        <w:t xml:space="preserve"> 这可是蛋白质</w:t>
        <w:br/>
        <w:t>Keep</w:t>
      </w:r>
      <w:r>
        <w:t xml:space="preserve"> it</w:t>
      </w:r>
      <w:r>
        <w:t xml:space="preserve"> down</w:t>
      </w:r>
      <w:r>
        <w:t xml:space="preserve"> if</w:t>
      </w:r>
      <w:r>
        <w:t xml:space="preserve"> you</w:t>
      </w:r>
      <w:r>
        <w:t xml:space="preserve"> can,</w:t>
      </w:r>
      <w:r>
        <w:t xml:space="preserve"> Benny.</w:t>
      </w:r>
      <w:r>
        <w:t xml:space="preserve"> It's</w:t>
      </w:r>
      <w:r>
        <w:t xml:space="preserve"> protein.</w:t>
        <w:br/>
        <w:t>红十字会的包裹运到前</w:t>
      </w:r>
      <w:r>
        <w:t xml:space="preserve"> 我们只吃得到这个</w:t>
        <w:br/>
        <w:t>The</w:t>
      </w:r>
      <w:r>
        <w:t xml:space="preserve"> only</w:t>
      </w:r>
      <w:r>
        <w:t xml:space="preserve"> kind</w:t>
      </w:r>
      <w:r>
        <w:t xml:space="preserve"> we're</w:t>
      </w:r>
      <w:r>
        <w:t xml:space="preserve"> gonna</w:t>
      </w:r>
      <w:r>
        <w:t xml:space="preserve"> get</w:t>
      </w:r>
      <w:r>
        <w:t xml:space="preserve"> until</w:t>
      </w:r>
      <w:r>
        <w:t xml:space="preserve"> those</w:t>
      </w:r>
      <w:r>
        <w:t xml:space="preserve"> Red</w:t>
      </w:r>
      <w:r>
        <w:t xml:space="preserve"> Cross</w:t>
      </w:r>
      <w:r>
        <w:t xml:space="preserve"> parcels</w:t>
      </w:r>
      <w:r>
        <w:t xml:space="preserve"> show</w:t>
      </w:r>
      <w:r>
        <w:t xml:space="preserve"> up.</w:t>
        <w:br/>
        <w:t>我们快一点吧</w:t>
      </w:r>
      <w:r>
        <w:t xml:space="preserve"> 兄弟们</w:t>
        <w:br/>
        <w:t>Let's</w:t>
      </w:r>
      <w:r>
        <w:t xml:space="preserve"> get</w:t>
      </w:r>
      <w:r>
        <w:t xml:space="preserve"> a</w:t>
      </w:r>
      <w:r>
        <w:t xml:space="preserve"> move</w:t>
      </w:r>
      <w:r>
        <w:t xml:space="preserve"> on,</w:t>
      </w:r>
      <w:r>
        <w:t xml:space="preserve"> boys.</w:t>
        <w:br/>
        <w:t>快到新闻时间了</w:t>
        <w:br/>
        <w:t>Almost</w:t>
      </w:r>
      <w:r>
        <w:t xml:space="preserve"> news</w:t>
      </w:r>
      <w:r>
        <w:t xml:space="preserve"> time.</w:t>
        <w:br/>
        <w:t>英国</w:t>
      </w:r>
      <w:r>
        <w:t xml:space="preserve"> 印度和廓尔喀军队</w:t>
        <w:br/>
        <w:t>British,</w:t>
      </w:r>
      <w:r>
        <w:t xml:space="preserve"> Indian</w:t>
      </w:r>
      <w:r>
        <w:t xml:space="preserve"> and</w:t>
      </w:r>
      <w:r>
        <w:t xml:space="preserve"> Gurkha</w:t>
      </w:r>
      <w:r>
        <w:t xml:space="preserve"> forces</w:t>
        <w:br/>
        <w:t>继续在缅&amp;hearts;甸&amp;hearts;与日军作战</w:t>
        <w:br/>
        <w:t>continue</w:t>
      </w:r>
      <w:r>
        <w:t xml:space="preserve"> to</w:t>
      </w:r>
      <w:r>
        <w:t xml:space="preserve"> battle</w:t>
      </w:r>
      <w:r>
        <w:t xml:space="preserve"> the</w:t>
      </w:r>
      <w:r>
        <w:t xml:space="preserve"> Japanese</w:t>
      </w:r>
      <w:r>
        <w:t xml:space="preserve"> in</w:t>
      </w:r>
      <w:r>
        <w:t xml:space="preserve"> Burma,</w:t>
        <w:br/>
        <w:t>加入奥德温盖特少将的...远程渗透组行动</w:t>
        <w:br/>
        <w:t>joining</w:t>
      </w:r>
      <w:r>
        <w:t xml:space="preserve"> Major</w:t>
      </w:r>
      <w:r>
        <w:t xml:space="preserve"> General</w:t>
      </w:r>
      <w:r>
        <w:t xml:space="preserve"> Orde</w:t>
      </w:r>
      <w:r>
        <w:t xml:space="preserve"> Wingate's...</w:t>
      </w:r>
      <w:r>
        <w:t xml:space="preserve"> Chindit</w:t>
      </w:r>
      <w:r>
        <w:t xml:space="preserve"> expedition</w:t>
        <w:br/>
        <w:t>深入敌后</w:t>
        <w:br/>
        <w:t>deep</w:t>
      </w:r>
      <w:r>
        <w:t xml:space="preserve"> behind</w:t>
      </w:r>
      <w:r>
        <w:t xml:space="preserve"> the</w:t>
      </w:r>
      <w:r>
        <w:t xml:space="preserve"> enemy's</w:t>
      </w:r>
      <w:r>
        <w:t xml:space="preserve"> front</w:t>
      </w:r>
      <w:r>
        <w:t xml:space="preserve"> lines.</w:t>
        <w:br/>
        <w:t>在意大利</w:t>
      </w:r>
      <w:r>
        <w:t xml:space="preserve"> 英军再次在卡西诺山被击退</w:t>
        <w:br/>
        <w:t>In</w:t>
      </w:r>
      <w:r>
        <w:t xml:space="preserve"> Italy,</w:t>
      </w:r>
      <w:r>
        <w:t xml:space="preserve"> British</w:t>
      </w:r>
      <w:r>
        <w:t xml:space="preserve"> forces</w:t>
      </w:r>
      <w:r>
        <w:t xml:space="preserve"> were</w:t>
      </w:r>
      <w:r>
        <w:t xml:space="preserve"> once</w:t>
      </w:r>
      <w:r>
        <w:t xml:space="preserve"> again</w:t>
      </w:r>
      <w:r>
        <w:t xml:space="preserve"> repulsed</w:t>
      </w:r>
      <w:r>
        <w:t xml:space="preserve"> at</w:t>
      </w:r>
      <w:r>
        <w:t xml:space="preserve"> Monte</w:t>
      </w:r>
      <w:r>
        <w:t xml:space="preserve"> Cassino,</w:t>
        <w:br/>
        <w:t>同时</w:t>
      </w:r>
      <w:r>
        <w:t xml:space="preserve"> 盟军仍被困在安齐奥的海滩上</w:t>
        <w:br/>
        <w:t>while</w:t>
      </w:r>
      <w:r>
        <w:t xml:space="preserve"> Allied</w:t>
      </w:r>
      <w:r>
        <w:t xml:space="preserve"> troops</w:t>
      </w:r>
      <w:r>
        <w:t xml:space="preserve"> remained</w:t>
      </w:r>
      <w:r>
        <w:t xml:space="preserve"> pinned</w:t>
      </w:r>
      <w:r>
        <w:t xml:space="preserve"> down</w:t>
      </w:r>
      <w:r>
        <w:t xml:space="preserve"> on</w:t>
      </w:r>
      <w:r>
        <w:t xml:space="preserve"> the</w:t>
      </w:r>
      <w:r>
        <w:t xml:space="preserve"> beaches</w:t>
      </w:r>
      <w:r>
        <w:t xml:space="preserve"> of</w:t>
      </w:r>
      <w:r>
        <w:t xml:space="preserve"> Anzio.</w:t>
        <w:br/>
        <w:t>怎么样</w:t>
      </w:r>
      <w:r>
        <w:t xml:space="preserve"> 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在东线...</w:t>
        <w:br/>
        <w:t>What</w:t>
      </w:r>
      <w:r>
        <w:t xml:space="preserve"> is</w:t>
      </w:r>
      <w:r>
        <w:t xml:space="preserve"> it?</w:t>
      </w:r>
      <w:r>
        <w:t xml:space="preserve"> -</w:t>
      </w:r>
      <w:r>
        <w:t xml:space="preserve"> On</w:t>
      </w:r>
      <w:r>
        <w:t xml:space="preserve"> the</w:t>
      </w:r>
      <w:r>
        <w:t xml:space="preserve"> Eastern</w:t>
      </w:r>
      <w:r>
        <w:t xml:space="preserve"> Front...</w:t>
        <w:br/>
        <w:t>没好消息</w:t>
        <w:br/>
        <w:t>It's</w:t>
      </w:r>
      <w:r>
        <w:t xml:space="preserve"> nothing</w:t>
      </w:r>
      <w:r>
        <w:t xml:space="preserve"> good.</w:t>
        <w:br/>
        <w:t>军官来了</w:t>
        <w:br/>
        <w:t>Brass</w:t>
      </w:r>
      <w:r>
        <w:t xml:space="preserve"> is</w:t>
      </w:r>
      <w:r>
        <w:t xml:space="preserve"> here.</w:t>
        <w:br/>
        <w:t>英国人又攻击了一次卡西诺山</w:t>
        <w:br/>
        <w:t>The</w:t>
      </w:r>
      <w:r>
        <w:t xml:space="preserve"> Brits</w:t>
      </w:r>
      <w:r>
        <w:t xml:space="preserve"> tried</w:t>
      </w:r>
      <w:r>
        <w:t xml:space="preserve"> another</w:t>
      </w:r>
      <w:r>
        <w:t xml:space="preserve"> attack</w:t>
      </w:r>
      <w:r>
        <w:t xml:space="preserve"> on</w:t>
      </w:r>
      <w:r>
        <w:t xml:space="preserve"> Monte</w:t>
      </w:r>
      <w:r>
        <w:t xml:space="preserve"> Cassino.</w:t>
        <w:br/>
        <w:t>结果不好</w:t>
        <w:br/>
        <w:t>Didn't</w:t>
      </w:r>
      <w:r>
        <w:t xml:space="preserve"> go</w:t>
      </w:r>
      <w:r>
        <w:t xml:space="preserve"> well.</w:t>
        <w:br/>
        <w:t>德国鬼子向安齐奥派出了九</w:t>
      </w:r>
      <w:r>
        <w:t xml:space="preserve"> 十支部队</w:t>
        <w:br/>
        <w:t>And</w:t>
      </w:r>
      <w:r>
        <w:t xml:space="preserve"> Krauts</w:t>
      </w:r>
      <w:r>
        <w:t xml:space="preserve"> sent</w:t>
      </w:r>
      <w:r>
        <w:t xml:space="preserve"> nine</w:t>
      </w:r>
      <w:r>
        <w:t xml:space="preserve"> or</w:t>
      </w:r>
      <w:r>
        <w:t xml:space="preserve"> ten</w:t>
      </w:r>
      <w:r>
        <w:t xml:space="preserve"> divisions</w:t>
      </w:r>
      <w:r>
        <w:t xml:space="preserve"> to</w:t>
      </w:r>
      <w:r>
        <w:t xml:space="preserve"> Anzio.</w:t>
        <w:br/>
        <w:t>传下去</w:t>
        <w:br/>
        <w:t>Pass</w:t>
      </w:r>
      <w:r>
        <w:t xml:space="preserve"> it</w:t>
      </w:r>
      <w:r>
        <w:t xml:space="preserve"> on.</w:t>
        <w:br/>
        <w:t>我们希望大家的期待能现实一点</w:t>
        <w:br/>
        <w:t>We</w:t>
      </w:r>
      <w:r>
        <w:t xml:space="preserve"> want</w:t>
      </w:r>
      <w:r>
        <w:t xml:space="preserve"> expectations</w:t>
      </w:r>
      <w:r>
        <w:t xml:space="preserve"> among</w:t>
      </w:r>
      <w:r>
        <w:t xml:space="preserve"> the</w:t>
      </w:r>
      <w:r>
        <w:t xml:space="preserve"> men</w:t>
      </w:r>
      <w:r>
        <w:t xml:space="preserve"> to</w:t>
      </w:r>
      <w:r>
        <w:t xml:space="preserve"> be</w:t>
      </w:r>
      <w:r>
        <w:t xml:space="preserve"> realistic.</w:t>
        <w:br/>
        <w:t>伙计们</w:t>
      </w:r>
      <w:r>
        <w:t xml:space="preserve"> 走吧</w:t>
        <w:br/>
        <w:t>Fellas,</w:t>
      </w:r>
      <w:r>
        <w:t xml:space="preserve"> let's</w:t>
      </w:r>
      <w:r>
        <w:t xml:space="preserve"> go.</w:t>
        <w:br/>
        <w:t>紧急集&amp;hearts;合&amp;hearts;</w:t>
        <w:br/>
        <w:t>Surprise</w:t>
      </w:r>
      <w:r>
        <w:t xml:space="preserve"> appell.</w:t>
        <w:br/>
        <w:t>快点</w:t>
      </w:r>
      <w:r>
        <w:t xml:space="preserve"> 走了</w:t>
      </w:r>
      <w:r>
        <w:t xml:space="preserve"> 收起来</w:t>
        <w:br/>
        <w:t>Hurry</w:t>
      </w:r>
      <w:r>
        <w:t xml:space="preserve"> up.</w:t>
      </w:r>
      <w:r>
        <w:t xml:space="preserve"> Let's</w:t>
      </w:r>
      <w:r>
        <w:t xml:space="preserve"> go.</w:t>
      </w:r>
      <w:r>
        <w:t xml:space="preserve"> Wrap</w:t>
      </w:r>
      <w:r>
        <w:t xml:space="preserve"> it</w:t>
      </w:r>
      <w:r>
        <w:t xml:space="preserve"> up.</w:t>
        <w:br/>
        <w:t>走了</w:t>
      </w:r>
      <w:r>
        <w:t xml:space="preserve"> 伙计们</w:t>
      </w:r>
      <w:r>
        <w:t xml:space="preserve"> 快点</w:t>
        <w:br/>
        <w:t>Come</w:t>
      </w:r>
      <w:r>
        <w:t xml:space="preserve"> on,</w:t>
      </w:r>
      <w:r>
        <w:t xml:space="preserve"> fellas.</w:t>
      </w:r>
      <w:r>
        <w:t xml:space="preserve"> Quickly.</w:t>
        <w:br/>
        <w:t>走</w:t>
        <w:br/>
        <w:t>Go!</w:t>
        <w:br/>
        <w:t>所罗门</w:t>
        <w:br/>
        <w:t>Solomon.</w:t>
        <w:br/>
        <w:t>这是个犹太名字吧</w:t>
        <w:br/>
        <w:t>That</w:t>
      </w:r>
      <w:r>
        <w:t xml:space="preserve"> is</w:t>
      </w:r>
      <w:r>
        <w:t xml:space="preserve"> a</w:t>
      </w:r>
      <w:r>
        <w:t xml:space="preserve"> Jewish</w:t>
      </w:r>
      <w:r>
        <w:t xml:space="preserve"> name,</w:t>
      </w:r>
      <w:r>
        <w:t xml:space="preserve"> yes?</w:t>
        <w:br/>
        <w:t>快走...</w:t>
        <w:br/>
        <w:t>Let's</w:t>
      </w:r>
      <w:r>
        <w:t xml:space="preserve"> go.</w:t>
      </w:r>
      <w:r>
        <w:t xml:space="preserve"> Let's</w:t>
      </w:r>
      <w:r>
        <w:t xml:space="preserve"> go.</w:t>
        <w:br/>
        <w:t>有发现</w:t>
        <w:br/>
        <w:t>We</w:t>
      </w:r>
      <w:r>
        <w:t xml:space="preserve"> found</w:t>
      </w:r>
      <w:r>
        <w:t xml:space="preserve"> something!</w:t>
        <w:br/>
        <w:t>该死的</w:t>
        <w:br/>
        <w:t>Goddamn</w:t>
      </w:r>
      <w:r>
        <w:t xml:space="preserve"> it.</w:t>
        <w:br/>
        <w:t>但他们没找到耳机</w:t>
        <w:br/>
        <w:t>But</w:t>
      </w:r>
      <w:r>
        <w:t xml:space="preserve"> they</w:t>
      </w:r>
      <w:r>
        <w:t xml:space="preserve"> didn't</w:t>
      </w:r>
      <w:r>
        <w:t xml:space="preserve"> get</w:t>
      </w:r>
      <w:r>
        <w:t xml:space="preserve"> the</w:t>
      </w:r>
      <w:r>
        <w:t xml:space="preserve"> headphone.</w:t>
        <w:br/>
        <w:t>感谢上帝赐予的小奇迹</w:t>
        <w:br/>
        <w:t>Well,</w:t>
      </w:r>
      <w:r>
        <w:t xml:space="preserve"> thank</w:t>
      </w:r>
      <w:r>
        <w:t xml:space="preserve"> God</w:t>
      </w:r>
      <w:r>
        <w:t xml:space="preserve"> for</w:t>
      </w:r>
      <w:r>
        <w:t xml:space="preserve"> small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miracles.</w:t>
        <w:br/>
        <w:t>(根据唐纳德L.米勒的著作改编)</w:t>
        <w:br/>
        <w:t>空战群英</w:t>
        <w:br/>
        <w:t>第一季第七集</w:t>
        <w:br/>
        <w:t>《第七集》</w:t>
        <w:br/>
        <w:t>1944年初</w:t>
      </w:r>
      <w:r>
        <w:t xml:space="preserve"> 人们意识到反&amp;hearts;攻&amp;hearts;欧洲已经迫在眉睫</w:t>
        <w:br/>
        <w:t>It</w:t>
      </w:r>
      <w:r>
        <w:t xml:space="preserve"> was</w:t>
      </w:r>
      <w:r>
        <w:t xml:space="preserve"> understood</w:t>
      </w:r>
      <w:r>
        <w:t xml:space="preserve"> in</w:t>
      </w:r>
      <w:r>
        <w:t xml:space="preserve"> early</w:t>
      </w:r>
      <w:r>
        <w:t xml:space="preserve"> 1944</w:t>
      </w:r>
      <w:r>
        <w:t xml:space="preserve"> the</w:t>
      </w:r>
      <w:r>
        <w:t xml:space="preserve"> invasion</w:t>
      </w:r>
      <w:r>
        <w:t xml:space="preserve"> of</w:t>
      </w:r>
      <w:r>
        <w:t xml:space="preserve"> Europe</w:t>
      </w:r>
      <w:r>
        <w:t xml:space="preserve"> was</w:t>
      </w:r>
      <w:r>
        <w:t xml:space="preserve"> imminent.</w:t>
        <w:br/>
        <w:t>100轰炸大队会参与其中</w:t>
        <w:br/>
        <w:t>The</w:t>
      </w:r>
      <w:r>
        <w:t xml:space="preserve"> 100th</w:t>
      </w:r>
      <w:r>
        <w:t xml:space="preserve"> Bomb</w:t>
      </w:r>
      <w:r>
        <w:t xml:space="preserve"> Group</w:t>
      </w:r>
      <w:r>
        <w:t xml:space="preserve"> would</w:t>
      </w:r>
      <w:r>
        <w:t xml:space="preserve"> play</w:t>
      </w:r>
      <w:r>
        <w:t xml:space="preserve"> its</w:t>
      </w:r>
      <w:r>
        <w:t xml:space="preserve"> part.</w:t>
        <w:br/>
        <w:t>是</w:t>
      </w:r>
      <w:r>
        <w:t xml:space="preserve"> 长官</w:t>
        <w:br/>
        <w:t>Yes,</w:t>
      </w:r>
      <w:r>
        <w:t xml:space="preserve"> sir.</w:t>
        <w:br/>
        <w:t>飞往德国的任务越多</w:t>
      </w:r>
      <w:r>
        <w:t xml:space="preserve"> 意味着伤亡越多</w:t>
        <w:br/>
        <w:t>More</w:t>
      </w:r>
      <w:r>
        <w:t xml:space="preserve"> missions</w:t>
      </w:r>
      <w:r>
        <w:t xml:space="preserve"> into</w:t>
      </w:r>
      <w:r>
        <w:t xml:space="preserve"> Germany</w:t>
      </w:r>
      <w:r>
        <w:t xml:space="preserve"> meant</w:t>
      </w:r>
      <w:r>
        <w:t xml:space="preserve"> more</w:t>
      </w:r>
      <w:r>
        <w:t xml:space="preserve"> casualties.</w:t>
        <w:br/>
        <w:t>伤亡越多</w:t>
      </w:r>
      <w:r>
        <w:t xml:space="preserve"> 补充的兵力就越多</w:t>
        <w:br/>
        <w:t>More</w:t>
      </w:r>
      <w:r>
        <w:t xml:space="preserve"> casualties</w:t>
      </w:r>
      <w:r>
        <w:t xml:space="preserve"> meant</w:t>
      </w:r>
      <w:r>
        <w:t xml:space="preserve"> more</w:t>
      </w:r>
      <w:r>
        <w:t xml:space="preserve"> replacements.</w:t>
        <w:br/>
        <w:t>嘿</w:t>
      </w:r>
      <w:r>
        <w:t xml:space="preserve"> 新兵</w:t>
        <w:br/>
        <w:t>Hey,</w:t>
      </w:r>
      <w:r>
        <w:t xml:space="preserve"> rook!</w:t>
        <w:br/>
        <w:t>列兵站到我右手边</w:t>
      </w:r>
      <w:r>
        <w:t xml:space="preserve"> 军官站左边</w:t>
        <w:br/>
        <w:t>I</w:t>
      </w:r>
      <w:r>
        <w:t xml:space="preserve"> wanna</w:t>
      </w:r>
      <w:r>
        <w:t xml:space="preserve"> see</w:t>
      </w:r>
      <w:r>
        <w:t xml:space="preserve"> enlisted</w:t>
      </w:r>
      <w:r>
        <w:t xml:space="preserve"> men</w:t>
      </w:r>
      <w:r>
        <w:t xml:space="preserve"> to</w:t>
      </w:r>
      <w:r>
        <w:t xml:space="preserve"> my</w:t>
      </w:r>
      <w:r>
        <w:t xml:space="preserve"> right</w:t>
      </w:r>
      <w:r>
        <w:t xml:space="preserve"> and</w:t>
      </w:r>
      <w:r>
        <w:t xml:space="preserve"> officers</w:t>
      </w:r>
      <w:r>
        <w:t xml:space="preserve"> to</w:t>
      </w:r>
      <w:r>
        <w:t xml:space="preserve"> my</w:t>
      </w:r>
      <w:r>
        <w:t xml:space="preserve"> left.</w:t>
        <w:br/>
        <w:t>别担心</w:t>
      </w:r>
      <w:r>
        <w:t xml:space="preserve"> 我们会改变这一点</w:t>
        <w:br/>
        <w:t>Don't</w:t>
      </w:r>
      <w:r>
        <w:t xml:space="preserve"> worry,</w:t>
      </w:r>
      <w:r>
        <w:t xml:space="preserve"> we'll</w:t>
      </w:r>
      <w:r>
        <w:t xml:space="preserve"> change</w:t>
      </w:r>
      <w:r>
        <w:t xml:space="preserve"> that.</w:t>
        <w:br/>
        <w:t>看前面</w:t>
      </w:r>
      <w:r>
        <w:t xml:space="preserve"> -</w:t>
      </w:r>
      <w:r>
        <w:t xml:space="preserve"> 列兵站到我右手边</w:t>
        <w:br/>
        <w:t>Eyes</w:t>
      </w:r>
      <w:r>
        <w:t xml:space="preserve"> front.</w:t>
      </w:r>
      <w:r>
        <w:t xml:space="preserve"> -</w:t>
      </w:r>
      <w:r>
        <w:t xml:space="preserve"> That's</w:t>
      </w:r>
      <w:r>
        <w:t xml:space="preserve"> enlisted</w:t>
      </w:r>
      <w:r>
        <w:t xml:space="preserve"> men</w:t>
      </w:r>
      <w:r>
        <w:t xml:space="preserve"> to</w:t>
      </w:r>
      <w:r>
        <w:t xml:space="preserve"> my</w:t>
      </w:r>
      <w:r>
        <w:t xml:space="preserve"> right</w:t>
        <w:br/>
        <w:t>军官站左边</w:t>
      </w:r>
      <w:r>
        <w:t xml:space="preserve"> -</w:t>
      </w:r>
      <w:r>
        <w:t xml:space="preserve"> 毛头小子们</w:t>
      </w:r>
      <w:r>
        <w:t xml:space="preserve"> 是吧</w:t>
        <w:br/>
        <w:t>and</w:t>
      </w:r>
      <w:r>
        <w:t xml:space="preserve"> officers</w:t>
      </w:r>
      <w:r>
        <w:t xml:space="preserve"> to</w:t>
      </w:r>
      <w:r>
        <w:t xml:space="preserve"> my</w:t>
      </w:r>
      <w:r>
        <w:t xml:space="preserve"> left.</w:t>
      </w:r>
      <w:r>
        <w:t xml:space="preserve"> -</w:t>
      </w:r>
      <w:r>
        <w:t xml:space="preserve"> Kids,</w:t>
      </w:r>
      <w:r>
        <w:t xml:space="preserve"> man.</w:t>
        <w:br/>
        <w:t>开玩笑</w:t>
      </w:r>
      <w:r>
        <w:t xml:space="preserve"> -</w:t>
      </w:r>
      <w:r>
        <w:t xml:space="preserve"> 嘿</w:t>
      </w:r>
      <w:r>
        <w:t xml:space="preserve"> 新兵</w:t>
        <w:br/>
        <w:t>You</w:t>
      </w:r>
      <w:r>
        <w:t xml:space="preserve"> gotta</w:t>
      </w:r>
      <w:r>
        <w:t xml:space="preserve"> be</w:t>
      </w:r>
      <w:r>
        <w:t xml:space="preserve"> kidding</w:t>
      </w:r>
      <w:r>
        <w:t xml:space="preserve"> me.</w:t>
      </w:r>
      <w:r>
        <w:t xml:space="preserve"> -</w:t>
      </w:r>
      <w:r>
        <w:t xml:space="preserve"> Hey,</w:t>
      </w:r>
      <w:r>
        <w:t xml:space="preserve"> newbie.</w:t>
        <w:br/>
        <w:t>德莱尼</w:t>
      </w:r>
      <w:r>
        <w:t xml:space="preserve"> 艾伯特</w:t>
        <w:br/>
        <w:t>Delaney.</w:t>
      </w:r>
      <w:r>
        <w:t xml:space="preserve"> Albert.</w:t>
        <w:br/>
        <w:t>富勒</w:t>
        <w:br/>
        <w:t>Fuller.</w:t>
        <w:br/>
        <w:t>因为我们每个人</w:t>
      </w:r>
      <w:r>
        <w:t xml:space="preserve"> 都至少失去了一位亲密战友</w:t>
        <w:br/>
        <w:t>Because</w:t>
      </w:r>
      <w:r>
        <w:t xml:space="preserve"> every</w:t>
      </w:r>
      <w:r>
        <w:t xml:space="preserve"> one</w:t>
      </w:r>
      <w:r>
        <w:t xml:space="preserve"> of</w:t>
      </w:r>
      <w:r>
        <w:t xml:space="preserve"> us</w:t>
      </w:r>
      <w:r>
        <w:t xml:space="preserve"> had</w:t>
      </w:r>
      <w:r>
        <w:t xml:space="preserve"> lost</w:t>
      </w:r>
      <w:r>
        <w:t xml:space="preserve"> at</w:t>
      </w:r>
      <w:r>
        <w:t xml:space="preserve"> least</w:t>
      </w:r>
      <w:r>
        <w:t xml:space="preserve"> one</w:t>
      </w:r>
      <w:r>
        <w:t xml:space="preserve"> close</w:t>
      </w:r>
      <w:r>
        <w:t xml:space="preserve"> friend,</w:t>
        <w:br/>
        <w:t>有些人不想认识新来的朋友</w:t>
        <w:br/>
        <w:t>some</w:t>
      </w:r>
      <w:r>
        <w:t xml:space="preserve"> guys</w:t>
      </w:r>
      <w:r>
        <w:t xml:space="preserve"> were</w:t>
      </w:r>
      <w:r>
        <w:t xml:space="preserve"> reluctant</w:t>
      </w:r>
      <w:r>
        <w:t xml:space="preserve"> to</w:t>
      </w:r>
      <w:r>
        <w:t xml:space="preserve"> get</w:t>
      </w:r>
      <w:r>
        <w:t xml:space="preserve"> to</w:t>
      </w:r>
      <w:r>
        <w:t xml:space="preserve"> know</w:t>
      </w:r>
      <w:r>
        <w:t xml:space="preserve"> the</w:t>
      </w:r>
      <w:r>
        <w:t xml:space="preserve"> new</w:t>
      </w:r>
      <w:r>
        <w:t xml:space="preserve"> fellas.</w:t>
        <w:br/>
        <w:t>按预期</w:t>
      </w:r>
      <w:r>
        <w:t xml:space="preserve"> 大部分都活不了太久</w:t>
        <w:br/>
        <w:t>Most</w:t>
      </w:r>
      <w:r>
        <w:t xml:space="preserve"> of</w:t>
      </w:r>
      <w:r>
        <w:t xml:space="preserve"> them</w:t>
      </w:r>
      <w:r>
        <w:t xml:space="preserve"> weren't</w:t>
      </w:r>
      <w:r>
        <w:t xml:space="preserve"> expected</w:t>
      </w:r>
      <w:r>
        <w:t xml:space="preserve"> to</w:t>
      </w:r>
      <w:r>
        <w:t xml:space="preserve"> be</w:t>
      </w:r>
      <w:r>
        <w:t xml:space="preserve"> around</w:t>
      </w:r>
      <w:r>
        <w:t xml:space="preserve"> very</w:t>
      </w:r>
      <w:r>
        <w:t xml:space="preserve"> long.</w:t>
        <w:br/>
        <w:t>但总得有人给他们培训</w:t>
        <w:br/>
        <w:t>But</w:t>
      </w:r>
      <w:r>
        <w:t xml:space="preserve"> someone</w:t>
      </w:r>
      <w:r>
        <w:t xml:space="preserve"> had</w:t>
      </w:r>
      <w:r>
        <w:t xml:space="preserve"> to</w:t>
      </w:r>
      <w:r>
        <w:t xml:space="preserve"> show</w:t>
      </w:r>
      <w:r>
        <w:t xml:space="preserve"> them</w:t>
      </w:r>
      <w:r>
        <w:t xml:space="preserve"> the</w:t>
      </w:r>
      <w:r>
        <w:t xml:space="preserve"> ropes.</w:t>
        <w:br/>
        <w:t>早上好</w:t>
      </w:r>
      <w:r>
        <w:t xml:space="preserve"> 先生们</w:t>
        <w:br/>
        <w:t>Morning,</w:t>
      </w:r>
      <w:r>
        <w:t xml:space="preserve"> gentlemen.</w:t>
        <w:br/>
        <w:t>我是罗伯特罗森塔尔上尉</w:t>
      </w:r>
      <w:r>
        <w:t xml:space="preserve"> 418中队的飞行员</w:t>
        <w:br/>
        <w:t>I'm</w:t>
      </w:r>
      <w:r>
        <w:t xml:space="preserve"> Captain</w:t>
      </w:r>
      <w:r>
        <w:t xml:space="preserve"> Robert</w:t>
      </w:r>
      <w:r>
        <w:t xml:space="preserve"> Rosenthal.</w:t>
      </w:r>
      <w:r>
        <w:t xml:space="preserve"> I'm</w:t>
      </w:r>
      <w:r>
        <w:t xml:space="preserve"> a</w:t>
      </w:r>
      <w:r>
        <w:t xml:space="preserve"> pilot</w:t>
      </w:r>
      <w:r>
        <w:t xml:space="preserve"> with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418th.</w:t>
        <w:br/>
        <w:t>欢迎你们</w:t>
        <w:br/>
        <w:t>It's</w:t>
      </w:r>
      <w:r>
        <w:t xml:space="preserve"> good</w:t>
      </w:r>
      <w:r>
        <w:t xml:space="preserve"> to</w:t>
      </w:r>
      <w:r>
        <w:t xml:space="preserve"> have</w:t>
      </w:r>
      <w:r>
        <w:t xml:space="preserve"> you</w:t>
      </w:r>
      <w:r>
        <w:t xml:space="preserve"> guys</w:t>
      </w:r>
      <w:r>
        <w:t xml:space="preserve"> here.</w:t>
        <w:br/>
        <w:t>午餐时间是正午</w:t>
        <w:br/>
        <w:t>Chow</w:t>
      </w:r>
      <w:r>
        <w:t xml:space="preserve"> is</w:t>
      </w:r>
      <w:r>
        <w:t xml:space="preserve"> at</w:t>
      </w:r>
      <w:r>
        <w:t xml:space="preserve"> noon.</w:t>
        <w:br/>
        <w:t>不如我到时候再来吧</w:t>
      </w:r>
      <w:r>
        <w:t xml:space="preserve"> 我带你们过去</w:t>
        <w:br/>
        <w:t>Why</w:t>
      </w:r>
      <w:r>
        <w:t xml:space="preserve"> don't</w:t>
      </w:r>
      <w:r>
        <w:t xml:space="preserve"> I</w:t>
      </w:r>
      <w:r>
        <w:t xml:space="preserve"> come</w:t>
      </w:r>
      <w:r>
        <w:t xml:space="preserve"> back?</w:t>
      </w:r>
      <w:r>
        <w:t xml:space="preserve"> I'll</w:t>
      </w:r>
      <w:r>
        <w:t xml:space="preserve"> take</w:t>
      </w:r>
      <w:r>
        <w:t xml:space="preserve"> you</w:t>
      </w:r>
      <w:r>
        <w:t xml:space="preserve"> boys</w:t>
      </w:r>
      <w:r>
        <w:t xml:space="preserve"> over</w:t>
      </w:r>
      <w:r>
        <w:t xml:space="preserve"> there.</w:t>
        <w:br/>
        <w:t>欢迎来到100轰炸大队</w:t>
        <w:br/>
        <w:t>Welcome</w:t>
      </w:r>
      <w:r>
        <w:t xml:space="preserve"> to</w:t>
      </w:r>
      <w:r>
        <w:t xml:space="preserve"> the</w:t>
      </w:r>
      <w:r>
        <w:t xml:space="preserve"> 100th.</w:t>
        <w:br/>
        <w:t>谢谢你</w:t>
      </w:r>
      <w:r>
        <w:t xml:space="preserve"> 长官</w:t>
        <w:br/>
        <w:t>Thank</w:t>
      </w:r>
      <w:r>
        <w:t xml:space="preserve"> you,</w:t>
      </w:r>
      <w:r>
        <w:t xml:space="preserve"> sir.</w:t>
        <w:br/>
        <w:t>偶尔也会有让整个基地欢欣鼓舞的事发生</w:t>
        <w:br/>
        <w:t>Occasionally,</w:t>
      </w:r>
      <w:r>
        <w:t xml:space="preserve"> something</w:t>
      </w:r>
      <w:r>
        <w:t xml:space="preserve"> would</w:t>
      </w:r>
      <w:r>
        <w:t xml:space="preserve"> happen</w:t>
      </w:r>
      <w:r>
        <w:t xml:space="preserve"> that</w:t>
      </w:r>
      <w:r>
        <w:t xml:space="preserve"> electrified</w:t>
      </w:r>
      <w:r>
        <w:t xml:space="preserve"> the</w:t>
      </w:r>
      <w:r>
        <w:t xml:space="preserve"> entire</w:t>
      </w:r>
      <w:r>
        <w:t xml:space="preserve"> base.</w:t>
        <w:br/>
        <w:t>瞧瞧是谁</w:t>
        <w:br/>
        <w:t>Look</w:t>
      </w:r>
      <w:r>
        <w:t xml:space="preserve"> who</w:t>
      </w:r>
      <w:r>
        <w:t xml:space="preserve"> it</w:t>
      </w:r>
      <w:r>
        <w:t xml:space="preserve"> is!</w:t>
        <w:br/>
        <w:t>我们以为奎恩和贝利中士</w:t>
        <w:br/>
        <w:t>We</w:t>
      </w:r>
      <w:r>
        <w:t xml:space="preserve"> thought</w:t>
      </w:r>
      <w:r>
        <w:t xml:space="preserve"> sergeants</w:t>
      </w:r>
      <w:r>
        <w:t xml:space="preserve"> Quinn</w:t>
      </w:r>
      <w:r>
        <w:t xml:space="preserve"> and</w:t>
      </w:r>
      <w:r>
        <w:t xml:space="preserve"> Bailey</w:t>
        <w:br/>
        <w:t>和很多战友一起在雷根斯堡牺牲了</w:t>
        <w:br/>
        <w:t>were</w:t>
      </w:r>
      <w:r>
        <w:t xml:space="preserve"> among</w:t>
      </w:r>
      <w:r>
        <w:t xml:space="preserve"> the</w:t>
      </w:r>
      <w:r>
        <w:t xml:space="preserve"> many</w:t>
      </w:r>
      <w:r>
        <w:t xml:space="preserve"> casualties</w:t>
      </w:r>
      <w:r>
        <w:t xml:space="preserve"> over</w:t>
      </w:r>
      <w:r>
        <w:t xml:space="preserve"> at</w:t>
      </w:r>
      <w:r>
        <w:t xml:space="preserve"> Regensburg,</w:t>
        <w:br/>
        <w:t>但多亏了法国和比利时的反抗军</w:t>
        <w:br/>
        <w:t>but</w:t>
      </w:r>
      <w:r>
        <w:t xml:space="preserve"> thanks</w:t>
      </w:r>
      <w:r>
        <w:t xml:space="preserve"> to</w:t>
      </w:r>
      <w:r>
        <w:t xml:space="preserve"> the</w:t>
      </w:r>
      <w:r>
        <w:t xml:space="preserve"> French</w:t>
      </w:r>
      <w:r>
        <w:t xml:space="preserve"> and</w:t>
      </w:r>
      <w:r>
        <w:t xml:space="preserve"> Belgian</w:t>
      </w:r>
      <w:r>
        <w:t xml:space="preserve"> Resistance,</w:t>
        <w:br/>
        <w:t>他们回到了索普阿伯特</w:t>
      </w:r>
      <w:r>
        <w:t xml:space="preserve"> -</w:t>
      </w:r>
      <w:r>
        <w:t xml:space="preserve"> 奎恩和贝利</w:t>
        <w:br/>
        <w:t>they</w:t>
      </w:r>
      <w:r>
        <w:t xml:space="preserve"> were</w:t>
      </w:r>
      <w:r>
        <w:t xml:space="preserve"> back</w:t>
      </w:r>
      <w:r>
        <w:t xml:space="preserve"> at</w:t>
      </w:r>
      <w:r>
        <w:t xml:space="preserve"> Thorpe</w:t>
      </w:r>
      <w:r>
        <w:t xml:space="preserve"> Abbotts.</w:t>
      </w:r>
      <w:r>
        <w:t xml:space="preserve"> -</w:t>
      </w:r>
      <w:r>
        <w:t xml:space="preserve"> Quinn</w:t>
      </w:r>
      <w:r>
        <w:t xml:space="preserve"> and</w:t>
      </w:r>
      <w:r>
        <w:t xml:space="preserve"> Bailey!</w:t>
        <w:br/>
        <w:t>我们以为牺牲了的兄弟归队</w:t>
      </w:r>
      <w:r>
        <w:t xml:space="preserve"> 没有什么事比这更能给大家带来希望了</w:t>
        <w:br/>
        <w:t>Nothing</w:t>
      </w:r>
      <w:r>
        <w:t xml:space="preserve"> gave</w:t>
      </w:r>
      <w:r>
        <w:t xml:space="preserve"> us</w:t>
      </w:r>
      <w:r>
        <w:t xml:space="preserve"> more</w:t>
      </w:r>
      <w:r>
        <w:t xml:space="preserve"> hope</w:t>
      </w:r>
      <w:r>
        <w:t xml:space="preserve"> than</w:t>
      </w:r>
      <w:r>
        <w:t xml:space="preserve"> the</w:t>
      </w:r>
      <w:r>
        <w:t xml:space="preserve"> return</w:t>
      </w:r>
      <w:r>
        <w:t xml:space="preserve"> of</w:t>
      </w:r>
      <w:r>
        <w:t xml:space="preserve"> men</w:t>
      </w:r>
      <w:r>
        <w:t xml:space="preserve"> we</w:t>
      </w:r>
      <w:r>
        <w:t xml:space="preserve"> thought</w:t>
      </w:r>
      <w:r>
        <w:t xml:space="preserve"> were</w:t>
      </w:r>
      <w:r>
        <w:t xml:space="preserve"> lost.</w:t>
        <w:br/>
        <w:t>气色不错啊</w:t>
      </w:r>
      <w:r>
        <w:t xml:space="preserve"> 先生们</w:t>
        <w:br/>
        <w:t>Looking</w:t>
      </w:r>
      <w:r>
        <w:t xml:space="preserve"> good,</w:t>
      </w:r>
      <w:r>
        <w:t xml:space="preserve"> gentlemen.</w:t>
        <w:br/>
        <w:t>他们很走运</w:t>
      </w:r>
      <w:r>
        <w:t xml:space="preserve"> 有一条规矩</w:t>
        <w:br/>
        <w:t>Lucky</w:t>
      </w:r>
      <w:r>
        <w:t xml:space="preserve"> for</w:t>
      </w:r>
      <w:r>
        <w:t xml:space="preserve"> them,</w:t>
      </w:r>
      <w:r>
        <w:t xml:space="preserve"> there</w:t>
      </w:r>
      <w:r>
        <w:t xml:space="preserve"> was</w:t>
      </w:r>
      <w:r>
        <w:t xml:space="preserve"> a</w:t>
      </w:r>
      <w:r>
        <w:t xml:space="preserve"> rule</w:t>
      </w:r>
      <w:r>
        <w:t xml:space="preserve"> that</w:t>
      </w:r>
      <w:r>
        <w:t xml:space="preserve"> if</w:t>
      </w:r>
      <w:r>
        <w:t xml:space="preserve"> a</w:t>
      </w:r>
      <w:r>
        <w:t xml:space="preserve"> downed</w:t>
      </w:r>
      <w:r>
        <w:t xml:space="preserve"> flyer</w:t>
        <w:br/>
        <w:t>如果被击落的飞行员逃离被占领的欧洲</w:t>
      </w:r>
      <w:r>
        <w:t xml:space="preserve"> 该飞行员不得再飞任务</w:t>
        <w:br/>
        <w:t>made</w:t>
      </w:r>
      <w:r>
        <w:t xml:space="preserve"> it</w:t>
      </w:r>
      <w:r>
        <w:t xml:space="preserve"> out</w:t>
      </w:r>
      <w:r>
        <w:t xml:space="preserve"> of</w:t>
      </w:r>
      <w:r>
        <w:t xml:space="preserve"> occupied</w:t>
      </w:r>
      <w:r>
        <w:t xml:space="preserve"> Europe,</w:t>
      </w:r>
      <w:r>
        <w:t xml:space="preserve"> he</w:t>
      </w:r>
      <w:r>
        <w:t xml:space="preserve"> wasn't</w:t>
      </w:r>
      <w:r>
        <w:t xml:space="preserve"> allowed</w:t>
      </w:r>
      <w:r>
        <w:t xml:space="preserve"> to</w:t>
      </w:r>
      <w:r>
        <w:t xml:space="preserve"> fly</w:t>
      </w:r>
      <w:r>
        <w:t xml:space="preserve"> any</w:t>
      </w:r>
      <w:r>
        <w:t xml:space="preserve"> more</w:t>
      </w:r>
      <w:r>
        <w:t xml:space="preserve"> missions.</w:t>
        <w:br/>
        <w:t>因为如果这个飞行员再被击落</w:t>
        <w:br/>
        <w:t>Because</w:t>
      </w:r>
      <w:r>
        <w:t xml:space="preserve"> if</w:t>
      </w:r>
      <w:r>
        <w:t xml:space="preserve"> a</w:t>
      </w:r>
      <w:r>
        <w:t xml:space="preserve"> flyer</w:t>
      </w:r>
      <w:r>
        <w:t xml:space="preserve"> got</w:t>
      </w:r>
      <w:r>
        <w:t xml:space="preserve"> shot</w:t>
      </w:r>
      <w:r>
        <w:t xml:space="preserve"> down</w:t>
      </w:r>
      <w:r>
        <w:t xml:space="preserve"> again</w:t>
        <w:br/>
        <w:t>被盖世太保俘虏</w:t>
      </w:r>
      <w:r>
        <w:t xml:space="preserve"> 拷问就太危险了</w:t>
      </w:r>
      <w:r>
        <w:t xml:space="preserve"> 他们已经知道太多</w:t>
        <w:br/>
        <w:t>and</w:t>
      </w:r>
      <w:r>
        <w:t xml:space="preserve"> was</w:t>
      </w:r>
      <w:r>
        <w:t xml:space="preserve"> captured</w:t>
      </w:r>
      <w:r>
        <w:t xml:space="preserve"> and</w:t>
      </w:r>
      <w:r>
        <w:t xml:space="preserve"> tortured</w:t>
      </w:r>
      <w:r>
        <w:t xml:space="preserve"> by</w:t>
      </w:r>
      <w:r>
        <w:t xml:space="preserve"> the</w:t>
      </w:r>
      <w:r>
        <w:t xml:space="preserve"> Gestapo,</w:t>
      </w:r>
      <w:r>
        <w:t xml:space="preserve"> they</w:t>
      </w:r>
      <w:r>
        <w:t xml:space="preserve"> knew</w:t>
      </w:r>
      <w:r>
        <w:t xml:space="preserve"> too</w:t>
      </w:r>
      <w:r>
        <w:t xml:space="preserve"> much</w:t>
        <w:br/>
        <w:t>关于逃跑路线</w:t>
        <w:br/>
        <w:t>about</w:t>
      </w:r>
      <w:r>
        <w:t xml:space="preserve"> the</w:t>
      </w:r>
      <w:r>
        <w:t xml:space="preserve"> escape</w:t>
      </w:r>
      <w:r>
        <w:t xml:space="preserve"> routes</w:t>
        <w:br/>
        <w:t>和法国</w:t>
      </w:r>
      <w:r>
        <w:t xml:space="preserve"> 比利时那些</w:t>
      </w:r>
      <w:r>
        <w:t xml:space="preserve"> 帮助他们的男男女&amp;hearts;女&amp;hearts;的情报了</w:t>
        <w:br/>
        <w:t>and</w:t>
      </w:r>
      <w:r>
        <w:t xml:space="preserve"> the</w:t>
      </w:r>
      <w:r>
        <w:t xml:space="preserve"> French</w:t>
      </w:r>
      <w:r>
        <w:t xml:space="preserve"> and</w:t>
      </w:r>
      <w:r>
        <w:t xml:space="preserve"> Belgian</w:t>
      </w:r>
      <w:r>
        <w:t xml:space="preserve"> men</w:t>
      </w:r>
      <w:r>
        <w:t xml:space="preserve"> and</w:t>
      </w:r>
      <w:r>
        <w:t xml:space="preserve"> women</w:t>
      </w:r>
      <w:r>
        <w:t xml:space="preserve"> who</w:t>
      </w:r>
      <w:r>
        <w:t xml:space="preserve"> had</w:t>
      </w:r>
      <w:r>
        <w:t xml:space="preserve"> assisted</w:t>
      </w:r>
      <w:r>
        <w:t xml:space="preserve"> them.</w:t>
        <w:br/>
        <w:t>这些幸运的混&amp;hearts;蛋&amp;hearts;可以回家了</w:t>
        <w:br/>
        <w:t>The</w:t>
      </w:r>
      <w:r>
        <w:t xml:space="preserve"> lucky</w:t>
      </w:r>
      <w:r>
        <w:t xml:space="preserve"> bastards</w:t>
      </w:r>
      <w:r>
        <w:t xml:space="preserve"> got</w:t>
      </w:r>
      <w:r>
        <w:t xml:space="preserve"> a</w:t>
      </w:r>
      <w:r>
        <w:t xml:space="preserve"> ticket</w:t>
      </w:r>
      <w:r>
        <w:t xml:space="preserve"> home.</w:t>
        <w:br/>
        <w:t>一路平安</w:t>
      </w:r>
      <w:r>
        <w:t xml:space="preserve"> 兄弟们</w:t>
        <w:br/>
        <w:t>Fly</w:t>
      </w:r>
      <w:r>
        <w:t xml:space="preserve"> safe,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boys.</w:t>
        <w:br/>
        <w:t>平安回家</w:t>
      </w:r>
      <w:r>
        <w:t xml:space="preserve"> -</w:t>
      </w:r>
      <w:r>
        <w:t xml:space="preserve"> 回头见</w:t>
      </w:r>
      <w:r>
        <w:t xml:space="preserve"> 兄弟们</w:t>
        <w:br/>
        <w:t>Get</w:t>
      </w:r>
      <w:r>
        <w:t xml:space="preserve"> home</w:t>
      </w:r>
      <w:r>
        <w:t xml:space="preserve"> safe!</w:t>
      </w:r>
      <w:r>
        <w:t xml:space="preserve"> -</w:t>
      </w:r>
      <w:r>
        <w:t xml:space="preserve"> Later,</w:t>
      </w:r>
      <w:r>
        <w:t xml:space="preserve"> boys!</w:t>
        <w:br/>
        <w:t>不</w:t>
      </w:r>
      <w:r>
        <w:t xml:space="preserve"> 已经没有了</w:t>
      </w:r>
      <w:r>
        <w:t xml:space="preserve"> 因为之前有</w:t>
        <w:br/>
        <w:t>Nah,</w:t>
      </w:r>
      <w:r>
        <w:t xml:space="preserve"> not</w:t>
      </w:r>
      <w:r>
        <w:t xml:space="preserve"> anymore</w:t>
      </w:r>
      <w:r>
        <w:t xml:space="preserve"> though.</w:t>
      </w:r>
      <w:r>
        <w:t xml:space="preserve"> 'Cause</w:t>
      </w:r>
      <w:r>
        <w:t xml:space="preserve"> it</w:t>
      </w:r>
      <w:r>
        <w:t xml:space="preserve"> was.</w:t>
        <w:br/>
        <w:t>戈登</w:t>
      </w:r>
      <w:r>
        <w:t xml:space="preserve"> 再来一杯苏格兰威士忌</w:t>
        <w:br/>
        <w:t>Another</w:t>
      </w:r>
      <w:r>
        <w:t xml:space="preserve"> Scotch,</w:t>
      </w:r>
      <w:r>
        <w:t xml:space="preserve"> Gordon?</w:t>
        <w:br/>
        <w:t>算在我的账上</w:t>
      </w:r>
      <w:r>
        <w:t xml:space="preserve"> -</w:t>
      </w:r>
      <w:r>
        <w:t xml:space="preserve"> 是</w:t>
      </w:r>
      <w:r>
        <w:t xml:space="preserve"> 长官</w:t>
        <w:br/>
        <w:t>Put</w:t>
      </w:r>
      <w:r>
        <w:t xml:space="preserve"> it</w:t>
      </w:r>
      <w:r>
        <w:t xml:space="preserve"> on</w:t>
      </w:r>
      <w:r>
        <w:t xml:space="preserve"> my</w:t>
      </w:r>
      <w:r>
        <w:t xml:space="preserve"> tab.</w:t>
      </w:r>
      <w:r>
        <w:t xml:space="preserve"> -</w:t>
      </w:r>
      <w:r>
        <w:t xml:space="preserve"> Yes,</w:t>
      </w:r>
      <w:r>
        <w:t xml:space="preserve"> sir.</w:t>
        <w:br/>
        <w:t>好了</w:t>
      </w:r>
      <w:r>
        <w:t xml:space="preserve"> 你呢</w:t>
        <w:br/>
        <w:t>Anyway,</w:t>
      </w:r>
      <w:r>
        <w:t xml:space="preserve"> what</w:t>
      </w:r>
      <w:r>
        <w:t xml:space="preserve"> about</w:t>
      </w:r>
      <w:r>
        <w:t xml:space="preserve"> you?</w:t>
        <w:br/>
        <w:t>你打算要求去哪</w:t>
      </w:r>
      <w:r>
        <w:t xml:space="preserve"> 佛罗里达还是得州</w:t>
        <w:br/>
        <w:t>You</w:t>
      </w:r>
      <w:r>
        <w:t xml:space="preserve"> gonna</w:t>
      </w:r>
      <w:r>
        <w:t xml:space="preserve"> request</w:t>
      </w:r>
      <w:r>
        <w:t xml:space="preserve"> Florida?</w:t>
      </w:r>
      <w:r>
        <w:t xml:space="preserve"> Texas?</w:t>
        <w:br/>
        <w:t>我服役前去过得州了</w:t>
        <w:br/>
        <w:t>Already</w:t>
      </w:r>
      <w:r>
        <w:t xml:space="preserve"> been</w:t>
      </w:r>
      <w:r>
        <w:t xml:space="preserve"> to</w:t>
      </w:r>
      <w:r>
        <w:t xml:space="preserve"> Texas</w:t>
      </w:r>
      <w:r>
        <w:t xml:space="preserve"> before</w:t>
      </w:r>
      <w:r>
        <w:t xml:space="preserve"> my</w:t>
      </w:r>
      <w:r>
        <w:t xml:space="preserve"> tour.</w:t>
        <w:br/>
        <w:t>在佛罗里达训练飞行员听起来更好</w:t>
        <w:br/>
        <w:t>Training</w:t>
      </w:r>
      <w:r>
        <w:t xml:space="preserve"> pilots</w:t>
      </w:r>
      <w:r>
        <w:t xml:space="preserve"> in</w:t>
      </w:r>
      <w:r>
        <w:t xml:space="preserve"> Florida</w:t>
      </w:r>
      <w:r>
        <w:t xml:space="preserve"> sounds</w:t>
      </w:r>
      <w:r>
        <w:t xml:space="preserve"> better.</w:t>
        <w:br/>
        <w:t>而且你最好给那些新兵秀一秀</w:t>
        <w:br/>
        <w:t>Also,</w:t>
      </w:r>
      <w:r>
        <w:t xml:space="preserve"> it'll</w:t>
      </w:r>
      <w:r>
        <w:t xml:space="preserve"> be</w:t>
      </w:r>
      <w:r>
        <w:t xml:space="preserve"> good</w:t>
      </w:r>
      <w:r>
        <w:t xml:space="preserve"> for</w:t>
      </w:r>
      <w:r>
        <w:t xml:space="preserve"> you</w:t>
      </w:r>
      <w:r>
        <w:t xml:space="preserve"> to</w:t>
      </w:r>
      <w:r>
        <w:t xml:space="preserve"> show</w:t>
        <w:br/>
        <w:t>25次任务真是可以完成的</w:t>
        <w:br/>
        <w:t>the</w:t>
      </w:r>
      <w:r>
        <w:t xml:space="preserve"> new</w:t>
      </w:r>
      <w:r>
        <w:t xml:space="preserve"> guys</w:t>
      </w:r>
      <w:r>
        <w:t xml:space="preserve"> that</w:t>
      </w:r>
      <w:r>
        <w:t xml:space="preserve"> 25</w:t>
      </w:r>
      <w:r>
        <w:t xml:space="preserve"> can</w:t>
      </w:r>
      <w:r>
        <w:t xml:space="preserve"> really</w:t>
      </w:r>
      <w:r>
        <w:t xml:space="preserve"> get</w:t>
      </w:r>
      <w:r>
        <w:t xml:space="preserve"> done.</w:t>
        <w:br/>
        <w:t>对</w:t>
      </w:r>
      <w:r>
        <w:t xml:space="preserve"> 我在这里已经有一阵子了</w:t>
        <w:br/>
        <w:t>Yes.</w:t>
      </w:r>
      <w:r>
        <w:t xml:space="preserve"> It's</w:t>
      </w:r>
      <w:r>
        <w:t xml:space="preserve"> been</w:t>
      </w:r>
      <w:r>
        <w:t xml:space="preserve"> a</w:t>
      </w:r>
      <w:r>
        <w:t xml:space="preserve"> while</w:t>
      </w:r>
      <w:r>
        <w:t xml:space="preserve"> around</w:t>
      </w:r>
      <w:r>
        <w:t xml:space="preserve"> here.</w:t>
        <w:br/>
        <w:t>戴夫迈纳和他的兄弟们也完成24次任务了</w:t>
        <w:br/>
        <w:t>Dave</w:t>
      </w:r>
      <w:r>
        <w:t xml:space="preserve"> Miner</w:t>
      </w:r>
      <w:r>
        <w:t xml:space="preserve"> and</w:t>
      </w:r>
      <w:r>
        <w:t xml:space="preserve"> his</w:t>
      </w:r>
      <w:r>
        <w:t xml:space="preserve"> boys</w:t>
      </w:r>
      <w:r>
        <w:t xml:space="preserve"> are</w:t>
      </w:r>
      <w:r>
        <w:t xml:space="preserve"> at</w:t>
      </w:r>
      <w:r>
        <w:t xml:space="preserve"> 24</w:t>
      </w:r>
      <w:r>
        <w:t xml:space="preserve"> too.</w:t>
        <w:br/>
        <w:t>我太想去晴空万里的地方训练飞行员了</w:t>
        <w:br/>
        <w:t>What</w:t>
      </w:r>
      <w:r>
        <w:t xml:space="preserve"> I</w:t>
      </w:r>
      <w:r>
        <w:t xml:space="preserve"> wouldn't</w:t>
      </w:r>
      <w:r>
        <w:t xml:space="preserve"> give</w:t>
      </w:r>
      <w:r>
        <w:t xml:space="preserve"> to</w:t>
      </w:r>
      <w:r>
        <w:t xml:space="preserve"> train</w:t>
      </w:r>
      <w:r>
        <w:t xml:space="preserve"> pilots</w:t>
      </w:r>
      <w:r>
        <w:t xml:space="preserve"> someplace</w:t>
      </w:r>
      <w:r>
        <w:t xml:space="preserve"> sunny</w:t>
        <w:br/>
        <w:t>在这大雾天里都住了一年了</w:t>
        <w:br/>
        <w:t>after</w:t>
      </w:r>
      <w:r>
        <w:t xml:space="preserve"> a</w:t>
      </w:r>
      <w:r>
        <w:t xml:space="preserve"> year</w:t>
      </w:r>
      <w:r>
        <w:t xml:space="preserve"> in</w:t>
      </w:r>
      <w:r>
        <w:t xml:space="preserve"> this</w:t>
      </w:r>
      <w:r>
        <w:t xml:space="preserve"> pea</w:t>
      </w:r>
      <w:r>
        <w:t xml:space="preserve"> soup.</w:t>
        <w:br/>
        <w:t>会轮到你的</w:t>
      </w:r>
      <w:r>
        <w:t xml:space="preserve"> 克罗斯</w:t>
        <w:br/>
        <w:t>Well,</w:t>
      </w:r>
      <w:r>
        <w:t xml:space="preserve"> your</w:t>
      </w:r>
      <w:r>
        <w:t xml:space="preserve"> time</w:t>
      </w:r>
      <w:r>
        <w:t xml:space="preserve"> will</w:t>
      </w:r>
      <w:r>
        <w:t xml:space="preserve"> come,</w:t>
      </w:r>
      <w:r>
        <w:t xml:space="preserve"> Croz.</w:t>
        <w:br/>
        <w:t>这就是被提拔到行动部的问题</w:t>
        <w:br/>
        <w:t>That's</w:t>
      </w:r>
      <w:r>
        <w:t xml:space="preserve"> the</w:t>
      </w:r>
      <w:r>
        <w:t xml:space="preserve"> problem</w:t>
      </w:r>
      <w:r>
        <w:t xml:space="preserve"> with</w:t>
      </w:r>
      <w:r>
        <w:t xml:space="preserve"> being</w:t>
      </w:r>
      <w:r>
        <w:t xml:space="preserve"> kicked</w:t>
      </w:r>
      <w:r>
        <w:t xml:space="preserve"> up</w:t>
      </w:r>
      <w:r>
        <w:t xml:space="preserve"> to</w:t>
      </w:r>
      <w:r>
        <w:t xml:space="preserve"> Operations.</w:t>
        <w:br/>
        <w:t>几乎没有飞行的机会</w:t>
        <w:br/>
        <w:t>You</w:t>
      </w:r>
      <w:r>
        <w:t xml:space="preserve"> hardly</w:t>
      </w:r>
      <w:r>
        <w:t xml:space="preserve"> ever</w:t>
      </w:r>
      <w:r>
        <w:t xml:space="preserve"> get</w:t>
      </w:r>
      <w:r>
        <w:t xml:space="preserve"> a</w:t>
      </w:r>
      <w:r>
        <w:t xml:space="preserve"> chance</w:t>
      </w:r>
      <w:r>
        <w:t xml:space="preserve"> to</w:t>
      </w:r>
      <w:r>
        <w:t xml:space="preserve"> fly.</w:t>
        <w:br/>
        <w:t>我听说他是唯一一个</w:t>
        <w:br/>
        <w:t>I</w:t>
      </w:r>
      <w:r>
        <w:t xml:space="preserve"> heard</w:t>
      </w:r>
      <w:r>
        <w:t xml:space="preserve"> he</w:t>
      </w:r>
      <w:r>
        <w:t xml:space="preserve"> was</w:t>
      </w:r>
      <w:r>
        <w:t xml:space="preserve"> the</w:t>
      </w:r>
      <w:r>
        <w:t xml:space="preserve"> only</w:t>
      </w:r>
      <w:r>
        <w:t xml:space="preserve"> pilot</w:t>
        <w:br/>
        <w:t>从不来梅那18架飞机中活着回来的飞行员</w:t>
        <w:br/>
        <w:t>to</w:t>
      </w:r>
      <w:r>
        <w:t xml:space="preserve"> make</w:t>
      </w:r>
      <w:r>
        <w:t xml:space="preserve"> it</w:t>
      </w:r>
      <w:r>
        <w:t xml:space="preserve"> back</w:t>
      </w:r>
      <w:r>
        <w:t xml:space="preserve"> from</w:t>
      </w:r>
      <w:r>
        <w:t xml:space="preserve"> Bremen</w:t>
      </w:r>
      <w:r>
        <w:t xml:space="preserve"> out</w:t>
      </w:r>
      <w:r>
        <w:t xml:space="preserve"> of</w:t>
      </w:r>
      <w:r>
        <w:t xml:space="preserve"> 18</w:t>
      </w:r>
      <w:r>
        <w:t xml:space="preserve"> ships.</w:t>
        <w:br/>
        <w:t>他一定是这里最幸运的人</w:t>
      </w:r>
      <w:r>
        <w:t xml:space="preserve"> 对吧</w:t>
        <w:br/>
        <w:t>Gotta</w:t>
      </w:r>
      <w:r>
        <w:t xml:space="preserve"> be</w:t>
      </w:r>
      <w:r>
        <w:t xml:space="preserve"> the</w:t>
      </w:r>
      <w:r>
        <w:t xml:space="preserve"> luckiest</w:t>
      </w:r>
      <w:r>
        <w:t xml:space="preserve"> man</w:t>
      </w:r>
      <w:r>
        <w:t xml:space="preserve"> here,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right?</w:t>
        <w:br/>
        <w:t>是明斯特</w:t>
        <w:br/>
        <w:t>It</w:t>
      </w:r>
      <w:r>
        <w:t xml:space="preserve"> was</w:t>
      </w:r>
      <w:r>
        <w:t xml:space="preserve"> Münster.</w:t>
        <w:br/>
        <w:t>而且是13架飞机</w:t>
        <w:br/>
        <w:t>And</w:t>
      </w:r>
      <w:r>
        <w:t xml:space="preserve"> it</w:t>
      </w:r>
      <w:r>
        <w:t xml:space="preserve"> was</w:t>
      </w:r>
      <w:r>
        <w:t xml:space="preserve"> 13</w:t>
      </w:r>
      <w:r>
        <w:t xml:space="preserve"> ships.</w:t>
        <w:br/>
        <w:t>另外</w:t>
      </w:r>
      <w:r>
        <w:t xml:space="preserve"> 运气几乎与此无关</w:t>
        <w:br/>
        <w:t>And</w:t>
      </w:r>
      <w:r>
        <w:t xml:space="preserve"> luck</w:t>
      </w:r>
      <w:r>
        <w:t xml:space="preserve"> had</w:t>
      </w:r>
      <w:r>
        <w:t xml:space="preserve"> very</w:t>
      </w:r>
      <w:r>
        <w:t xml:space="preserve"> little</w:t>
      </w:r>
      <w:r>
        <w:t xml:space="preserve"> to</w:t>
      </w:r>
      <w:r>
        <w:t xml:space="preserve"> do</w:t>
      </w:r>
      <w:r>
        <w:t xml:space="preserve"> with</w:t>
      </w:r>
      <w:r>
        <w:t xml:space="preserve"> it.</w:t>
        <w:br/>
        <w:t>你是马洛利吧</w:t>
      </w:r>
      <w:r>
        <w:t xml:space="preserve"> </w:t>
      </w:r>
      <w:r>
        <w:t xml:space="preserve"> -</w:t>
      </w:r>
      <w:r>
        <w:t xml:space="preserve"> 是</w:t>
      </w:r>
      <w:r>
        <w:t xml:space="preserve"> 长官</w:t>
        <w:br/>
        <w:t>It's</w:t>
      </w:r>
      <w:r>
        <w:t xml:space="preserve"> Malooly,</w:t>
      </w:r>
      <w:r>
        <w:t xml:space="preserve"> right?</w:t>
      </w:r>
      <w:r>
        <w:t xml:space="preserve"> -</w:t>
      </w:r>
      <w:r>
        <w:t xml:space="preserve"> Yes,</w:t>
      </w:r>
      <w:r>
        <w:t xml:space="preserve"> sir.</w:t>
        <w:br/>
        <w:t>罗西是我见过最优秀的B17飞行员</w:t>
      </w:r>
      <w:r>
        <w:t xml:space="preserve"> 毫无疑问</w:t>
        <w:br/>
        <w:t>Rosie's</w:t>
      </w:r>
      <w:r>
        <w:t xml:space="preserve"> the</w:t>
      </w:r>
      <w:r>
        <w:t xml:space="preserve"> best</w:t>
      </w:r>
      <w:r>
        <w:t xml:space="preserve"> pilot</w:t>
      </w:r>
      <w:r>
        <w:t xml:space="preserve"> I've</w:t>
      </w:r>
      <w:r>
        <w:t xml:space="preserve"> ever</w:t>
      </w:r>
      <w:r>
        <w:t xml:space="preserve"> seen</w:t>
      </w:r>
      <w:r>
        <w:t xml:space="preserve"> fly</w:t>
      </w:r>
      <w:r>
        <w:t xml:space="preserve"> a</w:t>
      </w:r>
      <w:r>
        <w:t xml:space="preserve"> B-17.</w:t>
      </w:r>
      <w:r>
        <w:t xml:space="preserve"> Ever.</w:t>
        <w:br/>
        <w:t>你们就向上帝祈祷吧</w:t>
      </w:r>
      <w:r>
        <w:t xml:space="preserve"> 能飞得有他一半好</w:t>
      </w:r>
      <w:r>
        <w:t xml:space="preserve"> 你们也能完成25次任务</w:t>
        <w:br/>
        <w:t>You</w:t>
      </w:r>
      <w:r>
        <w:t xml:space="preserve"> pray</w:t>
      </w:r>
      <w:r>
        <w:t xml:space="preserve"> to</w:t>
      </w:r>
      <w:r>
        <w:t xml:space="preserve"> God</w:t>
      </w:r>
      <w:r>
        <w:t xml:space="preserve"> you</w:t>
      </w:r>
      <w:r>
        <w:t xml:space="preserve"> can</w:t>
      </w:r>
      <w:r>
        <w:t xml:space="preserve"> fly</w:t>
      </w:r>
      <w:r>
        <w:t xml:space="preserve"> half</w:t>
      </w:r>
      <w:r>
        <w:t xml:space="preserve"> as</w:t>
      </w:r>
      <w:r>
        <w:t xml:space="preserve"> good</w:t>
      </w:r>
      <w:r>
        <w:t xml:space="preserve"> as</w:t>
      </w:r>
      <w:r>
        <w:t xml:space="preserve"> him,</w:t>
      </w:r>
      <w:r>
        <w:t xml:space="preserve"> you</w:t>
      </w:r>
      <w:r>
        <w:t xml:space="preserve"> might</w:t>
      </w:r>
      <w:r>
        <w:t xml:space="preserve"> make</w:t>
      </w:r>
      <w:r>
        <w:t xml:space="preserve"> it</w:t>
      </w:r>
      <w:r>
        <w:t xml:space="preserve"> to</w:t>
      </w:r>
      <w:r>
        <w:t xml:space="preserve"> 25</w:t>
      </w:r>
      <w:r>
        <w:t xml:space="preserve"> too.</w:t>
        <w:br/>
        <w:t>天啊</w:t>
        <w:br/>
        <w:t>Damn.</w:t>
        <w:br/>
        <w:t>我们撤吧</w:t>
        <w:br/>
        <w:br/>
        <w:t>Let's</w:t>
      </w:r>
      <w:r>
        <w:t xml:space="preserve"> do</w:t>
      </w:r>
      <w:r>
        <w:t xml:space="preserve"> it.</w:t>
        <w:br/>
        <w:t>干了</w:t>
      </w:r>
      <w:r>
        <w:t xml:space="preserve"> 兄弟们</w:t>
        <w:br/>
        <w:t>Eyes</w:t>
      </w:r>
      <w:r>
        <w:t xml:space="preserve"> up,</w:t>
      </w:r>
      <w:r>
        <w:t xml:space="preserve"> boys.</w:t>
        <w:br/>
        <w:t>晚安</w:t>
      </w:r>
      <w:r>
        <w:t xml:space="preserve"> 干杯</w:t>
      </w:r>
      <w:r>
        <w:t xml:space="preserve"> -</w:t>
      </w:r>
      <w:r>
        <w:t xml:space="preserve"> 嘿</w:t>
      </w:r>
      <w:r>
        <w:t xml:space="preserve"> 晚安</w:t>
        <w:br/>
        <w:t>Night.</w:t>
      </w:r>
      <w:r>
        <w:t xml:space="preserve"> Bottoms</w:t>
      </w:r>
      <w:r>
        <w:t xml:space="preserve"> up.</w:t>
      </w:r>
      <w:r>
        <w:t xml:space="preserve"> -</w:t>
      </w:r>
      <w:r>
        <w:t xml:space="preserve"> Hey,</w:t>
      </w:r>
      <w:r>
        <w:t xml:space="preserve"> good</w:t>
      </w:r>
      <w:r>
        <w:t xml:space="preserve"> night.</w:t>
        <w:br/>
        <w:t>不...你不必...</w:t>
        <w:br/>
        <w:t>No,</w:t>
      </w:r>
      <w:r>
        <w:t xml:space="preserve"> no,</w:t>
      </w:r>
      <w:r>
        <w:t xml:space="preserve"> you're</w:t>
      </w:r>
      <w:r>
        <w:t xml:space="preserve"> fine.</w:t>
      </w:r>
      <w:r>
        <w:t xml:space="preserve"> You're</w:t>
      </w:r>
      <w:r>
        <w:t xml:space="preserve"> fine.</w:t>
        <w:br/>
        <w:t>你的机组不参加这次任务</w:t>
        <w:br/>
        <w:t>Your</w:t>
      </w:r>
      <w:r>
        <w:t xml:space="preserve"> crew's</w:t>
      </w:r>
      <w:r>
        <w:t xml:space="preserve"> on</w:t>
      </w:r>
      <w:r>
        <w:t xml:space="preserve"> stand-down</w:t>
      </w:r>
      <w:r>
        <w:t xml:space="preserve"> for</w:t>
      </w:r>
      <w:r>
        <w:t xml:space="preserve"> this</w:t>
      </w:r>
      <w:r>
        <w:t xml:space="preserve"> one.</w:t>
        <w:br/>
        <w:t>我小时候自&amp;hearts;制&amp;hearts;过一个简易收音机</w:t>
        <w:br/>
        <w:t>You</w:t>
      </w:r>
      <w:r>
        <w:t xml:space="preserve"> know,</w:t>
      </w:r>
      <w:r>
        <w:t xml:space="preserve"> when</w:t>
      </w:r>
      <w:r>
        <w:t xml:space="preserve"> I</w:t>
      </w:r>
      <w:r>
        <w:t xml:space="preserve"> was</w:t>
      </w:r>
      <w:r>
        <w:t xml:space="preserve"> a</w:t>
      </w:r>
      <w:r>
        <w:t xml:space="preserve"> kid,</w:t>
      </w:r>
      <w:r>
        <w:t xml:space="preserve"> I</w:t>
      </w:r>
      <w:r>
        <w:t xml:space="preserve"> built</w:t>
      </w:r>
      <w:r>
        <w:t xml:space="preserve"> a</w:t>
      </w:r>
      <w:r>
        <w:t xml:space="preserve"> homemade</w:t>
      </w:r>
      <w:r>
        <w:t xml:space="preserve"> crystal</w:t>
      </w:r>
      <w:r>
        <w:t xml:space="preserve"> radio.</w:t>
        <w:br/>
        <w:t>我想在这里试试</w:t>
        <w:br/>
        <w:t>I'm</w:t>
      </w:r>
      <w:r>
        <w:t xml:space="preserve"> thinking</w:t>
      </w:r>
      <w:r>
        <w:t xml:space="preserve"> of</w:t>
      </w:r>
      <w:r>
        <w:t xml:space="preserve"> giving</w:t>
      </w:r>
      <w:r>
        <w:t xml:space="preserve"> it</w:t>
      </w:r>
      <w:r>
        <w:t xml:space="preserve"> a</w:t>
      </w:r>
      <w:r>
        <w:t xml:space="preserve"> try</w:t>
      </w:r>
      <w:r>
        <w:t xml:space="preserve"> in</w:t>
      </w:r>
      <w:r>
        <w:t xml:space="preserve"> here.</w:t>
        <w:br/>
        <w:t>一定不如之前那个好</w:t>
      </w:r>
      <w:r>
        <w:t xml:space="preserve"> 但也许能用</w:t>
        <w:br/>
        <w:t>Won't</w:t>
      </w:r>
      <w:r>
        <w:t xml:space="preserve"> be</w:t>
      </w:r>
      <w:r>
        <w:t xml:space="preserve"> as</w:t>
      </w:r>
      <w:r>
        <w:t xml:space="preserve"> good</w:t>
      </w:r>
      <w:r>
        <w:t xml:space="preserve"> as</w:t>
      </w:r>
      <w:r>
        <w:t xml:space="preserve"> our</w:t>
      </w:r>
      <w:r>
        <w:t xml:space="preserve"> old</w:t>
      </w:r>
      <w:r>
        <w:t xml:space="preserve"> one</w:t>
      </w:r>
      <w:r>
        <w:t xml:space="preserve"> but</w:t>
      </w:r>
      <w:r>
        <w:t xml:space="preserve"> might</w:t>
      </w:r>
      <w:r>
        <w:t xml:space="preserve"> work</w:t>
      </w:r>
      <w:r>
        <w:t xml:space="preserve"> good</w:t>
      </w:r>
      <w:r>
        <w:t xml:space="preserve"> enough.</w:t>
        <w:br/>
        <w:t>铜线</w:t>
      </w:r>
      <w:r>
        <w:t xml:space="preserve"> 石墨</w:t>
      </w:r>
      <w:r>
        <w:t xml:space="preserve"> 安全别针</w:t>
        <w:br/>
        <w:t>Copper</w:t>
      </w:r>
      <w:r>
        <w:t xml:space="preserve"> wire,</w:t>
      </w:r>
      <w:r>
        <w:t xml:space="preserve"> graphite,</w:t>
      </w:r>
      <w:r>
        <w:t xml:space="preserve"> safety</w:t>
      </w:r>
      <w:r>
        <w:t xml:space="preserve"> pin.</w:t>
        <w:br/>
        <w:t>你能帮我弄到吗</w:t>
        <w:br/>
        <w:t>You</w:t>
      </w:r>
      <w:r>
        <w:t xml:space="preserve"> think</w:t>
      </w:r>
      <w:r>
        <w:t xml:space="preserve"> you</w:t>
      </w:r>
      <w:r>
        <w:t xml:space="preserve"> can</w:t>
      </w:r>
      <w:r>
        <w:t xml:space="preserve"> scrounge</w:t>
      </w:r>
      <w:r>
        <w:t xml:space="preserve"> them</w:t>
      </w:r>
      <w:r>
        <w:t xml:space="preserve"> up</w:t>
      </w:r>
      <w:r>
        <w:t xml:space="preserve"> for</w:t>
      </w:r>
      <w:r>
        <w:t xml:space="preserve"> me?</w:t>
        <w:br/>
        <w:t>小战俘马可尼啊</w:t>
        <w:br/>
        <w:t>My</w:t>
      </w:r>
      <w:r>
        <w:t xml:space="preserve"> little</w:t>
      </w:r>
      <w:r>
        <w:t xml:space="preserve"> kriegie</w:t>
      </w:r>
      <w:r>
        <w:t xml:space="preserve"> Marconi,</w:t>
      </w:r>
      <w:r>
        <w:t xml:space="preserve"> huh?</w:t>
        <w:br/>
        <w:t>我尽量弄</w:t>
        <w:br/>
        <w:t>I'll</w:t>
      </w:r>
      <w:r>
        <w:t xml:space="preserve"> see</w:t>
      </w:r>
      <w:r>
        <w:t xml:space="preserve"> what</w:t>
      </w:r>
      <w:r>
        <w:t xml:space="preserve"> I</w:t>
      </w:r>
      <w:r>
        <w:t xml:space="preserve"> can</w:t>
      </w:r>
      <w:r>
        <w:t xml:space="preserve"> rustle</w:t>
      </w:r>
      <w:r>
        <w:t xml:space="preserve"> up.</w:t>
        <w:br/>
        <w:t>白天轰炸这么靠东的地区</w:t>
        <w:br/>
        <w:t>Daylight</w:t>
      </w:r>
      <w:r>
        <w:t xml:space="preserve"> raid</w:t>
      </w:r>
      <w:r>
        <w:t xml:space="preserve"> this</w:t>
      </w:r>
      <w:r>
        <w:t xml:space="preserve"> far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east?</w:t>
        <w:br/>
        <w:t>回营房&amp;hearts;去</w:t>
        <w:br/>
        <w:t>Back</w:t>
      </w:r>
      <w:r>
        <w:t xml:space="preserve"> in</w:t>
      </w:r>
      <w:r>
        <w:t xml:space="preserve"> the</w:t>
      </w:r>
      <w:r>
        <w:t xml:space="preserve"> Barracks!</w:t>
        <w:br/>
        <w:t>立刻回营房&amp;hearts;</w:t>
        <w:br/>
        <w:t>Back</w:t>
      </w:r>
      <w:r>
        <w:t xml:space="preserve"> in</w:t>
      </w:r>
      <w:r>
        <w:t xml:space="preserve"> the</w:t>
      </w:r>
      <w:r>
        <w:t xml:space="preserve"> barracks</w:t>
      </w:r>
      <w:r>
        <w:t xml:space="preserve"> now!</w:t>
        <w:br/>
        <w:t>一定是轰炸柏林</w:t>
      </w:r>
      <w:r>
        <w:t xml:space="preserve"> 对吧</w:t>
      </w:r>
      <w:r>
        <w:t xml:space="preserve"> </w:t>
      </w:r>
      <w:r>
        <w:t xml:space="preserve"> -</w:t>
      </w:r>
      <w:r>
        <w:t xml:space="preserve"> 很难靠防空火力来判断</w:t>
        <w:br/>
        <w:t>It's</w:t>
      </w:r>
      <w:r>
        <w:t xml:space="preserve"> gotta</w:t>
      </w:r>
      <w:r>
        <w:t xml:space="preserve"> be</w:t>
      </w:r>
      <w:r>
        <w:t xml:space="preserve"> Berlin,</w:t>
      </w:r>
      <w:r>
        <w:t xml:space="preserve"> right?</w:t>
      </w:r>
      <w:r>
        <w:t xml:space="preserve"> -</w:t>
      </w:r>
      <w:r>
        <w:t xml:space="preserve"> It's</w:t>
      </w:r>
      <w:r>
        <w:t xml:space="preserve"> hard</w:t>
      </w:r>
      <w:r>
        <w:t xml:space="preserve"> to</w:t>
      </w:r>
      <w:r>
        <w:t xml:space="preserve"> pinpoint</w:t>
      </w:r>
      <w:r>
        <w:t xml:space="preserve"> from</w:t>
      </w:r>
      <w:r>
        <w:t xml:space="preserve"> the</w:t>
      </w:r>
      <w:r>
        <w:t xml:space="preserve"> AA</w:t>
      </w:r>
      <w:r>
        <w:t xml:space="preserve"> fire.</w:t>
        <w:br/>
        <w:t>听起来半个德国的高射炮都在开火</w:t>
        <w:br/>
        <w:t>Sounds</w:t>
      </w:r>
      <w:r>
        <w:t xml:space="preserve"> like</w:t>
      </w:r>
      <w:r>
        <w:t xml:space="preserve"> they're</w:t>
      </w:r>
      <w:r>
        <w:t xml:space="preserve"> sending</w:t>
      </w:r>
      <w:r>
        <w:t xml:space="preserve"> flak</w:t>
      </w:r>
      <w:r>
        <w:t xml:space="preserve"> up</w:t>
      </w:r>
      <w:r>
        <w:t xml:space="preserve"> from</w:t>
      </w:r>
      <w:r>
        <w:t xml:space="preserve"> half</w:t>
      </w:r>
      <w:r>
        <w:t xml:space="preserve"> of</w:t>
      </w:r>
      <w:r>
        <w:t xml:space="preserve"> Germany.</w:t>
        <w:br/>
        <w:t>开始了</w:t>
      </w:r>
      <w:r>
        <w:t xml:space="preserve"> 听起来差不多</w:t>
        <w:br/>
        <w:t>There</w:t>
      </w:r>
      <w:r>
        <w:t xml:space="preserve"> we</w:t>
      </w:r>
      <w:r>
        <w:t xml:space="preserve"> go.</w:t>
      </w:r>
      <w:r>
        <w:t xml:space="preserve"> That</w:t>
      </w:r>
      <w:r>
        <w:t xml:space="preserve"> sounds</w:t>
      </w:r>
      <w:r>
        <w:t xml:space="preserve"> about</w:t>
      </w:r>
      <w:r>
        <w:t xml:space="preserve"> right.</w:t>
        <w:br/>
        <w:t>不是柏林也是其周边地区</w:t>
        <w:br/>
        <w:t>It's</w:t>
      </w:r>
      <w:r>
        <w:t xml:space="preserve"> Berlin</w:t>
      </w:r>
      <w:r>
        <w:t xml:space="preserve"> or</w:t>
      </w:r>
      <w:r>
        <w:t xml:space="preserve"> its</w:t>
      </w:r>
      <w:r>
        <w:t xml:space="preserve"> environs.</w:t>
        <w:br/>
        <w:t>听见了吗</w:t>
        <w:br/>
        <w:t>You</w:t>
      </w:r>
      <w:r>
        <w:t xml:space="preserve"> hear</w:t>
      </w:r>
      <w:r>
        <w:t xml:space="preserve"> that?</w:t>
        <w:br/>
        <w:t>一定是柏林</w:t>
        <w:br/>
        <w:t>It's</w:t>
      </w:r>
      <w:r>
        <w:t xml:space="preserve"> Berlin.</w:t>
        <w:br/>
        <w:t>嘿</w:t>
      </w:r>
      <w:r>
        <w:t xml:space="preserve"> 星期一快乐啊</w:t>
      </w:r>
      <w:r>
        <w:t xml:space="preserve"> 阿道夫</w:t>
        <w:br/>
        <w:t>Hey,</w:t>
      </w:r>
      <w:r>
        <w:t xml:space="preserve"> happy</w:t>
      </w:r>
      <w:r>
        <w:t xml:space="preserve"> goddamn</w:t>
      </w:r>
      <w:r>
        <w:t xml:space="preserve"> Monday,</w:t>
      </w:r>
      <w:r>
        <w:t xml:space="preserve"> Adolf.</w:t>
        <w:br/>
        <w:t>你们觉得100轰炸大队参加了吗</w:t>
      </w:r>
      <w:r>
        <w:t xml:space="preserve"> </w:t>
      </w:r>
      <w:r>
        <w:t xml:space="preserve"> -</w:t>
      </w:r>
      <w:r>
        <w:t xml:space="preserve"> 一定的</w:t>
        <w:br/>
        <w:t>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100th's</w:t>
      </w:r>
      <w:r>
        <w:t xml:space="preserve"> with</w:t>
      </w:r>
      <w:r>
        <w:t xml:space="preserve"> them?</w:t>
      </w:r>
      <w:r>
        <w:t xml:space="preserve"> -</w:t>
      </w:r>
      <w:r>
        <w:t xml:space="preserve"> Gotta</w:t>
      </w:r>
      <w:r>
        <w:t xml:space="preserve"> be.</w:t>
        <w:br/>
        <w:t>天上的战况一定很惨烈</w:t>
        <w:br/>
        <w:t>It's</w:t>
      </w:r>
      <w:r>
        <w:t xml:space="preserve"> gonna</w:t>
      </w:r>
      <w:r>
        <w:t xml:space="preserve"> be</w:t>
      </w:r>
      <w:r>
        <w:t xml:space="preserve"> rough</w:t>
      </w:r>
      <w:r>
        <w:t xml:space="preserve"> up</w:t>
      </w:r>
      <w:r>
        <w:t xml:space="preserve"> there.</w:t>
        <w:br/>
        <w:t>第一次在白天空袭德国首都</w:t>
        <w:br/>
        <w:t>First</w:t>
      </w:r>
      <w:r>
        <w:t xml:space="preserve"> daylight</w:t>
      </w:r>
      <w:r>
        <w:t xml:space="preserve"> raid</w:t>
      </w:r>
      <w:r>
        <w:t xml:space="preserve"> on</w:t>
      </w:r>
      <w:r>
        <w:t xml:space="preserve"> the</w:t>
      </w:r>
      <w:r>
        <w:t xml:space="preserve"> capital</w:t>
      </w:r>
      <w:r>
        <w:t xml:space="preserve"> of</w:t>
      </w:r>
      <w:r>
        <w:t xml:space="preserve"> Germany.</w:t>
        <w:br/>
        <w:t>怎么回事</w:t>
        <w:br/>
        <w:t>The</w:t>
      </w:r>
      <w:r>
        <w:t xml:space="preserve"> hell</w:t>
      </w:r>
      <w:r>
        <w:t xml:space="preserve"> was</w:t>
      </w:r>
      <w:r>
        <w:t xml:space="preserve"> that?</w:t>
        <w:br/>
        <w:t>现在近多了</w:t>
      </w:r>
      <w:r>
        <w:t xml:space="preserve"> -</w:t>
      </w:r>
      <w:r>
        <w:t xml:space="preserve"> 救命</w:t>
        <w:br/>
        <w:t>That's</w:t>
      </w:r>
      <w:r>
        <w:t xml:space="preserve"> a</w:t>
      </w:r>
      <w:r>
        <w:t xml:space="preserve"> lot</w:t>
      </w:r>
      <w:r>
        <w:t xml:space="preserve"> closer.</w:t>
      </w:r>
      <w:r>
        <w:t xml:space="preserve"> -</w:t>
      </w:r>
      <w:r>
        <w:t xml:space="preserve"> Help!</w:t>
        <w:br/>
        <w:t>快来</w:t>
        <w:br/>
        <w:t>Come</w:t>
      </w:r>
      <w:r>
        <w:t xml:space="preserve"> on.</w:t>
        <w:br/>
        <w:t>我们需要医生</w:t>
        <w:br/>
        <w:t>We</w:t>
      </w:r>
      <w:r>
        <w:t xml:space="preserve"> need</w:t>
      </w:r>
      <w:r>
        <w:t xml:space="preserve"> a</w:t>
      </w:r>
      <w:r>
        <w:t xml:space="preserve"> doctor!</w:t>
        <w:br/>
        <w:t>把门打开</w:t>
      </w:r>
      <w:r>
        <w:t xml:space="preserve"> 快点</w:t>
        <w:br/>
        <w:t>Get</w:t>
      </w:r>
      <w:r>
        <w:t xml:space="preserve"> those</w:t>
      </w:r>
      <w:r>
        <w:t xml:space="preserve"> doors</w:t>
      </w:r>
      <w:r>
        <w:t xml:space="preserve"> open.</w:t>
      </w:r>
      <w:r>
        <w:t xml:space="preserve"> Get</w:t>
      </w:r>
      <w:r>
        <w:t xml:space="preserve"> 'em</w:t>
      </w:r>
      <w:r>
        <w:t xml:space="preserve"> open.</w:t>
        <w:br/>
        <w:t>回到室内</w:t>
      </w:r>
      <w:r>
        <w:t xml:space="preserve"> -</w:t>
      </w:r>
      <w:r>
        <w:t xml:space="preserve"> 出什么事了</w:t>
        <w:br/>
        <w:t>Get</w:t>
      </w:r>
      <w:r>
        <w:t xml:space="preserve"> back</w:t>
      </w:r>
      <w:r>
        <w:t xml:space="preserve"> inside</w:t>
      </w:r>
      <w:r>
        <w:t xml:space="preserve"> now!</w:t>
      </w:r>
      <w:r>
        <w:t xml:space="preserve"> -</w:t>
      </w:r>
      <w:r>
        <w:t xml:space="preserve"> What</w:t>
      </w:r>
      <w:r>
        <w:t xml:space="preserve"> happened?</w:t>
        <w:br/>
        <w:t>他们打伤了哈里</w:t>
        <w:br/>
        <w:t>They</w:t>
      </w:r>
      <w:r>
        <w:t xml:space="preserve"> shot</w:t>
      </w:r>
      <w:r>
        <w:t xml:space="preserve"> Harry!</w:t>
        <w:br/>
        <w:t>嘿</w:t>
      </w:r>
      <w:r>
        <w:t xml:space="preserve"> 你伤了我们的人</w:t>
      </w:r>
      <w:r>
        <w:t xml:space="preserve"> </w:t>
      </w:r>
      <w:r>
        <w:t xml:space="preserve"> -</w:t>
      </w:r>
      <w:r>
        <w:t xml:space="preserve"> 他跑到牢房&amp;hearts;外了</w:t>
        <w:br/>
        <w:t>Hey,</w:t>
      </w:r>
      <w:r>
        <w:t xml:space="preserve"> you</w:t>
      </w:r>
      <w:r>
        <w:t xml:space="preserve"> hurt</w:t>
      </w:r>
      <w:r>
        <w:t xml:space="preserve"> one</w:t>
      </w:r>
      <w:r>
        <w:t xml:space="preserve"> of</w:t>
      </w:r>
      <w:r>
        <w:t xml:space="preserve"> our</w:t>
      </w:r>
      <w:r>
        <w:t xml:space="preserve"> men?</w:t>
      </w:r>
      <w:r>
        <w:t xml:space="preserve"> -</w:t>
      </w:r>
      <w:r>
        <w:t xml:space="preserve"> He</w:t>
      </w:r>
      <w:r>
        <w:t xml:space="preserve"> was</w:t>
      </w:r>
      <w:r>
        <w:t xml:space="preserve"> out</w:t>
      </w:r>
      <w:r>
        <w:t xml:space="preserve"> of</w:t>
      </w:r>
      <w:r>
        <w:t xml:space="preserve"> the</w:t>
      </w:r>
      <w:r>
        <w:t xml:space="preserve"> block.</w:t>
        <w:br/>
        <w:t>格兰尼茨在哪</w:t>
      </w:r>
      <w:r>
        <w:t xml:space="preserve"> </w:t>
      </w:r>
      <w:r>
        <w:t xml:space="preserve"> -</w:t>
      </w:r>
      <w:r>
        <w:t xml:space="preserve"> 他们无缘无故朝他开枪</w:t>
        <w:br/>
        <w:t>Where's</w:t>
      </w:r>
      <w:r>
        <w:t xml:space="preserve"> Glemnitz?</w:t>
      </w:r>
      <w:r>
        <w:t xml:space="preserve"> -</w:t>
      </w:r>
      <w:r>
        <w:t xml:space="preserve"> They</w:t>
      </w:r>
      <w:r>
        <w:t xml:space="preserve"> shot</w:t>
      </w:r>
      <w:r>
        <w:t xml:space="preserve"> him</w:t>
      </w:r>
      <w:r>
        <w:t xml:space="preserve"> for</w:t>
      </w:r>
      <w:r>
        <w:t xml:space="preserve"> no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reason.</w:t>
        <w:br/>
        <w:t>去叫格兰尼茨</w:t>
      </w:r>
      <w:r>
        <w:t xml:space="preserve"> -</w:t>
      </w:r>
      <w:r>
        <w:t xml:space="preserve"> 进去</w:t>
        <w:br/>
        <w:t>Get</w:t>
      </w:r>
      <w:r>
        <w:t xml:space="preserve"> Glemnitz!</w:t>
      </w:r>
      <w:r>
        <w:t xml:space="preserve"> -</w:t>
      </w:r>
      <w:r>
        <w:t xml:space="preserve"> In!</w:t>
        <w:br/>
        <w:t>格兰尼茨</w:t>
      </w:r>
      <w:r>
        <w:t xml:space="preserve"> -</w:t>
      </w:r>
      <w:r>
        <w:t xml:space="preserve"> 他大出血</w:t>
        <w:br/>
        <w:t>Glemnitz!</w:t>
      </w:r>
      <w:r>
        <w:t xml:space="preserve"> -</w:t>
      </w:r>
      <w:r>
        <w:t xml:space="preserve"> He's</w:t>
      </w:r>
      <w:r>
        <w:t xml:space="preserve"> bleeding</w:t>
      </w:r>
      <w:r>
        <w:t xml:space="preserve"> bad!</w:t>
        <w:br/>
        <w:t>我们得送他去医生那</w:t>
        <w:br/>
        <w:t>We</w:t>
      </w:r>
      <w:r>
        <w:t xml:space="preserve"> need</w:t>
      </w:r>
      <w:r>
        <w:t xml:space="preserve"> to</w:t>
      </w:r>
      <w:r>
        <w:t xml:space="preserve"> get</w:t>
      </w:r>
      <w:r>
        <w:t xml:space="preserve"> him</w:t>
      </w:r>
      <w:r>
        <w:t xml:space="preserve"> a</w:t>
      </w:r>
      <w:r>
        <w:t xml:space="preserve"> doctor.</w:t>
        <w:br/>
        <w:t>进去...</w:t>
        <w:br/>
        <w:t>In!</w:t>
      </w:r>
      <w:r>
        <w:t xml:space="preserve"> In!</w:t>
        <w:br/>
        <w:t>立刻回室内</w:t>
        <w:br/>
        <w:t>Get</w:t>
      </w:r>
      <w:r>
        <w:t xml:space="preserve"> back</w:t>
      </w:r>
      <w:r>
        <w:t xml:space="preserve"> inside.</w:t>
      </w:r>
      <w:r>
        <w:t xml:space="preserve"> Now.</w:t>
        <w:br/>
        <w:t>嘿...把狗拉走</w:t>
        <w:br/>
        <w:t>Hey,</w:t>
      </w:r>
      <w:r>
        <w:t xml:space="preserve"> hey!</w:t>
      </w:r>
      <w:r>
        <w:t xml:space="preserve"> Get</w:t>
      </w:r>
      <w:r>
        <w:t xml:space="preserve"> that</w:t>
      </w:r>
      <w:r>
        <w:t xml:space="preserve"> dog!</w:t>
        <w:br/>
        <w:t>把狗叫走</w:t>
      </w:r>
      <w:r>
        <w:t xml:space="preserve"> 快弄走</w:t>
        <w:br/>
        <w:t>Call</w:t>
      </w:r>
      <w:r>
        <w:t xml:space="preserve"> the</w:t>
      </w:r>
      <w:r>
        <w:t xml:space="preserve"> dog</w:t>
      </w:r>
      <w:r>
        <w:t xml:space="preserve"> off!</w:t>
      </w:r>
      <w:r>
        <w:t xml:space="preserve"> Get</w:t>
      </w:r>
      <w:r>
        <w:t xml:space="preserve"> it</w:t>
      </w:r>
      <w:r>
        <w:t xml:space="preserve"> off</w:t>
      </w:r>
      <w:r>
        <w:t xml:space="preserve"> him!</w:t>
        <w:br/>
        <w:t>回屋里去</w:t>
        <w:br/>
        <w:t>Get</w:t>
      </w:r>
      <w:r>
        <w:t xml:space="preserve"> back</w:t>
      </w:r>
      <w:r>
        <w:t xml:space="preserve"> inside!</w:t>
        <w:br/>
        <w:t>哈里没离开牢房&amp;hearts;</w:t>
      </w:r>
      <w:r>
        <w:t xml:space="preserve"> 他们为什么开枪打他</w:t>
        <w:br/>
        <w:t>Harry</w:t>
      </w:r>
      <w:r>
        <w:t xml:space="preserve"> was</w:t>
      </w:r>
      <w:r>
        <w:t xml:space="preserve"> in</w:t>
      </w:r>
      <w:r>
        <w:t xml:space="preserve"> the</w:t>
      </w:r>
      <w:r>
        <w:t xml:space="preserve"> block.</w:t>
      </w:r>
      <w:r>
        <w:t xml:space="preserve"> Why</w:t>
      </w:r>
      <w:r>
        <w:t xml:space="preserve"> did</w:t>
      </w:r>
      <w:r>
        <w:t xml:space="preserve"> they</w:t>
      </w:r>
      <w:r>
        <w:t xml:space="preserve"> shoot</w:t>
      </w:r>
      <w:r>
        <w:t xml:space="preserve"> him?</w:t>
        <w:br/>
        <w:t>快送他去医院</w:t>
        <w:br/>
        <w:t>Bring</w:t>
      </w:r>
      <w:r>
        <w:t xml:space="preserve"> him</w:t>
      </w:r>
      <w:r>
        <w:t xml:space="preserve"> to</w:t>
      </w:r>
      <w:r>
        <w:t xml:space="preserve"> the</w:t>
      </w:r>
      <w:r>
        <w:t xml:space="preserve"> hospital</w:t>
      </w:r>
      <w:r>
        <w:t xml:space="preserve"> quickly.</w:t>
        <w:br/>
        <w:t>快点</w:t>
      </w:r>
      <w:r>
        <w:t xml:space="preserve"> -</w:t>
      </w:r>
      <w:r>
        <w:t xml:space="preserve"> 跟我来</w:t>
        <w:br/>
        <w:t>Quickly!</w:t>
      </w:r>
      <w:r>
        <w:t xml:space="preserve"> -</w:t>
      </w:r>
      <w:r>
        <w:t xml:space="preserve"> Come</w:t>
      </w:r>
      <w:r>
        <w:t xml:space="preserve"> with</w:t>
      </w:r>
      <w:r>
        <w:t xml:space="preserve"> me.</w:t>
        <w:br/>
        <w:t>立刻回屋去</w:t>
      </w:r>
      <w:r>
        <w:t xml:space="preserve"> -</w:t>
      </w:r>
      <w:r>
        <w:t xml:space="preserve"> 嘿</w:t>
      </w:r>
      <w:r>
        <w:t xml:space="preserve"> 进去</w:t>
        <w:br/>
        <w:t>Now!</w:t>
      </w:r>
      <w:r>
        <w:t xml:space="preserve"> Back</w:t>
      </w:r>
      <w:r>
        <w:t xml:space="preserve"> inside!</w:t>
      </w:r>
      <w:r>
        <w:t xml:space="preserve"> -</w:t>
      </w:r>
      <w:r>
        <w:t xml:space="preserve"> Hey!</w:t>
      </w:r>
      <w:r>
        <w:t xml:space="preserve"> Get</w:t>
      </w:r>
      <w:r>
        <w:t xml:space="preserve"> in!</w:t>
        <w:br/>
        <w:t>立刻回屋去</w:t>
        <w:br/>
        <w:t>Go</w:t>
      </w:r>
      <w:r>
        <w:t xml:space="preserve"> back</w:t>
      </w:r>
      <w:r>
        <w:t xml:space="preserve"> inside.</w:t>
      </w:r>
      <w:r>
        <w:t xml:space="preserve"> Now.</w:t>
        <w:br/>
        <w:t>这些该死的恶棍会将我们逐一杀死</w:t>
      </w:r>
      <w:r>
        <w:t xml:space="preserve"> 巴克</w:t>
        <w:br/>
        <w:t>These</w:t>
      </w:r>
      <w:r>
        <w:t xml:space="preserve"> goddamn</w:t>
      </w:r>
      <w:r>
        <w:t xml:space="preserve"> goons</w:t>
      </w:r>
      <w:r>
        <w:t xml:space="preserve"> are</w:t>
      </w:r>
      <w:r>
        <w:t xml:space="preserve"> gonna</w:t>
      </w:r>
      <w:r>
        <w:t xml:space="preserve"> take</w:t>
      </w:r>
      <w:r>
        <w:t xml:space="preserve"> us</w:t>
      </w:r>
      <w:r>
        <w:t xml:space="preserve"> out</w:t>
      </w:r>
      <w:r>
        <w:t xml:space="preserve"> one</w:t>
      </w:r>
      <w:r>
        <w:t xml:space="preserve"> at</w:t>
      </w:r>
      <w:r>
        <w:t xml:space="preserve"> a</w:t>
      </w:r>
      <w:r>
        <w:t xml:space="preserve"> time,</w:t>
      </w:r>
      <w:r>
        <w:t xml:space="preserve"> Buck.</w:t>
        <w:br/>
        <w:t>进去</w:t>
        <w:br/>
        <w:t>Get</w:t>
      </w:r>
      <w:r>
        <w:t xml:space="preserve"> in!</w:t>
        <w:br/>
        <w:t>和之前的一样</w:t>
      </w:r>
      <w:r>
        <w:t xml:space="preserve"> -</w:t>
      </w:r>
      <w:r>
        <w:t xml:space="preserve"> 是</w:t>
        <w:br/>
        <w:t>Same</w:t>
      </w:r>
      <w:r>
        <w:t xml:space="preserve"> ones</w:t>
      </w:r>
      <w:r>
        <w:t xml:space="preserve"> as</w:t>
      </w:r>
      <w:r>
        <w:t xml:space="preserve"> before...</w:t>
      </w:r>
      <w:r>
        <w:t xml:space="preserve"> -</w:t>
      </w:r>
      <w:r>
        <w:t xml:space="preserve"> Yeah.</w:t>
        <w:br/>
        <w:t>尉官说的</w:t>
        <w:br/>
        <w:t>...according</w:t>
      </w:r>
      <w:r>
        <w:t xml:space="preserve"> to</w:t>
      </w:r>
      <w:r>
        <w:t xml:space="preserve"> Lieutenant.</w:t>
        <w:br/>
        <w:t>翻过来</w:t>
      </w:r>
      <w:r>
        <w:t xml:space="preserve"> -</w:t>
      </w:r>
      <w:r>
        <w:t xml:space="preserve"> 是</w:t>
        <w:br/>
        <w:t>Turn</w:t>
      </w:r>
      <w:r>
        <w:t xml:space="preserve"> it</w:t>
      </w:r>
      <w:r>
        <w:t xml:space="preserve"> over.</w:t>
      </w:r>
      <w:r>
        <w:t xml:space="preserve"> -</w:t>
      </w:r>
      <w:r>
        <w:t xml:space="preserve"> Right.</w:t>
        <w:br/>
        <w:t>我们的任务越来越多</w:t>
      </w:r>
      <w:r>
        <w:t xml:space="preserve"> 越来越危险</w:t>
        <w:br/>
        <w:t>As</w:t>
      </w:r>
      <w:r>
        <w:t xml:space="preserve"> our</w:t>
      </w:r>
      <w:r>
        <w:t xml:space="preserve"> missions</w:t>
      </w:r>
      <w:r>
        <w:t xml:space="preserve"> piled</w:t>
      </w:r>
      <w:r>
        <w:t xml:space="preserve"> up</w:t>
      </w:r>
      <w:r>
        <w:t xml:space="preserve"> and</w:t>
      </w:r>
      <w:r>
        <w:t xml:space="preserve"> became</w:t>
      </w:r>
      <w:r>
        <w:t xml:space="preserve"> more</w:t>
      </w:r>
      <w:r>
        <w:t xml:space="preserve"> perilous,</w:t>
        <w:br/>
        <w:t>仿佛那个该死的红色任务灯从来就没灭过</w:t>
        <w:br/>
        <w:t>it</w:t>
      </w:r>
      <w:r>
        <w:t xml:space="preserve"> seemed</w:t>
      </w:r>
      <w:r>
        <w:t xml:space="preserve"> that</w:t>
      </w:r>
      <w:r>
        <w:t xml:space="preserve"> that</w:t>
      </w:r>
      <w:r>
        <w:t xml:space="preserve"> damn</w:t>
      </w:r>
      <w:r>
        <w:t xml:space="preserve"> red</w:t>
      </w:r>
      <w:r>
        <w:t xml:space="preserve"> mission</w:t>
      </w:r>
      <w:r>
        <w:t xml:space="preserve"> light</w:t>
      </w:r>
      <w:r>
        <w:t xml:space="preserve"> never</w:t>
      </w:r>
      <w:r>
        <w:t xml:space="preserve"> blinked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off.</w:t>
        <w:br/>
        <w:t>我们总是神经紧绷</w:t>
        <w:br/>
        <w:t>We</w:t>
      </w:r>
      <w:r>
        <w:t xml:space="preserve"> were</w:t>
      </w:r>
      <w:r>
        <w:t xml:space="preserve"> always</w:t>
      </w:r>
      <w:r>
        <w:t xml:space="preserve"> on</w:t>
      </w:r>
      <w:r>
        <w:t xml:space="preserve"> edge.</w:t>
        <w:br/>
        <w:t>然后他们叫我们轰炸柏林</w:t>
        <w:br/>
        <w:t>Then</w:t>
      </w:r>
      <w:r>
        <w:t xml:space="preserve"> we</w:t>
      </w:r>
      <w:r>
        <w:t xml:space="preserve"> were</w:t>
      </w:r>
      <w:r>
        <w:t xml:space="preserve"> told</w:t>
      </w:r>
      <w:r>
        <w:t xml:space="preserve"> we</w:t>
      </w:r>
      <w:r>
        <w:t xml:space="preserve"> were</w:t>
      </w:r>
      <w:r>
        <w:t xml:space="preserve"> targeting</w:t>
      </w:r>
      <w:r>
        <w:t xml:space="preserve"> Berlin.</w:t>
        <w:br/>
        <w:t>基地里的每一个人都焦急地等待</w:t>
        <w:br/>
        <w:t>Every</w:t>
      </w:r>
      <w:r>
        <w:t xml:space="preserve"> man</w:t>
      </w:r>
      <w:r>
        <w:t xml:space="preserve"> on</w:t>
      </w:r>
      <w:r>
        <w:t xml:space="preserve"> base</w:t>
      </w:r>
      <w:r>
        <w:t xml:space="preserve"> held</w:t>
      </w:r>
      <w:r>
        <w:t xml:space="preserve"> his</w:t>
      </w:r>
      <w:r>
        <w:t xml:space="preserve"> breath</w:t>
      </w:r>
      <w:r>
        <w:t xml:space="preserve"> as</w:t>
      </w:r>
      <w:r>
        <w:t xml:space="preserve"> we</w:t>
      </w:r>
      <w:r>
        <w:t xml:space="preserve"> waited</w:t>
        <w:br/>
        <w:t>想看看这次任务的损失有多大</w:t>
        <w:br/>
        <w:t>to</w:t>
      </w:r>
      <w:r>
        <w:t xml:space="preserve"> see</w:t>
      </w:r>
      <w:r>
        <w:t xml:space="preserve"> just</w:t>
      </w:r>
      <w:r>
        <w:t xml:space="preserve"> how</w:t>
      </w:r>
      <w:r>
        <w:t xml:space="preserve"> dearly</w:t>
      </w:r>
      <w:r>
        <w:t xml:space="preserve"> it</w:t>
      </w:r>
      <w:r>
        <w:t xml:space="preserve"> would</w:t>
      </w:r>
      <w:r>
        <w:t xml:space="preserve"> cost</w:t>
      </w:r>
      <w:r>
        <w:t xml:space="preserve"> us.</w:t>
        <w:br/>
        <w:t>来了...我看见了</w:t>
        <w:br/>
        <w:t>There.</w:t>
      </w:r>
      <w:r>
        <w:t xml:space="preserve"> There!</w:t>
      </w:r>
      <w:r>
        <w:t xml:space="preserve"> I</w:t>
      </w:r>
      <w:r>
        <w:t xml:space="preserve"> got</w:t>
      </w:r>
      <w:r>
        <w:t xml:space="preserve"> 'em!</w:t>
        <w:br/>
        <w:t>一</w:t>
      </w:r>
      <w:r>
        <w:t xml:space="preserve"> 二</w:t>
      </w:r>
      <w:r>
        <w:t xml:space="preserve"> 三</w:t>
        <w:br/>
        <w:t>One,</w:t>
      </w:r>
      <w:r>
        <w:t xml:space="preserve"> two,</w:t>
      </w:r>
      <w:r>
        <w:t xml:space="preserve"> three.</w:t>
        <w:br/>
        <w:t>四</w:t>
      </w:r>
      <w:r>
        <w:t xml:space="preserve"> 五</w:t>
        <w:br/>
        <w:t>Four,</w:t>
      </w:r>
      <w:r>
        <w:t xml:space="preserve"> five.</w:t>
        <w:br/>
        <w:t>六</w:t>
      </w:r>
      <w:r>
        <w:t xml:space="preserve"> 七</w:t>
        <w:br/>
        <w:t>Six,</w:t>
      </w:r>
      <w:r>
        <w:t xml:space="preserve"> seven.</w:t>
        <w:br/>
        <w:t>八</w:t>
      </w:r>
      <w:r>
        <w:t xml:space="preserve"> 九</w:t>
      </w:r>
      <w:r>
        <w:t xml:space="preserve"> 十</w:t>
        <w:br/>
        <w:t>Eight,</w:t>
      </w:r>
      <w:r>
        <w:t xml:space="preserve"> nine,</w:t>
      </w:r>
      <w:r>
        <w:t xml:space="preserve"> ten.</w:t>
        <w:br/>
        <w:t>11</w:t>
        <w:br/>
        <w:t>Eleven.</w:t>
        <w:br/>
        <w:t>12</w:t>
      </w:r>
      <w:r>
        <w:t xml:space="preserve"> 13</w:t>
      </w:r>
      <w:r>
        <w:t xml:space="preserve"> 14</w:t>
        <w:br/>
        <w:t>Twelve,</w:t>
      </w:r>
      <w:r>
        <w:t xml:space="preserve"> 13,</w:t>
      </w:r>
      <w:r>
        <w:t xml:space="preserve"> 14,</w:t>
        <w:br/>
        <w:t>15</w:t>
      </w:r>
      <w:r>
        <w:t xml:space="preserve"> 16</w:t>
        <w:br/>
        <w:t>15,</w:t>
      </w:r>
      <w:r>
        <w:t xml:space="preserve"> 16.</w:t>
        <w:br/>
        <w:t>天啊</w:t>
        <w:br/>
        <w:t>Christ.</w:t>
        <w:br/>
        <w:t>被击落了15架</w:t>
        <w:br/>
        <w:t>That's</w:t>
      </w:r>
      <w:r>
        <w:t xml:space="preserve"> 15</w:t>
      </w:r>
      <w:r>
        <w:t xml:space="preserve"> down.</w:t>
        <w:br/>
        <w:t>是</w:t>
        <w:br/>
        <w:t>Yeah.</w:t>
        <w:br/>
        <w:t>让开</w:t>
        <w:br/>
        <w:t>Move!</w:t>
        <w:br/>
        <w:t>该死</w:t>
        <w:br/>
        <w:t>Shit.</w:t>
        <w:br/>
        <w:t>快上</w:t>
        <w:br/>
        <w:t>Let's</w:t>
      </w:r>
      <w:r>
        <w:t xml:space="preserve"> move!</w:t>
        <w:br/>
        <w:t>救他们出来</w:t>
        <w:br/>
        <w:t>Get</w:t>
      </w:r>
      <w:r>
        <w:t xml:space="preserve"> 'em</w:t>
      </w:r>
      <w:r>
        <w:t xml:space="preserve"> out!</w:t>
        <w:br/>
        <w:t>嘿</w:t>
      </w:r>
      <w:r>
        <w:t xml:space="preserve"> 我这里需要人打吗&amp;hearts;啡&amp;hearts;</w:t>
        <w:br/>
        <w:t>Hey!</w:t>
      </w:r>
      <w:r>
        <w:t xml:space="preserve"> I</w:t>
      </w:r>
      <w:r>
        <w:t xml:space="preserve"> need</w:t>
      </w:r>
      <w:r>
        <w:t xml:space="preserve"> someone</w:t>
      </w:r>
      <w:r>
        <w:t xml:space="preserve"> over</w:t>
      </w:r>
      <w:r>
        <w:t xml:space="preserve"> here</w:t>
      </w:r>
      <w:r>
        <w:t xml:space="preserve"> with</w:t>
      </w:r>
      <w:r>
        <w:t xml:space="preserve"> that</w:t>
      </w:r>
      <w:r>
        <w:t xml:space="preserve"> morphine.</w:t>
        <w:br/>
        <w:t>慢点</w:t>
      </w:r>
      <w:r>
        <w:t xml:space="preserve"> 抓住安全背心</w:t>
        <w:br/>
        <w:t>Go</w:t>
      </w:r>
      <w:r>
        <w:t xml:space="preserve"> easy.</w:t>
      </w:r>
      <w:r>
        <w:t xml:space="preserve"> Get</w:t>
      </w:r>
      <w:r>
        <w:t xml:space="preserve"> the</w:t>
      </w:r>
      <w:r>
        <w:t xml:space="preserve"> harness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vest.</w:t>
        <w:br/>
        <w:t>慢点...</w:t>
        <w:br/>
        <w:t>Easy.</w:t>
      </w:r>
      <w:r>
        <w:t xml:space="preserve"> Easy.</w:t>
        <w:br/>
        <w:t>检查机翼...</w:t>
        <w:br/>
        <w:t>Check</w:t>
      </w:r>
      <w:r>
        <w:t xml:space="preserve"> the</w:t>
      </w:r>
      <w:r>
        <w:t xml:space="preserve"> wings!</w:t>
      </w:r>
      <w:r>
        <w:t xml:space="preserve"> Check</w:t>
      </w:r>
      <w:r>
        <w:t xml:space="preserve"> the</w:t>
      </w:r>
      <w:r>
        <w:t xml:space="preserve"> wings!</w:t>
        <w:br/>
        <w:t>优先救助伤势最重的</w:t>
        <w:br/>
        <w:t>Prioritize</w:t>
      </w:r>
      <w:r>
        <w:t xml:space="preserve"> the</w:t>
      </w:r>
      <w:r>
        <w:t xml:space="preserve"> most</w:t>
      </w:r>
      <w:r>
        <w:t xml:space="preserve"> wounded.</w:t>
        <w:br/>
        <w:t>准备</w:t>
      </w:r>
      <w:r>
        <w:t xml:space="preserve"> 又有一架回来了</w:t>
      </w:r>
      <w:r>
        <w:t xml:space="preserve"> 派地勤人员过去</w:t>
        <w:br/>
        <w:t>Stand</w:t>
      </w:r>
      <w:r>
        <w:t xml:space="preserve"> by</w:t>
      </w:r>
      <w:r>
        <w:t xml:space="preserve"> for</w:t>
      </w:r>
      <w:r>
        <w:t xml:space="preserve"> another</w:t>
      </w:r>
      <w:r>
        <w:t xml:space="preserve"> one</w:t>
      </w:r>
      <w:r>
        <w:t xml:space="preserve"> inbound!</w:t>
      </w:r>
      <w:r>
        <w:t xml:space="preserve"> Let's</w:t>
      </w:r>
      <w:r>
        <w:t xml:space="preserve"> get</w:t>
      </w:r>
      <w:r>
        <w:t xml:space="preserve"> a</w:t>
      </w:r>
      <w:r>
        <w:t xml:space="preserve"> crew</w:t>
      </w:r>
      <w:r>
        <w:t xml:space="preserve"> on</w:t>
      </w:r>
      <w:r>
        <w:t xml:space="preserve"> it!</w:t>
        <w:br/>
        <w:t>还需要一副担架</w:t>
      </w:r>
      <w:r>
        <w:t xml:space="preserve"> 动起来...</w:t>
        <w:br/>
        <w:t>We</w:t>
      </w:r>
      <w:r>
        <w:t xml:space="preserve"> need</w:t>
      </w:r>
      <w:r>
        <w:t xml:space="preserve"> another</w:t>
      </w:r>
      <w:r>
        <w:t xml:space="preserve"> stretcher!</w:t>
      </w:r>
      <w:r>
        <w:t xml:space="preserve"> Move</w:t>
      </w:r>
      <w:r>
        <w:t xml:space="preserve"> it,</w:t>
      </w:r>
      <w:r>
        <w:t xml:space="preserve"> move</w:t>
      </w:r>
      <w:r>
        <w:t xml:space="preserve"> it!</w:t>
        <w:br/>
        <w:t>机上有人员伤亡</w:t>
        <w:br/>
        <w:t>Casualties</w:t>
      </w:r>
      <w:r>
        <w:t xml:space="preserve"> onboard!</w:t>
        <w:br/>
        <w:t>快</w:t>
      </w:r>
      <w:r>
        <w:t xml:space="preserve"> 我们上</w:t>
        <w:br/>
        <w:t>Come</w:t>
      </w:r>
      <w:r>
        <w:t xml:space="preserve"> on.</w:t>
      </w:r>
      <w:r>
        <w:t xml:space="preserve"> Let's</w:t>
      </w:r>
      <w:r>
        <w:t xml:space="preserve"> go.</w:t>
        <w:br/>
        <w:t>慢一点...好吗</w:t>
        <w:br/>
        <w:t>Take</w:t>
      </w:r>
      <w:r>
        <w:t xml:space="preserve"> it</w:t>
      </w:r>
      <w:r>
        <w:t xml:space="preserve"> easy,</w:t>
      </w:r>
      <w:r>
        <w:t xml:space="preserve"> take</w:t>
      </w:r>
      <w:r>
        <w:t xml:space="preserve"> it</w:t>
      </w:r>
      <w:r>
        <w:t xml:space="preserve"> easy,</w:t>
      </w:r>
      <w:r>
        <w:t xml:space="preserve"> okay?</w:t>
        <w:br/>
        <w:t>你会没事的</w:t>
      </w:r>
      <w:r>
        <w:t xml:space="preserve"> 我们来救你</w:t>
      </w:r>
      <w:r>
        <w:t xml:space="preserve"> 好吗</w:t>
        <w:br/>
        <w:t>You're</w:t>
      </w:r>
      <w:r>
        <w:t xml:space="preserve"> gonna</w:t>
      </w:r>
      <w:r>
        <w:t xml:space="preserve"> be</w:t>
      </w:r>
      <w:r>
        <w:t xml:space="preserve"> fine.</w:t>
      </w:r>
      <w:r>
        <w:t xml:space="preserve"> We</w:t>
      </w:r>
      <w:r>
        <w:t xml:space="preserve"> got</w:t>
      </w:r>
      <w:r>
        <w:t xml:space="preserve"> you,</w:t>
      </w:r>
      <w:r>
        <w:t xml:space="preserve"> okay?</w:t>
        <w:br/>
        <w:t>你会没事的</w:t>
      </w:r>
      <w:r>
        <w:t xml:space="preserve"> -</w:t>
      </w:r>
      <w:r>
        <w:t xml:space="preserve"> 叫他们至少再开三辆来</w:t>
        <w:br/>
        <w:t>You're</w:t>
      </w:r>
      <w:r>
        <w:t xml:space="preserve"> gonna</w:t>
      </w:r>
      <w:r>
        <w:t xml:space="preserve"> be</w:t>
      </w:r>
      <w:r>
        <w:t xml:space="preserve"> all</w:t>
      </w:r>
      <w:r>
        <w:t xml:space="preserve"> right.</w:t>
      </w:r>
      <w:r>
        <w:t xml:space="preserve"> -</w:t>
      </w:r>
      <w:r>
        <w:t xml:space="preserve"> Tell</w:t>
      </w:r>
      <w:r>
        <w:t xml:space="preserve"> 'em</w:t>
      </w:r>
      <w:r>
        <w:t xml:space="preserve"> to</w:t>
      </w:r>
      <w:r>
        <w:t xml:space="preserve"> bring</w:t>
      </w:r>
      <w:r>
        <w:t xml:space="preserve"> in</w:t>
      </w:r>
      <w:r>
        <w:t xml:space="preserve"> at</w:t>
      </w:r>
      <w:r>
        <w:t xml:space="preserve"> least</w:t>
      </w:r>
      <w:r>
        <w:t xml:space="preserve"> three</w:t>
      </w:r>
      <w:r>
        <w:t xml:space="preserve"> more.</w:t>
        <w:br/>
        <w:t>莱蒙斯</w:t>
      </w:r>
      <w:r>
        <w:t xml:space="preserve"> 看得到驾驶舱吗</w:t>
        <w:br/>
        <w:t>Lemmons,</w:t>
      </w:r>
      <w:r>
        <w:t xml:space="preserve"> we</w:t>
      </w:r>
      <w:r>
        <w:t xml:space="preserve"> got</w:t>
      </w:r>
      <w:r>
        <w:t xml:space="preserve"> eyes</w:t>
      </w:r>
      <w:r>
        <w:t xml:space="preserve"> on</w:t>
      </w:r>
      <w:r>
        <w:t xml:space="preserve"> the</w:t>
      </w:r>
      <w:r>
        <w:t xml:space="preserve"> cockpit?</w:t>
        <w:br/>
        <w:t>这里需要医疗兵</w:t>
      </w:r>
      <w:r>
        <w:t xml:space="preserve"> 立刻</w:t>
        <w:br/>
        <w:t>I</w:t>
      </w:r>
      <w:r>
        <w:t xml:space="preserve"> need</w:t>
      </w:r>
      <w:r>
        <w:t xml:space="preserve"> a</w:t>
      </w:r>
      <w:r>
        <w:t xml:space="preserve"> medic</w:t>
      </w:r>
      <w:r>
        <w:t xml:space="preserve"> here,</w:t>
      </w:r>
      <w:r>
        <w:t xml:space="preserve"> now!</w:t>
        <w:br/>
        <w:t>扶住他的腿</w:t>
      </w:r>
      <w:r>
        <w:t xml:space="preserve"> 接住他的腿</w:t>
      </w:r>
      <w:r>
        <w:t xml:space="preserve"> 快</w:t>
        <w:br/>
        <w:t>Hold</w:t>
      </w:r>
      <w:r>
        <w:t xml:space="preserve"> his</w:t>
      </w:r>
      <w:r>
        <w:t xml:space="preserve"> legs!</w:t>
      </w:r>
      <w:r>
        <w:t xml:space="preserve"> Take</w:t>
      </w:r>
      <w:r>
        <w:t xml:space="preserve"> his</w:t>
      </w:r>
      <w:r>
        <w:t xml:space="preserve"> legs,</w:t>
      </w:r>
      <w:r>
        <w:t xml:space="preserve"> come</w:t>
      </w:r>
      <w:r>
        <w:t xml:space="preserve"> on!</w:t>
        <w:br/>
        <w:t>会没事的</w:t>
      </w:r>
      <w:r>
        <w:t xml:space="preserve"> 兄弟</w:t>
      </w:r>
      <w:r>
        <w:t xml:space="preserve"> 有我们呢</w:t>
        <w:br/>
        <w:t>You'll</w:t>
      </w:r>
      <w:r>
        <w:t xml:space="preserve"> be</w:t>
      </w:r>
      <w:r>
        <w:t xml:space="preserve"> fine,</w:t>
      </w:r>
      <w:r>
        <w:t xml:space="preserve"> buddy.</w:t>
      </w:r>
      <w:r>
        <w:t xml:space="preserve"> We</w:t>
      </w:r>
      <w:r>
        <w:t xml:space="preserve"> got</w:t>
      </w:r>
      <w:r>
        <w:t xml:space="preserve"> you.</w:t>
        <w:br/>
        <w:t>慢点</w:t>
      </w:r>
      <w:r>
        <w:t xml:space="preserve"> 走</w:t>
        <w:br/>
        <w:t>Easy.</w:t>
      </w:r>
      <w:r>
        <w:t xml:space="preserve"> Here</w:t>
      </w:r>
      <w:r>
        <w:t xml:space="preserve"> we</w:t>
      </w:r>
      <w:r>
        <w:t xml:space="preserve"> go.</w:t>
        <w:br/>
        <w:t>一定要让他镇静</w:t>
        <w:br/>
        <w:t>Just</w:t>
      </w:r>
      <w:r>
        <w:t xml:space="preserve"> have</w:t>
      </w:r>
      <w:r>
        <w:t xml:space="preserve"> to</w:t>
      </w:r>
      <w:r>
        <w:t xml:space="preserve"> calm</w:t>
      </w:r>
      <w:r>
        <w:t xml:space="preserve"> him.</w:t>
        <w:br/>
        <w:t>把他抬走吧</w:t>
      </w:r>
      <w:r>
        <w:t xml:space="preserve"> 一</w:t>
      </w:r>
      <w:r>
        <w:t xml:space="preserve"> 二</w:t>
      </w:r>
      <w:r>
        <w:t xml:space="preserve"> 三</w:t>
        <w:br/>
        <w:t>Let's</w:t>
      </w:r>
      <w:r>
        <w:t xml:space="preserve"> get</w:t>
      </w:r>
      <w:r>
        <w:t xml:space="preserve"> him</w:t>
      </w:r>
      <w:r>
        <w:t xml:space="preserve"> out</w:t>
      </w:r>
      <w:r>
        <w:t xml:space="preserve"> of</w:t>
      </w:r>
      <w:r>
        <w:t xml:space="preserve"> here.</w:t>
      </w:r>
      <w:r>
        <w:t xml:space="preserve"> One,</w:t>
      </w:r>
      <w:r>
        <w:t xml:space="preserve"> two,</w:t>
      </w:r>
      <w:r>
        <w:t xml:space="preserve"> three.</w:t>
        <w:br/>
        <w:t>1944年3月6日被称为黑色星期一</w:t>
        <w:br/>
        <w:t>March</w:t>
      </w:r>
      <w:r>
        <w:t xml:space="preserve"> 6th,</w:t>
      </w:r>
      <w:r>
        <w:t xml:space="preserve"> 1944</w:t>
      </w:r>
      <w:r>
        <w:t xml:space="preserve"> became</w:t>
      </w:r>
      <w:r>
        <w:t xml:space="preserve"> known</w:t>
      </w:r>
      <w:r>
        <w:t xml:space="preserve"> as</w:t>
      </w:r>
      <w:r>
        <w:t xml:space="preserve"> Black</w:t>
      </w:r>
      <w:r>
        <w:t xml:space="preserve"> Monday</w:t>
        <w:br/>
        <w:t>因为那天牺牲了很多人</w:t>
        <w:br/>
        <w:t>because</w:t>
      </w:r>
      <w:r>
        <w:t xml:space="preserve"> of</w:t>
      </w:r>
      <w:r>
        <w:t xml:space="preserve"> how</w:t>
      </w:r>
      <w:r>
        <w:t xml:space="preserve"> many</w:t>
      </w:r>
      <w:r>
        <w:t xml:space="preserve"> men</w:t>
      </w:r>
      <w:r>
        <w:t xml:space="preserve"> were</w:t>
      </w:r>
      <w:r>
        <w:t xml:space="preserve"> lost</w:t>
      </w:r>
      <w:r>
        <w:t xml:space="preserve"> that</w:t>
      </w:r>
      <w:r>
        <w:t xml:space="preserve"> day.</w:t>
        <w:br/>
        <w:t>其中150人是100轰炸大队的</w:t>
        <w:br/>
        <w:t>150</w:t>
      </w:r>
      <w:r>
        <w:t xml:space="preserve"> of</w:t>
      </w:r>
      <w:r>
        <w:t xml:space="preserve"> them</w:t>
      </w:r>
      <w:r>
        <w:t xml:space="preserve"> were</w:t>
      </w:r>
      <w:r>
        <w:t xml:space="preserve"> from</w:t>
      </w:r>
      <w:r>
        <w:t xml:space="preserve"> the</w:t>
      </w:r>
    </w:p>
    <w:p>
      <w:r>
        <w:t xml:space="preserve"> 100th.</w:t>
        <w:br/>
        <w:t>他们的驾驶舱被直接命中</w:t>
        <w:br/>
        <w:t>They</w:t>
      </w:r>
      <w:r>
        <w:t xml:space="preserve"> took</w:t>
      </w:r>
      <w:r>
        <w:t xml:space="preserve"> a</w:t>
      </w:r>
      <w:r>
        <w:t xml:space="preserve"> direct</w:t>
      </w:r>
      <w:r>
        <w:t xml:space="preserve"> hit</w:t>
      </w:r>
      <w:r>
        <w:t xml:space="preserve"> in</w:t>
      </w:r>
      <w:r>
        <w:t xml:space="preserve"> the</w:t>
      </w:r>
      <w:r>
        <w:t xml:space="preserve"> cockpit.</w:t>
        <w:br/>
        <w:t>迈纳和金塞拉一定是当场死亡的</w:t>
        <w:br/>
        <w:t>Miner</w:t>
      </w:r>
      <w:r>
        <w:t xml:space="preserve"> and</w:t>
      </w:r>
      <w:r>
        <w:t xml:space="preserve"> Kinsella</w:t>
      </w:r>
      <w:r>
        <w:t xml:space="preserve"> must</w:t>
      </w:r>
      <w:r>
        <w:t xml:space="preserve"> have</w:t>
      </w:r>
      <w:r>
        <w:t xml:space="preserve"> been</w:t>
      </w:r>
      <w:r>
        <w:t xml:space="preserve"> killed</w:t>
      </w:r>
      <w:r>
        <w:t xml:space="preserve"> instantly.</w:t>
        <w:br/>
        <w:t>至少我希望是</w:t>
      </w:r>
      <w:r>
        <w:t xml:space="preserve"> 没那么痛苦</w:t>
        <w:br/>
        <w:t>At</w:t>
      </w:r>
      <w:r>
        <w:t xml:space="preserve"> least</w:t>
      </w:r>
      <w:r>
        <w:t xml:space="preserve"> I</w:t>
      </w:r>
      <w:r>
        <w:t xml:space="preserve"> hope</w:t>
      </w:r>
      <w:r>
        <w:t xml:space="preserve"> for</w:t>
      </w:r>
      <w:r>
        <w:t xml:space="preserve"> their</w:t>
      </w:r>
      <w:r>
        <w:t xml:space="preserve"> sake</w:t>
      </w:r>
      <w:r>
        <w:t xml:space="preserve"> they</w:t>
      </w:r>
      <w:r>
        <w:t xml:space="preserve"> were.</w:t>
        <w:br/>
        <w:t>他们的飞机完全失控</w:t>
        <w:br/>
        <w:t>Their</w:t>
      </w:r>
      <w:r>
        <w:t xml:space="preserve"> ship</w:t>
      </w:r>
      <w:r>
        <w:t xml:space="preserve"> went</w:t>
      </w:r>
      <w:r>
        <w:t xml:space="preserve"> totally</w:t>
      </w:r>
      <w:r>
        <w:t xml:space="preserve"> out</w:t>
      </w:r>
      <w:r>
        <w:t xml:space="preserve"> of</w:t>
      </w:r>
      <w:r>
        <w:t xml:space="preserve"> control.</w:t>
        <w:br/>
        <w:t>径直朝着高位梯队向上飞去</w:t>
        <w:br/>
        <w:t>Headed</w:t>
      </w:r>
      <w:r>
        <w:t xml:space="preserve"> straight</w:t>
      </w:r>
      <w:r>
        <w:t xml:space="preserve"> up,</w:t>
      </w:r>
      <w:r>
        <w:t xml:space="preserve"> right</w:t>
      </w:r>
      <w:r>
        <w:t xml:space="preserve"> for</w:t>
      </w:r>
      <w:r>
        <w:t xml:space="preserve"> the</w:t>
      </w:r>
      <w:r>
        <w:t xml:space="preserve"> high</w:t>
      </w:r>
      <w:r>
        <w:t xml:space="preserve"> element.</w:t>
        <w:br/>
        <w:t>哈里森不得不做规避动作</w:t>
      </w:r>
      <w:r>
        <w:t xml:space="preserve"> 以免被撞到</w:t>
        <w:br/>
        <w:t>Harrison</w:t>
      </w:r>
      <w:r>
        <w:t xml:space="preserve"> had</w:t>
      </w:r>
      <w:r>
        <w:t xml:space="preserve"> to</w:t>
      </w:r>
      <w:r>
        <w:t xml:space="preserve"> take</w:t>
      </w:r>
      <w:r>
        <w:t xml:space="preserve"> evasive</w:t>
      </w:r>
      <w:r>
        <w:t xml:space="preserve"> maneuvers</w:t>
      </w:r>
      <w:r>
        <w:t xml:space="preserve"> not</w:t>
      </w:r>
      <w:r>
        <w:t xml:space="preserve"> to</w:t>
      </w:r>
      <w:r>
        <w:t xml:space="preserve"> get</w:t>
      </w:r>
      <w:r>
        <w:t xml:space="preserve"> hit</w:t>
      </w:r>
      <w:r>
        <w:t xml:space="preserve"> by</w:t>
      </w:r>
      <w:r>
        <w:t xml:space="preserve"> it.</w:t>
        <w:br/>
        <w:t>然后飞机一头栽了下去</w:t>
        <w:br/>
        <w:t>Then</w:t>
      </w:r>
      <w:r>
        <w:t xml:space="preserve"> it</w:t>
      </w:r>
      <w:r>
        <w:t xml:space="preserve"> nosedived.</w:t>
        <w:br/>
        <w:t>这是他们的第25次任务</w:t>
        <w:br/>
        <w:t>On</w:t>
      </w:r>
      <w:r>
        <w:t xml:space="preserve"> their</w:t>
      </w:r>
      <w:r>
        <w:t xml:space="preserve"> 25th.</w:t>
        <w:br/>
        <w:t>德国鬼子攻击我们跳伞的人</w:t>
      </w:r>
      <w:r>
        <w:t xml:space="preserve"> 一个接一个</w:t>
        <w:br/>
        <w:t>Motherfuckers</w:t>
      </w:r>
      <w:r>
        <w:t xml:space="preserve"> went</w:t>
      </w:r>
      <w:r>
        <w:t xml:space="preserve"> after</w:t>
      </w:r>
      <w:r>
        <w:t xml:space="preserve"> our</w:t>
      </w:r>
      <w:r>
        <w:t xml:space="preserve"> guys</w:t>
      </w:r>
      <w:r>
        <w:t xml:space="preserve"> in</w:t>
      </w:r>
      <w:r>
        <w:t xml:space="preserve"> parachutes,</w:t>
      </w:r>
      <w:r>
        <w:t xml:space="preserve"> one</w:t>
      </w:r>
      <w:r>
        <w:t xml:space="preserve"> after</w:t>
      </w:r>
      <w:r>
        <w:t xml:space="preserve"> another.</w:t>
        <w:br/>
        <w:t>把他们全杀光了</w:t>
        <w:br/>
        <w:t>They</w:t>
      </w:r>
      <w:r>
        <w:t xml:space="preserve"> killed</w:t>
      </w:r>
      <w:r>
        <w:t xml:space="preserve"> them</w:t>
      </w:r>
      <w:r>
        <w:t xml:space="preserve"> all...</w:t>
        <w:br/>
        <w:t>一个不剩</w:t>
        <w:br/>
        <w:t>every</w:t>
      </w:r>
      <w:r>
        <w:t xml:space="preserve"> last</w:t>
      </w:r>
      <w:r>
        <w:t xml:space="preserve"> one</w:t>
      </w:r>
      <w:r>
        <w:t xml:space="preserve"> of</w:t>
      </w:r>
      <w:r>
        <w:t xml:space="preserve"> them.</w:t>
        <w:br/>
        <w:t>我们的机组越来越年轻</w:t>
        <w:br/>
        <w:t>As</w:t>
      </w:r>
      <w:r>
        <w:t xml:space="preserve"> our</w:t>
      </w:r>
      <w:r>
        <w:t xml:space="preserve"> crews</w:t>
      </w:r>
      <w:r>
        <w:t xml:space="preserve"> got</w:t>
      </w:r>
      <w:r>
        <w:t xml:space="preserve"> younger,</w:t>
        <w:br/>
        <w:t>伤亡人数越来越多</w:t>
      </w:r>
      <w:r>
        <w:t xml:space="preserve"> 基地的士气一落千丈</w:t>
        <w:br/>
        <w:t>our</w:t>
      </w:r>
      <w:r>
        <w:t xml:space="preserve"> casualties</w:t>
      </w:r>
      <w:r>
        <w:t xml:space="preserve"> climbed</w:t>
      </w:r>
      <w:r>
        <w:t xml:space="preserve"> and</w:t>
      </w:r>
      <w:r>
        <w:t xml:space="preserve"> the</w:t>
      </w:r>
      <w:r>
        <w:t xml:space="preserve"> morale</w:t>
      </w:r>
      <w:r>
        <w:t xml:space="preserve"> on</w:t>
      </w:r>
      <w:r>
        <w:t xml:space="preserve"> base</w:t>
      </w:r>
      <w:r>
        <w:t xml:space="preserve"> plummeted.</w:t>
        <w:br/>
        <w:t>我们都需要从战争中转移注意力</w:t>
        <w:br/>
        <w:t>We</w:t>
      </w:r>
      <w:r>
        <w:t xml:space="preserve"> all</w:t>
      </w:r>
      <w:r>
        <w:t xml:space="preserve"> needed</w:t>
      </w:r>
      <w:r>
        <w:t xml:space="preserve"> to</w:t>
      </w:r>
      <w:r>
        <w:t xml:space="preserve"> distract</w:t>
      </w:r>
      <w:r>
        <w:t xml:space="preserve"> ourselves</w:t>
      </w:r>
      <w:r>
        <w:t xml:space="preserve"> from</w:t>
      </w:r>
      <w:r>
        <w:t xml:space="preserve"> the</w:t>
      </w:r>
      <w:r>
        <w:t xml:space="preserve"> war.</w:t>
        <w:br/>
        <w:t>我决定给桑德拉打电&amp;hearts;话&amp;hearts;</w:t>
        <w:br/>
        <w:t>I</w:t>
      </w:r>
      <w:r>
        <w:t xml:space="preserve"> decided</w:t>
      </w:r>
      <w:r>
        <w:t xml:space="preserve"> to</w:t>
      </w:r>
      <w:r>
        <w:t xml:space="preserve"> call</w:t>
      </w:r>
      <w:r>
        <w:t xml:space="preserve"> Sandra.</w:t>
        <w:br/>
        <w:t>我告诉自己</w:t>
      </w:r>
      <w:r>
        <w:t xml:space="preserve"> 我只是想找个</w:t>
      </w:r>
      <w:r>
        <w:t xml:space="preserve"> 一起喝酒</w:t>
      </w:r>
      <w:r>
        <w:t xml:space="preserve"> 一起笑的伴</w:t>
        <w:br/>
        <w:t>I</w:t>
      </w:r>
      <w:r>
        <w:t xml:space="preserve"> told</w:t>
      </w:r>
      <w:r>
        <w:t xml:space="preserve"> myself</w:t>
      </w:r>
      <w:r>
        <w:t xml:space="preserve"> all</w:t>
      </w:r>
      <w:r>
        <w:t xml:space="preserve"> I</w:t>
      </w:r>
      <w:r>
        <w:t xml:space="preserve"> wanted</w:t>
      </w:r>
      <w:r>
        <w:t xml:space="preserve"> was</w:t>
      </w:r>
      <w:r>
        <w:t xml:space="preserve"> someone</w:t>
      </w:r>
      <w:r>
        <w:t xml:space="preserve"> to</w:t>
      </w:r>
      <w:r>
        <w:t xml:space="preserve"> drink</w:t>
      </w:r>
      <w:r>
        <w:t xml:space="preserve"> and</w:t>
      </w:r>
      <w:r>
        <w:t xml:space="preserve"> laugh</w:t>
      </w:r>
      <w:r>
        <w:t xml:space="preserve"> with,</w:t>
        <w:br/>
        <w:t>但我给她打了第二次电&amp;hearts;话&amp;hearts;</w:t>
        <w:br/>
        <w:t>but</w:t>
      </w:r>
      <w:r>
        <w:t xml:space="preserve"> then</w:t>
      </w:r>
      <w:r>
        <w:t xml:space="preserve"> I</w:t>
      </w:r>
      <w:r>
        <w:t xml:space="preserve"> called</w:t>
      </w:r>
      <w:r>
        <w:t xml:space="preserve"> her</w:t>
      </w:r>
      <w:r>
        <w:t xml:space="preserve"> a</w:t>
      </w:r>
      <w:r>
        <w:t xml:space="preserve"> second</w:t>
      </w:r>
      <w:r>
        <w:t xml:space="preserve"> time.</w:t>
        <w:br/>
        <w:t>然后是第三次</w:t>
        <w:br/>
        <w:t>And</w:t>
      </w:r>
      <w:r>
        <w:t xml:space="preserve"> a</w:t>
      </w:r>
      <w:r>
        <w:t xml:space="preserve"> third.</w:t>
        <w:br/>
        <w:t>(好彩香烟)</w:t>
        <w:br/>
        <w:t>给你</w:t>
        <w:br/>
        <w:t>There</w:t>
      </w:r>
      <w:r>
        <w:t xml:space="preserve"> we</w:t>
      </w:r>
      <w:r>
        <w:t xml:space="preserve"> go.</w:t>
        <w:br/>
        <w:t>能用吗</w:t>
        <w:br/>
        <w:t>Is</w:t>
      </w:r>
      <w:r>
        <w:t xml:space="preserve"> it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https://d.book118.com/048127005000006042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48127005000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