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教师专培训个人总结（35篇）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教师专培训个人总结（精选35篇）</w:t>
      </w:r>
      <w:r>
        <w:rPr>
          <w:lang w:eastAsia="zh-CN"/>
        </w:rPr>
        <w:br/>
      </w:r>
      <w:r>
        <w:rPr>
          <w:lang w:eastAsia="zh-CN"/>
        </w:rPr>
        <w:t xml:space="preserve">    教师专培训个人总结 篇1 </w:t>
      </w:r>
      <w:r>
        <w:rPr>
          <w:lang w:eastAsia="zh-CN"/>
        </w:rPr>
        <w:br/>
      </w:r>
      <w:r>
        <w:rPr>
          <w:lang w:eastAsia="zh-CN"/>
        </w:rPr>
        <w:t>　　听了九位专家的讲座，发现了他们之所以成为名师、专家都有一共同的规律：就是都喜欢教师这个职业，并且把教师这种职业作为自己毕生的事业来做。他们的成功告诉我们一个事实，那就是“兴趣是最好的老师”。这给了我很大的启迪，首先教会我要更加喜欢教师这个职业，才能可能一位合格的人民教师；其次，让我明白教授学生最好的学习方法是让学生对所学习科目产生兴趣。</w:t>
      </w:r>
      <w:r>
        <w:rPr>
          <w:lang w:eastAsia="zh-CN"/>
        </w:rPr>
        <w:br/>
      </w:r>
      <w:r>
        <w:rPr>
          <w:lang w:eastAsia="zh-CN"/>
        </w:rPr>
        <w:t>　　教体局请的每位名师、专家的课都很精彩，从中都能学到很多东西，但对我印象最深刻、影响最大的是薛跃娥老师的讲座。你可以说她的学历不高，可以说她的文笔不美，她的声音不动听，但她的每句话都是发自肺腑的，她所做的每件事都是真实的，这就是真情的力量。这种力量是无穷的，以至于在场的每位新教师都感动的流泪，一句话感动来自真实。</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听了薛老师的讲座后，内心下定决心今后一定要做一个像薛老师一样的好老师。我感觉现在我们新教师缺的不是知识更不是能力，而是一种持续的向着既定目标前进的动力和毅力。孔子曰：“三人行必有我师”，我想作为一位即将走上工作岗位的新教师，应该向每一位教师学习，那怕是职位比自己要低的人、知识不如自己丰富的人。只有这样，才可能有所进步，才可能成为一位出色的人民教师，才不愧“人类灵魂的工程师”的称号。</w:t>
      </w:r>
      <w:r>
        <w:rPr>
          <w:lang w:eastAsia="zh-CN"/>
        </w:rPr>
        <w:br/>
      </w:r>
      <w:r>
        <w:rPr>
          <w:lang w:eastAsia="zh-CN"/>
        </w:rPr>
        <w:t>　　进入21世纪以来，知识的更新之快达到了前所未有的程度，每隔四五年所有的知识就要重新更新一遍。正如一位培训教师所讲的那样：“要想做一位优秀的人民教师就要时刻提醒自己学习，不断更新自己的知识储备，只有这样才能跟上时代的脚步，才能不做“新时代的文盲”。很多专家认为：“新时代的文盲不是不懂知识，而是不学新的知识”。我想，作为新时代的新教师，不仅自己要有一桶水，更重要的是要有一桶渊源流动的“活水”，这样才能教育好学生，才能用自己的“一桶水”引流给学生“一缸水”，乃至一条奔流不息的河流。一句话概括新时代的教师面临的命运选择，正如“逆水行舟，不进则退。”</w:t>
      </w:r>
      <w:r>
        <w:rPr>
          <w:lang w:eastAsia="zh-CN"/>
        </w:rPr>
        <w:br/>
      </w:r>
      <w:r>
        <w:rPr>
          <w:lang w:eastAsia="zh-CN"/>
        </w:rPr>
        <w:t>　　总之，通过这次培训，使我深刻意识到：自己的知识、能力与各位名师、专家之间的差距是巨大的。所以，只有重新踏上新的起跑线，通过自己一步步的努力，不断的学习，不断的充实自己，才能立足这个教育飞速发展的时代，才能不断提升自己社会的价值，为我国的教育事业的蓬勃发展做出自己应有的贡献。</w:t>
      </w:r>
      <w:r>
        <w:rPr>
          <w:lang w:eastAsia="zh-CN"/>
        </w:rPr>
        <w:br/>
      </w:r>
      <w:r>
        <w:rPr>
          <w:lang w:eastAsia="zh-CN"/>
        </w:rPr>
        <w:t xml:space="preserve">    教师专培训个人总结 篇2 </w:t>
      </w:r>
      <w:r>
        <w:rPr>
          <w:lang w:eastAsia="zh-CN"/>
        </w:rPr>
        <w:br/>
      </w:r>
      <w:r>
        <w:rPr>
          <w:lang w:eastAsia="zh-CN"/>
        </w:rPr>
        <w:t>　　通过这次培训，我得到了很大的收获，现将自己的心得体会总结如下：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首先，培训使我对教师这一职业有了更加清楚的认识。在培训中，__老师谈到了当代教师身肩重任、角色特别，这似乎是一个比较陈旧的话题，但细细体会、琢磨他的话语，觉得很有分量。这也使我对教师这一职业有了更深的思考和认识：教师是文化的传递者。“师者，所以传道、授业、解惑也”，这是从知识传递的角度来反映教师的重要性。教师是榜样。学高为师，身正为范也正是这个意思，这里主要涉及做人的问题，学生都有向师性，实际上是做人的一种认同感；同时学生受教育的过程是人格完善的'过程，教师的人格力量是无形的、不可估量的，教师要真正成为学生的引路人。教师是管理者。教师要有较强的组织领导、管理协调能力，才能使教学更有效率，更能促进学生的发展。教师是父母。作为一名教师，要富有爱心，教师对学生的爱应是无私的、平等的，就像父母对待孩子，所以我们说教师是父母。并且，教师还要善于发现每一个学生的闪光点和发展需要。教师是朋友。所谓良师益友，就是强调教师和学生要交心，师生之间的融洽度、亲和力要达到知心朋友一样。最后，教师是学生的心理辅导者。教师必须要懂教育学、心理学、健康心理学等，应了解不同学生的心理特点、心理困惑、心理压力等，以给予及时的帮助和排解，培养学生健康的心理品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在这次培训中有几项任务是教师要从学生的角度做一些东西，虽然说我们现在还是学生，但是对于我们来说还是很有难度。因为我们不知道现在学生的想法是不是还和我们一样，做出来的学生演示文稿会不会完全符合我们之前作的单元计划。其实这就是要培养学生创新意识，并使之逐渐形成新能力，要求教师放下权威，师长的架子，以一个普通参与者的身份与学生共同研究，共同探讨教学中的各种问题，使学生勇于挑战课本，挑战教师，挑战权威。未来教育需要专家型的教师，而不是教书匠，这就要求教师既不能脱离教学实际又要为解决教学中的问题而进行的研究即不是在书斋进行的研究而是在教学活动中的研究。</w:t>
      </w:r>
      <w:r>
        <w:rPr>
          <w:lang w:eastAsia="zh-CN"/>
        </w:rPr>
        <w:br/>
      </w:r>
      <w:r>
        <w:rPr>
          <w:lang w:eastAsia="zh-CN"/>
        </w:rPr>
        <w:t>　　新的起点需要新的奋斗，新的奋斗需要旗帜作为引导，这次培训就是一面很好的旗帜，在思想、行动和实践工作上给了我切实的指导和鼓励。一切工作都需要实践来证明，成功＝艰苦的劳动+正确的方法+少谈空话，在今后的工作中，我将以本次培训精神作为指导，以自己的实际行动来为文中做贡献，实现自身价值。</w:t>
      </w:r>
      <w:r>
        <w:rPr>
          <w:lang w:eastAsia="zh-CN"/>
        </w:rPr>
        <w:br/>
      </w:r>
      <w:r>
        <w:rPr>
          <w:lang w:eastAsia="zh-CN"/>
        </w:rPr>
        <w:t xml:space="preserve">    教师专培训个人总结 篇3 </w:t>
      </w:r>
      <w:r>
        <w:rPr>
          <w:lang w:eastAsia="zh-CN"/>
        </w:rPr>
        <w:br/>
      </w:r>
      <w:r>
        <w:rPr>
          <w:lang w:eastAsia="zh-CN"/>
        </w:rPr>
        <w:t>　　经过一学期的学习，收获很多，现总结如下。</w:t>
      </w:r>
      <w:r>
        <w:rPr>
          <w:lang w:eastAsia="zh-CN"/>
        </w:rPr>
        <w:br/>
      </w:r>
      <w:r>
        <w:rPr>
          <w:lang w:eastAsia="zh-CN"/>
        </w:rPr>
        <w:t>　　1。更新了观念，学到了知识，明确了今后的任务。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通过培训更新了教学观念，拓宽了思路，对新课程的认识与实践都有了一个质的飞跃，对自身的素质提高有很大的推动作用。丰富的网络资源给老师们提了供无限广阔的学习空间。经过培训，学员掌握了理论知识，并能运用理论指导自己的教学实践。这次培训的内容，直面课改，直击课改中的问题与困惑，贴近教学实际，贴近课堂，正是教师们在课改中渴求解决的问题。学员获得的不仅是课改理念，而且获得解决实际问题的方法和途径，真正是学有所乐，学有所得。这次培训大多数学员感觉到学到很多知识，为今后的工作打下了坚实的基础，许多学员都表示这次学习不但学有所获，更重要的是一定要做到学有所用，把学到的知识在回到学校后应用到今后的教学实践中去，为当地的教育事业发展和经济的振兴贡献力量。</w:t>
      </w:r>
      <w:r>
        <w:rPr>
          <w:lang w:eastAsia="zh-CN"/>
        </w:rPr>
        <w:br/>
      </w:r>
      <w:r>
        <w:rPr>
          <w:lang w:eastAsia="zh-CN"/>
        </w:rPr>
        <w:t>　　2，扩展了教师教科研交流的视野。</w:t>
      </w:r>
      <w:r>
        <w:rPr>
          <w:lang w:eastAsia="zh-CN"/>
        </w:rPr>
        <w:br/>
      </w:r>
      <w:r>
        <w:rPr>
          <w:lang w:eastAsia="zh-CN"/>
        </w:rPr>
        <w:t>　　教科研工作是学校一项重要工作，由于条件的限制，以往教科研工作大都受到时间和空间的限制，而教师远程继续教育培训具有经济、快捷、方便、工学矛盾小等特点，教师足不出户就可以了解到最新的教育理念和教育教学成果，并可以学以致用。教师在课改实践中的许多问题，困惑、思考和收获，在网络平台上可以与专家团队交流，与指导教师、班主任交流，与所有在线的上万名同仁交流。网络平台这种交流形式，克服了教师口头语言交流顾忌和心理障碍，交流的渠道更加畅通，教师们能畅所欲言，给学员提供无限广阔的交流空间，教师的个性、价值在这里能得到充分展示和体现。</w:t>
      </w:r>
      <w:r>
        <w:rPr>
          <w:lang w:eastAsia="zh-CN"/>
        </w:rPr>
        <w:br/>
      </w:r>
      <w:r>
        <w:rPr>
          <w:lang w:eastAsia="zh-CN"/>
        </w:rPr>
        <w:t>　　3、初步建立了教师进修学校新的培训模式。</w:t>
      </w:r>
      <w:r>
        <w:rPr>
          <w:lang w:eastAsia="zh-CN"/>
        </w:rPr>
        <w:br/>
      </w:r>
      <w:r>
        <w:rPr>
          <w:lang w:eastAsia="zh-CN"/>
        </w:rPr>
        <w:t>　　教师接受继续教育、参加培训，靠思想觉悟，更要靠健全的制度激励和约束。我市教育主管部门及时对教师非学历继续教育工作制定了一些政策性措施，督促教师与时俱进、提高自身素质，促进以校园为单位的学习型组织建设。它适应了教师教育发展的不断改革、创新的基本规律，适应了现代科学技术发展需要和教师的心理需求。从这里我们看到教师个人学历进修：是教师教育发展到一定历史阶段的必然趋势，是教师教育改革与创新的必由之路，它必将给未来教师教育带来巨大的生命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xml:space="preserve">    教师专培训个人总结 篇4 </w:t>
      </w:r>
      <w:r>
        <w:rPr>
          <w:lang w:eastAsia="zh-CN"/>
        </w:rPr>
        <w:br/>
      </w:r>
      <w:r>
        <w:rPr>
          <w:lang w:eastAsia="zh-CN"/>
        </w:rPr>
        <w:t>　　我参加了学校组织的教师全员培训，是一次难忘的充电机会，它为老师们搭建了一个很好的学习提高的平台。每天的讲座都以鲜活的实例、丰富的知识内涵及精湛的理论阐述打动了我的心，使我的思想重新焕发了激情，燃起了斗志，确实感到受益匪浅。其中，对于教师职业倦怠这个问题的探讨对我感触颇深。</w:t>
      </w:r>
      <w:r>
        <w:rPr>
          <w:lang w:eastAsia="zh-CN"/>
        </w:rPr>
        <w:br/>
      </w:r>
      <w:r>
        <w:rPr>
          <w:lang w:eastAsia="zh-CN"/>
        </w:rPr>
        <w:t>　　当教师的时间长了，和许多人一样，自然而然地有了这样一些感觉：工作热情丧失了，和学生距离疏远了，对待学生的态度冷漠了，安于现状、平淡无为、得过且过，做一天和尚撞一天钟的想法增多了，甚至有了放弃教师职业的消极想法。实际上，这就是教师职业倦怠的症状表现，职业倦怠一旦产生，人的态度、行为都会发生很大变化，对教育教学工作必然产生一定的影响。那么，如何克服教师职业倦怠呢?我认为可以从以下几点努力：</w:t>
      </w:r>
      <w:r>
        <w:rPr>
          <w:lang w:eastAsia="zh-CN"/>
        </w:rPr>
        <w:br/>
      </w:r>
      <w:r>
        <w:rPr>
          <w:lang w:eastAsia="zh-CN"/>
        </w:rPr>
        <w:t>　　一、保持一颗平常心</w:t>
      </w:r>
      <w:r>
        <w:rPr>
          <w:lang w:eastAsia="zh-CN"/>
        </w:rPr>
        <w:br/>
      </w:r>
      <w:r>
        <w:rPr>
          <w:lang w:eastAsia="zh-CN"/>
        </w:rPr>
        <w:t>　　有的教师具有远大的教育理想和饱满的工作热情，有比较高的目标。一旦工作一时停滞不前，或者工作压力加大，很容易产生职业倦怠。一个人的时间、精力和能力有限，不是人人都可以攀登高峰的。需要教师量力而行，正视自己的.能力和水平、自己的精力和时间，对自己要求要适度，不要过高，适当评价自己的工作，对自己不要求全责备。顺境时，心态平和;逆境中，心态冷静。时时保持一颗平常心。</w:t>
      </w:r>
      <w:r>
        <w:rPr>
          <w:lang w:eastAsia="zh-CN"/>
        </w:rPr>
        <w:br/>
      </w:r>
      <w:r>
        <w:rPr>
          <w:lang w:eastAsia="zh-CN"/>
        </w:rPr>
        <w:t>　　二、在学生的成长中获得幸福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我觉得影响教师幸福指数的最直接的原因是来自学生。陶行知先生曾说过：“教师的成功是创造出值得自己崇拜的人，先生之的快乐，是创造出值得崇拜的学生”。由此可见，教师的幸福，就是看到学生的成长，在学生的进步中体会到一种他人无法体会到的快乐与幸福。教师天天与成长中的学生进行富有教育价值的交往和对话，它影响着、推动着人的生命成长，是学生情感的培育师，精神的守护神，人格的构建者。所以，当教师看到学生身上展现出自己的劳动成果时，怎么不会感到幸福呢?因此，学生不管是学业上还是生活中，哪怕是一点一滴的进步，都成为教师提高幸福指数的砝码。有付出就会有回报，我们的生活是有些重复，但这重复之中也有着许多的变化，我们也应当让学生意识到，一起享用成果学会体验“过程”的快乐。正是这样，在我们的教学工作中，每当看到学生在学习中有了进步、竞赛中获奖、考入大学、甚至多年后在社会工作中取得了喜人的成绩时，我们所得到的体验和感受不正是愉悦和幸福的吗?</w:t>
      </w:r>
      <w:r>
        <w:rPr>
          <w:lang w:eastAsia="zh-CN"/>
        </w:rPr>
        <w:br/>
      </w:r>
      <w:r>
        <w:rPr>
          <w:lang w:eastAsia="zh-CN"/>
        </w:rPr>
        <w:t>　　三、不断提升自己的专业水平</w:t>
      </w:r>
      <w:r>
        <w:rPr>
          <w:lang w:eastAsia="zh-CN"/>
        </w:rPr>
        <w:br/>
      </w:r>
      <w:r>
        <w:rPr>
          <w:lang w:eastAsia="zh-CN"/>
        </w:rPr>
        <w:t>　　这是克服职业倦怠的良方。自己的专业水平不断提高，从一个高度跃向一个新的高度，工作得到领导的器重，同事的赞叹，学生的认可，家长的肯定，就会获得新的成就感。而获得了新的成就感，就会更加兴致勃勃地投入到工作中去，投入到研究中去，从而进一步提高水平。这样形成了良性循环，职业倦怠自然就销声匿迹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生，像对待自己的孩子一样，关爱学生的成长;努力学习专业知识，提高专业素养;保持良好心态，做一名快乐幸福的教师。</w:t>
      </w:r>
      <w:r>
        <w:rPr>
          <w:lang w:eastAsia="zh-CN"/>
        </w:rPr>
        <w:br/>
      </w:r>
      <w:r>
        <w:rPr>
          <w:lang w:eastAsia="zh-CN"/>
        </w:rPr>
        <w:t xml:space="preserve">    教师专培训个人总结 篇5 </w:t>
      </w:r>
      <w:r>
        <w:rPr>
          <w:lang w:eastAsia="zh-CN"/>
        </w:rPr>
        <w:br/>
      </w:r>
      <w:r>
        <w:rPr>
          <w:lang w:eastAsia="zh-CN"/>
        </w:rPr>
        <w:t>　　一、指导思想</w:t>
      </w:r>
      <w:r>
        <w:rPr>
          <w:lang w:eastAsia="zh-CN"/>
        </w:rPr>
        <w:br/>
      </w:r>
      <w:r>
        <w:rPr>
          <w:lang w:eastAsia="zh-CN"/>
        </w:rPr>
        <w:t>　　为更好地发挥名师、骨干教师的示范、辐射、引领作用，提升其专业化的发展空间，促进所有教师的共同发展，形成良性的教师互动机制，实现优质教育资源共享，推动光谷教育快速、健康、均衡发展，由东湖开发区教研室牵头成立 “ 刘萍老师工作坊”。</w:t>
      </w:r>
      <w:r>
        <w:rPr>
          <w:lang w:eastAsia="zh-CN"/>
        </w:rPr>
        <w:br/>
      </w:r>
      <w:r>
        <w:rPr>
          <w:lang w:eastAsia="zh-CN"/>
        </w:rPr>
        <w:t>　　为此，特制定本工作坊方案。</w:t>
      </w:r>
      <w:r>
        <w:rPr>
          <w:lang w:eastAsia="zh-CN"/>
        </w:rPr>
        <w:br/>
      </w:r>
      <w:r>
        <w:rPr>
          <w:lang w:eastAsia="zh-CN"/>
        </w:rPr>
        <w:t>　　二、发展目标</w:t>
      </w:r>
      <w:r>
        <w:rPr>
          <w:lang w:eastAsia="zh-CN"/>
        </w:rPr>
        <w:br/>
      </w:r>
      <w:r>
        <w:rPr>
          <w:lang w:eastAsia="zh-CN"/>
        </w:rPr>
        <w:t>　　教师工作坊是指某一区域内由一名特级教师或名师主持、多位不同层级的教师参加的具有共学、导教、引研性质的学习型民间组织。</w:t>
      </w:r>
      <w:r>
        <w:rPr>
          <w:lang w:eastAsia="zh-CN"/>
        </w:rPr>
        <w:br/>
      </w:r>
      <w:r>
        <w:rPr>
          <w:lang w:eastAsia="zh-CN"/>
        </w:rPr>
        <w:t>　　其发展目标为：</w:t>
      </w:r>
      <w:r>
        <w:rPr>
          <w:lang w:eastAsia="zh-CN"/>
        </w:rPr>
        <w:br/>
      </w:r>
      <w:r>
        <w:rPr>
          <w:lang w:eastAsia="zh-CN"/>
        </w:rPr>
        <w:t>　　1、建成全区小学语文老师的精神家园，从而找到全区语文老师的灵魂之所在。</w:t>
      </w:r>
      <w:r>
        <w:rPr>
          <w:lang w:eastAsia="zh-CN"/>
        </w:rPr>
        <w:br/>
      </w:r>
      <w:r>
        <w:rPr>
          <w:lang w:eastAsia="zh-CN"/>
        </w:rPr>
        <w:t>　　2、建成全区优秀语文老师的孵化器。</w:t>
      </w:r>
      <w:r>
        <w:rPr>
          <w:lang w:eastAsia="zh-CN"/>
        </w:rPr>
        <w:br/>
      </w:r>
      <w:r>
        <w:rPr>
          <w:lang w:eastAsia="zh-CN"/>
        </w:rPr>
        <w:t>　　3、成为教学改革的先锋力量。</w:t>
      </w:r>
      <w:r>
        <w:rPr>
          <w:lang w:eastAsia="zh-CN"/>
        </w:rPr>
        <w:br/>
      </w:r>
      <w:r>
        <w:rPr>
          <w:lang w:eastAsia="zh-CN"/>
        </w:rPr>
        <w:t>　　4、成为学科发展的助推器。</w:t>
      </w:r>
      <w:r>
        <w:rPr>
          <w:lang w:eastAsia="zh-CN"/>
        </w:rPr>
        <w:br/>
      </w:r>
      <w:r>
        <w:rPr>
          <w:lang w:eastAsia="zh-CN"/>
        </w:rPr>
        <w:t>　　5、成为个人专业、人生成长的共同体。</w:t>
      </w:r>
      <w:r>
        <w:rPr>
          <w:lang w:eastAsia="zh-CN"/>
        </w:rPr>
        <w:br/>
      </w:r>
      <w:r>
        <w:rPr>
          <w:lang w:eastAsia="zh-CN"/>
        </w:rPr>
        <w:t>　　6、通过打造有效的教师平台、发掘优质教育资源和营造良好的教师合作文化，促进教师群体可持续发展。</w:t>
      </w:r>
      <w:r>
        <w:rPr>
          <w:lang w:eastAsia="zh-CN"/>
        </w:rPr>
        <w:br/>
      </w:r>
      <w:r>
        <w:rPr>
          <w:lang w:eastAsia="zh-CN"/>
        </w:rPr>
        <w:t>　　三、组织建设</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刘萍老师工作坊的组成人员第一批共16名成员，具体成员由刘萍老师自行选择和组建。</w:t>
      </w:r>
      <w:r>
        <w:rPr>
          <w:lang w:eastAsia="zh-CN"/>
        </w:rPr>
        <w:br/>
      </w:r>
      <w:r>
        <w:rPr>
          <w:lang w:eastAsia="zh-CN"/>
        </w:rPr>
        <w:t>　　所有人员要求如下：</w:t>
      </w:r>
      <w:r>
        <w:rPr>
          <w:lang w:eastAsia="zh-CN"/>
        </w:rPr>
        <w:br/>
      </w:r>
      <w:r>
        <w:rPr>
          <w:lang w:eastAsia="zh-CN"/>
        </w:rPr>
        <w:t>　　1、热爱教育事业，具有良好师德风范，甘为光谷教育发展贡献出自己的力量、具有先进的教育教学理念，较深厚的学科知识功底，掌握学科教学制高点，有较强的教育教学能力、善于合作交流，善于研究，并能够带动周围教师共同成长的优秀教师。</w:t>
      </w:r>
      <w:r>
        <w:rPr>
          <w:lang w:eastAsia="zh-CN"/>
        </w:rPr>
        <w:br/>
      </w:r>
      <w:r>
        <w:rPr>
          <w:lang w:eastAsia="zh-CN"/>
        </w:rPr>
        <w:t>　　2、指导者必须是熟悉小学课堂、具有丰富的教学经验和突出的研究能力的专家或名师。</w:t>
      </w:r>
      <w:r>
        <w:rPr>
          <w:lang w:eastAsia="zh-CN"/>
        </w:rPr>
        <w:br/>
      </w:r>
      <w:r>
        <w:rPr>
          <w:lang w:eastAsia="zh-CN"/>
        </w:rPr>
        <w:t>　　3、组成人员之间将在名师的主持下分工合作开展学习与研究。</w:t>
      </w:r>
      <w:r>
        <w:rPr>
          <w:lang w:eastAsia="zh-CN"/>
        </w:rPr>
        <w:br/>
      </w:r>
      <w:r>
        <w:rPr>
          <w:lang w:eastAsia="zh-CN"/>
        </w:rPr>
        <w:t>　　四、活动方式</w:t>
      </w:r>
      <w:r>
        <w:rPr>
          <w:lang w:eastAsia="zh-CN"/>
        </w:rPr>
        <w:br/>
      </w:r>
      <w:r>
        <w:rPr>
          <w:lang w:eastAsia="zh-CN"/>
        </w:rPr>
        <w:t>　　工作坊采用实体和虚拟相结合的平台，其中虚拟的网络平台由工作坊成员设计、自主管理，栏目内容推荐如下：“通知通告”、“团队介绍”、“活动日志”、“案例撰写”、“教学切磋”、“课程改革”、“成果交流”、“专家点评”等等。</w:t>
      </w:r>
      <w:r>
        <w:rPr>
          <w:lang w:eastAsia="zh-CN"/>
        </w:rPr>
        <w:br/>
      </w:r>
      <w:r>
        <w:rPr>
          <w:lang w:eastAsia="zh-CN"/>
        </w:rPr>
        <w:t>　　实体的平台采用自主研修、同伴互助、主持人引领与专家指导相结合以及集中会课、专题讨论、行动研究与成果展演相结合的学习方式，前者突出不同学习主体的地位和作用，后者突出活动的重心和注重活动实效。</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其中自主研修是工作坊最基本的学习方式，主要包括自主学习、自觉实践、自我反思；同伴互助主要包括学科内同行协作，要以课例为依托和问题为核心做到做前问诊、做中现场指导和做后交流提升；</w:t>
      </w:r>
      <w:r>
        <w:rPr>
          <w:lang w:eastAsia="zh-CN"/>
        </w:rPr>
        <w:br/>
      </w:r>
      <w:r>
        <w:rPr>
          <w:lang w:eastAsia="zh-CN"/>
        </w:rPr>
        <w:t>　　主持人引领则要求坊主和专家教师深入课堂定期开展听课、评课、研课活动和定期组织专题讨论、总结反思、成果展演；专家指导强调以研究者的眼光和视角审视课堂，加强教育教学研究和指导工作坊形成个性化的教育教学理论。</w:t>
      </w:r>
      <w:r>
        <w:rPr>
          <w:lang w:eastAsia="zh-CN"/>
        </w:rPr>
        <w:br/>
      </w:r>
      <w:r>
        <w:rPr>
          <w:lang w:eastAsia="zh-CN"/>
        </w:rPr>
        <w:t>　　五、任务要求</w:t>
      </w:r>
      <w:r>
        <w:rPr>
          <w:lang w:eastAsia="zh-CN"/>
        </w:rPr>
        <w:br/>
      </w:r>
      <w:r>
        <w:rPr>
          <w:lang w:eastAsia="zh-CN"/>
        </w:rPr>
        <w:t>　　行政支持条件：区域教育行政机构要认真协助宣传工作坊的最新进展，组成人员所在学校要给予充足的活动时间并报批请假以及配合区域教育行政机构做好宣传工作，有条件的学校尽可能给予办公场所和活动设备支持。</w:t>
      </w:r>
      <w:r>
        <w:rPr>
          <w:lang w:eastAsia="zh-CN"/>
        </w:rPr>
        <w:br/>
      </w:r>
      <w:r>
        <w:rPr>
          <w:lang w:eastAsia="zh-CN"/>
        </w:rPr>
        <w:t xml:space="preserve">    教师专培训个人总结 篇6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我校于8月22日至8月24日组织管理干部、班主任及骨干教师，在潍州剧场参加了20__年_教育系统暑期干部教师培训，培训内容围绕“包括实施品牌战略，加快科学发展，努力开创全区教育工作新局面”“推进育人制度建设，办好人民满意教育”“合作：有效教学的关键策略”“务本清源，重点突破，促进全区教育质量全面提升”“为每个学生提供适合的教育”等主题。根据区教育局集中教育活动要求，为增强暑期教师学习的针对性和有效性，我校结合本校实际，学习中采取了上午听报告，下午在校讨论学习内容，根据学习内容结合自己本校和自己本人的教学进行交流，并写出心得体会，并组织教师围绕“规范办学行为，实施素质教育，大力提升教育教学质量”的问题展开了积极的大讨论，学习宣传素质教育的新思想、新理念，进一步树立了正确的教育观、质量观和人才观，教师的创新意识及文明执教、为人师表、甘于奉献的自觉性明显增强，培训取得了良好的效果。现将本次教师集中培训情况总结如下。</w:t>
      </w:r>
      <w:r>
        <w:rPr>
          <w:lang w:eastAsia="zh-CN"/>
        </w:rPr>
        <w:br/>
      </w:r>
      <w:r>
        <w:rPr>
          <w:lang w:eastAsia="zh-CN"/>
        </w:rPr>
        <w:t>　　一、结合学校实际，制订学习计划。</w:t>
      </w:r>
      <w:r>
        <w:rPr>
          <w:lang w:eastAsia="zh-CN"/>
        </w:rPr>
        <w:br/>
      </w:r>
      <w:r>
        <w:rPr>
          <w:lang w:eastAsia="zh-CN"/>
        </w:rPr>
        <w:t>　　根据学校惯例，此次暑期教师集中培训活动仍成立了教师暑期培训领导小组。召开专题会议，讨论制定培训计划、研究落实方案，确保培训顺利有效地开展，各项活动落到实处。</w:t>
      </w:r>
      <w:r>
        <w:rPr>
          <w:lang w:eastAsia="zh-CN"/>
        </w:rPr>
        <w:br/>
      </w:r>
      <w:r>
        <w:rPr>
          <w:lang w:eastAsia="zh-CN"/>
        </w:rPr>
        <w:t>　　为圆满完成政治学习的任务，领导精心组织，制定了切实可行的学习计划，做到内容落实、时间落实、场地落实、组织工作落实。学习前，学校领导听取了老师们的建议，又按照文件要求，采用了宣讲与讨论相结合，自学与交流相结合，理论与实践相结合的方法，安排了多方面的教育学习内容，丰富的教育内容制订，提高了全体教师的学习实效性。</w:t>
      </w:r>
      <w:r>
        <w:rPr>
          <w:lang w:eastAsia="zh-CN"/>
        </w:rPr>
        <w:br/>
      </w:r>
      <w:r>
        <w:rPr>
          <w:lang w:eastAsia="zh-CN"/>
        </w:rPr>
        <w:t>　　二、召开动员大会，鼓励大家积极学习。</w:t>
      </w:r>
      <w:r>
        <w:rPr>
          <w:lang w:eastAsia="zh-CN"/>
        </w:rPr>
        <w:br/>
      </w:r>
      <w:r>
        <w:rPr>
          <w:lang w:eastAsia="zh-CN"/>
        </w:rPr>
        <w:t>　　为确保在规定的时间里收到良好的学习效果，我校召开了领导干部、班主任及骨干教师暑期培训动员大会，会上陈校长反复强调本次培训的重要性，严格遵守出勤制度，记好学习笔记，写好心得体会，干好下学期工作。</w:t>
      </w:r>
      <w:r>
        <w:rPr>
          <w:lang w:eastAsia="zh-CN"/>
        </w:rPr>
        <w:br/>
      </w:r>
      <w:r>
        <w:rPr>
          <w:lang w:eastAsia="zh-CN"/>
        </w:rPr>
        <w:t>　　在动员大会上，陈校长要求大家认清形势，自觉学习，努力提高自身素质和业务水平。指出本学期将构建重能力、重实绩、重贡献的分配激励机制，让每一位教师体会到学习的重要性和紧迫感，充分调动广大教师参与培训的积极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三、落实相关措施，以保证学习质量。</w:t>
      </w:r>
      <w:r>
        <w:rPr>
          <w:lang w:eastAsia="zh-CN"/>
        </w:rPr>
        <w:br/>
      </w:r>
      <w:r>
        <w:rPr>
          <w:lang w:eastAsia="zh-CN"/>
        </w:rPr>
        <w:t>　　1、中心明确，过程落实。本次暑期教师集中培训，我们始终围绕“提升教师师德水平，规范办学行为，提升教学质量”这个中心，主题明确、重点突出、务求实效、不走过场。整个培训过程我们采取了集中学习、小组座谈讨论等形式进行。</w:t>
      </w:r>
      <w:r>
        <w:rPr>
          <w:lang w:eastAsia="zh-CN"/>
        </w:rPr>
        <w:br/>
      </w:r>
      <w:r>
        <w:rPr>
          <w:lang w:eastAsia="zh-CN"/>
        </w:rPr>
        <w:t>　　为了保证讨论质量，我校还分别拟定讨论话题。如教师如何不断学习、反思，提升自身的专业素养等。讨论中，大家各抒己见，学习气氛相当良好。</w:t>
      </w:r>
      <w:r>
        <w:rPr>
          <w:lang w:eastAsia="zh-CN"/>
        </w:rPr>
        <w:br/>
      </w:r>
      <w:r>
        <w:rPr>
          <w:lang w:eastAsia="zh-CN"/>
        </w:rPr>
        <w:t>　　2、严格考勤，强调会风。集中学习过程中严格考勤，因公因私均需提前请假，出勤率在100%。会议期间都有严格的要求。几天的培训，老师们都能准时参加并认真听讲，做好笔记。整个培训过程中，会风、学风等方面都保持了良好的师德师风状态。</w:t>
      </w:r>
      <w:r>
        <w:rPr>
          <w:lang w:eastAsia="zh-CN"/>
        </w:rPr>
        <w:br/>
      </w:r>
      <w:r>
        <w:rPr>
          <w:lang w:eastAsia="zh-CN"/>
        </w:rPr>
        <w:t>　　3、注重评价，落实行动。本次培训列入教师的继续教育和年度考核之中。我校认真总结汇报本校教师的培训情况，并进行相互交流。培训领导小组对每位教师上交的材料进行考评，结合整个培训过程的'表现形成本次教师培训考核结果。</w:t>
      </w:r>
      <w:r>
        <w:rPr>
          <w:lang w:eastAsia="zh-CN"/>
        </w:rPr>
        <w:br/>
      </w:r>
      <w:r>
        <w:rPr>
          <w:lang w:eastAsia="zh-CN"/>
        </w:rPr>
        <w:t>　　四、撰写心得体会，增强责任感理论指导实践，理论学习的目的是为实践服务的。</w:t>
      </w:r>
      <w:r>
        <w:rPr>
          <w:lang w:eastAsia="zh-CN"/>
        </w:rPr>
        <w:br/>
      </w:r>
      <w:r>
        <w:rPr>
          <w:lang w:eastAsia="zh-CN"/>
        </w:rPr>
        <w:t>　　暑期教师集中培训活动结束后，学校安排了撰写心得、大会交流等后续活动，要求广大教职工在新学期工作中认真践行教师职业道德，为人师表，履行教职，关爱学生，真正将培训学习成果内化和外行。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要提高教育教学质量，办好人民满意的教育，提高教师素质是关键。教师素质决定着师德师风的好坏，决定着学校的校风，决定着学生的发展，也决定着学校的美誉度。通过这次师德专题培训，一定能使我校教师对加强自身建设，规范办学行为，提高教学质量有了更深刻的认识。一定能提升我校教师的职业道德水平，提高教学管理的能力与水平，为学校的快速发展，为教育事业的发展作出应有的贡献。</w:t>
      </w:r>
      <w:r>
        <w:rPr>
          <w:lang w:eastAsia="zh-CN"/>
        </w:rPr>
        <w:br/>
      </w:r>
      <w:r>
        <w:rPr>
          <w:lang w:eastAsia="zh-CN"/>
        </w:rPr>
        <w:t xml:space="preserve">    教师专培训个人总结 篇7 </w:t>
      </w:r>
      <w:r>
        <w:rPr>
          <w:lang w:eastAsia="zh-CN"/>
        </w:rPr>
        <w:br/>
      </w:r>
      <w:r>
        <w:rPr>
          <w:lang w:eastAsia="zh-CN"/>
        </w:rPr>
        <w:t>　　通过这次培训。首先，要对讲课的老师致以崇高的敬意，感谢他们为我们带来精彩的内容。其次，通过这次培训觉得自己充实了许多从而在以后的教学中充满信息。</w:t>
      </w:r>
      <w:r>
        <w:rPr>
          <w:lang w:eastAsia="zh-CN"/>
        </w:rPr>
        <w:br/>
      </w:r>
      <w:r>
        <w:rPr>
          <w:lang w:eastAsia="zh-CN"/>
        </w:rPr>
        <w:t>　　第一讲在思想，教学行为上我知道了传统教育与新课程区别要求教师坚持科学的态度，努力走出传统教学误区；要求教师积极设计开放的教学目标;要求教师善于发现和利用课程资源，教师要用好教科书，备好课教师要指导学习阅读课外书，教师要注意学科间的综合，拓展教材，要引导学生关注“无字”书，教师创造性地运用各种课程资源，最后要求教师不断提高自身素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第二讲：牛文明老师“课堂教学技能”课堂教学技能又称上课技能，指教师在一定教学理论的指导下，在教学实践中经过反复练习而逐步形成的迅速、准确、娴熟地开展课堂教学及时有效地完成课堂教学任务的一系列教学活动的总称，课堂教学首先是一门技术，先模仿，后出师，再形成自己的风格。其基础是扎实的专业知识，过硬的专业技能，开阔的视野，独立思考的习惯，一切为了学生的立足点，自省自悟的明智。</w:t>
      </w:r>
      <w:r>
        <w:rPr>
          <w:lang w:eastAsia="zh-CN"/>
        </w:rPr>
        <w:br/>
      </w:r>
      <w:r>
        <w:rPr>
          <w:lang w:eastAsia="zh-CN"/>
        </w:rPr>
        <w:t>　　第三讲，李红老师教育评价“教育评价是以事实判断为基础的价值判断，教育评价基本标准是国家的教育目标，具有连续性和系统性，主客体互动、评价与指导统一的过程是一种理论特征鲜明的主体性活动。</w:t>
      </w:r>
      <w:r>
        <w:rPr>
          <w:lang w:eastAsia="zh-CN"/>
        </w:rPr>
        <w:br/>
      </w:r>
      <w:r>
        <w:rPr>
          <w:lang w:eastAsia="zh-CN"/>
        </w:rPr>
        <w:t>　　感谢各位老师给我一次培训的机会让我从中学到了很多有用的知识。</w:t>
      </w:r>
      <w:r>
        <w:rPr>
          <w:lang w:eastAsia="zh-CN"/>
        </w:rPr>
        <w:br/>
      </w:r>
      <w:r>
        <w:rPr>
          <w:lang w:eastAsia="zh-CN"/>
        </w:rPr>
        <w:t xml:space="preserve">    教师专培训个人总结 篇8 </w:t>
      </w:r>
      <w:r>
        <w:rPr>
          <w:lang w:eastAsia="zh-CN"/>
        </w:rPr>
        <w:br/>
      </w:r>
      <w:r>
        <w:rPr>
          <w:lang w:eastAsia="zh-CN"/>
        </w:rPr>
        <w:t>　　新教师培训活动虽接近尾声，但却是我们新教师进入新阶段教学的开端，历时一年的培训活动，各位教师和领导通过在各环节的讲解，方方面面地将多种优秀的教学思维与方法传授给我们每一位新教师。回顾这一年来的学习，我的体会如下：</w:t>
      </w:r>
      <w:r>
        <w:rPr>
          <w:lang w:eastAsia="zh-CN"/>
        </w:rPr>
        <w:br/>
      </w:r>
      <w:r>
        <w:rPr>
          <w:lang w:eastAsia="zh-CN"/>
        </w:rPr>
        <w:t>　　一、以身作则，树立意志</w:t>
      </w:r>
      <w:r>
        <w:rPr>
          <w:lang w:eastAsia="zh-CN"/>
        </w:rPr>
        <w:br/>
      </w:r>
      <w:r>
        <w:rPr>
          <w:lang w:eastAsia="zh-CN"/>
        </w:rPr>
        <w:t>　　做为教师，我们应该认真备课、上课，努力去做好一名优秀的老师。自古以来，以身作则、为人师表、严谨治学被作为教师个人品德的典范。作为一名新教师，要始终坚持在培训中学习到‘教师师德修养’，牢记“德高为师，身正是范”这八个字，努力使一言一行成为孩子的榜样。</w:t>
      </w:r>
      <w:r>
        <w:rPr>
          <w:lang w:eastAsia="zh-CN"/>
        </w:rPr>
        <w:br/>
      </w:r>
      <w:r>
        <w:rPr>
          <w:lang w:eastAsia="zh-CN"/>
        </w:rPr>
        <w:t>　　二、爱心教育，培养学生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教师不应只成为学生的导师和帮手，更应该是学生的朋友。做教师的每时每刻都提醒自己要用爱心去抚育孩子。爱是教育力量的源泉，是教育成功的基础。教师要爱孩子，爱教育。爱孩子，就是要相信每个孩子，因为每个孩子都具有巨大的潜能，只有教师独具慧眼，发现每个孩子身上的潜能，鼓励孩子不断地自主探索，使他们的才华得到淋漓尽致的发挥。</w:t>
      </w:r>
      <w:r>
        <w:rPr>
          <w:lang w:eastAsia="zh-CN"/>
        </w:rPr>
        <w:br/>
      </w:r>
      <w:r>
        <w:rPr>
          <w:lang w:eastAsia="zh-CN"/>
        </w:rPr>
        <w:t>　　三、不断学习，提高水平。</w:t>
      </w:r>
      <w:r>
        <w:rPr>
          <w:lang w:eastAsia="zh-CN"/>
        </w:rPr>
        <w:br/>
      </w:r>
      <w:r>
        <w:rPr>
          <w:lang w:eastAsia="zh-CN"/>
        </w:rPr>
        <w:t>　　1.要将培训中学习到的理论知识与交流学习活动中汲取到的经验合理运用到课堂上，在教学中要模仿和运用优秀教师教学特色尝试多种教学方法，力求最大限度的调动幼儿的积极性，使他们更好的掌握本领。</w:t>
      </w:r>
      <w:r>
        <w:rPr>
          <w:lang w:eastAsia="zh-CN"/>
        </w:rPr>
        <w:br/>
      </w:r>
      <w:r>
        <w:rPr>
          <w:lang w:eastAsia="zh-CN"/>
        </w:rPr>
        <w:t>　　2.要加快成长步伐，就必须以教育教学理论为指导，结合理论反思自己的实践，在反思中真正做到理论联系实际，在实践中不断总结与升华自己的理论水平和实践能力，不断提高自己的教育教学水平。</w:t>
      </w:r>
      <w:r>
        <w:rPr>
          <w:lang w:eastAsia="zh-CN"/>
        </w:rPr>
        <w:br/>
      </w:r>
      <w:r>
        <w:rPr>
          <w:lang w:eastAsia="zh-CN"/>
        </w:rPr>
        <w:t>　　3.课程标准是新一轮课程改革理念、目标、内容的具体体现，是教师教学的依据，只有深入钻研新课标，才能明确教学目标，恰如其分地掌握知识深度，同时要吃透课标对知识的限定范围，以便胸有成竹地把握好知识的广度。</w:t>
      </w:r>
      <w:r>
        <w:rPr>
          <w:lang w:eastAsia="zh-CN"/>
        </w:rPr>
        <w:br/>
      </w:r>
      <w:r>
        <w:rPr>
          <w:lang w:eastAsia="zh-CN"/>
        </w:rPr>
        <w:t>　　4.备好课是上好课的首要环节。备课在备教材的同时，关键是备教法。只有在教法上狠下功夫，教学才能成效显著。教师教的目的是调动孩子学习的积极性和思维活动。在教学目标确定方面，要充分体现对不同年龄段的孩子在知识与技能、过程与方法、情感态度与价值观等方面的不同要求。</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本次的新教师培训很有意义，我深感收获丰盛。经历不同的训练与实践，更重要的是各位老师领导对我们莫大的帮助，在教学与做人上给了我们许多启发与经验，使我们取得了较大的进步。作为一名新教师，我们需要学习和改进的还有很多，未来我们还面临着更大的挑战，但我们更应庆幸自己的选择，当看到孩子们因为你学会了一首歌，一道题，甚至一个词，当孩子们因为你而愿意学习，学会学习，你会感到发自心底的幸福与喜悦。就像《新教师手册》中说到的一样：“你若把教育当做一项高尚而神圣的事业去践行，你定会享受到无穷的快乐。”</w:t>
      </w:r>
      <w:r>
        <w:rPr>
          <w:lang w:eastAsia="zh-CN"/>
        </w:rPr>
        <w:br/>
      </w:r>
      <w:r>
        <w:rPr>
          <w:lang w:eastAsia="zh-CN"/>
        </w:rPr>
        <w:t xml:space="preserve">    教师专培训个人总结 篇9 </w:t>
      </w:r>
      <w:r>
        <w:rPr>
          <w:lang w:eastAsia="zh-CN"/>
        </w:rPr>
        <w:br/>
      </w:r>
      <w:r>
        <w:rPr>
          <w:lang w:eastAsia="zh-CN"/>
        </w:rPr>
        <w:t>　　20__年11月，在罗田县教育局的精心组织下，在白莲河中心校的积极动员下，我有幸能成为“国培计划（20__）湖北省中小学教师校本研修与网络研修整合培训”，3573名学员中的一员，我万分激动与兴奋，但也备感“压力山大”。兴奋，是因为我想到能在这个网络平台，与这么多同行“面对面”的相处，能够“面对面”与专家交流互动，能有更多的前辈来指点我对教学工作的迷茫与困惑。“压力山大”的是，学校领导让我一个刚考入省编的新教师担任工作坊坊的坊主助手，我怕自己不能胜任。所以在两种心情的融合下，每天万分忐忑的开展着自身的网络学习和坊主的工作，还好，在学校领导、老师们的关怀与支持下，我逐渐适应了坊主的工作，并且也做出了一些成绩，在这里我将收获与体会和大家一起分享一下。</w:t>
      </w:r>
      <w:r>
        <w:rPr>
          <w:lang w:eastAsia="zh-CN"/>
        </w:rPr>
        <w:br/>
      </w:r>
      <w:r>
        <w:rPr>
          <w:lang w:eastAsia="zh-CN"/>
        </w:rPr>
        <w:t>　　感受一：中心校领导高度重视，精心组织。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这是我第四次参加网络国培了，前三次是我在宜昌工作的时候，而前三次只重视参与度和合格率。但是这次，从培训伊始我就感觉到校领导对这次培训的重视。10月下旬培训通知传达到学校，收到通知后就在全体教师会上集中学习了培训文件，当时领导讲了很多，其中印象最深刻的就是“争创培训星级学校”，也就是不能满足于合格，要实现人人优秀。</w:t>
      </w:r>
      <w:r>
        <w:rPr>
          <w:lang w:eastAsia="zh-CN"/>
        </w:rPr>
        <w:br/>
      </w:r>
      <w:r>
        <w:rPr>
          <w:lang w:eastAsia="zh-CN"/>
        </w:rPr>
        <w:t>　　教师，我暗下决心：一定要凭借已掌握的网络技术，争取在培训中达到优秀，不能拖团队的后腿，而且尽自己所能帮助一些年纪较大的老师，指导其完成学习，实现团队全优的目标。11月3日，正式开始培训学习，学校领导先把各坊主集中一起，由学校研训的范艾主任教会坊主们如何去开展坊主工作，让坊主知道自己的职责所在。然后又让全体教师集中到微机室，由范艾主任，详细讲解如何开始学习，如何选课、看课，如何开展活动、参与活动，如何提交作业等问题，让每一位老师都知道如何去培训，这样一来大家少走了很多弯路，使网上学习时间最大化，真正学到了网络技术。培训之中，中心校的卢校长每隔两天就在“白莲教师群”里通报学习情况，表扬学习认真、学习进度快的老师，并让他们经常在群介绍学习经验，真正实现了“独乐乐不如众乐乐”。</w:t>
      </w:r>
      <w:r>
        <w:rPr>
          <w:lang w:eastAsia="zh-CN"/>
        </w:rPr>
        <w:br/>
      </w:r>
      <w:r>
        <w:rPr>
          <w:lang w:eastAsia="zh-CN"/>
        </w:rPr>
        <w:t>　　正是在中心校领导的高度重视与精心组织下，我们整个白莲教育团队，在这次培训中多次受到教育局、研修网的表扬。</w:t>
      </w:r>
      <w:r>
        <w:rPr>
          <w:lang w:eastAsia="zh-CN"/>
        </w:rPr>
        <w:br/>
      </w:r>
      <w:r>
        <w:rPr>
          <w:lang w:eastAsia="zh-CN"/>
        </w:rPr>
        <w:t>　　感受二：各坊主讲究方法，引领研修</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这次研修已经过半了，我们白莲教育团队能够取得的这些好成绩，其实和各坊主的认真工作，讲究方法分不开的，为了实现全优，</w:t>
      </w:r>
      <w:r>
        <w:rPr>
          <w:lang w:eastAsia="zh-CN"/>
        </w:rPr>
        <w:t xml:space="preserve"> 我们坊主做了以下工作：</w:t>
      </w:r>
      <w:r>
        <w:rPr>
          <w:lang w:eastAsia="zh-CN"/>
        </w:rPr>
        <w:br/>
      </w:r>
      <w:r>
        <w:rPr>
          <w:lang w:eastAsia="zh-CN"/>
        </w:rPr>
        <w:t>　　（一） 保持联系畅通，全员参与</w:t>
      </w:r>
      <w:r>
        <w:rPr>
          <w:lang w:eastAsia="zh-CN"/>
        </w:rPr>
        <w:br/>
      </w:r>
      <w:r>
        <w:rPr>
          <w:lang w:eastAsia="zh-CN"/>
        </w:rPr>
        <w:t>　　由于工作安排的原因，同一工作坊的老师分布在各个学校，大家集中到一起培训的机会几乎是不可能的，但是为了圆满完成这次研修学习任务，我充分利用公告栏及时告如学员如何参与研修活动、如何</w:t>
      </w:r>
      <w:r>
        <w:rPr>
          <w:lang w:eastAsia="zh-CN"/>
        </w:rPr>
        <w:br/>
      </w:r>
      <w:r>
        <w:rPr>
          <w:lang w:eastAsia="zh-CN"/>
        </w:rPr>
        <w:t>　　上传和分享网络资源、培训已经进入第几阶段、具体要干什么、专家答疑什么时候开始等；利用QQ群及时回答学员提出的各种疑问；打电话督促没有上线的学员赶快上线学习，确保每一位教师在培训时间内，能按时登录、正常收看视频讲座、认真完成学习、专题讨论和提交作，从而拿到每一阶段必得的分数。</w:t>
      </w:r>
      <w:r>
        <w:rPr>
          <w:lang w:eastAsia="zh-CN"/>
        </w:rPr>
        <w:br/>
      </w:r>
      <w:r>
        <w:rPr>
          <w:lang w:eastAsia="zh-CN"/>
        </w:rPr>
        <w:t>　　（二） 发起活动，共同学习，共同提高</w:t>
      </w:r>
      <w:r>
        <w:rPr>
          <w:lang w:eastAsia="zh-CN"/>
        </w:rPr>
        <w:br/>
      </w:r>
      <w:r>
        <w:rPr>
          <w:lang w:eastAsia="zh-CN"/>
        </w:rPr>
        <w:t>　　坊主不要只做培训中的管理者，而一味的去督促大家学习，其实更需要组织大家一起讨论与学习，和大家一起共同提高才是一个合格的坊主，因此，我在工作坊中经常发起活动，与大家一起探讨。比如我曾发起“如何做好“学生心目中的好老师”，</w:t>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xml:space="preserve"> 这一主题活动我们是这样描述的：“时代在发展，思想在进步，如今好老师的标准也和以前有所不同。关于师德，也是备受关注的大众话题。“师爱为魂，学高为师，身正为范”。“十年树木，百年树人”，踏上三尺讲台，也就意味着踏上了艰巨而漫长的育人之旅。身为教师，您可能经常在思考，怎样才算一名好老师呢？在学生心目中，什么样的老师才是真正的好老师呢？人人心中有杆秤，本期活动将以如何做好“学生心目中的好老师”为题展开讨论，</w:t>
      </w:r>
      <w:r>
        <w:rPr>
          <w:lang w:eastAsia="zh-CN"/>
        </w:rPr>
        <w:t xml:space="preserve"> 大家一起说一说，议一议。”主题一发布，我就在第一时间里以公告栏的形式、QQ群的形式、电话通知的形式告知老师们，参加工作坊组织的研讨活动。我对研讨主题也发表自己的见解，同时对学员提出的典型问题进行回复，活跃研讨气氛。通过这样的研讨活动，使每位老师自觉成为教研活动的主体，调动老师自主钻研精神，让主题研究和教师的日常教学实践融为一体，有效的促进常态教学的高效化。</w:t>
      </w:r>
      <w:r>
        <w:rPr>
          <w:lang w:eastAsia="zh-CN"/>
        </w:rPr>
        <w:br/>
      </w:r>
      <w:r>
        <w:rPr>
          <w:lang w:eastAsia="zh-CN"/>
        </w:rPr>
        <w:t>　　（三）积极鼓励，“精彩”在表扬中诞生</w:t>
      </w:r>
      <w:r>
        <w:rPr>
          <w:lang w:eastAsia="zh-CN"/>
        </w:rPr>
        <w:br/>
      </w:r>
      <w:r>
        <w:rPr>
          <w:lang w:eastAsia="zh-CN"/>
        </w:rPr>
        <w:t>　　每一个人都向往别人对自己的认同，都希望得别人的赞扬，因此我们在督促学员们学习的时候，对学习积极的老师们，我们不要吝啬自己的表扬，所以我在工作坊中用发挥好简报的作用，做项目简报时，尽量把页面做得精美一些，让学员首先愿意看你的简报；其次，在内容上尽量做到全面详细，卷首寄语、学情统计、学习标兵、温馨提示、成果展示、经验交流等一样都不能少。更重要的是，该表扬的.一定要表扬，这样就会让老师们更有自信，更加积极的参与到学习中，并能带动身边的老师参与，由点发展成面。</w:t>
      </w:r>
      <w:r>
        <w:rPr>
          <w:lang w:eastAsia="zh-CN"/>
        </w:rPr>
        <w:br/>
      </w:r>
      <w:r>
        <w:rPr>
          <w:lang w:eastAsia="zh-CN"/>
        </w:rPr>
        <w:t xml:space="preserve">    教师专培训个人总结 篇10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通过一年的培训，我首先对教师这个职业的内涵有更深切的了解，同时也对将来的工作有了一些自己的想法和方向，在培训期间，我也深深的知道作为一名教师，一言一行都是学生的榜样和标准，也会影响学生未来的品德发展，当然除此之外，我们需要学习、研究、钻研等，现具体对培训作如下总结：</w:t>
      </w:r>
      <w:r>
        <w:rPr>
          <w:lang w:eastAsia="zh-CN"/>
        </w:rPr>
        <w:br/>
      </w:r>
      <w:r>
        <w:rPr>
          <w:lang w:eastAsia="zh-CN"/>
        </w:rPr>
        <w:t>　　一、 教师必须具备高尚的职业道德</w:t>
      </w:r>
      <w:r>
        <w:rPr>
          <w:lang w:eastAsia="zh-CN"/>
        </w:rPr>
        <w:br/>
      </w:r>
      <w:r>
        <w:rPr>
          <w:lang w:eastAsia="zh-CN"/>
        </w:rPr>
        <w:t>　　教师的职业道德集中体现在教育责任感、关爱学生和工作效率上，强烈的教师责任感能带动工作的热情和动力，才能真正意识到自己职业的重要性而投入全部的精力。培训中一位优秀、经验丰富的一线教师给我们分享了很多宝贵的经验。首先也是要有强烈的责任感，将自己的`热情融入工作中，成为学生的导师、帮手和朋友。</w:t>
      </w:r>
      <w:r>
        <w:rPr>
          <w:lang w:eastAsia="zh-CN"/>
        </w:rPr>
        <w:br/>
      </w:r>
      <w:r>
        <w:rPr>
          <w:lang w:eastAsia="zh-CN"/>
        </w:rPr>
        <w:t>　　二、在教学方面的收获</w:t>
      </w:r>
      <w:r>
        <w:rPr>
          <w:lang w:eastAsia="zh-CN"/>
        </w:rPr>
        <w:br/>
      </w:r>
      <w:r>
        <w:rPr>
          <w:lang w:eastAsia="zh-CN"/>
        </w:rPr>
        <w:t>　　首先通过培训让我在工作时有了这样的准备：</w:t>
      </w:r>
      <w:r>
        <w:rPr>
          <w:lang w:eastAsia="zh-CN"/>
        </w:rPr>
        <w:br/>
      </w:r>
      <w:r>
        <w:rPr>
          <w:lang w:eastAsia="zh-CN"/>
        </w:rPr>
        <w:t>　　1、充分钻研教材做到心中有数，熟练掌握教材中的重难点。只有理解教材，把我教材的重点、难点才能更好的把教学任务解决好。</w:t>
      </w:r>
      <w:r>
        <w:rPr>
          <w:lang w:eastAsia="zh-CN"/>
        </w:rPr>
        <w:br/>
      </w:r>
      <w:r>
        <w:rPr>
          <w:lang w:eastAsia="zh-CN"/>
        </w:rPr>
        <w:t>　　2、充分做好课前准备，备学生、备教材，要对教学内容进行充分准备，教师才能在课堂上进行有创造性的教学，与学生碰撞出火花。</w:t>
      </w:r>
      <w:r>
        <w:rPr>
          <w:lang w:eastAsia="zh-CN"/>
        </w:rPr>
        <w:br/>
      </w:r>
      <w:r>
        <w:rPr>
          <w:lang w:eastAsia="zh-CN"/>
        </w:rPr>
        <w:t>　　3、了解学生，了解个体差异，做到因材施教。</w:t>
      </w:r>
      <w:r>
        <w:rPr>
          <w:lang w:eastAsia="zh-CN"/>
        </w:rPr>
        <w:br/>
      </w:r>
      <w:r>
        <w:rPr>
          <w:lang w:eastAsia="zh-CN"/>
        </w:rPr>
        <w:t>　　4、以一定的教学经验和教学方法为基础，我们工作的对象是一群有思想有生命的学生，课堂上可能会提出或回答出一些让我们措手不及的答案，因此在做好充分准备的同时，一定的教学经验和教学方法是必须的。</w:t>
      </w:r>
      <w:r>
        <w:rPr>
          <w:lang w:eastAsia="zh-CN"/>
        </w:rPr>
        <w:br/>
      </w:r>
      <w:r>
        <w:rPr>
          <w:lang w:eastAsia="zh-CN"/>
        </w:rPr>
        <w:t>　　三、在班主任工作方面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作为一名语文老师，班主任工作经验尚浅。工作第一年就担任班主任工作，在班主任工作琐碎，需要理论基础，有时面对班主任工作，我无从下手。经过培训，优秀班主任给我们上课，让我对班主任工作有了一定的方向。我在平时的课堂、大课间活动努力通过多种方式渗透教育思想，使德育工作做到春风化雨润物无声。例如我所带的二年级学生有些比较以自我为中心，因此我常表扬那些懂得分享、帮助他人，而且善于倾听他人的同学。其次，我尝试利用班会、学校的活动为学生营造积极、健康、竞争、开心的学习氛围，并积极组织有关体美劳等方面的知识。</w:t>
      </w:r>
      <w:r>
        <w:rPr>
          <w:lang w:eastAsia="zh-CN"/>
        </w:rPr>
        <w:br/>
      </w:r>
      <w:r>
        <w:rPr>
          <w:lang w:eastAsia="zh-CN"/>
        </w:rPr>
        <w:t>　　四、读书学习体会</w:t>
      </w:r>
      <w:r>
        <w:rPr>
          <w:lang w:eastAsia="zh-CN"/>
        </w:rPr>
        <w:br/>
      </w:r>
      <w:r>
        <w:rPr>
          <w:lang w:eastAsia="zh-CN"/>
        </w:rPr>
        <w:t>　　基地校跟教过程中，我在李萍老师的指导下认真阅读了《从优秀教师到卓越教师》书中为我们提供了系统的、简单的、操作性强的教学策略指导，真是受益匪浅。在工作岗位上，如何让自己成为一名优秀的人民教师，我谈谈自己的看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爱”是教育永恒的话题，有了爱，才有教育。教师有了爱，才会全心全意地学生服务，才会让学生体会到他自己是老师心中不可缺少的一部分。学生有了爱，才会学得开心，学得没有压力。就像书中“第32天”说的那样，“为了能让你们更轻松高效地学习，我希望你们在班级里能够最大限度地感觉到安全和放松。因此，我会给你们说‘跳过’的权利。”这就是爱，这种爱是发自老师内心的爱，爱孩子不仅仅是表面的关心，更重要的是爱孩子的内心世界。比如，孩子的自尊、孩子的紧张与压抑。在课堂教学中，我们应该时时刻刻保护孩子的自尊，时时刻刻关注着孩子是否因为某种情况，使她自己变得紧张与压抑，让学生在我们的课堂上能够感到舒适和放松。</w:t>
      </w:r>
      <w:r>
        <w:rPr>
          <w:lang w:eastAsia="zh-CN"/>
        </w:rPr>
        <w:br/>
      </w:r>
      <w:r>
        <w:rPr>
          <w:lang w:eastAsia="zh-CN"/>
        </w:rPr>
        <w:t>　　书中从课堂管理谈到课堂计划，从课堂步骤谈到课堂效果，从学生的良好习惯谈到学生的学习能力。从学生的健全人格谈到学生的个性发展。每一步都反映出作者对教学的严谨，就像“第107天培养学生的责任心”中说的那样，“不要指望任何学生变得完美。你只需要像所有卓越老师那样，不断地帮助学生认真、耐心地朝着一个更大、更好的目标坚实地迈出每一小步。”不急于求成，只要我们的学生天天有进步，哪怕只是一点点也好！ 平时观摩、学习、培训给教师提供学习素材，一节优质观摩课，一次参观学习都是很好的提高机会。只有勤于思考，善于思考，认真分析，不断总结，才能获得收益，是自己得到提高。</w:t>
      </w:r>
      <w:r>
        <w:rPr>
          <w:lang w:eastAsia="zh-CN"/>
        </w:rPr>
        <w:br/>
      </w:r>
      <w:r>
        <w:rPr>
          <w:lang w:eastAsia="zh-CN"/>
        </w:rPr>
        <w:t>　　新的起点，新的奋斗，这次培训在各个方面帮助了我们，同时也在思想上给了我们切实的指导和鼓励。作为一名新教师，要做到为人师表，我还有很多地方要学习，我将以老教师为榜样，恪守教师的职业道德、刻苦钻研。在教学中，我会努力工作，让自己成为学生的引导者、促进者。</w:t>
      </w:r>
      <w:r>
        <w:rPr>
          <w:lang w:eastAsia="zh-CN"/>
        </w:rPr>
        <w:br/>
      </w:r>
      <w:r>
        <w:rPr>
          <w:lang w:eastAsia="zh-CN"/>
        </w:rPr>
        <w:t xml:space="preserve">    教师专培训个人总结 篇11 </w:t>
      </w:r>
      <w:r>
        <w:rPr>
          <w:lang w:eastAsia="zh-CN"/>
        </w:rPr>
        <w:br/>
      </w:r>
      <w:r>
        <w:rPr>
          <w:lang w:eastAsia="zh-CN"/>
        </w:rPr>
        <w:t>　　为加强教师在教学方面的能力，提高教学的质量，增强教师的综合素质，对教师都会进行一次培训，以下就是关于教师在培训后的个人总结。</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兴趣是最好的老师”--专家之所以成为名师、专家都有一共同的规律：就是都喜欢教师这个职业，并且把教师这种职业作为自己毕生的事业来做。他们的成功告诉我们一个事实，那就是“兴趣是最好的老师”。这给了我很大的启迪，首先教会我要更加喜欢教师这个职业，才能可能一位合格的人民教师;其次，让我明白教授学生最好的学习方法是让学生对所学习科目产生兴趣。</w:t>
      </w:r>
      <w:r>
        <w:rPr>
          <w:lang w:eastAsia="zh-CN"/>
        </w:rPr>
        <w:br/>
      </w:r>
      <w:r>
        <w:rPr>
          <w:lang w:eastAsia="zh-CN"/>
        </w:rPr>
        <w:t>　　“三人行必有我师”--在听完一位老师的讲座之后，感觉现在我们新教师缺的不是知识更不是能力，而是一种持续的向着既定目标前进的动力和毅力。作为一位即将走上工作岗位的新教师，应该向每一位教师学习，那怕是职位比自己要低的人、知识不如自己丰富的人。只有这样，才可能有所进步，才可能成为一位出色的人民教师，才不愧“人类灵魂的工程师”的称号。</w:t>
      </w:r>
      <w:r>
        <w:rPr>
          <w:lang w:eastAsia="zh-CN"/>
        </w:rPr>
        <w:br/>
      </w:r>
      <w:r>
        <w:rPr>
          <w:lang w:eastAsia="zh-CN"/>
        </w:rPr>
        <w:t>　　21世纪，知识更新速度飞速发展，如果不去充实自己的知识，就会后退，正如一位培训教师所讲的那样：“要想做一位优秀的人民教师就要时刻提醒自己学习，不断更新自己的知识储备，只有这样才能跟上时代的脚步，才能不做“新时代的文盲”。这次的培训，使我深刻意识到：自己的知识、能力与各位名师、专家之间的差距是巨大的。所以，只有重新踏上新的起跑线，通过自己一步步的努力，不断的学习，不断的充实自己，才能立足这个教育飞速发展的时代，才能不断提升自己社会的价值，为我国的教育事业的蓬勃发展做出自己应有的贡献。</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总之，通过这次培训，使我深刻意识到自己的知识、能力与各位名师、专家之间的差距是巨大的。所以，只有重新踏上新的起跑线，通过自己一步步的努力，不断的学习，不断的充实自己，才能立足这个教育飞速发展的时代，才能不断提升自己社会的价值，为我国的教育事业的蓬勃发展做出自己应有的贡献。</w:t>
      </w:r>
      <w:r>
        <w:rPr>
          <w:lang w:eastAsia="zh-CN"/>
        </w:rPr>
        <w:br/>
      </w:r>
      <w:r>
        <w:rPr>
          <w:lang w:eastAsia="zh-CN"/>
        </w:rPr>
        <w:t xml:space="preserve">    教师专培训个人总结 篇12 </w:t>
      </w:r>
      <w:r>
        <w:rPr>
          <w:lang w:eastAsia="zh-CN"/>
        </w:rPr>
        <w:br/>
      </w:r>
      <w:r>
        <w:rPr>
          <w:lang w:eastAsia="zh-CN"/>
        </w:rPr>
        <w:t>　　时间飞逝，岁月流转。本年度的校本培训已经结束了。做为一名教师，需要不断地学习，才能适应社会的一个又一个新的要求。本学期我努力工作，为了使自己在校本培训中不断提高教育教学水平，加强自己的业务能力，提高自己的综合素质，从各个方面不断提高完善自己。本着实事求是、一分为二的原则，为了更好地开展以后的工作，现就以下方面做如下总结：</w:t>
      </w:r>
      <w:r>
        <w:rPr>
          <w:lang w:eastAsia="zh-CN"/>
        </w:rPr>
        <w:br/>
      </w:r>
      <w:r>
        <w:rPr>
          <w:lang w:eastAsia="zh-CN"/>
        </w:rPr>
        <w:t>　　一、能够按时参与校本研修活动，并做好记录，并认真撰写心得体会。</w:t>
      </w:r>
      <w:r>
        <w:rPr>
          <w:lang w:eastAsia="zh-CN"/>
        </w:rPr>
        <w:br/>
      </w:r>
      <w:r>
        <w:rPr>
          <w:lang w:eastAsia="zh-CN"/>
        </w:rPr>
        <w:t>　　1、开展课堂教学研究提高课堂教学质量。认真开展高效课堂活动，严格要求自我，在每听一节课之后，会与其他老师共同讨论分析，取长补短，发表自我的见解。使自我不断走向成熟，给课堂注入更多的活力，取得更大的效益。</w:t>
      </w:r>
      <w:r>
        <w:rPr>
          <w:lang w:eastAsia="zh-CN"/>
        </w:rPr>
        <w:br/>
      </w:r>
      <w:r>
        <w:rPr>
          <w:lang w:eastAsia="zh-CN"/>
        </w:rPr>
        <w:t>　　2、同伴互助，在共享经验中成长。同伴互助是研修的标志和灵魂，在研修活动中，我们在反思的同时，开放自我，加强教师与教师之间进行专业切磋、协调合作、共同分享经验。</w:t>
      </w:r>
      <w:r>
        <w:rPr>
          <w:lang w:eastAsia="zh-CN"/>
        </w:rPr>
        <w:br/>
      </w:r>
      <w:r>
        <w:rPr>
          <w:lang w:eastAsia="zh-CN"/>
        </w:rPr>
        <w:t>　　3、用心听评课、研讨，总结优点，发现不足，逐步提高，使自我不断走向成熟，给课堂注入更多的活力，取得更大的效益。</w:t>
      </w:r>
      <w:r>
        <w:rPr>
          <w:lang w:eastAsia="zh-CN"/>
        </w:rPr>
        <w:br/>
      </w:r>
      <w:r>
        <w:rPr>
          <w:lang w:eastAsia="zh-CN"/>
        </w:rPr>
        <w:t>　　二、参加多种研修模式，全面提升自我素质。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1、用心参与各种研修活动，认真聆听专家的指导，多看看同行们对于课堂教学改革的认识和思考，并对自我感兴趣的话题发表评论，及时与各位沟通交流，增长自我的见识，开拓自我的视野，使自我能够更及时的了解外面的世界。</w:t>
      </w:r>
      <w:r>
        <w:rPr>
          <w:lang w:eastAsia="zh-CN"/>
        </w:rPr>
        <w:br/>
      </w:r>
      <w:r>
        <w:rPr>
          <w:lang w:eastAsia="zh-CN"/>
        </w:rPr>
        <w:t>　　2、自主学习模式。我学习教学理论、自我反思，找出自我在某一方面的不足，然后制定计划，并实施计划，以弥补自身不足，提高自身潜力。</w:t>
      </w:r>
      <w:r>
        <w:rPr>
          <w:lang w:eastAsia="zh-CN"/>
        </w:rPr>
        <w:br/>
      </w:r>
      <w:r>
        <w:rPr>
          <w:lang w:eastAsia="zh-CN"/>
        </w:rPr>
        <w:t>　　3、新课程理念研修。本学期继续把学习、实践、验证新课程理念，作为师资研修的重点任务来重点学习。加强通识研修，做到课前反思新旧教材有哪些不一样、新课改的理念如何渗透、三维目标如何落实、运用怎样的教学策略等等。</w:t>
      </w:r>
      <w:r>
        <w:rPr>
          <w:lang w:eastAsia="zh-CN"/>
        </w:rPr>
        <w:br/>
      </w:r>
      <w:r>
        <w:rPr>
          <w:lang w:eastAsia="zh-CN"/>
        </w:rPr>
        <w:t>　　三、研修资料丰富多彩。</w:t>
      </w:r>
      <w:r>
        <w:rPr>
          <w:lang w:eastAsia="zh-CN"/>
        </w:rPr>
        <w:br/>
      </w:r>
      <w:r>
        <w:rPr>
          <w:lang w:eastAsia="zh-CN"/>
        </w:rPr>
        <w:t>　　1、加强师德培养。教书育人，师德为本，我能够做到遵纪守法，爱岗敬业，为人师表，自尊自律，廉洁从教，团结协作，用心进取，勇于创新，尽量使自我成为学生、家长、社会满意的好教师。</w:t>
      </w:r>
      <w:r>
        <w:rPr>
          <w:lang w:eastAsia="zh-CN"/>
        </w:rPr>
        <w:br/>
      </w:r>
      <w:r>
        <w:rPr>
          <w:lang w:eastAsia="zh-CN"/>
        </w:rPr>
        <w:t>　　2、新课程理念研修。本学期我继续学习、实践、验证的新课程理念，作为师资研修的重点任务来学习。课堂中根据教学实际，反思如何调整教学策略；课后反思自我的这节课到达了什么目标，用了什么教学策略，有哪些成功之处等，寻找课堂教学的优点与创新之处，寻找问题与不足，捕捉隐藏在教学行为背后的教育观念。</w:t>
      </w:r>
      <w:r>
        <w:rPr>
          <w:lang w:eastAsia="zh-CN"/>
        </w:rPr>
        <w:br/>
      </w:r>
      <w:r>
        <w:rPr>
          <w:lang w:eastAsia="zh-CN"/>
        </w:rPr>
        <w:t>　　总之，在工作中，有收获的喜悦，也有困惑的苦恼。透过个人研修，使我的业务潜力和工作经验得到很大提高。在今后的工作中，我会更加努力的学习，为这最光辉的教育事业奉献无悔的人生。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xml:space="preserve">    教师专培训个人总结 篇13 </w:t>
      </w:r>
      <w:r>
        <w:rPr>
          <w:lang w:eastAsia="zh-CN"/>
        </w:rPr>
        <w:br/>
      </w:r>
      <w:r>
        <w:rPr>
          <w:lang w:eastAsia="zh-CN"/>
        </w:rPr>
        <w:t>　　时间过得飞快，一转眼，八天的培训已经结束。这段时间过得可谓是非常辛苦又非常充实，让我在极短的时间内了解了教师工作的责任和要注意的方面。总结而言有以下几方面的总结。</w:t>
      </w:r>
      <w:r>
        <w:rPr>
          <w:lang w:eastAsia="zh-CN"/>
        </w:rPr>
        <w:br/>
      </w:r>
      <w:r>
        <w:rPr>
          <w:lang w:eastAsia="zh-CN"/>
        </w:rPr>
        <w:t>　　一.师德为先，责任使命要牢记</w:t>
      </w:r>
      <w:r>
        <w:rPr>
          <w:lang w:eastAsia="zh-CN"/>
        </w:rPr>
        <w:br/>
      </w:r>
      <w:r>
        <w:rPr>
          <w:lang w:eastAsia="zh-CN"/>
        </w:rPr>
        <w:t>　　张局长的亲临讲座将身为人师所要担负的责任与使命为我们做了一次详细的讲解。同时我对于张局长所讲的教师所要的多一点情商，多一点自信颇有感悟。因为教师的职业压力大，社会期望高，难免会有郁闷的时候，自信就显得尤为重要。而教师要与各种人打交道，既要处理同事关系也要处理家长学生关系，所以有高情商，学会与各种人愉快的相处是必不可少的。为人师表，首先就要有师德。陈局长例举了一些师德之殇，也列举了最美教师的事迹，通过比较让我们能感受到师德的重要性，也为我敲响了警钟，要做一名遵守职业道德规范的教师。</w:t>
      </w:r>
      <w:r>
        <w:rPr>
          <w:lang w:eastAsia="zh-CN"/>
        </w:rPr>
        <w:br/>
      </w:r>
      <w:r>
        <w:rPr>
          <w:lang w:eastAsia="zh-CN"/>
        </w:rPr>
        <w:t>　　二.关爱学生，安全工作放心上</w:t>
      </w:r>
      <w:r>
        <w:rPr>
          <w:lang w:eastAsia="zh-CN"/>
        </w:rPr>
        <w:br/>
      </w:r>
      <w:r>
        <w:rPr>
          <w:lang w:eastAsia="zh-CN"/>
        </w:rPr>
        <w:t>　　家长把子女送进学校就读，在希望子女能学有所得的同时，也希望子女能平安归来。安全是不可否认的重要因素。通过学习，我知道要做好学生的安全教育，管理，保护职责，认真严谨地将可能会存在的安全隐患及时清除。如果不幸发生了安全事故，那么责任的分担与赔偿该怎样进行，我也略知一二，做到心中有数。</w:t>
      </w:r>
      <w:r>
        <w:rPr>
          <w:lang w:eastAsia="zh-CN"/>
        </w:rPr>
        <w:br/>
      </w:r>
      <w:r>
        <w:rPr>
          <w:lang w:eastAsia="zh-CN"/>
        </w:rPr>
        <w:t>　　三.认真严谨，教学常规要规范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通过教学常规的培训，我对于一名教师该做哪些教学常规有了清楚的认识，同时也让我觉得教师工作真的是很繁琐的。而教师考核也比我想象中的要多且严。有了这些认识，我会提前做好心理准备，学好课程标准，写好学期计划，单元计划，备好课，上好课，有批改反馈，辅导差生，准备考核评价，做好教学研究，不断的想优秀的前辈专家学习，提升自己的业务水平。</w:t>
      </w:r>
      <w:r>
        <w:rPr>
          <w:lang w:eastAsia="zh-CN"/>
        </w:rPr>
        <w:br/>
      </w:r>
      <w:r>
        <w:rPr>
          <w:lang w:eastAsia="zh-CN"/>
        </w:rPr>
        <w:t>　　四.调整心态，工作生活要幸福</w:t>
      </w:r>
      <w:r>
        <w:rPr>
          <w:lang w:eastAsia="zh-CN"/>
        </w:rPr>
        <w:br/>
      </w:r>
      <w:r>
        <w:rPr>
          <w:lang w:eastAsia="zh-CN"/>
        </w:rPr>
        <w:t>　　各行各业的工作者都面临着不同程度的压力，如果不能改变自己对事物的看法，那么就会产生消极心理，从而讨厌这个职业，那么幸福感就不产生。通过这次讲座，让我能够学会调整自己的心态，用积极乐观的心态来看待事物，这样幸福就会如影随形，不会消失。</w:t>
      </w:r>
      <w:r>
        <w:rPr>
          <w:lang w:eastAsia="zh-CN"/>
        </w:rPr>
        <w:br/>
      </w:r>
      <w:r>
        <w:rPr>
          <w:lang w:eastAsia="zh-CN"/>
        </w:rPr>
        <w:t>　　五.教学水平要提高，政策法规要谨记</w:t>
      </w:r>
      <w:r>
        <w:rPr>
          <w:lang w:eastAsia="zh-CN"/>
        </w:rPr>
        <w:br/>
      </w:r>
      <w:r>
        <w:rPr>
          <w:lang w:eastAsia="zh-CN"/>
        </w:rPr>
        <w:t>　　《教师法》为何物，参加讲座之前的一无所知，参加讲座之后，我有所了解。明白教师的责任，义务，让我对教师这两个字有了新的认识。教研员的指导，让我一个新教师深感自己的不足，知道自己需要付出很多的的努力，才能有资格对的起教室里那一双双渴望知识的眼睛。</w:t>
      </w:r>
      <w:r>
        <w:rPr>
          <w:lang w:eastAsia="zh-CN"/>
        </w:rPr>
        <w:br/>
      </w:r>
      <w:r>
        <w:rPr>
          <w:lang w:eastAsia="zh-CN"/>
        </w:rPr>
        <w:t>　　最后，我想说，教书育人之路，任道而重远，努力决定了所能前进的道路，我会向着成为一名优秀教师的目标而刻苦努力的!</w:t>
      </w:r>
      <w:r>
        <w:rPr>
          <w:lang w:eastAsia="zh-CN"/>
        </w:rPr>
        <w:br/>
      </w:r>
      <w:r>
        <w:rPr>
          <w:lang w:eastAsia="zh-CN"/>
        </w:rPr>
        <w:t xml:space="preserve">    教师专培训个人总结 篇14 </w:t>
      </w:r>
      <w:r>
        <w:rPr>
          <w:lang w:eastAsia="zh-CN"/>
        </w:rPr>
        <w:br/>
      </w:r>
      <w:r>
        <w:rPr>
          <w:lang w:eastAsia="zh-CN"/>
        </w:rPr>
        <w:t>　　一、现在已经不是拥有傲人的学历就能够打天下的年代。</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我喜欢在讲台上的感觉，上讲台是我一直以来的梦想，但是年轻的时候，不懂事，所以该读书的年纪并没有认真的学习，自从我做销售以来，自从我了解营养这个行业，了解健康产业的趋势以来，上讲台一直是我的梦想，但是由于有这次培训，无意中听到老师讲这么一句话，让我倍感有信心，“现在已经不是拥有傲人的学历就能够打天下的时代，而是拥有无限技能的人，无论走到哪里，都能生存下来，不至于会失业。”曾经我因为自己没有很高的学历而自卑，但是如今，我为我并没有很高的学历感到庆幸，如果我有傲人的学历，或许我和许许多多高学历的人一样只是一个甘心平庸，每天拿着工资，用我书本的知识去限制自己的梦想，限制我的潜能，所以我很庆幸，因为我没有傲人的学历，所以，我会更加的努力。</w:t>
      </w:r>
      <w:r>
        <w:rPr>
          <w:lang w:eastAsia="zh-CN"/>
        </w:rPr>
        <w:br/>
      </w:r>
      <w:r>
        <w:rPr>
          <w:lang w:eastAsia="zh-CN"/>
        </w:rPr>
        <w:t>　　二、老师说，一件事情，如果你觉得有4成的把握的时候，一定要去做，因为，如果你不去做，你就永远没有机会。</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以前我说我要改变我家人的命运，我经常听别人说“要是我家有钱的话，我就怎么样，怎么样……”我家在一个偏僻的农村，至今也没有很好的公路，有很多地方，连车也开不进去，曾经我以为我也会很多人一样，就这么平平庸庸的过一辈子，我不敢去想我的人生会有多大的变化，小时候，我有一个梦想，看到飞机从天上飞过，我就想着，这辈子要是能坐一次飞机，该多好，6岁的我，被村子里的大人，小孩子，笑了很多年，但是多年以后，我却实现坐飞机的愿望……所以到今天，做很多事情的时候，我并不知道，我所做的事情是不是真的能得到我想要的结果，但是我知道，如果我不去做，肯定没有结果，如果我做了，不管结果好还是不好，没有成功，但是肯定有很好的经验。当老师讲这句话的时候，我深有体会。</w:t>
      </w:r>
      <w:r>
        <w:rPr>
          <w:lang w:eastAsia="zh-CN"/>
        </w:rPr>
        <w:br/>
      </w:r>
      <w:r>
        <w:rPr>
          <w:lang w:eastAsia="zh-CN"/>
        </w:rPr>
        <w:t>　　三、每个人都有眼睛，但并不是每个人都有眼光</w:t>
      </w:r>
      <w:r>
        <w:rPr>
          <w:lang w:eastAsia="zh-CN"/>
        </w:rPr>
        <w:br/>
      </w:r>
      <w:r>
        <w:rPr>
          <w:lang w:eastAsia="zh-CN"/>
        </w:rPr>
        <w:t>　　这句话让我想起了几年前，一位老师曾经说过，“当你伸出手，手心对着自己的时候，你看到了手心，那是目光，你能看到手背，那才叫眼光”，多少生意，多少项目，当别人都做得有经验教我们的时候，那已经不是机会了，所以“要做别人不愿意做的，别人还没有想到的，别人还不能接受的。”就如营养师，多少人还看不清楚这个行业的前景，即使拿了证书，也只是随便应付一下，不知道还要多少年，才有人重视这个行业，就像直销，就像如今的`保健品市场，一片混乱，但是在这一片混乱中，却又多少人成为了富豪!我不是一个有眼光的人，但是我相信，跟随有眼光的人，他们成为千万富翁的时候，我一定可以成为百万富翁，他们成为企业家的时候，我至少不会为工作发愁。</w:t>
      </w:r>
      <w:r>
        <w:rPr>
          <w:lang w:eastAsia="zh-CN"/>
        </w:rPr>
        <w:br/>
      </w:r>
      <w:r>
        <w:rPr>
          <w:lang w:eastAsia="zh-CN"/>
        </w:rPr>
        <w:t>　　四、要定位自己的角色，到底想成为什么样的人</w:t>
      </w:r>
      <w:r>
        <w:rPr>
          <w:lang w:eastAsia="zh-CN"/>
        </w:rPr>
        <w:br/>
      </w:r>
      <w:r>
        <w:rPr>
          <w:lang w:eastAsia="zh-CN"/>
        </w:rPr>
        <w:t>　　当我们定位好了自己的角色，才能更好的找到发方法去突破自己，之前有个老师说过一句话，让我记忆忧心，“方向永远比方法重要”，如果我们有了方向，方法自然就有了，我一直都相信这句话。</w:t>
      </w:r>
      <w:r>
        <w:rPr>
          <w:lang w:eastAsia="zh-CN"/>
        </w:rPr>
        <w:br/>
      </w:r>
      <w:r>
        <w:rPr>
          <w:lang w:eastAsia="zh-CN"/>
        </w:rPr>
        <w:t>　　五、要往前走，就要忘掉过去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也许这很难，因为在人生的道路上，要想做成功一件事情，真的不容易，老师推荐我们看《阿甘正传》，今天晚上花了2个小时的时间，看完了，但是给我印象最深刻的不是阿甘如何傻，而是他简单，别人叫他跑，他就跑，永远是守承诺的人，但是阿甘没有梦想，没有目标，但是却成为了一个很有钱的人，而且有很多的跟随者，因为他坚持，他说的一句话，让我印象很深刻“要往前走，就要忘掉过去”，也许过去太多的事情，牵绊我们太多的时间和精力，要飞得更高，忘掉地平线吧!</w:t>
      </w:r>
      <w:r>
        <w:rPr>
          <w:lang w:eastAsia="zh-CN"/>
        </w:rPr>
        <w:br/>
      </w:r>
      <w:r>
        <w:rPr>
          <w:lang w:eastAsia="zh-CN"/>
        </w:rPr>
        <w:t>　　在以后的学习中，我一定要更加的努力，我比不得别人聪明，一定要比别人勤奋。</w:t>
      </w:r>
      <w:r>
        <w:rPr>
          <w:lang w:eastAsia="zh-CN"/>
        </w:rPr>
        <w:br/>
      </w:r>
      <w:r>
        <w:rPr>
          <w:lang w:eastAsia="zh-CN"/>
        </w:rPr>
        <w:t xml:space="preserve">    教师专培训个人总结 篇15 </w:t>
      </w:r>
      <w:r>
        <w:rPr>
          <w:lang w:eastAsia="zh-CN"/>
        </w:rPr>
        <w:br/>
      </w:r>
      <w:r>
        <w:rPr>
          <w:lang w:eastAsia="zh-CN"/>
        </w:rPr>
        <w:t>　　学习是教师的终身必修课，在信息化时代，只有坚持不断的学习，才能适应时代的发展的需要而不致于落伍。通过一年来的学习，我进一步掌握了新课改的发展方向和新课标解读，反思了以往工作中的不足。下面是我通过校本培训获得的几个方面的体会：</w:t>
      </w:r>
      <w:r>
        <w:rPr>
          <w:lang w:eastAsia="zh-CN"/>
        </w:rPr>
        <w:br/>
      </w:r>
      <w:r>
        <w:rPr>
          <w:lang w:eastAsia="zh-CN"/>
        </w:rPr>
        <w:t>　　一、在教学活动中，学生才是主人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新课程倡导的自主学习、合作学习、探究性学习，都是以学生的积极参与为前提，没有学生的积极参与，就不可能有自主、探究、合作学习。实践证明，学生参与课堂教学的积极性，参与的深度与广度，直接影响着课堂教学的效果。每一个学生都发言就是参与吗？专家的观点是：“应该说，站起来发言是参与”。但从表面上看，是一种行为的参与，关键要看学生的思维是否活跃，学生所回答的问题、提出的问题，是否建立在第一个问题的基础之上，每一个学生的发言是否会引起其他学生的思考；要看参与是不是主动、积极，是不是学生的自我需要；要看学生交往的状态，思维的状态，不能满足于学生都在发言，而要看学生有没有独立的思考。”</w:t>
      </w:r>
      <w:r>
        <w:rPr>
          <w:lang w:eastAsia="zh-CN"/>
        </w:rPr>
        <w:br/>
      </w:r>
      <w:r>
        <w:rPr>
          <w:lang w:eastAsia="zh-CN"/>
        </w:rPr>
        <w:t>　　简单的问答式，一问一答，学生好像忙得不亦乐乎，但实际上学生的思维仍在同一水平上重复；一些课表面上看热热闹闹，学生能准确地回答教师提出的问题，但很少有学生提出自己的见解；表面上看是师生互动，实际上是用提问的方式“灌”，直到让学生认同教师事先设计好的答案。师生、生生没有真正地互动起来，是非常值得注意的一个问题。</w:t>
      </w:r>
      <w:r>
        <w:rPr>
          <w:lang w:eastAsia="zh-CN"/>
        </w:rPr>
        <w:br/>
      </w:r>
      <w:r>
        <w:rPr>
          <w:lang w:eastAsia="zh-CN"/>
        </w:rPr>
        <w:t>　　那么，怎样调动学生的“思维参与”呢？专家认为，应当创设情景，巧妙地提出问题，引发学生心理上的认知冲突，使学生处于一种“心求通而未得，口欲言而弗能”的状态。同时，教师要放权给学生，给他们想、做、说的机会，让他们讨论、质疑、交流，围绕某一个问题展开辩论。教师应当给学生时间和权利，让学生充分进行思考，给学生充分表达自己思维的机会，让学生放开说，并且让尽可能多的学生说。条件具备了，学生自然就会兴奋，参与的积极性就会高起来，参与度也会大大提高。只有积极、主动、兴奋地参与学习过程，个体才能得到发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那么，怎样调动学生的“思维参与”呢？专家认为，应当创设情景，巧妙地提出问题，引发学生心理上的认知冲突，使学生处于一种“心求通而未得，口欲言而弗能”的状态。同时，教师要放权给学生，给他们想、做、说的机会，让他们讨论、质疑、交流，围绕某一个问题展开辩论。教师应当给学生时间和权利，让学生充分进行思考，给学生充分表达自己思维的机会，让学生放开说，并且让尽可能多的学生说。条件具备了，学生自然就会兴奋，参与的积极性就会高起来，参与度也会大大提高。只有积极、主动、兴奋地参与学习过程，个体才能得到发展。</w:t>
      </w:r>
      <w:r>
        <w:rPr>
          <w:lang w:eastAsia="zh-CN"/>
        </w:rPr>
        <w:br/>
      </w:r>
      <w:r>
        <w:rPr>
          <w:lang w:eastAsia="zh-CN"/>
        </w:rPr>
        <w:t>　　二、在教学活动中，教师要善于评价</w:t>
      </w:r>
      <w:r>
        <w:rPr>
          <w:lang w:eastAsia="zh-CN"/>
        </w:rPr>
        <w:br/>
      </w:r>
      <w:r>
        <w:rPr>
          <w:lang w:eastAsia="zh-CN"/>
        </w:rPr>
        <w:t>　　在教学过程中要给学生多一点赏识与鼓励。对学生的日常表现，应以鼓励、表扬等积极性的评价为主，采用激励性的评语，尽量从正面引导。莎士比亚说：“赞赏是照在人心灵上的阳光。”前苏联教育家苏霍姆林斯基说：“要让孩子们体验劳动的欢乐和自己的劳动而感到自豪。”为了让全体学生品尝到学习的快乐和成功的喜悦，教师在评价时要竭力睁大眼睛寻找学生的闪光点。（如：“你这个词用得真准确！”“这个句子真美！”“发言声音响亮！”“真自信！”“真大方！”“你敢于发表自己意见，进步真大！”“你的发言触动了我的思维，震撼了我的心灵！”“你理解透彻，语言精当，表达流畅且自信满怀，我非常欣赏你！”“我有听君一席话，胜读十年书的感觉了！”“你懂得比老师还要多！”“你读得比老师还要棒！”）大量的实践证明，对学生的赏识与鼓励，不仅有利于提高学生的学习兴趣，而且培养了学生学会欣赏他人，相信自己，积极向上的品格，充分体现了教学的人文性。也要多一点诙谐与幽默，老师风趣幽默的语言必将使学生受到潜移默化的影响，从中有助于学生良好人文素质的养成。使学生在充满爱心和智慧的评价中健康成长，我们还要“要珍视学生独特的感受、体验和理解。”</w:t>
      </w:r>
      <w:r>
        <w:rPr>
          <w:lang w:eastAsia="zh-CN"/>
        </w:rPr>
        <w:br/>
      </w:r>
      <w:r>
        <w:rPr>
          <w:lang w:eastAsia="zh-CN"/>
        </w:rPr>
        <w:t>　　三、在教学活动中，教师要当好组织者</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3"/>
          <w:cols w:space="425"/>
          <w:titlePg w:val="0"/>
          <w:docGrid w:type="lines" w:linePitch="312"/>
        </w:sectPr>
      </w:pPr>
      <w:r>
        <w:rPr>
          <w:lang w:eastAsia="zh-CN"/>
        </w:rPr>
        <w:t>　　（四）综合协调能力。作为学生干部，良好的协调能力是不可或缺的。要善于团结同学，作为老师与同学们之间沟通的桥梁。一方面要有很好的感情因素，善于激发同学们的热情，为着共同的目标团结奋斗，塑造部门强大的战斗力。另一方面要善于社会交往，使各种外在因素都能为本部门的工作开展服务，为本部门发展创造良好的外部条件。</w:t>
      </w:r>
      <w:r>
        <w:rPr>
          <w:lang w:eastAsia="zh-CN"/>
        </w:rPr>
        <w:br/>
      </w:r>
      <w:r>
        <w:rPr>
          <w:lang w:eastAsia="zh-CN"/>
        </w:rPr>
        <w:t>　　（1）校内：开展新老教师传帮带活动，一是采用新老挂钩师徒结对的方式，刚分配的毕业生必须拜一名老教师为师，全面学习老教师的优秀经验和敬业精神。二是教师之间互相听课，严格执行《教师听课制度》加强相互听课的组织工作。每位教师听课时，要认真做好听课记录，并写出自己的听课心得。</w:t>
      </w:r>
      <w:r>
        <w:rPr>
          <w:lang w:eastAsia="zh-CN"/>
        </w:rPr>
        <w:br/>
      </w:r>
      <w:r>
        <w:rPr>
          <w:lang w:eastAsia="zh-CN"/>
        </w:rPr>
        <w:t>　　教师要充分信任学生，相信学生完全有学习的能力。把机会交给学生。俯下身子看学生的生活，平等参与学生的研究。教师把探究的机会交给学生，学生就能充分展示自己学习的过程，教师也就可以自如地开展教学活动。新课程实施的灵活性大，让教师觉得难以驾驭教学行为，课堂教学中表现为过多的焦虑和不安。原因是教学过程中，教师面对学生精彩纷呈的学习活动，还不习惯参与学生的学习过程，观察和探究学生的学习方式，及时了解他们的认知情况，学生的需要没有真正地被关注。</w:t>
      </w:r>
      <w:r>
        <w:rPr>
          <w:lang w:eastAsia="zh-CN"/>
        </w:rPr>
        <w:br/>
      </w:r>
      <w:r>
        <w:rPr>
          <w:lang w:eastAsia="zh-CN"/>
        </w:rPr>
        <w:t>　　四、在教学活动中，教师要做一个成功的引路人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4"/>
          <w:cols w:space="425"/>
          <w:titlePg w:val="0"/>
          <w:docGrid w:type="lines" w:linePitch="312"/>
        </w:sectPr>
      </w:pPr>
      <w:r>
        <w:rPr>
          <w:lang w:eastAsia="zh-CN"/>
        </w:rPr>
        <w:t>　　一堂新课开始，教师可通过新课导入的设计、学习氛围的创设，教材所蕴含的兴趣教学因素、课堂内外的各种资源来唤起学生对新知识的兴趣，让学生产生学习的意愿和动力。然后，教给学生探索、发现的方法，让学生会探索、会发现。教师除了必须把学生自学作为课堂教学的重要步骤外，还需精心设计每一次自学的目标、内容，同时加强自学方法的指导。</w:t>
      </w:r>
      <w:r>
        <w:rPr>
          <w:lang w:eastAsia="zh-CN"/>
        </w:rPr>
        <w:br/>
      </w:r>
      <w:r>
        <w:rPr>
          <w:lang w:eastAsia="zh-CN"/>
        </w:rPr>
        <w:t>　　总之，在学校的教育改革中，我们要不断学习，致力于新课标的研究与探索之中，寻求创新，切实以新观念、新思路、新方法投入教学，使学生在新课改中获得能力的提高。</w:t>
      </w:r>
      <w:r>
        <w:rPr>
          <w:lang w:eastAsia="zh-CN"/>
        </w:rPr>
        <w:br/>
      </w:r>
      <w:r>
        <w:rPr>
          <w:lang w:eastAsia="zh-CN"/>
        </w:rPr>
        <w:t>　　亲其师，才能信其道。在平时与学生接触的过程中，我不以“师长”自居，尽量与学生平等交往，建立“朋友式”的深厚友谊，努力关爱每一位学生的成长。与学生多谈心，帮助学生解决学习上与生活上的各种困惑。同时，面对个别调皮的学生，也实行严格要求、正确导向的办法，让他们树立起正确的荣辱观。面对各层次的学生，我既要关爱大部分学生，又要面对个别不守纪律的捣蛋分子实行严格要求。课堂上，我尽量做到分层施教与个别辅导相结合；课余，我让优秀学生与“待进生”实行“一帮一”结对子，互帮互助，共同提高。一年来，学生们原本薄弱的基础知识有了稳步提高。</w:t>
      </w:r>
      <w:r>
        <w:rPr>
          <w:lang w:eastAsia="zh-CN"/>
        </w:rPr>
        <w:br/>
      </w:r>
      <w:r>
        <w:rPr>
          <w:lang w:eastAsia="zh-CN"/>
        </w:rPr>
        <w:t>　　教师被喻为人类灵魂的工程师，教师的政治思想会直接影响到孩子。我在思想上高标准的严格要求自己。积极参加园内各项活动，并认真做记录。做到不迟到、不早退，树立为人师表的形象。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5"/>
          <w:cols w:space="425"/>
          <w:titlePg w:val="0"/>
          <w:docGrid w:type="lines" w:linePitch="312"/>
        </w:sectPr>
      </w:pPr>
      <w:r>
        <w:rPr>
          <w:lang w:eastAsia="zh-CN"/>
        </w:rPr>
        <w:t>　　尊重、理解、信任学生是消除教育盲点的基础。尊重学生要尊重学生的人格。教师与学生虽然处在教育教学过程中的不同的地位，但在人格上应该是平等的；理解学生要从青少年的心理发展特点出发，理解他们的要求和想法，信任他们的潜在能力，放手让学生在实践中锻炼，在磨练中成长。只有这样，学生才能与教师缩小心理距离，学生才会对教师产生依赖感。</w:t>
      </w:r>
      <w:r>
        <w:rPr>
          <w:lang w:eastAsia="zh-CN"/>
        </w:rPr>
        <w:br/>
      </w:r>
      <w:r>
        <w:rPr>
          <w:lang w:eastAsia="zh-CN"/>
        </w:rPr>
        <w:t>　　服从领导，听从安排，任劳任怨。由中学转调到小学后，我年年接手教毕业班。每接一个新班，我虚心向班主任教师学习班级管理，向有经验的老教师请教育人方法，结合小学英语教学的特点，我摸索着将学生的理想教育、道德教育和心理健康教育融入到英语语言教学当中，逐渐形成了自己的教学风格。</w:t>
      </w:r>
      <w:r>
        <w:rPr>
          <w:lang w:eastAsia="zh-CN"/>
        </w:rPr>
        <w:br/>
      </w:r>
      <w:r>
        <w:rPr>
          <w:lang w:eastAsia="zh-CN"/>
        </w:rPr>
        <w:t xml:space="preserve">    教师专培训个人总结 篇16 </w:t>
      </w:r>
      <w:r>
        <w:rPr>
          <w:lang w:eastAsia="zh-CN"/>
        </w:rPr>
        <w:br/>
      </w:r>
      <w:r>
        <w:rPr>
          <w:lang w:eastAsia="zh-CN"/>
        </w:rPr>
        <w:t>　　有幸参加__区教师心理健康培训，虽然时间不长，仅为一月，但是对我个人而言，收获确是丰富且充实的。通过培训，使我初步了解到目前老师心理健康的状况，教师心理问题产生的原因等，这些问题都是和我们每一位老师切身相关的。同时也让我们知道了如何解决这些问题的方式方法。比如：懂得“知足者常乐”；为师者，要以平和的心态来教育学生（特别是特长生），以真诚的心来帮助和引导学生，以发展的眼光来看待学生在成长中出现的问题和不足，在这过程中，教师的心情是愉悦的；同时，做为教师要有一种爱好，有一个朋友圈。琴、棋、书、画等用活动来发泄，降低紧张度，有利于身心健康。下面就我对这次培训的所得与理悟做个小小的总结：</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6"/>
          <w:cols w:space="425"/>
          <w:titlePg w:val="0"/>
          <w:docGrid w:type="lines" w:linePitch="312"/>
        </w:sectPr>
      </w:pPr>
      <w:r>
        <w:rPr>
          <w:lang w:eastAsia="zh-CN"/>
        </w:rPr>
        <w:t>　　在讲学中，教授就如何引导新生尽快适应初中生活与日常心理健康教育问题，结合自己的成长历程，旁征博引，风趣幽默地为我们讲解了作为一名教育工作者如何帮助学生认识自己、培养学习兴趣及教师学科渗透、家校关系等问题。对当下学生入学后产生的迷茫、厌学、郁闷等现象，他认为要培养学生良好的、健康的心理，需要每一位老师参与，需要学校整体环境渲染。我们的每一门学科，每一堂课上，都可能或多或少地渗透心理健康教育。教师是学校心理健康教育的推行者、具体实施者，因此每一个教师都因具备心理健康的相关知识，在自己的教学过程中关注学生的心理健康，引导他们“发现自我，认识自我，超越自我”，形成健全的人格。</w:t>
      </w:r>
      <w:r>
        <w:rPr>
          <w:lang w:eastAsia="zh-CN"/>
        </w:rPr>
        <w:br/>
      </w:r>
      <w:r>
        <w:rPr>
          <w:lang w:eastAsia="zh-CN"/>
        </w:rPr>
        <w:t>　　其中，对教师的学科态度引用马克思的事物之间的联系是普遍存在的理论，告诉教师在学科中让你的学生喜欢你的学科，为什么要学，关键是为什么这样？认为学科态度的重要性，指出学科态度即是人生态度，提倡元认知教学。在学生学习目地的引导就是重新发掘人对知识的好奇，在内部强化与外部强化中，前者的力量大，指明人生的方向就是体现个人的价值，教师也是如此。在学习目的上加强学习规范化的引导，提出“一个善于反省自己学习成绩的学生他的学习成绩就会进步的很快，有反省才有进步”的精辟论断。</w:t>
      </w:r>
      <w:r>
        <w:rPr>
          <w:lang w:eastAsia="zh-CN"/>
        </w:rPr>
        <w:br/>
      </w:r>
      <w:r>
        <w:rPr>
          <w:lang w:eastAsia="zh-CN"/>
        </w:rPr>
        <w:t>　　在心理健康教育中，家庭的环境是至关重要的，因此教授建议老师们做到以下几点：</w:t>
      </w:r>
      <w:r>
        <w:rPr>
          <w:lang w:eastAsia="zh-CN"/>
        </w:rPr>
        <w:br/>
      </w:r>
      <w:r>
        <w:rPr>
          <w:lang w:eastAsia="zh-CN"/>
        </w:rPr>
        <w:t>　　1建立良好的家校联系。</w:t>
      </w:r>
      <w:r>
        <w:rPr>
          <w:lang w:eastAsia="zh-CN"/>
        </w:rPr>
        <w:br/>
      </w:r>
      <w:r>
        <w:rPr>
          <w:lang w:eastAsia="zh-CN"/>
        </w:rPr>
        <w:t>　　2、强调家长参与学生教育的重要性。</w:t>
      </w:r>
      <w:r>
        <w:rPr>
          <w:lang w:eastAsia="zh-CN"/>
        </w:rPr>
        <w:br/>
      </w:r>
      <w:r>
        <w:rPr>
          <w:lang w:eastAsia="zh-CN"/>
        </w:rPr>
        <w:t>　　3、帮助纠正家长错误教育的观念。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7"/>
          <w:cols w:space="425"/>
          <w:titlePg w:val="0"/>
          <w:docGrid w:type="lines" w:linePitch="312"/>
        </w:sectPr>
      </w:pPr>
      <w:r>
        <w:rPr>
          <w:lang w:eastAsia="zh-CN"/>
        </w:rPr>
        <w:t>　　4、教会家长正确的教育理念。其中特别指出的是要教师教育家长能“正其位”，家庭教育的失败是因为很多人没有坐到自己的位置上。教授认为，父亲和母亲所起的作用是不一样的，我们原来讲的严父慈母，现在却恰恰相反，而且在我们的家庭教育中过分的保护孩子也恰恰是孩子失去了认识世界的心理体验，其实某些孩子的心理问题并不是他自有的，而是我们赋予了他们错误的人生观和认识事物的方法。因此说孩子的某些问题只是生活在一个你认为的世界里了。</w:t>
      </w:r>
      <w:r>
        <w:rPr>
          <w:lang w:eastAsia="zh-CN"/>
        </w:rPr>
        <w:br/>
      </w:r>
      <w:r>
        <w:rPr>
          <w:lang w:eastAsia="zh-CN"/>
        </w:rPr>
        <w:t>　　教授在此次培训指出心理问题的产生主要来自于“我执”这种个性特征，其主要表现为：精神分析为体，行为主义为用，人本主义为境，认知理论为遇。实际上就是一种自我为中心的问题。解决这个问题的办法教授用八个字来概括“实事求是、与时俱进”。教授生动的讲述了他个人从事心理健康教育的过程，他指出人生就是一种体验，每个人都是在体验自己的人生，也在体验中展示自己的人生价值。他总结人与工作的关系时提出“干一行，爱一行”、“爱一行，干一行”两种不同的工作态度，只要在工作中人人都有一种“因为我在干”“我是为了我自己在干工作”思想，那就没有不成功的人。在工作的时候你用什么样的态度投入到你的工作，你自己贴什么样的标签不重要，你是什么样的人才重要，为自己工作，为自己负责。我们对于工作的最好的态度正如教授所言，有良心的给学生以最大的自由空间，少考虑个人得失，在定位准确，心态端正的情况下认真努力的工作。</w:t>
      </w:r>
      <w:r>
        <w:rPr>
          <w:lang w:eastAsia="zh-CN"/>
        </w:rPr>
        <w:br/>
      </w:r>
    </w:p>
    <w:p w:rsidR="001B1F19" w14:textId="27C3F48A">
      <w:pPr>
        <w:rPr>
          <w:rFonts w:hint="eastAsia"/>
          <w:lang w:eastAsia="zh-CN"/>
        </w:rPr>
      </w:pPr>
      <w:r>
        <w:rPr>
          <w:lang w:eastAsia="zh-CN"/>
        </w:rPr>
        <w:t>　　教授精彩的讲学不时被老师潮水般的掌声打断，他渊博的学识、诙谐的语言、精彩的解读给与会全体教师留下深刻印象，激发了老师们乐观向上、积极进取的精神。</w:t>
      </w:r>
      <w:r>
        <w:rPr>
          <w:lang w:eastAsia="zh-CN"/>
        </w:rPr>
        <w:br/>
      </w:r>
      <w:r>
        <w:rPr>
          <w:lang w:eastAsia="zh-CN"/>
        </w:rPr>
        <w:t>　　这次培训使我们澄清了以前的一些心理学方面的错误见解，弄清了一些原来迷惑的问题，理清了心理学教育方面的思路，为以后的心理教育工作提供了理论基础和理论支持。我感谢这些知名的教授和学者，他们既有理论功底，又有实际经验，他们以自己智慧为我们点燃了一盏明灯；也感谢我们学校，为我们提供了一次心灵洗礼。</w:t>
      </w:r>
      <w:r>
        <w:rPr>
          <w:lang w:eastAsia="zh-CN"/>
        </w:rPr>
        <w:br/>
      </w:r>
      <w:r>
        <w:rPr>
          <w:lang w:eastAsia="zh-CN"/>
        </w:rPr>
        <w:t xml:space="preserve">    教师专培训个人总结 篇17 </w:t>
      </w:r>
      <w:r>
        <w:rPr>
          <w:lang w:eastAsia="zh-CN"/>
        </w:rPr>
        <w:br/>
      </w:r>
      <w:r>
        <w:rPr>
          <w:lang w:eastAsia="zh-CN"/>
        </w:rPr>
        <w:t>　　20__年5月4日，我有幸参加了雁塔区教育局体卫艺科组织的中小学音乐教师合唱指挥的培训，虽然只有短短的一天时间，但在这一天的培训时间里我学到了很多书本上没有的知识。本次的培训请来了西安音乐学院作曲系的梁晖副教授，听着梁晖老师的讲座仿佛又回到了大学时代，犹记得三年多前在大学的教室里同样的老师为我们讲授着同样的指挥课，那一刻大学时所学的知识一一出现在脑中。</w:t>
      </w:r>
      <w:r>
        <w:rPr>
          <w:lang w:eastAsia="zh-CN"/>
        </w:rPr>
        <w:br/>
      </w:r>
      <w:r>
        <w:rPr>
          <w:lang w:eastAsia="zh-CN"/>
        </w:rPr>
        <w:t>　　20__年10月我光荣的成为了教师行业中的一员，对于有着多年教学经验的老师们，我只是一个刚工作不到两年没有任何合唱经验的青年音乐教师。在面对着这么多有丰富经验的老师，我不自觉地出现了自卑的心理，但是这次的合唱与指挥培训对于我这位刚出道的音乐教师来说就犹如雪中送炭给了我自信，并且也让我对合唱有了更深层次的了解。</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https://d.book118.com/055023103140011114</w:t>
        </w:r>
      </w:hyperlink>
    </w:p>
    <w:p w:rsidR="001B1F19">
      <w:pPr>
        <w:rPr>
          <w:rFonts w:hint="eastAsia"/>
          <w:lang w:eastAsia="zh-CN"/>
        </w:rPr>
      </w:pPr>
    </w:p>
    <w:sectPr>
      <w:type w:val="nextPage"/>
      <w:pgSz w:w="11906" w:h="16838"/>
      <w:pgMar w:top="1440" w:right="1800" w:bottom="1440" w:left="1800" w:header="851" w:footer="992" w:gutter="0"/>
      <w:pgNumType w:start="3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055023103140011114"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54</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