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保险公司年终工作总结</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保险公司年终工作总结1</w:t>
      </w:r>
      <w:r>
        <w:rPr>
          <w:lang w:eastAsia="zh-CN"/>
        </w:rPr>
        <w:br/>
      </w:r>
      <w:r>
        <w:rPr>
          <w:lang w:eastAsia="zh-CN"/>
        </w:rPr>
        <w:t xml:space="preserve">    今年是__保险股份制改革上市后的第_个年度。这一年，是我公司面临压力攻艰克难的一年，是面对新变化、落实新机制、执行新规定的一年。我公司在全体员工的奋力拼搏下，取得了一定的经营业绩。现对今年工作进行以下总结。 </w:t>
      </w:r>
      <w:r>
        <w:rPr>
          <w:lang w:eastAsia="zh-CN"/>
        </w:rPr>
        <w:br/>
      </w:r>
      <w:r>
        <w:rPr>
          <w:lang w:eastAsia="zh-CN"/>
        </w:rPr>
        <w:t>　　一、围绕目标，落实计划，紧抓业务工作</w:t>
      </w:r>
      <w:r>
        <w:rPr>
          <w:lang w:eastAsia="zh-CN"/>
        </w:rPr>
        <w:br/>
      </w:r>
      <w:r>
        <w:rPr>
          <w:lang w:eastAsia="zh-CN"/>
        </w:rPr>
        <w:t>　　年初，我公司经理室就针对__地区保险市场变化及全年保费收入情况进行综合分析，将上级公司下达我公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今年来，我们把稳固车险和企业财产保险，拓展新车市场和新工程新项目作为业务工作的重中之重，在抓业务数量的基础上，坚决的丢弃屡保屡亏的“垃圾”业务。确保续保业务及时回笼，我们要求各业务部门按月上报续保业务台帐，由经理室督促考核，并要求提前介入公关。一旦出现脱报，马上在全公司公布，其他人员可以参与竞争，从而巩固了原有业务，大大减少了业务的流失，保证了主要险种的市场份额占有率。已失业务不放弃。</w:t>
      </w:r>
      <w:r>
        <w:rPr>
          <w:lang w:eastAsia="zh-CN"/>
        </w:rPr>
        <w:br/>
      </w:r>
      <w:r>
        <w:rPr>
          <w:lang w:eastAsia="zh-CN"/>
        </w:rPr>
        <w:t>　　我们不仅对业务台账做到笔笔清晰，并要求业务内勤把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因为企业改制、转产、资金等因素对企业财产保险形成了较大的冲击，加之竞争等因素，使的展业难度和展业成本大大增加。针对这些情况，我们充分动员，统一思想，上下形成合力，迎难而上。</w:t>
      </w:r>
      <w:r>
        <w:rPr>
          <w:lang w:eastAsia="zh-CN"/>
        </w:rPr>
        <w:br/>
      </w:r>
      <w:r>
        <w:rPr>
          <w:lang w:eastAsia="zh-CN"/>
        </w:rPr>
        <w:t>　　二、提升服务，抓好质量，增加竞争优势</w:t>
      </w:r>
      <w:r>
        <w:rPr>
          <w:lang w:eastAsia="zh-CN"/>
        </w:rPr>
        <w:br/>
      </w:r>
      <w:r>
        <w:rPr>
          <w:lang w:eastAsia="zh-CN"/>
        </w:rPr>
        <w:t>　　我公司面对外部竞争所带来的业务压力，保持沉着冷静，客观面对现实情况寻求对策，与竞争对手们展开了一场品牌战、服务战。深入老客户企业，在客户企业中聘请信息员、联络员，并从其他保险企业抢挖业务尖子加盟我公司，赢得“回流”业务，使其他保险公司的工作处于被动状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服务更加人性化、亲密化，公司经理室成员年初就对县属各大系统骨干企业实行划块包干，进行了多次回访，请他们对我公司工作提出意见和建议，这一举措得到了企业的充分肯定，他们认为公司领导主动登门是__保险的优质服务的充分体现，使客户对我公司更加信任。要求所有中层干部走出办公室，对所有中小企业必须亲自上门拜访，对所有新保客户必须当面解释条款并承诺服务项目，与企业进行不断的联络，实行零距离接触，只要客户需要必须随叫随到，提供各方面服务。</w:t>
      </w:r>
      <w:r>
        <w:rPr>
          <w:lang w:eastAsia="zh-CN"/>
        </w:rPr>
        <w:br/>
      </w:r>
      <w:r>
        <w:rPr>
          <w:lang w:eastAsia="zh-CN"/>
        </w:rPr>
        <w:t>　　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坚持双人查勘，双人定损，交叉做案，限时赔付，不断提高服务质量；加强考核、加大督查力度。对理赔过程中出现各种问题一经查实，轻者批评教育，重者严肃处理，决不姑息；</w:t>
      </w:r>
      <w:r>
        <w:rPr>
          <w:lang w:eastAsia="zh-CN"/>
        </w:rPr>
        <w:br/>
      </w:r>
      <w:r>
        <w:rPr>
          <w:lang w:eastAsia="zh-CN"/>
        </w:rPr>
        <w:t>　　三、调整经营思路，强化创新意识，提高公司效益水平</w:t>
      </w:r>
      <w:r>
        <w:rPr>
          <w:lang w:eastAsia="zh-CN"/>
        </w:rPr>
        <w:br/>
      </w:r>
      <w:r>
        <w:rPr>
          <w:lang w:eastAsia="zh-CN"/>
        </w:rPr>
        <w:t>　　我公司从效益出发，对该险种的承保范围、承保条件进行了严格的限制。在注重各险种效益发展的同时，我们改变以往的经营套路，__车险业务属于我公司续保业务，但今年多家保险公司对此业务虎视眈眈，介入竞争，企图分羹，为保证万无一失，我公司果断提前续保，使其他保险公司措手不及，稳固了业务的发展。我公司这些工作是适应股份制改革后经营工作新形势的发展需要做出的大胆尝试，也是转变思想的实验性思路。保险公司年终工作总结2</w:t>
      </w:r>
      <w:r>
        <w:rPr>
          <w:lang w:eastAsia="zh-CN"/>
        </w:rPr>
        <w:br/>
      </w:r>
      <w:r>
        <w:rPr>
          <w:lang w:eastAsia="zh-CN"/>
        </w:rPr>
        <w:t xml:space="preserve">    时光流逝，又在__开心的过了一年，回想这一年的工作历程，作为公司的每一位员工，我们深深感到永安之蓬勃发展的生气，感遭到__人之拼搏的精神。这一年来的工作，有收获，有教训，总结，对一个热情工作的人来说是承上启下的，因此年终工作总结，现将这一年来的工作总结以下： </w:t>
      </w:r>
      <w:r>
        <w:rPr>
          <w:lang w:eastAsia="zh-CN"/>
        </w:rPr>
        <w:br/>
      </w:r>
      <w:r>
        <w:rPr>
          <w:lang w:eastAsia="zh-CN"/>
        </w:rPr>
        <w:t>　　一、在工作上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今年也是繁忙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__中支公司，所以每个月都要关注的一个问题。于是在预估上，对于不知晓的案件金额，收集各方面的资料，如问客户，问查勘员，问缺失部位，问三者的车型等等，尽量问的全面，让预估偏差尽量做到最小。在这进程当中，便会遇到各式各样的客户，有态度好的，非常配合的，让我感到很欣慰；有态度差的，让我稀里糊涂的，苦笑不得的……</w:t>
      </w:r>
      <w:r>
        <w:rPr>
          <w:lang w:eastAsia="zh-CN"/>
        </w:rPr>
        <w:br/>
      </w:r>
      <w:r>
        <w:rPr>
          <w:lang w:eastAsia="zh-CN"/>
        </w:rPr>
        <w:t>　　而更是愁闷的便是邻近过年那会儿，我这里要提早预估放假期间的工作，让预估工作难上加难年终工作总结，不但是工作量大，一天要估两天的案件，最多的那天一天要估__件，就算全部录入核价系统，也要一个个复制进去查，然后录入系统估掉年终工作总结，何况三分之二的案件是没有录入的，也就意味着要打电话，几十个电话要打，要是打了都知道也就罢了，关键的是连定损员都估不出来，由于很多车子邻近过年修理厂关门而导致的没法修理情形，没法拆解，也就没法知晓，但预估工作并不是由于没法知道而停滞在那里，我必须要得到接近的数，所以常常一个案件，我要打好几个电话，所以预估是一份辣手的工作，但我还是在预估偏差率上很好的体现出来，20__年我想我会做的更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接下来是客户的咨询和投诉，面对客户的咨询和投诉，我第一做的工作便是对此案件的来龙去脉摸个清楚，对不清楚的条款向同事们讨教，于是能够很好的答复客户的疑问，同时也给客户一些很好的建议，常常引得客户“中意而归”，当然这其中也有着难缠的客户，但最后都能迎刃而解。这是我最为开心的事情。在处理咨询和投诉上，不但能让我学会与各式各样的客户沟通的能力，还在理赔及其它知识上给予了一定的学习和提升，特别在__年__月份，投诉只有1个，还是无效投诉，很明显的着落了，让我很欣喜，这不但说明我们在外工作人员在理论上，技术上，沟通上有了很好的提升，还说明了平时我对于客户咨询问题处理的好。</w:t>
      </w:r>
      <w:r>
        <w:rPr>
          <w:lang w:eastAsia="zh-CN"/>
        </w:rPr>
        <w:br/>
      </w:r>
      <w:r>
        <w:rPr>
          <w:lang w:eastAsia="zh-CN"/>
        </w:rPr>
        <w:t>　　最后是20__年的销案工作的做的好。在领导的正确领导下，在同事的相互帮助下，在自己平时的辛苦努力工作下，案件的未决件数一直处于一个很好的'位置，20__年将做的更好。</w:t>
      </w:r>
      <w:r>
        <w:rPr>
          <w:lang w:eastAsia="zh-CN"/>
        </w:rPr>
        <w:br/>
      </w:r>
      <w:r>
        <w:rPr>
          <w:lang w:eastAsia="zh-CN"/>
        </w:rPr>
        <w:t>　　二、业务上</w:t>
      </w:r>
      <w:r>
        <w:rPr>
          <w:lang w:eastAsia="zh-CN"/>
        </w:rPr>
        <w:br/>
      </w:r>
      <w:r>
        <w:rPr>
          <w:lang w:eastAsia="zh-CN"/>
        </w:rPr>
        <w:t>　　完成了今年公司完分配的业务任务，实现了事迹和效益双丰收。为了配合公司业务发展的需要，管理部门人员分配了一定的业务任务，每季度都定期评比，面对了相当的压力，我通过自身的努力，顺利的完成了全年任务，期间遇到的客户多种多样，通过耐心回答客户的疑问，尽量系统说明条款，终究让客户中意买下我们的保险产品，中间虽然有很多小麻烦，但经历这些让我增加了业务方面的知识并更能体会业务员的辛劳。</w:t>
      </w:r>
      <w:r>
        <w:rPr>
          <w:lang w:eastAsia="zh-CN"/>
        </w:rPr>
        <w:br/>
      </w:r>
      <w:r>
        <w:rPr>
          <w:lang w:eastAsia="zh-CN"/>
        </w:rPr>
        <w:t>　　三、劳动纪律上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今年在劳动纪律上公司出台了相应的奖惩文件，本人严格遵守文件精神做到不迟到不早退，上班时间不开小差，认真负责的工作。平时尽量不请假，遇到事情必须请假时，也提早向上级领导申请并交接好自己的工作。做到不影响部门日常工作正常运行。</w:t>
      </w:r>
      <w:r>
        <w:rPr>
          <w:lang w:eastAsia="zh-CN"/>
        </w:rPr>
        <w:br/>
      </w:r>
      <w:r>
        <w:rPr>
          <w:lang w:eastAsia="zh-CN"/>
        </w:rPr>
        <w:t>　　本人以“立足本职、扎实工作”为理念，勤奋务实，尽责尽职，按时完成工作任务。并团结同志。本人在工作中一直勤勤奋恳，任劳任怨，把工作放在第一位，及时完成领导交与的工作。由于工作性质的不同，预估是非常重视实效的，要在规定是时间里完成，如不然，就会超时，所以加班也是难免的。平时都会很虚心的请教领导，请教同事，在工作中能够发觉问题、并力求方法解决问题。能够寻求创新，来提高自己的工作效率和工作技能，在工作与生活中，本人与同事间和谐相处，相互友爱，相互学习，相互帮助。</w:t>
      </w:r>
      <w:r>
        <w:rPr>
          <w:lang w:eastAsia="zh-CN"/>
        </w:rPr>
        <w:br/>
      </w:r>
      <w:r>
        <w:rPr>
          <w:lang w:eastAsia="zh-CN"/>
        </w:rPr>
        <w:t>　　本人虽然在工作中获得了一定成绩，但也存在许多不足，20__年要更加的努力克服，在与客户的沟通方面更待上一层，本人要“做到老，学到老”。要不断的学习保险的专业知识，充实自己，也要不断的提高自己的业务水平，更好的服务于我们的客户，更好的为我们的客服部做出一些奉献。保险公司年终工作总结3</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回首过去的一年，內心不禁感慨万千……时间如梭，转眼间又将跨过一个年度之坎，回首望，虽沒有轰轰烈烈的战果，但也算经历了一段不平凡的考验和磨砺。非常感谢公司给我这个成长的平台，令我在工作中不断的学习，不断的进步，慢慢的提升自身的素质与才能，回首过往，中心陪伴我走过人生很重要的一个阶段，使我懂得了很多，领导对我的支持与关爱，同事们的鼎力协助，使我在工作中更加的`得心应手，在此我向中心的领导以及全体同事表示最衷心的感谢。同时也将近一年的工作向大家做以汇报。</w:t>
      </w:r>
      <w:r>
        <w:rPr>
          <w:lang w:eastAsia="zh-CN"/>
        </w:rPr>
        <w:t xml:space="preserve"> </w:t>
      </w:r>
      <w:r>
        <w:rPr>
          <w:lang w:eastAsia="zh-CN"/>
        </w:rPr>
        <w:br/>
      </w:r>
      <w:r>
        <w:rPr>
          <w:lang w:eastAsia="zh-CN"/>
        </w:rPr>
        <w:t>　　一、严于律已，团结同志。</w:t>
      </w:r>
      <w:r>
        <w:rPr>
          <w:lang w:eastAsia="zh-CN"/>
        </w:rPr>
        <w:br/>
      </w:r>
      <w:r>
        <w:rPr>
          <w:lang w:eastAsia="zh-CN"/>
        </w:rPr>
        <w:t>　　以身作则，任劳任怨。在工作中严格要求自己，响应中心各项号召，积极参加公司的各项活动。克服种种困难，不计个人得失，在工作设施不齐全、人员业务不熟练的情况下，带领医疗小组人员从头做起，加班加点学习业务知识，在短时间内完成了十五个涉及人伤(病)险种条款、医疗保险相关制度、医疗审核制度的学习。承担起多险种人伤案件接案、立案、查勘、跟踪、医疗审核等多个工作程序，赢得了客户的好评。发表相关信息达二十余篇。取得了一定成绩。较好的完成了领导交给的任务。</w:t>
      </w:r>
      <w:r>
        <w:rPr>
          <w:lang w:eastAsia="zh-CN"/>
        </w:rPr>
        <w:br/>
      </w:r>
      <w:r>
        <w:rPr>
          <w:lang w:eastAsia="zh-CN"/>
        </w:rPr>
        <w:t>　　二、努力工作，按时完成工作任务。</w:t>
      </w:r>
      <w:r>
        <w:rPr>
          <w:lang w:eastAsia="zh-CN"/>
        </w:rPr>
        <w:br/>
      </w:r>
      <w:r>
        <w:rPr>
          <w:lang w:eastAsia="zh-CN"/>
        </w:rPr>
        <w:t>　　1、全年医疗审核案件__件，涉及十六个险种。剔除不合理费用达__万元。</w:t>
      </w:r>
      <w:r>
        <w:rPr>
          <w:lang w:eastAsia="zh-CN"/>
        </w:rPr>
        <w:br/>
      </w:r>
      <w:r>
        <w:rPr>
          <w:lang w:eastAsia="zh-CN"/>
        </w:rPr>
        <w:t>　　2、拒赔案件：立案前金额达__余元，立案后拒赔金额达__万元。其中医疗责任险拒赔金额达__万元。</w:t>
      </w:r>
      <w:r>
        <w:rPr>
          <w:lang w:eastAsia="zh-CN"/>
        </w:rPr>
        <w:br/>
      </w:r>
      <w:r>
        <w:rPr>
          <w:lang w:eastAsia="zh-CN"/>
        </w:rPr>
        <w:t>　　3、全年医疗跟踪__人次，涉及医院达2家，既让客户了解理赔程序，又有效控制医疗费、误工费、护理费。得到客户的好评。</w:t>
      </w:r>
      <w:r>
        <w:rPr>
          <w:lang w:eastAsia="zh-CN"/>
        </w:rPr>
        <w:br/>
      </w:r>
      <w:r>
        <w:rPr>
          <w:lang w:eastAsia="zh-CN"/>
        </w:rPr>
        <w:t>　　三、树立中心形象，维护公司及客户利益。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1、在工作中发现，多家医院存在收费不合理现象，导致公司和客户损失。在掌握足够证据情况下，多次到问题医院据理力争，截至目前，已有五家医院为我公司和客户退回不合理费用达1300_元，为客户挽回了损失，也避免了我公司的损失，在客户及医院面前均树立了人保理赔的良好形象。</w:t>
      </w:r>
      <w:r>
        <w:rPr>
          <w:lang w:eastAsia="zh-CN"/>
        </w:rPr>
        <w:br/>
      </w:r>
      <w:r>
        <w:rPr>
          <w:lang w:eastAsia="zh-CN"/>
        </w:rPr>
        <w:t>　　2、在中心领导的带领下，经与假肢厂多次商谈，明确了各部位假肢安装费用及维修标准，对我公司赔付的伤者假肢安装时保质保量，且费用明显低于市场价。此协议的签定，使我公司的假肢赔付有了明确的标准，并大大降低了人伤案件中此项费用的赔付。</w:t>
      </w:r>
      <w:r>
        <w:rPr>
          <w:lang w:eastAsia="zh-CN"/>
        </w:rPr>
        <w:br/>
      </w:r>
      <w:r>
        <w:rPr>
          <w:lang w:eastAsia="zh-CN"/>
        </w:rPr>
        <w:t>　　四、发现问题、解决问题。寻求创新，促进工作。</w:t>
      </w:r>
      <w:r>
        <w:rPr>
          <w:lang w:eastAsia="zh-CN"/>
        </w:rPr>
        <w:br/>
      </w:r>
      <w:r>
        <w:rPr>
          <w:lang w:eastAsia="zh-CN"/>
        </w:rPr>
        <w:t>　　1、经过市场调查，结合__家政及各家医院的特点，提出护理费实行统一价格，既节省了理赔手续，又降低了此项费用的赔付。</w:t>
      </w:r>
      <w:r>
        <w:rPr>
          <w:lang w:eastAsia="zh-CN"/>
        </w:rPr>
        <w:br/>
      </w:r>
      <w:r>
        <w:rPr>
          <w:lang w:eastAsia="zh-CN"/>
        </w:rPr>
        <w:t>　　2、涉及人伤(病)案件流程、非车险特别告知单证、人伤案件跟踪表、医疗审核表等单证。使人伤案件集中立案，集中医疗审核，简化了理赔程序，也大大降低了赔付。</w:t>
      </w:r>
      <w:r>
        <w:rPr>
          <w:lang w:eastAsia="zh-CN"/>
        </w:rPr>
        <w:br/>
      </w:r>
      <w:r>
        <w:rPr>
          <w:lang w:eastAsia="zh-CN"/>
        </w:rPr>
        <w:t>　　五、提升深化服务，服务于客户、服务于承保公司。</w:t>
      </w:r>
      <w:r>
        <w:rPr>
          <w:lang w:eastAsia="zh-CN"/>
        </w:rPr>
        <w:br/>
      </w:r>
      <w:r>
        <w:rPr>
          <w:lang w:eastAsia="zh-CN"/>
        </w:rPr>
        <w:t>　　1、将理赔工作前置，在交警队调解前为客户把关，审核相关单证6_次，为客户及我公司节省费用达__万元。配合客户到法院解决纠纷。避免我公司损失达__万元。(医疗责任险一件__元、车险1涉及伤残、假肢费用、误工费、陪护费总计__万元)。</w:t>
      </w:r>
      <w:r>
        <w:rPr>
          <w:lang w:eastAsia="zh-CN"/>
        </w:rPr>
        <w:br/>
      </w:r>
      <w:r>
        <w:rPr>
          <w:lang w:eastAsia="zh-CN"/>
        </w:rPr>
        <w:t>　　2、针对不同险种，配合、__区、等支公司处理人伤赔偿纠纷，不仅降低了赔付，同时为支公司稳定、争取了客户，得到了各支公司的好评。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1)在处理某医院医疗责任险过程中，因我们及时介入，使赔案顺畅快捷，得到了院方的认可，不仅保费在原有基础上翻了一倍还多，院方还向承保公司表示其他险种也要在我公司承保。</w:t>
      </w:r>
      <w:r>
        <w:rPr>
          <w:lang w:eastAsia="zh-CN"/>
        </w:rPr>
        <w:br/>
      </w:r>
      <w:r>
        <w:rPr>
          <w:lang w:eastAsia="zh-CN"/>
        </w:rPr>
        <w:t>　　2)某承保公司在多个客户出险后出现不合理伤残鉴定，此项不合理赔付多达10_万元，我们配合该承保公司到__中级人民法院参加诉讼，得到了法院的支持，避免了今后此项不合理费用的赔付。维护了人保公司的利益，树立了人保公司的形象。</w:t>
      </w:r>
      <w:r>
        <w:rPr>
          <w:lang w:eastAsia="zh-CN"/>
        </w:rPr>
        <w:br/>
      </w:r>
      <w:r>
        <w:rPr>
          <w:lang w:eastAsia="zh-CN"/>
        </w:rPr>
        <w:t>　　六、保持成绩，找出不足，加倍努力，更上一层楼。</w:t>
      </w:r>
      <w:r>
        <w:rPr>
          <w:lang w:eastAsia="zh-CN"/>
        </w:rPr>
        <w:br/>
      </w:r>
      <w:r>
        <w:rPr>
          <w:lang w:eastAsia="zh-CN"/>
        </w:rPr>
        <w:t>　　1、医疗小组工作刚刚起步，各方面经验还很不足，需要大家共同学习，加倍努力。同时因工作中涉及多个险种，需要多个部门的支持与配合，今后要加强各方面的协调工作。</w:t>
      </w:r>
      <w:r>
        <w:rPr>
          <w:lang w:eastAsia="zh-CN"/>
        </w:rPr>
        <w:br/>
      </w:r>
      <w:r>
        <w:rPr>
          <w:lang w:eastAsia="zh-CN"/>
        </w:rPr>
        <w:t>　　2、随着新险种的开展，还有许多新问题，在加强业务学习的同时，也需要横向联系，向其他公司学习先进经验。</w:t>
      </w:r>
      <w:r>
        <w:rPr>
          <w:lang w:eastAsia="zh-CN"/>
        </w:rPr>
        <w:br/>
      </w:r>
      <w:r>
        <w:rPr>
          <w:lang w:eastAsia="zh-CN"/>
        </w:rPr>
        <w:t>　　新的一年里我为自己制定了新的目标，那就是要加紧学习，更好的充实自己，以饱满的精神状态来迎接新时期的挑战。我也会向其他同事学习，取长补短，相互交流好的工作经验，共同进步。争取更好的工作成绩。保险公司年终工作总结4</w:t>
      </w:r>
      <w:r>
        <w:rPr>
          <w:lang w:eastAsia="zh-CN"/>
        </w:rPr>
        <w:br/>
      </w:r>
      <w:r>
        <w:rPr>
          <w:lang w:eastAsia="zh-CN"/>
        </w:rPr>
        <w:t xml:space="preserve">    半年来，我按照区委、上级的部署，在人力资源和社会保障局领导下，在上级业务部门指导下，紧紧围绕全年目标管理任务，紧扣重点，突破难点，强化管理，提升服务，较好地完成了各项工作任务，现总结如下： </w:t>
      </w:r>
      <w:r>
        <w:rPr>
          <w:lang w:eastAsia="zh-CN"/>
        </w:rPr>
        <w:br/>
      </w:r>
      <w:r>
        <w:rPr>
          <w:lang w:eastAsia="zh-CN"/>
        </w:rPr>
        <w:t>　　一、主要目标任务完成情况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1、参保单位及人数：全区参保的企业单位家，机关事业单位家，参保的企业及灵活就业在职人数达__人，实际缴费人数__人(完成出国留学全年目标任务)，企业退休人数达__人;参保事业在职人数__人，完成全年目标任务119</w:t>
      </w:r>
      <w:r>
        <w:rPr>
          <w:lang w:eastAsia="zh-CN"/>
        </w:rPr>
        <w:t xml:space="preserve"> %，事业退休数达__人。</w:t>
      </w:r>
      <w:r>
        <w:rPr>
          <w:lang w:eastAsia="zh-CN"/>
        </w:rPr>
        <w:br/>
      </w:r>
      <w:r>
        <w:rPr>
          <w:lang w:eastAsia="zh-CN"/>
        </w:rPr>
        <w:t>　　2、企业养老保险扩面：__月份全区已新增企业养老保险参保人数__人，完成全年目标任务%。</w:t>
      </w:r>
      <w:r>
        <w:rPr>
          <w:lang w:eastAsia="zh-CN"/>
        </w:rPr>
        <w:br/>
      </w:r>
      <w:r>
        <w:rPr>
          <w:lang w:eastAsia="zh-CN"/>
        </w:rPr>
        <w:t>　　3、基金征缴：截止__月底全区共完成企业养老保险征缴 __万元，完成全年任务%，完成事业养老基金征缴 __万元，完成全年任务__%。累计征缴基金(含__和养老保险基金)__万元。</w:t>
      </w:r>
      <w:r>
        <w:rPr>
          <w:lang w:eastAsia="zh-CN"/>
        </w:rPr>
        <w:br/>
      </w:r>
      <w:r>
        <w:rPr>
          <w:lang w:eastAsia="zh-CN"/>
        </w:rPr>
        <w:t>　　4、养老金发放：__月份共发放企业养老金__8万元，共发放事业养老金__万元，累计发放__万元，按时足额社会化发放率__。</w:t>
      </w:r>
      <w:r>
        <w:rPr>
          <w:lang w:eastAsia="zh-CN"/>
        </w:rPr>
        <w:br/>
      </w:r>
      <w:r>
        <w:rPr>
          <w:lang w:eastAsia="zh-CN"/>
        </w:rPr>
        <w:t>　　5、同级财政补助。上半年共落实企业养老保险同级财政补助__万元，完成全年任务%。</w:t>
      </w:r>
      <w:r>
        <w:rPr>
          <w:lang w:eastAsia="zh-CN"/>
        </w:rPr>
        <w:br/>
      </w:r>
      <w:r>
        <w:rPr>
          <w:lang w:eastAsia="zh-CN"/>
        </w:rPr>
        <w:t>　　6、上解资金：上解省级调剂金__万元，完成全年任务 % 。</w:t>
      </w:r>
      <w:r>
        <w:rPr>
          <w:lang w:eastAsia="zh-CN"/>
        </w:rPr>
        <w:br/>
      </w:r>
      <w:r>
        <w:rPr>
          <w:lang w:eastAsia="zh-CN"/>
        </w:rPr>
        <w:t>　　7、基金结余：截止__月底全区共累计结余企业养老保险基金__万元，累计结余事业养老保险基金__万元，两项合计共累计结余__万元。</w:t>
      </w:r>
      <w:r>
        <w:rPr>
          <w:lang w:eastAsia="zh-CN"/>
        </w:rPr>
        <w:br/>
      </w:r>
      <w:r>
        <w:rPr>
          <w:lang w:eastAsia="zh-CN"/>
        </w:rPr>
        <w:t>　　8、被征地农民社会保障工作：今年1-6月份共新增被征地农民养老保险和生活保障人数__人，完成全年目标任务 。</w:t>
      </w:r>
      <w:r>
        <w:rPr>
          <w:lang w:eastAsia="zh-CN"/>
        </w:rPr>
        <w:br/>
      </w:r>
      <w:r>
        <w:rPr>
          <w:lang w:eastAsia="zh-CN"/>
        </w:rPr>
        <w:t>　　二、主要工作情况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1、企业养老保险扩面征缴力度加大。扩面征缴是社保工作重点难点，为抓好这项工作，我局实行全员目标管理考核责任制，将扩面征缴指标进行细化分解，任务落实到人，同时加大对乡镇街道考核调度力度，充分调动乡镇街道及社区劳保机构工作人员积极性，落实奖励机制，构建了区、乡(街)社区三级社保扩面工作体系。上半年先后在晶珠广场、太平小区广场、鸿运数码广场、西园市场、立新机电市场及2__个社区开展社保政策知识宣传，发放各类宣传资料__余份。为形成推进扩面征缴的强大合力，与区劳动保障大队一道深入全区用人单位进行法律法规政策宣传，对拒不签订劳动合同拒不办理社保的用人单位申请区法院强制执行，有力地推进了扩面征缴工作。我局还与区地税局加大衔接协调，上半年将__年地税代征单位和个人的养老保险手续全部办结。贯彻落实好湘政办发号文件，妥善处理了小集体工、家属工、五七工等职工参保事宜。</w:t>
      </w:r>
      <w:r>
        <w:rPr>
          <w:lang w:eastAsia="zh-CN"/>
        </w:rPr>
        <w:br/>
      </w:r>
      <w:r>
        <w:rPr>
          <w:lang w:eastAsia="zh-CN"/>
        </w:rPr>
        <w:t>　　2、机关事业养老保险工作规范运行。坚持不转向、不停步、不后退三不原则，稳妥推进事业养老保险工作。我区机关事业养老保险全面实现电脑化管理，电脑结算收缴和拨付单，全区区直差额、自收自支编制工作人员、乡镇七站八所及卫生系统各医院、环卫系统、街道差额和自收自支事业编及社区工作人员事业养老保险手续均走上规范化运行轨道，基金征缴增幅明显，欠缴情况逐步消除。</w:t>
      </w:r>
      <w:r>
        <w:rPr>
          <w:lang w:eastAsia="zh-CN"/>
        </w:rPr>
        <w:br/>
      </w:r>
      <w:r>
        <w:rPr>
          <w:lang w:eastAsia="zh-CN"/>
        </w:rPr>
        <w:t>　　3、确保养老金按时足额发放。离退休人员养老金能否按时定额发放，关系社会稳定和广大离退休人员切身利益，上半年共发放退休人员养老金__万元，其中事业退休人员养老金__万元，企业退休人员养老金__万元，发放实现了企业养老金系统内发放要求，财务业务关联，并有效克服停电等客观原因引起的`不便。</w:t>
      </w:r>
      <w:r>
        <w:rPr>
          <w:lang w:eastAsia="zh-CN"/>
        </w:rPr>
        <w:br/>
      </w:r>
      <w:r>
        <w:rPr>
          <w:lang w:eastAsia="zh-CN"/>
        </w:rPr>
        <w:t>　　一、加大与银行工作衔接，采取网上银行的方式方便快捷的将退休养老金按时足额发放到位;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二是提升服务水平，提高办事效率，耐心做好离退休人员接待工作，做好政策解释，妥善解决离退休人员因退休存折遗失，名字个别字错误等情况的核实、补办手续;</w:t>
      </w:r>
      <w:r>
        <w:rPr>
          <w:lang w:eastAsia="zh-CN"/>
        </w:rPr>
        <w:br/>
      </w:r>
      <w:r>
        <w:rPr>
          <w:lang w:eastAsia="zh-CN"/>
        </w:rPr>
        <w:t>　　三是做好生存状况调查工作，防止冒领养老金行为发生，在全面启动了企业离退休人员人脸建模工作;</w:t>
      </w:r>
      <w:r>
        <w:rPr>
          <w:lang w:eastAsia="zh-CN"/>
        </w:rPr>
        <w:br/>
      </w:r>
      <w:r>
        <w:rPr>
          <w:lang w:eastAsia="zh-CN"/>
        </w:rPr>
        <w:t>　　四是认真做好离退休养老金调待工作，__月份全面完成了企业退休人员养老金第八次调待工作。</w:t>
      </w:r>
      <w:r>
        <w:rPr>
          <w:lang w:eastAsia="zh-CN"/>
        </w:rPr>
        <w:br/>
      </w:r>
      <w:r>
        <w:rPr>
          <w:lang w:eastAsia="zh-CN"/>
        </w:rPr>
        <w:t>　　4、深入基层推进被征地农民社会保障工作。上半年，我局与乡镇街道及有关部门一道，深入到全区各征地项目村组广泛宣传被征地农民社保政策，先后深入联合街道杨柳村、红湘街道联合村等，办理被征地农民参保手续325人，其中办理参加养老保险324人，办理参加养老生活保障1人。</w:t>
      </w:r>
      <w:r>
        <w:rPr>
          <w:lang w:eastAsia="zh-CN"/>
        </w:rPr>
        <w:br/>
      </w:r>
      <w:r>
        <w:rPr>
          <w:lang w:eastAsia="zh-CN"/>
        </w:rPr>
        <w:t>　　5、基础工作和经办服务能力大大提升。上半年我局接受了市审计组对社保基金的专项审计，对审计指出的问题认真整改到位。同时加大政务大厅工作人员业务政策培训，做到一岗双责，一事两岗两审。</w:t>
      </w:r>
      <w:r>
        <w:rPr>
          <w:lang w:eastAsia="zh-CN"/>
        </w:rPr>
        <w:br/>
      </w:r>
      <w:r>
        <w:rPr>
          <w:lang w:eastAsia="zh-CN"/>
        </w:rPr>
        <w:t>　　6、城乡居民养老保险信息数据采集工作全面完成，并受到省人社厅的通报表彰。积极向省申报城乡居民养老保险试点材料，省厅已正式批复我区为全省第四批城乡居民养老保险试点县市区。保险公司年终工作总结5</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__县支公司在这种复杂多变、困难重重的环境下，在县委、政府和上级公司的正确领导下，在各职能部门的密切支持和配合下，我司牢固树立科学发展观，努力实践重要思想，通过全体员工的奋力拼搏，开拓创新，勇于进取，公司业务取得了长足发展，业务规模创造了历史同期最高纪录。回顾一年的工作，既有成功的经验，也暴露了一些不足，为了总结经验，改进不足，现将全年工作总结如下。</w:t>
      </w:r>
      <w:r>
        <w:rPr>
          <w:lang w:eastAsia="zh-CN"/>
        </w:rPr>
        <w:t xml:space="preserve"> </w:t>
      </w:r>
      <w:r>
        <w:rPr>
          <w:lang w:eastAsia="zh-CN"/>
        </w:rPr>
        <w:br/>
      </w:r>
      <w:r>
        <w:rPr>
          <w:lang w:eastAsia="zh-CN"/>
        </w:rPr>
        <w:t>　　一、基本经营情况</w:t>
      </w:r>
      <w:r>
        <w:rPr>
          <w:lang w:eastAsia="zh-CN"/>
        </w:rPr>
        <w:br/>
      </w:r>
      <w:r>
        <w:rPr>
          <w:lang w:eastAsia="zh-CN"/>
        </w:rPr>
        <w:t>　　截止至20__年12月31日，__县支公司共实现总保费1956万元（预），其中：首年期缴保费296万元（预），短期险保费266万元，团体年金保费54万元，中介业务保费733万元（预），续期保费607万元（预）。共支付各类赔款、满期（生存）保险金658万元（预），其中：短期意外险赔款20万元（预），简单赔付率为20%（预）；短期健康险赔款100万元（预），简单赔付率为84%（预），短期险综合简单赔付率为39%（预）。</w:t>
      </w:r>
      <w:r>
        <w:rPr>
          <w:lang w:eastAsia="zh-CN"/>
        </w:rPr>
        <w:br/>
      </w:r>
      <w:r>
        <w:rPr>
          <w:lang w:eastAsia="zh-CN"/>
        </w:rPr>
        <w:t>　　二、团结一心，个人业务取得突破性发展</w:t>
      </w:r>
      <w:r>
        <w:rPr>
          <w:lang w:eastAsia="zh-CN"/>
        </w:rPr>
        <w:br/>
      </w:r>
      <w:r>
        <w:rPr>
          <w:lang w:eastAsia="zh-CN"/>
        </w:rPr>
        <w:t>　　个人业务是我们的核心业务，是公司持续经营、稳健发展的基础。20__年伊始，根据省、州公司各个时期的企划方案，我公司还根据自身实际情况制订了相应的激励措施，利用“产说会”、“客户答谢会”等多种销售模式，抓住“金彩明天”等新险种强势上市的有利契机，全体员工斗志昂扬、挥洒汗水，经过辛勤的耕耘，终于取得了丰硕的成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20__全年我司共实现首年期缴保费296万元（预），完成州分公司下达全年任务的101%（预），圆满完成预定的保费任务目标。首年期缴保费规模达到历史最高峰。</w:t>
      </w:r>
      <w:r>
        <w:rPr>
          <w:lang w:eastAsia="zh-CN"/>
        </w:rPr>
        <w:br/>
      </w:r>
      <w:r>
        <w:rPr>
          <w:lang w:eastAsia="zh-CN"/>
        </w:rPr>
        <w:t>　　核心业务的迅猛发展，背后要有一支强有力的核心队伍作为支撑。公司一开始就加大了队伍建设力度，邀请全国销售精英进行技能提升培训、重金聘请北京专家进行增员指导，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115人，为历年之最，并且我们队伍仍然在继续发展壮大。</w:t>
      </w:r>
      <w:r>
        <w:rPr>
          <w:lang w:eastAsia="zh-CN"/>
        </w:rPr>
        <w:br/>
      </w:r>
      <w:r>
        <w:rPr>
          <w:lang w:eastAsia="zh-CN"/>
        </w:rPr>
        <w:t>　　三、奋勇拼搏，团体业务稳中有升</w:t>
      </w:r>
      <w:r>
        <w:rPr>
          <w:lang w:eastAsia="zh-CN"/>
        </w:rPr>
        <w:br/>
      </w:r>
      <w:r>
        <w:rPr>
          <w:lang w:eastAsia="zh-CN"/>
        </w:rPr>
        <w:t>　　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r>
        <w:rPr>
          <w:lang w:eastAsia="zh-CN"/>
        </w:rPr>
        <w:br/>
      </w:r>
      <w:r>
        <w:rPr>
          <w:lang w:eastAsia="zh-CN"/>
        </w:rPr>
        <w:t>　　一年来，我们除了维护好已有的渠道外，还积极寻找新的业务增长点，努力打破前期业务发展低迷的状况，同时积极加强与有关部门的沟通与协作，争取得到最大的支持和帮助，加大宣传力度，扩大影响面，从而赢得市场。</w:t>
      </w:r>
      <w:r>
        <w:rPr>
          <w:lang w:eastAsia="zh-CN"/>
        </w:rPr>
        <w:br/>
      </w:r>
      <w:r>
        <w:rPr>
          <w:lang w:eastAsia="zh-CN"/>
        </w:rPr>
        <w:t>　　四、雄踞市场主导，再创__辉煌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今年上半年，省公司发出__全年目标上半年完成的号召，面对巨大的挑战，我们并没有退缩，按照省、州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452万元，虽然这一成绩同州公司下达的任务目标还有一定的差距，但这一成绩已经创造出__公司中介业务历史新高，半年的业务规模是20__年全年的3倍多。这大大稳固了__的市场占有率，体现了__保险领军市场的主导地位。保险公司年终工作总结6</w:t>
      </w:r>
      <w:r>
        <w:rPr>
          <w:lang w:eastAsia="zh-CN"/>
        </w:rPr>
        <w:br/>
      </w:r>
      <w:r>
        <w:rPr>
          <w:lang w:eastAsia="zh-CN"/>
        </w:rPr>
        <w:t xml:space="preserve">    忙碌和充实的工作也让我忘却了时间的流逝，日子在一天天的结束，工作也在一个个的完成，能力也在一点点的提升，为了自己之后可以更好的成长，更加优秀的完成公司的工作，我对自己之前的工作作出总结，更有利于自己之后在公司的发展，以及工作的完成，也希望自己可以一直延续现在的热情和积极去用心的完成工作当中的每一件事情。我主要负责__保险公司的理赔工作，现就20__年的工作总结如下： </w:t>
      </w:r>
      <w:r>
        <w:rPr>
          <w:lang w:eastAsia="zh-CN"/>
        </w:rPr>
        <w:br/>
      </w:r>
      <w:r>
        <w:rPr>
          <w:lang w:eastAsia="zh-CN"/>
        </w:rPr>
        <w:t>　　一、牢固树立服务意识</w:t>
      </w:r>
      <w:r>
        <w:rPr>
          <w:lang w:eastAsia="zh-CN"/>
        </w:rPr>
        <w:br/>
      </w:r>
      <w:r>
        <w:rPr>
          <w:lang w:eastAsia="zh-CN"/>
        </w:rPr>
        <w:t>　　加强客服理赔人员培训，提升客服理赔人员综合技能素质，严格奉行“热情、周到、优质、高效”的服务宗旨，坚持“主动、迅速、准确、合理”的原则，严格按照岗位职责和业务操作实务流程的规定作好接、报案、查勘定损、条款解释等各项工作。</w:t>
      </w:r>
      <w:r>
        <w:rPr>
          <w:lang w:eastAsia="zh-CN"/>
        </w:rPr>
        <w:br/>
      </w:r>
      <w:r>
        <w:rPr>
          <w:lang w:eastAsia="zh-CN"/>
        </w:rPr>
        <w:t>　　二、进一步加快理赔速度</w:t>
      </w:r>
      <w:r>
        <w:rPr>
          <w:lang w:eastAsia="zh-CN"/>
        </w:rPr>
        <w:br/>
      </w:r>
    </w:p>
    <w:p w:rsidR="001B1F19" w14:textId="27C3F48A">
      <w:pPr>
        <w:rPr>
          <w:rFonts w:hint="eastAsia"/>
          <w:lang w:eastAsia="zh-CN"/>
        </w:rPr>
      </w:pPr>
      <w:r>
        <w:rPr>
          <w:lang w:eastAsia="zh-CN"/>
        </w:rPr>
        <w:t>　　落实新保险法，进一步明确理赔各环节工作时限，协调做好公司理赔集中后的环节衔接，保证案件处理率达到__%以上，积极推进理赔差异化服务，建立优质大客户档案，对优质业务实行理赔绿色通道。</w:t>
      </w:r>
      <w:r>
        <w:rPr>
          <w:lang w:eastAsia="zh-CN"/>
        </w:rPr>
        <w:br/>
      </w:r>
      <w:r>
        <w:rPr>
          <w:lang w:eastAsia="zh-CN"/>
        </w:rPr>
        <w:t>　　三、通知客户及时理赔提升结案率</w:t>
      </w:r>
      <w:r>
        <w:rPr>
          <w:lang w:eastAsia="zh-CN"/>
        </w:rPr>
        <w:br/>
      </w:r>
      <w:r>
        <w:rPr>
          <w:lang w:eastAsia="zh-CN"/>
        </w:rPr>
        <w:t>　　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w:t>
      </w:r>
      <w:r>
        <w:rPr>
          <w:lang w:eastAsia="zh-CN"/>
        </w:rPr>
        <w:br/>
      </w:r>
      <w:r>
        <w:rPr>
          <w:lang w:eastAsia="zh-CN"/>
        </w:rPr>
        <w:t>　　四、案件整理归档</w:t>
      </w:r>
      <w:r>
        <w:rPr>
          <w:lang w:eastAsia="zh-CN"/>
        </w:rPr>
        <w:br/>
      </w:r>
      <w:r>
        <w:rPr>
          <w:lang w:eastAsia="zh-CN"/>
        </w:rPr>
        <w:t>　　在一个案件赔款完毕后，需要将保险理赔卷宗按照报案整理排序，填写好名称。每个案子材料不同，薄厚程度也不同，需要的时间更是不同。每一个案子排完顺序后，用装订机打孔，打好孔之后，用装订线把每个案子装缝好，之后再用胶棒把案子的`后案卷皮粘贴好。按要求把险种分类，然后按赔案号排序，分别装入档案盒，在档案号标注清楚，然后归档档案橱内，以便以后的检查和档案查找。</w:t>
      </w:r>
      <w:r>
        <w:rPr>
          <w:lang w:eastAsia="zh-CN"/>
        </w:rPr>
        <w:br/>
      </w:r>
      <w:r>
        <w:rPr>
          <w:lang w:eastAsia="zh-CN"/>
        </w:rPr>
        <w:t>　　总而言之，理赔岗位体现了公司的形象是公司的对外服务窗口，因此无论是接个电话还是迎来送往，我时刻注意自己的言谈举止，不因为自己的过失而影响到整个公司的形象。做到自己的，发扬团队精神，加强各岗位间的协调、配合的整体联动，加强公司员工的协同作战能力，才能推动业务的全面发展。保险公司年终工作总结7</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https://d.book118.com/055023300120011104</w:t>
        </w:r>
      </w:hyperlink>
    </w:p>
    <w:p w:rsidR="001B1F19">
      <w:pPr>
        <w:rPr>
          <w:rFonts w:hint="eastAsia"/>
          <w:lang w:eastAsia="zh-CN"/>
        </w:rPr>
      </w:pPr>
    </w:p>
    <w:sectPr>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5502330012001110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