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大学学生会秘书处的年终工作总结（模板19篇）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大学学生会秘书处的年终工作总结（模板19篇）篇一     </w:t>
      </w:r>
      <w:r>
        <w:rPr>
          <w:lang w:eastAsia="zh-CN"/>
        </w:rPr>
        <w:br/>
      </w:r>
      <w:r>
        <w:rPr>
          <w:lang w:eastAsia="zh-CN"/>
        </w:rPr>
        <w:t xml:space="preserve">    秘书处依照学生会本学年的工作宗旨及发展方向，配合学院工作，完成既定任务并组织一定的学生活动。引导学生发展，倡导大学生学习与能力共同提高，关心社会，丰富大学生生活。     </w:t>
      </w:r>
      <w:r>
        <w:rPr>
          <w:lang w:eastAsia="zh-CN"/>
        </w:rPr>
        <w:br/>
      </w:r>
      <w:r>
        <w:rPr>
          <w:lang w:eastAsia="zh-CN"/>
        </w:rPr>
        <w:t xml:space="preserve">    具体工作在以下方面展开：     </w:t>
      </w:r>
      <w:r>
        <w:rPr>
          <w:lang w:eastAsia="zh-CN"/>
        </w:rPr>
        <w:br/>
      </w:r>
      <w:r>
        <w:rPr>
          <w:lang w:eastAsia="zh-CN"/>
        </w:rPr>
        <w:t xml:space="preserve">    一、枢纽工作。     </w:t>
      </w:r>
      <w:r>
        <w:rPr>
          <w:lang w:eastAsia="zh-CN"/>
        </w:rPr>
        <w:br/>
      </w:r>
      <w:r>
        <w:rPr>
          <w:lang w:eastAsia="zh-CN"/>
        </w:rPr>
        <w:t xml:space="preserve">    秘书处属主席团成员，其部门职能有其特殊性。重要的工作即为完成主席团与各部门的上传下达工作，及时将主席团的决策传达给各部、分配各部工作，同时要将各部门情况及时反映给主席团、及协调活动中各部任务，以备主席团及时做出工作调整。秘书处的枢纽工作关系到整个学生会的运转，极为重要，本年度已认真完成此项工作，使学生会的工作顺利进行。     </w:t>
      </w:r>
      <w:r>
        <w:rPr>
          <w:lang w:eastAsia="zh-CN"/>
        </w:rPr>
        <w:br/>
      </w:r>
      <w:r>
        <w:rPr>
          <w:lang w:eastAsia="zh-CN"/>
        </w:rPr>
        <w:t xml:space="preserve">    二、管理工作。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1、学生会的管理秘书处负责很大一部分。在学生会的领导班子确立后，要做部门职能细化，分工明确，并对各部门进行干部培养，使学生会成为具有战斗力的整体。</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2、日常学生会的事务管理。学生会每周将开一次例会，对一周的工作进行总结，交秘书处整理档案。并对目前活动进行协作调整及下周工作计划。     </w:t>
      </w:r>
      <w:r>
        <w:rPr>
          <w:lang w:eastAsia="zh-CN"/>
        </w:rPr>
        <w:br/>
      </w:r>
      <w:r>
        <w:rPr>
          <w:lang w:eastAsia="zh-CN"/>
        </w:rPr>
        <w:t xml:space="preserve">    3、物品及财务管理。学生会的活动经费及物品多由秘书处备案管理。有部门要举办活动时，须向秘书处提交经费预算，经秘书处审批后方可领取经费。学生会物品不经秘书处批准不得擅自挪用。     </w:t>
      </w:r>
      <w:r>
        <w:rPr>
          <w:lang w:eastAsia="zh-CN"/>
        </w:rPr>
        <w:br/>
      </w:r>
      <w:r>
        <w:rPr>
          <w:lang w:eastAsia="zh-CN"/>
        </w:rPr>
        <w:t xml:space="preserve">    对于管理工作，秘书处认真负责并得到主席团认可。     </w:t>
      </w:r>
      <w:r>
        <w:rPr>
          <w:lang w:eastAsia="zh-CN"/>
        </w:rPr>
        <w:br/>
      </w:r>
      <w:r>
        <w:rPr>
          <w:lang w:eastAsia="zh-CN"/>
        </w:rPr>
        <w:t xml:space="preserve">    三、学生活动。     </w:t>
      </w:r>
      <w:r>
        <w:rPr>
          <w:lang w:eastAsia="zh-CN"/>
        </w:rPr>
        <w:br/>
      </w:r>
      <w:r>
        <w:rPr>
          <w:lang w:eastAsia="zh-CN"/>
        </w:rPr>
        <w:t xml:space="preserve">    1、环保志愿者——亮丽的风景线。     </w:t>
      </w:r>
      <w:r>
        <w:rPr>
          <w:lang w:eastAsia="zh-CN"/>
        </w:rPr>
        <w:br/>
      </w:r>
      <w:r>
        <w:rPr>
          <w:lang w:eastAsia="zh-CN"/>
        </w:rPr>
        <w:t xml:space="preserve">    我院作为环境学院，对环保事业的宣传有义不容辞的责任。因此，我院建立了青年环保志愿者服务队。青年志愿者的建队及初步活动是由秘书处负责。在校运动会的现场，青年志愿者成为一条亮丽的风景线。此外，在“_世界环境日”系列活动的“畅想地球村”和“青青千佛山”活动中，进行了校内外青志愿者的签名活动，广泛召集青年志愿者。我们的青年志愿者活动在校内外引起很大反响，不只是大学生热情高涨，特别是当一位位老人和一个个儿童签名当志愿者时更是鼓舞人心。相信环保正是需要这样的志愿者和这样的活动。     </w:t>
      </w:r>
      <w:r>
        <w:rPr>
          <w:lang w:eastAsia="zh-CN"/>
        </w:rPr>
        <w:br/>
      </w:r>
      <w:r>
        <w:rPr>
          <w:lang w:eastAsia="zh-CN"/>
        </w:rPr>
        <w:t xml:space="preserve">    2、迎新活动。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_级新生入学是我院领导及学生会关心的大事。秘书处负责整个活动的策划即实施。秘书处在调动学生会的同时，得到了院领导及同学的大力支持。使活动顺利有条不紊的进行，得到新生及家长的认可，使大家真正感到学院的温暖。</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3、学生会纳新活动。     </w:t>
      </w:r>
      <w:r>
        <w:rPr>
          <w:lang w:eastAsia="zh-CN"/>
        </w:rPr>
        <w:br/>
      </w:r>
      <w:r>
        <w:rPr>
          <w:lang w:eastAsia="zh-CN"/>
        </w:rPr>
        <w:t xml:space="preserve">    新生进入大学渴望能够全方面的发展，同时，学生会也需要补充力量。在新生军训后不久，我学生会便展开了纳新活动。新生十分积极，参加人数达到新生的90%以上，使主席团及各部充满干劲。经过书面材料审核及面试，筛选出_名新生成为新干事。秘书处了解各部情况后将干事分配到各部。干事的资料全部由秘书处备案。事后，召开了新干事大会。整个纳新活动使学生会充满生气，使我们看到学生会将在本年有声有色。     </w:t>
      </w:r>
      <w:r>
        <w:rPr>
          <w:lang w:eastAsia="zh-CN"/>
        </w:rPr>
        <w:br/>
      </w:r>
      <w:r>
        <w:rPr>
          <w:lang w:eastAsia="zh-CN"/>
        </w:rPr>
        <w:t xml:space="preserve">    4、协助各部活动。     </w:t>
      </w:r>
      <w:r>
        <w:rPr>
          <w:lang w:eastAsia="zh-CN"/>
        </w:rPr>
        <w:br/>
      </w:r>
      <w:r>
        <w:rPr>
          <w:lang w:eastAsia="zh-CN"/>
        </w:rPr>
        <w:t xml:space="preserve">    各部举办活动秘书处均参加筹划及具体实施，以便进行调解帮助，同时，了解活动的具体情况及干事表现，做好备案工作。     </w:t>
      </w:r>
      <w:r>
        <w:rPr>
          <w:lang w:eastAsia="zh-CN"/>
        </w:rPr>
        <w:br/>
      </w:r>
      <w:r>
        <w:rPr>
          <w:lang w:eastAsia="zh-CN"/>
        </w:rPr>
        <w:t xml:space="preserve">    秘书处的工作有突出的地方，但也有其不足的地方，我们将总结经验，及时弥补不足，使秘书处的工作完成得更好。大学学生会秘书处的年终工作总结（模板19篇）篇二     </w:t>
      </w:r>
      <w:r>
        <w:rPr>
          <w:lang w:eastAsia="zh-CN"/>
        </w:rPr>
        <w:br/>
      </w:r>
      <w:r>
        <w:rPr>
          <w:lang w:eastAsia="zh-CN"/>
        </w:rPr>
        <w:t xml:space="preserve">    学生会秘书处作为学生会的中枢机构,负责处理学生会日常事务。包括来信,来访,对上级任务,指示做到上通下达;协助督促各部之间,院校之间正常工作的，今天给大家带来了大学学生会秘书处工作总结，供大家阅读和参考，希望对大家有所帮助，谢谢大家对的支持。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书处依照学生会本学期的工作宗旨及发展方向，配合学院工作，完成既定任务并组织一定的学生活动，引导学生发展，倡导大学生学习与能力共同提高，关心社会，丰富大学生生活。具体工作在以下方面展开：</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一、枢纽工作。     </w:t>
      </w:r>
      <w:r>
        <w:rPr>
          <w:lang w:eastAsia="zh-CN"/>
        </w:rPr>
        <w:br/>
      </w:r>
      <w:r>
        <w:rPr>
          <w:lang w:eastAsia="zh-CN"/>
        </w:rPr>
        <w:t xml:space="preserve">    秘书处属主席团成员，其部门职能有其特殊性。重要的工作即为完成主席团与各部门的上传下达工作，及时将主席团的决策传达给各部、分配各部工作，同时要将各部门情况及时反映给主席团、及协调活动中各部任务，以备主席团及时做出工作调整。秘书处的枢纽工作关系到整个学生会的运转，极为重要，本年度已认真完成此项工作，使学生会的工作顺利进行。     </w:t>
      </w:r>
      <w:r>
        <w:rPr>
          <w:lang w:eastAsia="zh-CN"/>
        </w:rPr>
        <w:br/>
      </w:r>
      <w:r>
        <w:rPr>
          <w:lang w:eastAsia="zh-CN"/>
        </w:rPr>
        <w:t xml:space="preserve">    二、管理工作。     </w:t>
      </w:r>
      <w:r>
        <w:rPr>
          <w:lang w:eastAsia="zh-CN"/>
        </w:rPr>
        <w:br/>
      </w:r>
      <w:r>
        <w:rPr>
          <w:lang w:eastAsia="zh-CN"/>
        </w:rPr>
        <w:t xml:space="preserve">    1、学生会的管理秘书处负责很大一部分。在学生会的领导班子确立后，要做部门职能细化，分工明确，并对各部门进行干部培养，使学生会成为具有战斗力的整体。     </w:t>
      </w:r>
      <w:r>
        <w:rPr>
          <w:lang w:eastAsia="zh-CN"/>
        </w:rPr>
        <w:br/>
      </w:r>
      <w:r>
        <w:rPr>
          <w:lang w:eastAsia="zh-CN"/>
        </w:rPr>
        <w:t xml:space="preserve">    2、日常学生会的事务管理。学生会每周将开一次例会，对一周的工作进行总结，交秘书处整理档案。并对目前活动进行协作调整及下周工作计划。     </w:t>
      </w:r>
      <w:r>
        <w:rPr>
          <w:lang w:eastAsia="zh-CN"/>
        </w:rPr>
        <w:br/>
      </w:r>
      <w:r>
        <w:rPr>
          <w:lang w:eastAsia="zh-CN"/>
        </w:rPr>
        <w:t xml:space="preserve">    3、物品及财务管理。学生会的活动经费及物品多由秘书处备案管理。有部门要举办活动时，须向秘书处提交经费预算，经秘书处审批后方可领取经费。学生会物品不经秘书处批准不得擅自挪用。     </w:t>
      </w:r>
      <w:r>
        <w:rPr>
          <w:lang w:eastAsia="zh-CN"/>
        </w:rPr>
        <w:br/>
      </w:r>
      <w:r>
        <w:rPr>
          <w:lang w:eastAsia="zh-CN"/>
        </w:rPr>
        <w:t xml:space="preserve">    对于管理工作，秘书处认真负责并得到主席团认可。     </w:t>
      </w:r>
      <w:r>
        <w:rPr>
          <w:lang w:eastAsia="zh-CN"/>
        </w:rPr>
        <w:br/>
      </w:r>
      <w:r>
        <w:rPr>
          <w:lang w:eastAsia="zh-CN"/>
        </w:rPr>
        <w:t xml:space="preserve">    三、学生活动。     </w:t>
      </w:r>
      <w:r>
        <w:rPr>
          <w:lang w:eastAsia="zh-CN"/>
        </w:rPr>
        <w:br/>
      </w:r>
      <w:r>
        <w:rPr>
          <w:lang w:eastAsia="zh-CN"/>
        </w:rPr>
        <w:t xml:space="preserve">    1、环保志愿者亮丽的风景线。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我院作为环境学院，对环保事业的宣传有义不容辞的责任，     </w:t>
      </w:r>
      <w:r>
        <w:rPr>
          <w:lang w:eastAsia="zh-CN"/>
        </w:rPr>
        <w:br/>
      </w:r>
      <w:r>
        <w:rPr>
          <w:lang w:eastAsia="zh-CN"/>
        </w:rPr>
        <w:t xml:space="preserve">    总结。     </w:t>
      </w:r>
      <w:r>
        <w:rPr>
          <w:lang w:eastAsia="zh-CN"/>
        </w:rPr>
        <w:br/>
      </w:r>
      <w:r>
        <w:rPr>
          <w:lang w:eastAsia="zh-CN"/>
        </w:rPr>
        <w:t xml:space="preserve">    因此，我院建立了青年环保志愿者服务队。青年志愿者的建队及初步活动是由秘书处负责。在校运动会的现场，青年志愿者成为一条亮丽的风景线。此外，在六五世界环境日系列活动的畅想地球村和青青千佛山活动中，进行了校内外青年志愿者的签名活动，广泛召集青年志愿者。我们的青年志愿者活动在校内外引起很大反响，不只是大学生热情高涨，特别是当一位位老人和一个个儿童签名当志愿者时更是鼓舞人心。相信环保正是需要这样的志愿者和这样的活动。     </w:t>
      </w:r>
      <w:r>
        <w:rPr>
          <w:lang w:eastAsia="zh-CN"/>
        </w:rPr>
        <w:br/>
      </w:r>
      <w:r>
        <w:rPr>
          <w:lang w:eastAsia="zh-CN"/>
        </w:rPr>
        <w:t xml:space="preserve">    2、迎新活动。     </w:t>
      </w:r>
      <w:r>
        <w:rPr>
          <w:lang w:eastAsia="zh-CN"/>
        </w:rPr>
        <w:br/>
      </w:r>
      <w:r>
        <w:rPr>
          <w:lang w:eastAsia="zh-CN"/>
        </w:rPr>
        <w:t xml:space="preserve">    0级新生入学是我院领导及学生会关心的大事。秘书处负责整个活动的策划即实施。秘书处在调动学生会的同时，得到了院领导及同学的大力支持。使活动顺利有条不紊的进行，得到新生及家长的认可，使大家真正感到学院的温暖。     </w:t>
      </w:r>
      <w:r>
        <w:rPr>
          <w:lang w:eastAsia="zh-CN"/>
        </w:rPr>
        <w:br/>
      </w:r>
      <w:r>
        <w:rPr>
          <w:lang w:eastAsia="zh-CN"/>
        </w:rPr>
        <w:t xml:space="preserve">    3、学生会纳新活动。     </w:t>
      </w:r>
      <w:r>
        <w:rPr>
          <w:lang w:eastAsia="zh-CN"/>
        </w:rPr>
        <w:br/>
      </w:r>
      <w:r>
        <w:rPr>
          <w:lang w:eastAsia="zh-CN"/>
        </w:rPr>
        <w:t xml:space="preserve">    新生进入大学渴望能够全方面的发展，同时，学生会也需要补充力量。在新生。     </w:t>
      </w:r>
      <w:r>
        <w:rPr>
          <w:lang w:eastAsia="zh-CN"/>
        </w:rPr>
        <w:br/>
      </w:r>
      <w:r>
        <w:rPr>
          <w:lang w:eastAsia="zh-CN"/>
        </w:rPr>
        <w:t xml:space="preserve">    军训。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后不久，我学生会便展开了纳新活动。新生十分积极，参加人数达到新生的90%以上，使主席团及各部充满干劲。经过书面材料审核及面试，筛选出36名新生成为新干事。秘书处了解各部情况后将干事分配到各部。干事的资料全部由秘书处备案。事后，召开了新干事大会。整个纳新活动使学生会充满生气，使我们看到学生会将在本年有声有色。</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4、协助各部活动。     </w:t>
      </w:r>
      <w:r>
        <w:rPr>
          <w:lang w:eastAsia="zh-CN"/>
        </w:rPr>
        <w:br/>
      </w:r>
      <w:r>
        <w:rPr>
          <w:lang w:eastAsia="zh-CN"/>
        </w:rPr>
        <w:t xml:space="preserve">    各部举办活动秘书处均参加筹划及具体实施，以便进行调解帮助，同时，了解活动的具体情况及干事表现，做好备案工作。秘书处的工作有突出的地方，但也有其不足的地方，我们将总结经验，及时弥补不足，使秘书处的工作完成得更好。     </w:t>
      </w:r>
      <w:r>
        <w:rPr>
          <w:lang w:eastAsia="zh-CN"/>
        </w:rPr>
        <w:br/>
      </w:r>
      <w:r>
        <w:rPr>
          <w:lang w:eastAsia="zh-CN"/>
        </w:rPr>
        <w:t xml:space="preserve">    时光匆匆，转眼间大一上学期已经过去，在这短短的一学期里我们经历了欢笑和困难的磨砺，有耕耘有收获，每个人都从中学到了很多，在各种不同的方面都取得了一定的进步。可以说，这一学期将是我们大学四年里值得铭记的一段时光。     </w:t>
      </w:r>
      <w:r>
        <w:rPr>
          <w:lang w:eastAsia="zh-CN"/>
        </w:rPr>
        <w:br/>
      </w:r>
      <w:r>
        <w:rPr>
          <w:lang w:eastAsia="zh-CN"/>
        </w:rPr>
        <w:t xml:space="preserve">    __—__上学年，秘书处紧扣校学生会中心工作，健全制度，规范管理，注重服务，督促检查，催办落实，统筹协调，组织实施等方面下足功夫、做好文章，努力推动校学生会各项工作地高效顺利开展。     </w:t>
      </w:r>
      <w:r>
        <w:rPr>
          <w:lang w:eastAsia="zh-CN"/>
        </w:rPr>
        <w:br/>
      </w:r>
      <w:r>
        <w:rPr>
          <w:lang w:eastAsia="zh-CN"/>
        </w:rPr>
        <w:t xml:space="preserve">    一、增强大局意识，积极做好协调工作，确保中心任务顺利完成。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能否顾全大局是衡量秘书处工作好坏的首要标准。在第八届学生会全体会议等学生会重要会议中，秘书处主持了成立大会、积极做好会议记录及会议服务工作。秘书处充分发挥作用，上下衔接，左右协调，为工作的正常开展起到了中枢作用。在去年9月，秘书处牵头落实了迎接新生的工作;10月，落实了校学生会各部门的招新工作。</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二、增强服务意识，全力做好日常工作。     </w:t>
      </w:r>
      <w:r>
        <w:rPr>
          <w:lang w:eastAsia="zh-CN"/>
        </w:rPr>
        <w:br/>
      </w:r>
      <w:r>
        <w:rPr>
          <w:lang w:eastAsia="zh-CN"/>
        </w:rPr>
        <w:t xml:space="preserve">    这一学期，全体成员树立秘书处工作无小事的思想，勤工作，讲服务，办实事，重质量，努力地做好各项日常工作，热情地做好服务接待工作。热情疏导，协调帮助解决一些成员工作中存在的困难和问题。     </w:t>
      </w:r>
      <w:r>
        <w:rPr>
          <w:lang w:eastAsia="zh-CN"/>
        </w:rPr>
        <w:br/>
      </w:r>
      <w:r>
        <w:rPr>
          <w:lang w:eastAsia="zh-CN"/>
        </w:rPr>
        <w:t xml:space="preserve">    此外，秘书长积极召开本部门工作会议，明确本部门工作目的，总结各类问题，培训指导本部门干事的工作，提高了干事们的工作能力和工作效率，让大家在一起共同学习共同进步。这一学期，在实际的工作中，我们愈发感觉到认真、严谨、和耐心的重要性，愈发体会到学会沟通与倾听的重要性。譬如排值班表，譬如制作点名册，譬如写会议记录，譬如通知部长会议……让我们知道有些想法没有实践就等于空想，有些事情没有去做就不能体会到开心和成就感。这些有的可能只是琐碎的小事，但它足够锻炼我们的耐心与细心。     </w:t>
      </w:r>
      <w:r>
        <w:rPr>
          <w:lang w:eastAsia="zh-CN"/>
        </w:rPr>
        <w:br/>
      </w:r>
      <w:r>
        <w:rPr>
          <w:lang w:eastAsia="zh-CN"/>
        </w:rPr>
        <w:t xml:space="preserve">    三、增强管理意识，重点做好规范工作，建立高效运转的工作机制。     </w:t>
      </w:r>
      <w:r>
        <w:rPr>
          <w:lang w:eastAsia="zh-CN"/>
        </w:rPr>
        <w:br/>
      </w:r>
      <w:r>
        <w:rPr>
          <w:lang w:eastAsia="zh-CN"/>
        </w:rPr>
        <w:t xml:space="preserve">    秘书处是学生会连接上下的桥梁、协调内外的纽带，上传下达的中枢，工作面广量大，任务繁杂，秘书处主要把健全制度、规范管理、提高效率作为事务性工作的主线：一抓。     </w:t>
      </w:r>
      <w:r>
        <w:rPr>
          <w:lang w:eastAsia="zh-CN"/>
        </w:rPr>
        <w:br/>
      </w:r>
      <w:r>
        <w:rPr>
          <w:lang w:eastAsia="zh-CN"/>
        </w:rPr>
        <w:t xml:space="preserve">    规章制度。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的制定与执行。二抓工作计划的制定与实施，做到目标明确、重点突出、责任明晰、整体推进。提前安排好会议和同志参加人员，使学生会会议和活动有序开展。三抓督促检查，以召开的重要会议精神及确定的重点工作的落实情况为主，并协助解决落实中遇到的困难，推动规章制度、工作安排、会议决定的落实。同时，对秘书处人员和岗位进行合理分工，明确职责，并健全内部管理，如值勤组长考勤的安排，定期上交的工作总结与计划，建立规范、合理、简洁的工作流程，做到忙而不乱、杂而有序，确保工作质量。     </w:t>
      </w:r>
      <w:r>
        <w:rPr>
          <w:lang w:eastAsia="zh-CN"/>
        </w:rPr>
        <w:br/>
      </w:r>
      <w:r>
        <w:rPr>
          <w:lang w:eastAsia="zh-CN"/>
        </w:rPr>
        <w:t xml:space="preserve">    在上述工作的同时，秘书处积极做好其他常规工作，如收发保管学生会一般申请表、各部门的工作计划、工作总结、各系部学生会反馈资料、并及时做好各项归档工作。     </w:t>
      </w:r>
      <w:r>
        <w:rPr>
          <w:lang w:eastAsia="zh-CN"/>
        </w:rPr>
        <w:br/>
      </w:r>
      <w:r>
        <w:rPr>
          <w:lang w:eastAsia="zh-CN"/>
        </w:rPr>
        <w:t xml:space="preserve">    此外，积极配合其他部门开展各项工作等。     </w:t>
      </w:r>
      <w:r>
        <w:rPr>
          <w:lang w:eastAsia="zh-CN"/>
        </w:rPr>
        <w:br/>
      </w:r>
      <w:r>
        <w:rPr>
          <w:lang w:eastAsia="zh-CN"/>
        </w:rPr>
        <w:t xml:space="preserve">    纵观__-__上学年的工作，秘书处基本上完成了各项工作。获得了荣誉，制造了影响，锻炼了新人，增强了自身的素质。但工作中也存在一些不足之处，我们秘书处今后将避免失误，弥补缺憾，进一步发挥潜力，在新的一年中，争取更大的成功。     </w:t>
      </w:r>
      <w:r>
        <w:rPr>
          <w:lang w:eastAsia="zh-CN"/>
        </w:rPr>
        <w:br/>
      </w:r>
      <w:r>
        <w:rPr>
          <w:lang w:eastAsia="zh-CN"/>
        </w:rPr>
        <w:t xml:space="preserve">    下学期，秘书处仍然将依照学生会本学期的工作宗旨及发展方向，配合学院工作，做好枢纽和管理工作，完成既定任务并组织一定的学生活动。引导学生发展，倡导大学生学习与能力共同提高，关心社会，丰富大学生生活。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另外，这学期在秘书处的工作，让我们对学生会又有了新的认识。下面是我们总结的一些小小的建议，希望对学生会和秘书处今后的发展有些许的益处。</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应完善学生会制度。如果说学生会是学生与学校之间的“桥梁”和“纽带”，秘书处则是校会内部主席团与各部门间的核心和枢纽。如果说选择在学生会服务是为了锻炼自身的组织协调能力，那么，选择在秘书处工作在锻炼自身能力的同时还能够最详细透彻的了解整个学生会。这是我在秘书处工作给我的收获。通过对秘书处各项工作的了解，提出以下建议：     </w:t>
      </w:r>
      <w:r>
        <w:rPr>
          <w:lang w:eastAsia="zh-CN"/>
        </w:rPr>
        <w:br/>
      </w:r>
      <w:r>
        <w:rPr>
          <w:lang w:eastAsia="zh-CN"/>
        </w:rPr>
        <w:t xml:space="preserve">    1.设立学生会奖励制度。     </w:t>
      </w:r>
      <w:r>
        <w:rPr>
          <w:lang w:eastAsia="zh-CN"/>
        </w:rPr>
        <w:br/>
      </w:r>
      <w:r>
        <w:rPr>
          <w:lang w:eastAsia="zh-CN"/>
        </w:rPr>
        <w:t xml:space="preserve">    针对学生会成员有很多不是班内的干部，无法参加班内优秀学生干部竞选;工作成绩突出，但无奖励等问题，提出以下建议：     </w:t>
      </w:r>
      <w:r>
        <w:rPr>
          <w:lang w:eastAsia="zh-CN"/>
        </w:rPr>
        <w:br/>
      </w:r>
      <w:r>
        <w:rPr>
          <w:lang w:eastAsia="zh-CN"/>
        </w:rPr>
        <w:t xml:space="preserve">    (1)制定一个量化的考核标准，根据这个标准进行评选，并给于张贴。比如设立部门之星，学生会之星等。     </w:t>
      </w:r>
      <w:r>
        <w:rPr>
          <w:lang w:eastAsia="zh-CN"/>
        </w:rPr>
        <w:br/>
      </w:r>
      <w:r>
        <w:rPr>
          <w:lang w:eastAsia="zh-CN"/>
        </w:rPr>
        <w:t xml:space="preserve">    (2)在学期末对于学生会成员成绩由部长填写工作情况认定书转交其系部辅导员。参与优秀学生干部的竞选。这样可以调动学生干部的积极能动性，努力为学生会工作，为学生服务。     </w:t>
      </w:r>
      <w:r>
        <w:rPr>
          <w:lang w:eastAsia="zh-CN"/>
        </w:rPr>
        <w:br/>
      </w:r>
      <w:r>
        <w:rPr>
          <w:lang w:eastAsia="zh-CN"/>
        </w:rPr>
        <w:t xml:space="preserve">    2.加强院学生会与各系部学生会及专业分会的沟通与合作。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在学院党委领导、团委及相关部门的指导和帮助下，以“同在学校大家庭，建设校园为大家”的认同感吸引人，以共同的事业凝聚人，逐步理顺院学生会与系学生会、专业分会的关系：主动加强与系学生会和专业分会的联系与交流，增进相互了解，建立有效的沟通渠道，为进一步合作打下基础;定期向院学生会汇报工作进度，工作计划，领导专业分会开展工作，热情为他们提供帮助和支持;积极探索与系学生会联合的有效途径与实现方法，搭建与院学生会和专业分会间交流合作的平台与机制;发挥专业分会的专长，科学分工，有进有退，整合资源，优势互补，为学生会这个共同的事业发展做出贡献。</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日子如同白驹过隙，回首间，一年的学生会生活匆匆消逝。循着记忆的流河，我开始追思着我历程的点滴，激动过、开心过，也迷茫过、痛苦过，不论得失与成败，这点点滴滴共同见证着我的成长，是我一生不可缺失的财富。以下是一年来我的。     </w:t>
      </w:r>
      <w:r>
        <w:rPr>
          <w:lang w:eastAsia="zh-CN"/>
        </w:rPr>
        <w:br/>
      </w:r>
      <w:r>
        <w:rPr>
          <w:lang w:eastAsia="zh-CN"/>
        </w:rPr>
        <w:t xml:space="preserve">    报告：     </w:t>
      </w:r>
      <w:r>
        <w:rPr>
          <w:lang w:eastAsia="zh-CN"/>
        </w:rPr>
        <w:br/>
      </w:r>
      <w:r>
        <w:rPr>
          <w:lang w:eastAsia="zh-CN"/>
        </w:rPr>
        <w:t xml:space="preserve">    凭心而论，进入大学我学到了很多的东西，有幸加入学生会，更使我有机会接触更多的人和事，令我受益匪浅!回过头来看看自己走过的路，苦涩和欢欣并存，得意与失意同在。也许是时间过得太快了，而自己想做而又来不及做的事情真的太多太多，于是心中便多了几分遗憾，以致于每一次想提笔给自己这一年在学生会这块令人瞩目的平台上所做的工作好好来个细致的总结终归无言，心中隐匿的话语迟迟不能化为笔下的文字。然而，不管自己如何没有勇气面对，过去的不能改变，总结终究还是要写的，因为只有总结了过去，才能更好的提高自己，才能以此为镜认识自己完善自我，并指导以后的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用心做事才能把事做对，认真做事才能把事做好”，我一直都记得刚刚入学生会时学长在部门会议上说的这句话。的确如此，经过一年的工作实践我更深谙这话中的韵味。秘书处工作需好付出有时还需要作出些小小的牺牲，也许在别人安心午睡的时候我们还要在外奔跑购物，也许在别人回去吃晚饭的时候我们还得留守办公室，但也因为我们比别人多一份付出就多了一份收获。学生会工作无小事，事事都不能懈怠，秘书处的工作多且杂，我们需要处处小心，时时留意，因为秘书处是整个学生会的核心，工作中的细微差错或拖延都有可能影响到整个学生会的正常运作。因此作为秘书处的一员更要提高自身的素质才能把所安排的工作做得少错更好，当自己全身心的投入每一次学生会工作中，看着自己的工作有益于整个学生会时我便深深感觉到自己生命的意义，不论工作的哪一方面都要考虑到学院、学生会以及广大同学的利益，自己的责任感也更强了。</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秘书处工作需要激情，激情有如穿越寒冬绽放在枝头的那抹新绿，是人生蕴藏的宝藏，是让生命蓬勃的动力，如果工作没有激情，那么便会出现被动工作的局面，工作只为完成任务，也就无心工作，这样于人于己都不好，激情工作才能把工作做好并享受工作过程所带来的快乐。除了有激情还要有耐心和毅力，合之可称为积极心，只要我们用积极的心态作沃土，用来断的努力作养分料，用痛苦的磨练作阳光，用辛勤的汗水作雨露，将激情挥洒，不止在学生会，不论做何事成功的喜悦都将伴随左右。学生会是个大家庭，而每个部门都是这个大家庭下的一个小家庭，我不仅是个体还是群体，工作中讲究合作，只有具有积极心做事出有富有激情人别人才乐意与之合作，做起事来也自然而然的更为顺利，效率也会更高!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在学生会工作一年，我个人的组织协调能力和团队协作能力都得到了很大的提升，但不得不承认自己在工作中还有很多不足之处，还有很多有待完善的地方。秘书处工作其实也还有很多急待完善的地方，我心中虽有些想法，却又都被自己一种固有的思惟禁固，总感觉(害怕)自己的想法不成熟，也就不敢大胆提出，工作中也没有很积极的去思考每件事有没有更好的途径去更好的完成……在接下来的工作中，我会做好20__年。     </w:t>
      </w:r>
      <w:r>
        <w:rPr>
          <w:lang w:eastAsia="zh-CN"/>
        </w:rPr>
        <w:br/>
      </w:r>
      <w:r>
        <w:rPr>
          <w:lang w:eastAsia="zh-CN"/>
        </w:rPr>
        <w:t xml:space="preserve">    个人工作计划。     </w:t>
      </w:r>
      <w:r>
        <w:rPr>
          <w:lang w:eastAsia="zh-CN"/>
        </w:rPr>
        <w:br/>
      </w:r>
      <w:r>
        <w:rPr>
          <w:lang w:eastAsia="zh-CN"/>
        </w:rPr>
        <w:t xml:space="preserve">    争取将各项工作开展得更好。     </w:t>
      </w:r>
      <w:r>
        <w:rPr>
          <w:lang w:eastAsia="zh-CN"/>
        </w:rPr>
        <w:br/>
      </w:r>
      <w:r>
        <w:rPr>
          <w:lang w:eastAsia="zh-CN"/>
        </w:rPr>
        <w:t xml:space="preserve">    大学学生会秘书处的年终工作总结（模板19篇）篇三     </w:t>
      </w:r>
      <w:r>
        <w:rPr>
          <w:lang w:eastAsia="zh-CN"/>
        </w:rPr>
        <w:br/>
      </w:r>
      <w:r>
        <w:rPr>
          <w:lang w:eastAsia="zh-CN"/>
        </w:rPr>
        <w:t xml:space="preserve">    时间流逝，白驹过隙。转眼间2019年将要离我们而去，带着祝福与期盼我们即将迎来__年。新的一年会有新的挑战与收获。     </w:t>
      </w:r>
      <w:r>
        <w:rPr>
          <w:lang w:eastAsia="zh-CN"/>
        </w:rPr>
        <w:br/>
      </w:r>
      <w:r>
        <w:rPr>
          <w:lang w:eastAsia="zh-CN"/>
        </w:rPr>
        <w:t xml:space="preserve">    进入大学已经一学年了，进入学生会工作也有_个月了。从开始的面试到留在学生会秘书部工作，层层的选拔是对自己的肯定，也是对自己的锻炼。有付出总会有回报的，在学生会我学到了很多东西。     </w:t>
      </w:r>
      <w:r>
        <w:rPr>
          <w:lang w:eastAsia="zh-CN"/>
        </w:rPr>
        <w:br/>
      </w:r>
      <w:r>
        <w:rPr>
          <w:lang w:eastAsia="zh-CN"/>
        </w:rPr>
        <w:t xml:space="preserve">    秘书部是连接学生会内部的桥梁和纽带，促进各部门之间、主席团与各部之间的沟通和交流，以保证学生会高效运作的部门。     </w:t>
      </w:r>
      <w:r>
        <w:rPr>
          <w:lang w:eastAsia="zh-CN"/>
        </w:rPr>
        <w:br/>
      </w:r>
      <w:r>
        <w:rPr>
          <w:lang w:eastAsia="zh-CN"/>
        </w:rPr>
        <w:t xml:space="preserve">    秘书部的工作职能主要为：     </w:t>
      </w:r>
      <w:r>
        <w:rPr>
          <w:lang w:eastAsia="zh-CN"/>
        </w:rPr>
        <w:br/>
      </w:r>
      <w:r>
        <w:rPr>
          <w:lang w:eastAsia="zh-CN"/>
        </w:rPr>
        <w:t xml:space="preserve">    1、协助主席团工作，做好每次大型活动之前的工作准备；     </w:t>
      </w:r>
      <w:r>
        <w:rPr>
          <w:lang w:eastAsia="zh-CN"/>
        </w:rPr>
        <w:br/>
      </w:r>
      <w:r>
        <w:rPr>
          <w:lang w:eastAsia="zh-CN"/>
        </w:rPr>
        <w:t xml:space="preserve">    2、学生会人员考勤，会议通知，会议记录；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3、负责学生会工作大记事，起草每项活动的策划书、简报、总结。</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我部与学习部共同举办了“文明礼仪”辩论赛，在辩论赛的举办过程中我部成员负责统计参赛选手的名单，辩论赛当晚负责参赛选手的签到和号码牌的制作。赛后，对本次活动进行总结。平时例会主席讲话前，对所有成员进行考勤、点名，已明确、加强学生会管理制度；会议通知，主席确定召开会议后，做好上传、下达工作，发飞信通知其他学生会成员开会的时间地点；开会时，做好会议记录，以便学期末的总结与评估。     </w:t>
      </w:r>
      <w:r>
        <w:rPr>
          <w:lang w:eastAsia="zh-CN"/>
        </w:rPr>
        <w:br/>
      </w:r>
      <w:r>
        <w:rPr>
          <w:lang w:eastAsia="zh-CN"/>
        </w:rPr>
        <w:t xml:space="preserve">    在学生会工作的这几个月，我的感受良多，学到了很多对自己有用的东西。在学生会的工作中让我有机会接触认识更多的朋友，使自己交友更广也提高了自己的工作能力。在一定程度上锻炼了自己，让自己能更清楚的认识到自己的不足，并加以改正。在工作中，我学会了团结合作，团体的力量是巨大的，一个人，不管你能力有多强，没有集体的配合你也是取得不了成功的。刚进秘书部时，一切都是新的事物，每个人都干劲十足，在整理档案时，相互配合不好，一些小细节没注意到，以至于出现许多错误，浪费了很多时间。在以后的工作中，大家要相互沟通，要相互配合，这样才能按质按量完成任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在平时，各部门之间应该多沟通。学生会是一个大家庭，大家只有心往一处想，力往一处使，才能把系学生会发展的更好。平时的工作中，各部门应相互帮助，淡化部门与部门间的界限，共同努力把活动办的更好。秘书部是主席团与各部门之间的纽带，所以我们更应该与学生会各成员搞好关系，协调好各部门之间的关系，使各活动分工明确，每个人都能找到自己的位置，齐心协力，把各活动办的更好。</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在学生会工作的这半年也学到了以下这些经验：     </w:t>
      </w:r>
      <w:r>
        <w:rPr>
          <w:lang w:eastAsia="zh-CN"/>
        </w:rPr>
        <w:br/>
      </w:r>
      <w:r>
        <w:rPr>
          <w:lang w:eastAsia="zh-CN"/>
        </w:rPr>
        <w:t xml:space="preserve">    1、在一项任务下达之后我们要把前因后果进行分析，理清思路，分析好要做什么、怎么做。     </w:t>
      </w:r>
      <w:r>
        <w:rPr>
          <w:lang w:eastAsia="zh-CN"/>
        </w:rPr>
        <w:br/>
      </w:r>
      <w:r>
        <w:rPr>
          <w:lang w:eastAsia="zh-CN"/>
        </w:rPr>
        <w:t xml:space="preserve">    2、要学会独立，不能产生依赖心理，要今日事，今日毕。     </w:t>
      </w:r>
      <w:r>
        <w:rPr>
          <w:lang w:eastAsia="zh-CN"/>
        </w:rPr>
        <w:br/>
      </w:r>
      <w:r>
        <w:rPr>
          <w:lang w:eastAsia="zh-CN"/>
        </w:rPr>
        <w:t xml:space="preserve">    3、学会坚持，遇到困难时，要勇敢的去战胜并坚持到底。     </w:t>
      </w:r>
      <w:r>
        <w:rPr>
          <w:lang w:eastAsia="zh-CN"/>
        </w:rPr>
        <w:br/>
      </w:r>
      <w:r>
        <w:rPr>
          <w:lang w:eastAsia="zh-CN"/>
        </w:rPr>
        <w:t xml:space="preserve">    在学生会这半年，我学到了许多知识，使自己得到了很大的锻炼。2020年，我会更加努力的去学习去工作，在学习与工作中认识自己的不足并加以改正，最大程度的锻炼自己。相信明天会更好。大学学生会秘书处的年终工作总结（模板19篇）篇四     </w:t>
      </w:r>
      <w:r>
        <w:rPr>
          <w:lang w:eastAsia="zh-CN"/>
        </w:rPr>
        <w:br/>
      </w:r>
      <w:r>
        <w:rPr>
          <w:lang w:eastAsia="zh-CN"/>
        </w:rPr>
        <w:t xml:space="preserve">    一、本职工作安排：     </w:t>
      </w:r>
      <w:r>
        <w:rPr>
          <w:lang w:eastAsia="zh-CN"/>
        </w:rPr>
        <w:br/>
      </w:r>
      <w:r>
        <w:rPr>
          <w:lang w:eastAsia="zh-CN"/>
        </w:rPr>
        <w:t xml:space="preserve">    (一)新学期的开始，我部门就对三月做好了充分的计。     </w:t>
      </w:r>
      <w:r>
        <w:rPr>
          <w:lang w:eastAsia="zh-CN"/>
        </w:rPr>
        <w:br/>
      </w:r>
      <w:r>
        <w:rPr>
          <w:lang w:eastAsia="zh-CN"/>
        </w:rPr>
        <w:t xml:space="preserve">    划准备，并积极协同各部门搞好开学前各项工作。     </w:t>
      </w:r>
      <w:r>
        <w:rPr>
          <w:lang w:eastAsia="zh-CN"/>
        </w:rPr>
        <w:br/>
      </w:r>
      <w:r>
        <w:rPr>
          <w:lang w:eastAsia="zh-CN"/>
        </w:rPr>
        <w:t xml:space="preserve">    (二)我部门在本月中集中汇总本月资料，处理整理工。     </w:t>
      </w:r>
      <w:r>
        <w:rPr>
          <w:lang w:eastAsia="zh-CN"/>
        </w:rPr>
        <w:br/>
      </w:r>
      <w:r>
        <w:rPr>
          <w:lang w:eastAsia="zh-CN"/>
        </w:rPr>
        <w:t xml:space="preserve">    作的细节问题，及时改进、纠正错误、全面发展。     </w:t>
      </w:r>
      <w:r>
        <w:rPr>
          <w:lang w:eastAsia="zh-CN"/>
        </w:rPr>
        <w:br/>
      </w:r>
      <w:r>
        <w:rPr>
          <w:lang w:eastAsia="zh-CN"/>
        </w:rPr>
        <w:t xml:space="preserve">    (三)本月中我部门也及时对干事的工作进行了调整和。     </w:t>
      </w:r>
      <w:r>
        <w:rPr>
          <w:lang w:eastAsia="zh-CN"/>
        </w:rPr>
        <w:br/>
      </w:r>
      <w:r>
        <w:rPr>
          <w:lang w:eastAsia="zh-CN"/>
        </w:rPr>
        <w:t xml:space="preserve">    安排。同时，也要求各个干事参加培训会，提高工作能力。     </w:t>
      </w:r>
      <w:r>
        <w:rPr>
          <w:lang w:eastAsia="zh-CN"/>
        </w:rPr>
        <w:br/>
      </w:r>
      <w:r>
        <w:rPr>
          <w:lang w:eastAsia="zh-CN"/>
        </w:rPr>
        <w:t xml:space="preserve">    二、具体工作发展：     </w:t>
      </w:r>
      <w:r>
        <w:rPr>
          <w:lang w:eastAsia="zh-CN"/>
        </w:rPr>
        <w:br/>
      </w:r>
      <w:r>
        <w:rPr>
          <w:lang w:eastAsia="zh-CN"/>
        </w:rPr>
        <w:t xml:space="preserve">    (一)2月26，我部门开展新学期的第一次工作例会。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会议上部长为本部门干事总结了上期工作，并讲述了3月的具体工作计划。</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(二)在本月中开展的“创先锋、树新风”活动中，我。     </w:t>
      </w:r>
      <w:r>
        <w:rPr>
          <w:lang w:eastAsia="zh-CN"/>
        </w:rPr>
        <w:br/>
      </w:r>
      <w:r>
        <w:rPr>
          <w:lang w:eastAsia="zh-CN"/>
        </w:rPr>
        <w:t xml:space="preserve">    部门协同各部门做好了后勤工作，为本次活动提供了很好的。     </w:t>
      </w:r>
      <w:r>
        <w:rPr>
          <w:lang w:eastAsia="zh-CN"/>
        </w:rPr>
        <w:br/>
      </w:r>
      <w:r>
        <w:rPr>
          <w:lang w:eastAsia="zh-CN"/>
        </w:rPr>
        <w:t xml:space="preserve">    服务。为此，“创先锋、树新风”活动取得圆满成功。     </w:t>
      </w:r>
      <w:r>
        <w:rPr>
          <w:lang w:eastAsia="zh-CN"/>
        </w:rPr>
        <w:br/>
      </w:r>
      <w:r>
        <w:rPr>
          <w:lang w:eastAsia="zh-CN"/>
        </w:rPr>
        <w:t xml:space="preserve">    (三)本月中我部门也及时完成了对我部门干事工作能力训练、加强和提高了干事对工作的积极意识，让干事们更全面发展。     </w:t>
      </w:r>
      <w:r>
        <w:rPr>
          <w:lang w:eastAsia="zh-CN"/>
        </w:rPr>
        <w:br/>
      </w:r>
      <w:r>
        <w:rPr>
          <w:lang w:eastAsia="zh-CN"/>
        </w:rPr>
        <w:t xml:space="preserve">    (四)我部门协同各部门认真考核各班集体，恢复各班级正常的学习气氛，使同学们更快地投入到学习中来。     </w:t>
      </w:r>
      <w:r>
        <w:rPr>
          <w:lang w:eastAsia="zh-CN"/>
        </w:rPr>
        <w:br/>
      </w:r>
      <w:r>
        <w:rPr>
          <w:lang w:eastAsia="zh-CN"/>
        </w:rPr>
        <w:t xml:space="preserve">    三、出现问题：     </w:t>
      </w:r>
      <w:r>
        <w:rPr>
          <w:lang w:eastAsia="zh-CN"/>
        </w:rPr>
        <w:br/>
      </w:r>
      <w:r>
        <w:rPr>
          <w:lang w:eastAsia="zh-CN"/>
        </w:rPr>
        <w:t xml:space="preserve">    (一)针对活动中时间冲突问题，还应给予调整。     </w:t>
      </w:r>
      <w:r>
        <w:rPr>
          <w:lang w:eastAsia="zh-CN"/>
        </w:rPr>
        <w:br/>
      </w:r>
      <w:r>
        <w:rPr>
          <w:lang w:eastAsia="zh-CN"/>
        </w:rPr>
        <w:t xml:space="preserve">    (二)各部门之间还应有待提高相互之间的默契合作度。     </w:t>
      </w:r>
      <w:r>
        <w:rPr>
          <w:lang w:eastAsia="zh-CN"/>
        </w:rPr>
        <w:br/>
      </w:r>
      <w:r>
        <w:rPr>
          <w:lang w:eastAsia="zh-CN"/>
        </w:rPr>
        <w:t xml:space="preserve">    (三)本月中个别班级、部门干事，对系各部门、班集举办的活动体现积极性不高。     </w:t>
      </w:r>
      <w:r>
        <w:rPr>
          <w:lang w:eastAsia="zh-CN"/>
        </w:rPr>
        <w:br/>
      </w:r>
      <w:r>
        <w:rPr>
          <w:lang w:eastAsia="zh-CN"/>
        </w:rPr>
        <w:t xml:space="preserve">    (四)各部门还应加强同干事、班级之间的相互交流、沟通和配合。     </w:t>
      </w:r>
      <w:r>
        <w:rPr>
          <w:lang w:eastAsia="zh-CN"/>
        </w:rPr>
        <w:br/>
      </w:r>
      <w:r>
        <w:rPr>
          <w:lang w:eastAsia="zh-CN"/>
        </w:rPr>
        <w:t xml:space="preserve">    四、改正措施：     </w:t>
      </w:r>
      <w:r>
        <w:rPr>
          <w:lang w:eastAsia="zh-CN"/>
        </w:rPr>
        <w:br/>
      </w:r>
      <w:r>
        <w:rPr>
          <w:lang w:eastAsia="zh-CN"/>
        </w:rPr>
        <w:t xml:space="preserve">    (一)针对性的对活动时间进行安排，尽可能的不与其他同学时间形成冲突。     </w:t>
      </w:r>
      <w:r>
        <w:rPr>
          <w:lang w:eastAsia="zh-CN"/>
        </w:rPr>
        <w:br/>
      </w:r>
      <w:r>
        <w:rPr>
          <w:lang w:eastAsia="zh-CN"/>
        </w:rPr>
        <w:t xml:space="preserve">    (二)开展各类活动，加强各部门之间相互沟通，让他们共同协作提高各部门默契合作度。     </w:t>
      </w:r>
      <w:r>
        <w:rPr>
          <w:lang w:eastAsia="zh-CN"/>
        </w:rPr>
        <w:br/>
      </w:r>
      <w:r>
        <w:rPr>
          <w:lang w:eastAsia="zh-CN"/>
        </w:rPr>
        <w:t xml:space="preserve">    (三)加强对个别干事的思想教育，让他们正确认识自己的本质工作，并积极做好本质工作。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(四)加强对各部门工作例会的监督和各部门干事的相互沟通交流。     </w:t>
      </w:r>
      <w:r>
        <w:rPr>
          <w:lang w:eastAsia="zh-CN"/>
        </w:rPr>
        <w:br/>
      </w:r>
      <w:r>
        <w:rPr>
          <w:lang w:eastAsia="zh-CN"/>
        </w:rPr>
        <w:t xml:space="preserve">    以上是我部门的三月总结。金无足赤，虽然在本月工作中存在问题，但我们也在不足中不断的改进。因为我们相信失败是成功之母;我们相信在学生会所有成员的拼搏下，学生会一定会发展的更好。所以，请期待四月我们秘书处的激情上演。     </w:t>
      </w:r>
      <w:r>
        <w:rPr>
          <w:lang w:eastAsia="zh-CN"/>
        </w:rPr>
        <w:br/>
      </w:r>
      <w:r>
        <w:rPr>
          <w:lang w:eastAsia="zh-CN"/>
        </w:rPr>
        <w:t xml:space="preserve">    将本文的word文档下载到电脑，方便收藏和打印。大学学生会秘书处的年终工作总结（模板19篇）篇五     </w:t>
      </w:r>
      <w:r>
        <w:rPr>
          <w:lang w:eastAsia="zh-CN"/>
        </w:rPr>
        <w:br/>
      </w:r>
      <w:r>
        <w:rPr>
          <w:lang w:eastAsia="zh-CN"/>
        </w:rPr>
        <w:t xml:space="preserve">    书处依照学生会本学期的工作宗旨及发展方向，配合学院工作，完成既定任务并组织一定的学生活动，引导学生发展，倡导大学生学习与能力共同提高，关心社会，丰富大学生生活。具体工作在以下方面展开：     </w:t>
      </w:r>
      <w:r>
        <w:rPr>
          <w:lang w:eastAsia="zh-CN"/>
        </w:rPr>
        <w:br/>
      </w:r>
      <w:r>
        <w:rPr>
          <w:lang w:eastAsia="zh-CN"/>
        </w:rPr>
        <w:t xml:space="preserve">    一、枢纽工作。     </w:t>
      </w:r>
      <w:r>
        <w:rPr>
          <w:lang w:eastAsia="zh-CN"/>
        </w:rPr>
        <w:br/>
      </w:r>
      <w:r>
        <w:rPr>
          <w:lang w:eastAsia="zh-CN"/>
        </w:rPr>
        <w:t xml:space="preserve">    秘书处属主席团成员，其部门职能有其特殊性。重要的工作即为完成主席团与各部门的上传下达工作，及时将主席团的决策传达给各部、分配各部工作，同时要将各部门情况及时反映给主席团、及协调活动中各部任务，以备主席团及时做出工作调整。秘书处的枢纽工作关系到整个学生会的运转，极为重要，本年度已认真完成此项工作，使学生会的工作顺利进行。     </w:t>
      </w:r>
      <w:r>
        <w:rPr>
          <w:lang w:eastAsia="zh-CN"/>
        </w:rPr>
        <w:br/>
      </w:r>
      <w:r>
        <w:rPr>
          <w:lang w:eastAsia="zh-CN"/>
        </w:rPr>
        <w:t xml:space="preserve">    二、管理工作。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1、学生会的管理秘书处负责很大一部分。在学生会的领导班子确立后，要做部门职能细化，分工明确，并对各部门进行干部培养，使学生会成为具有战斗力的整体。</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2、日常学生会的事务管理。学生会每周将开一次例会，对一周的工作进行总结，交秘书处整理档案。并对目前活动进行协作调整及下周工作计划。     </w:t>
      </w:r>
      <w:r>
        <w:rPr>
          <w:lang w:eastAsia="zh-CN"/>
        </w:rPr>
        <w:br/>
      </w:r>
      <w:r>
        <w:rPr>
          <w:lang w:eastAsia="zh-CN"/>
        </w:rPr>
        <w:t xml:space="preserve">    3、物品及财务管理。学生会的活动经费及物品多由秘书处备案管理。有部门要举办活动时，须向秘书处提交经费预算，经秘书处审批后方可领取经费。学生会物品不经秘书处批准不得擅自挪用。     </w:t>
      </w:r>
      <w:r>
        <w:rPr>
          <w:lang w:eastAsia="zh-CN"/>
        </w:rPr>
        <w:br/>
      </w:r>
      <w:r>
        <w:rPr>
          <w:lang w:eastAsia="zh-CN"/>
        </w:rPr>
        <w:t xml:space="preserve">    对于管理工作，秘书处认真负责并得到主席团认可。     </w:t>
      </w:r>
      <w:r>
        <w:rPr>
          <w:lang w:eastAsia="zh-CN"/>
        </w:rPr>
        <w:br/>
      </w:r>
      <w:r>
        <w:rPr>
          <w:lang w:eastAsia="zh-CN"/>
        </w:rPr>
        <w:t xml:space="preserve">    三、学生活动。     </w:t>
      </w:r>
      <w:r>
        <w:rPr>
          <w:lang w:eastAsia="zh-CN"/>
        </w:rPr>
        <w:br/>
      </w:r>
      <w:r>
        <w:rPr>
          <w:lang w:eastAsia="zh-CN"/>
        </w:rPr>
        <w:t xml:space="preserve">    1、环保志愿者亮丽的风景线。     </w:t>
      </w:r>
      <w:r>
        <w:rPr>
          <w:lang w:eastAsia="zh-CN"/>
        </w:rPr>
        <w:br/>
      </w:r>
      <w:r>
        <w:rPr>
          <w:lang w:eastAsia="zh-CN"/>
        </w:rPr>
        <w:t xml:space="preserve">    我院作为环境学院，对环保事业的宣传有义不容辞的责任，     </w:t>
      </w:r>
      <w:r>
        <w:rPr>
          <w:lang w:eastAsia="zh-CN"/>
        </w:rPr>
        <w:br/>
      </w:r>
      <w:r>
        <w:rPr>
          <w:lang w:eastAsia="zh-CN"/>
        </w:rPr>
        <w:t xml:space="preserve">    总结。     </w:t>
      </w:r>
      <w:r>
        <w:rPr>
          <w:lang w:eastAsia="zh-CN"/>
        </w:rPr>
        <w:br/>
      </w:r>
      <w:r>
        <w:rPr>
          <w:lang w:eastAsia="zh-CN"/>
        </w:rPr>
        <w:t xml:space="preserve">    因此，我院建立了青年环保志愿者服务队。青年志愿者的建队及初步活动是由秘书处负责。在校运动会的现场，青年志愿者成为一条亮丽的风景线。此外，在六五世界环境日系列活动的畅想地球村和青青千佛山活动中，进行了校内外青年志愿者的签名活动，广泛召集青年志愿者。我们的青年志愿者活动在校内外引起很大反响，不只是大学生热情高涨，特别是当一位位老人和一个个儿童签名当志愿者时更是鼓舞人心。相信环保正是需要这样的志愿者和这样的活动。     </w:t>
      </w:r>
      <w:r>
        <w:rPr>
          <w:lang w:eastAsia="zh-CN"/>
        </w:rPr>
        <w:br/>
      </w:r>
      <w:r>
        <w:rPr>
          <w:lang w:eastAsia="zh-CN"/>
        </w:rPr>
        <w:t xml:space="preserve">    2、迎新活动。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0级新生入学是我院领导及学生会关心的大事。秘书处负责整个活动的策划即实施。秘书处在调动学生会的同时，得到了院领导及同学的大力支持。使活动顺利有条不紊的进行，得到新生及家长的认可，使大家真正感到学院的温暖。</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3、学生会纳新活动。     </w:t>
      </w:r>
      <w:r>
        <w:rPr>
          <w:lang w:eastAsia="zh-CN"/>
        </w:rPr>
        <w:br/>
      </w:r>
      <w:r>
        <w:rPr>
          <w:lang w:eastAsia="zh-CN"/>
        </w:rPr>
        <w:t xml:space="preserve">    新生进入大学渴望能够全方面的发展，同时，学生会也需要补充力量。在新生军训后不久，我学生会便展开了纳新活动。新生十分积极，参加人数达到新生的90%以上，使主席团及各部充满干劲。经过书面材料审核及面试，筛选出36名新生成为新干事。秘书处了解各部情况后将干事分配到各部。干事的资料全部由秘书处备案。事后，召开了新干事大会。整个纳新活动使学生会充满生气，使我们看到学生会将在本年有声有色。     </w:t>
      </w:r>
      <w:r>
        <w:rPr>
          <w:lang w:eastAsia="zh-CN"/>
        </w:rPr>
        <w:br/>
      </w:r>
      <w:r>
        <w:rPr>
          <w:lang w:eastAsia="zh-CN"/>
        </w:rPr>
        <w:t xml:space="preserve">    4、协助各部活动。     </w:t>
      </w:r>
      <w:r>
        <w:rPr>
          <w:lang w:eastAsia="zh-CN"/>
        </w:rPr>
        <w:br/>
      </w:r>
      <w:r>
        <w:rPr>
          <w:lang w:eastAsia="zh-CN"/>
        </w:rPr>
        <w:t xml:space="preserve">    各部举办活动秘书处均参加筹划及具体实施，以便进行调解帮助，同时，了解活动的具体情况及干事表现，做好备案工作。秘书处的工作有突出的地方，但也有其不足的地方，我们将总结经验，及时弥补不足，使秘书处的工作完成得更好。大学学生会秘书处的年终工作总结（模板19篇）篇六     </w:t>
      </w:r>
      <w:r>
        <w:rPr>
          <w:lang w:eastAsia="zh-CN"/>
        </w:rPr>
        <w:br/>
      </w:r>
      <w:r>
        <w:rPr>
          <w:lang w:eastAsia="zh-CN"/>
        </w:rPr>
        <w:t xml:space="preserve">    我很庆幸，在刚刚踏入大学殿堂的第一学年里面，能够成为团委秘书处的干事，能够认识这一群卡哇伊的同伴们，我只能说：“我当初没选错！”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当初，在多个部门徘徊不定，随后参加了秘书处的第一次party，才知道，原来，这里聚集着这么多的精英人才，而且，大家都是那么的平易近人，“每一个部门都会锻炼到你的能力，只要你坚持下去！”于是乎，坚持了，努力了，秘书处选我了！</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在秘书处，除了做常规工作——周报表外，还要值班、“蹲点”以及一些其他的任务。对于周报表，虽然还没到炉火纯青的地步，不过，在师姐的帮助下，还是得到了一些经验，我总觉得这版块要创新是有点难的，毕竟是潜移默化的规则了，但是，新学期的第一次例会上，师姐提出了改革的方案，让我大吃一惊！原来还可以在合作方式上进行变动交流！那时意识到自己的思维还是仅仅提留在一维空间，还是那么的渺小无力……在所有做过的工作中，最让我措手不及的还是要数整理安排办公室值班表了。有时候会由于空课表上信息的错误或者是空课表的更新而让你的安排处于瘫痪状态，而你还要面对着一些无形的压力，不得不承认，我很是羡慕那些轻而易举地将值班表安排得妥妥当当的人，我曾经试图从错误中吸取教训，却又是不可避免地犯了另外的错误，当你信心满满地拿着值班表通知每一位值班的同伴时，往往得到的是“对不起，我那时候没空，请你帮我换一下班……”所以，我觉得不仅仅要细心，还要很有耐心，值班表这件小事儿，我还得加把劲儿才行！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去实践部“蹲点”时，看到实践部的师姐们对大家是那么的严厉，看到朋友们接到任务时扯断头发、抓烂头皮的“狰狞样子”时，幼稚地认为还是我的师兄师姐好，经常帮助我们，后来才醒悟过来，凡事还是先自己摸索，实在不行再求救！不过，说到底，我还是比较喜欢秘书处那种轻松自由的氛围，适合我们这群活泼可爱的“__后”。</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在写这份工作总结时，我跟懿倩说：“我觉得自己不是在写工作总结，而是在写忏悔录……”原来自己做的工作出现了这么多错误，自己的想法是那么的肤浅，有人说过“不要害怕犯同样的错误”，也有人说过“大学就是让你犯错的地方”，但是，要懂得如何吸取教训，不要犯相同的错误，因此，我总结了以下几点：1、要注意细节问题，有时细节掌握着全局；2、要多多与同伴们交流，增进感情，提高凝聚力；3、要时刻记住自己的身份，做符合自己身份的事，别越轨！     </w:t>
      </w:r>
      <w:r>
        <w:rPr>
          <w:lang w:eastAsia="zh-CN"/>
        </w:rPr>
        <w:br/>
      </w:r>
      <w:r>
        <w:rPr>
          <w:lang w:eastAsia="zh-CN"/>
        </w:rPr>
        <w:t xml:space="preserve">    曾经看到过这么一句话：马不停蹄的错过，轻而易举的辜负，不知不觉的陌路。此时此刻，我在想，我错过了什么么？我辜负了谁么？新的学期里面，首先，我要好好的安排好自己的时间，协调好学习与工作，避免发生冲突；其次，这学期似乎有很多工作，所以，要好好利用这些机会，尽职尽责；然后是要多多与同伴们交流，尽可能地为她们分担一些压力；最后，就是要好好地提高我的个人素质了，包括时间观念、礼仪等等问题。大家伙一起加油努力吧！大学学生会秘书处的年终工作总结（模板19篇）篇七     </w:t>
      </w:r>
      <w:r>
        <w:rPr>
          <w:lang w:eastAsia="zh-CN"/>
        </w:rPr>
        <w:br/>
      </w:r>
      <w:r>
        <w:rPr>
          <w:lang w:eastAsia="zh-CN"/>
        </w:rPr>
        <w:t xml:space="preserve">    第_届院学生会成立至今，已经度过了一年了，我秘书处人员通过积极的学习和总结，已经做到了秘书处的本职工作，并在学院组织的大型活动和配合院领导进行各项学生检查工作，在本学年里秘书处又新纳入了6名干事，他们认真的态度使秘书处能更好的完成前段时间的工作，下面是我处人员的具体工作情况总结。     </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一、会议记录工作。     </w:t>
      </w:r>
      <w:r>
        <w:rPr>
          <w:lang w:eastAsia="zh-CN"/>
        </w:rPr>
        <w:br/>
      </w:r>
      <w:r>
        <w:rPr>
          <w:lang w:eastAsia="zh-CN"/>
        </w:rPr>
        <w:t xml:space="preserve">    会议记录是我秘书处的主要工作之一在本学期工作里，秘书处共记会议记录__次，其中例会__次，临时会议_次，纳新大会_次，详细记录了各项会议期间的各项事务安排，同时也简要记录了主席团对学生会工作及成员的要求，还有院大型活动的具体日程和安排。     </w:t>
      </w:r>
      <w:r>
        <w:rPr>
          <w:lang w:eastAsia="zh-CN"/>
        </w:rPr>
        <w:br/>
      </w:r>
      <w:r>
        <w:rPr>
          <w:lang w:eastAsia="zh-CN"/>
        </w:rPr>
        <w:t xml:space="preserve">    二、各部具体事务备录工作。     </w:t>
      </w:r>
      <w:r>
        <w:rPr>
          <w:lang w:eastAsia="zh-CN"/>
        </w:rPr>
        <w:br/>
      </w:r>
      <w:r>
        <w:rPr>
          <w:lang w:eastAsia="zh-CN"/>
        </w:rPr>
        <w:t xml:space="preserve">    工作备录使一项对学生会各部活动的举行及完成情况作备录。前段时间共_次大型活动，包括：迎新生，纳新大会，十佳歌手大奖赛，__周年校庆文艺活动等。     </w:t>
      </w:r>
      <w:r>
        <w:rPr>
          <w:lang w:eastAsia="zh-CN"/>
        </w:rPr>
        <w:br/>
      </w:r>
      <w:r>
        <w:rPr>
          <w:lang w:eastAsia="zh-CN"/>
        </w:rPr>
        <w:t xml:space="preserve">    三、资环杯篮球赛记分工作。     </w:t>
      </w:r>
      <w:r>
        <w:rPr>
          <w:lang w:eastAsia="zh-CN"/>
        </w:rPr>
        <w:br/>
      </w:r>
      <w:r>
        <w:rPr>
          <w:lang w:eastAsia="zh-CN"/>
        </w:rPr>
        <w:t xml:space="preserve">    _月份开展的篮球赛期间，我秘书处主要负责各球场的人员安排以及记分记录工作。以保证比赛的公平，公正，公开且能有秩序的顺利进行。     </w:t>
      </w:r>
      <w:r>
        <w:rPr>
          <w:lang w:eastAsia="zh-CN"/>
        </w:rPr>
        <w:br/>
      </w:r>
      <w:r>
        <w:rPr>
          <w:lang w:eastAsia="zh-CN"/>
        </w:rPr>
        <w:t xml:space="preserve">    四、协助院学生会纪检部，学习生活部，一起进行晚自习检查及记录工作。     </w:t>
      </w:r>
      <w:r>
        <w:rPr>
          <w:lang w:eastAsia="zh-CN"/>
        </w:rPr>
        <w:br/>
      </w:r>
      <w:r>
        <w:rPr>
          <w:lang w:eastAsia="zh-CN"/>
        </w:rPr>
        <w:t xml:space="preserve">    在本学年以来，院学生在主席团的带领之下，分组进行学院晚自习检查工作。我处除了例行检查工作之外还承担了检查情况记录工作。准确认真记录了每天的好差班级的具体情况，并作了备份留底。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以上是我处在前段时间的主要工作内容，当然，在工作中还存在这很多的不足和遗漏，也许在某些方面还欠周全，也许是经验和能力尚不足，一些工作还没做到尽善尽美，但我相信经过这段时间的学习和工作，我秘书处一定可以总结经验教训，我相信我处成员在以后会以饱满的热情投入到工作中，能更好的配合主席团及其他各部工作。同时，也希望院学生处领导，主席团及各部成员能及时提出问题帮助我部顺利完成工作进一步完善秘书处的每项工作。大学学生会秘书处的年终工作总结（模板19篇）篇八</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弹指一挥间，时间如同流沙般从指缝间滑过。不知不觉间站在学期末回首这学期的工作不免有些感触。秘书处主要负责学生会的会议记录，本学期以健美操大赛为主，物品保管、制作和更新学生会通讯录为辅。下面就从以上几个方面总结秘书处本学期的工作。     </w:t>
      </w:r>
      <w:r>
        <w:rPr>
          <w:lang w:eastAsia="zh-CN"/>
        </w:rPr>
        <w:br/>
      </w:r>
      <w:r>
        <w:rPr>
          <w:lang w:eastAsia="zh-CN"/>
        </w:rPr>
        <w:t xml:space="preserve">    一、会议记录。     </w:t>
      </w:r>
      <w:r>
        <w:rPr>
          <w:lang w:eastAsia="zh-CN"/>
        </w:rPr>
        <w:br/>
      </w:r>
      <w:r>
        <w:rPr>
          <w:lang w:eastAsia="zh-CN"/>
        </w:rPr>
        <w:t xml:space="preserve">    会议记录是秘书处最核心的工作，由于我们部对会议记录有着优良的传统，所以在记录的格式、内容上都没什么差错，会议记录的记录格式和方法仍然沿袭了以前几届秘书处的工作方式，准确并及时的记录了学生会隔周一次的学生会例会和各部的例会，有助于导员、主席检查和监督学生会各部门的各项工作。但是也存在一定的问题，如会议记录的笔记潦草、出现错别字的现象也是有发生。     </w:t>
      </w:r>
      <w:r>
        <w:rPr>
          <w:lang w:eastAsia="zh-CN"/>
        </w:rPr>
        <w:br/>
      </w:r>
      <w:r>
        <w:rPr>
          <w:lang w:eastAsia="zh-CN"/>
        </w:rPr>
        <w:t xml:space="preserve">    二、制作和更新通讯录。     </w:t>
      </w:r>
      <w:r>
        <w:rPr>
          <w:lang w:eastAsia="zh-CN"/>
        </w:rPr>
        <w:br/>
      </w:r>
      <w:r>
        <w:rPr>
          <w:lang w:eastAsia="zh-CN"/>
        </w:rPr>
        <w:t xml:space="preserve">    本学期，由于新的学生会换届和招新，秘书处重新制作了第十三届公共管理学院团委学生会通讯录。由于工作的失误，为大家带来了诸多不便。为了导员、主席等可以随时联络到学生会各个成员，在制作通讯录时一定要仔细检查，每个都要反复核对，然后交给各个部自己核对一遍，没有问题再交给主席团和导办。     </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一旦学生会成员更换电话要及时更新通讯录，避免找不到人的情况再次发生。     </w:t>
      </w:r>
      <w:r>
        <w:rPr>
          <w:lang w:eastAsia="zh-CN"/>
        </w:rPr>
        <w:br/>
      </w:r>
      <w:r>
        <w:rPr>
          <w:lang w:eastAsia="zh-CN"/>
        </w:rPr>
        <w:t xml:space="preserve">    三、物品保管。     </w:t>
      </w:r>
      <w:r>
        <w:rPr>
          <w:lang w:eastAsia="zh-CN"/>
        </w:rPr>
        <w:br/>
      </w:r>
      <w:r>
        <w:rPr>
          <w:lang w:eastAsia="zh-CN"/>
        </w:rPr>
        <w:t xml:space="preserve">    本学期，便于妥善保管各部存放在导员办公室和仓库的物品，秘书处特意制作了一份物品整理登记表。登记表明确记录了各物品所属的部门，数量，存放的位置，借记人和送还人。方便学生会成员明确物品的归属和用处，减少了找物品的时间，提高了工作效率，为学生会工作带来了便捷。但是物品保管表制作的时间拖得比较长，影响了学生会物品的借还。     </w:t>
      </w:r>
      <w:r>
        <w:rPr>
          <w:lang w:eastAsia="zh-CN"/>
        </w:rPr>
        <w:br/>
      </w:r>
      <w:r>
        <w:rPr>
          <w:lang w:eastAsia="zh-CN"/>
        </w:rPr>
        <w:t xml:space="preserve">    四、健美操大赛。     </w:t>
      </w:r>
      <w:r>
        <w:rPr>
          <w:lang w:eastAsia="zh-CN"/>
        </w:rPr>
        <w:br/>
      </w:r>
      <w:r>
        <w:rPr>
          <w:lang w:eastAsia="zh-CN"/>
        </w:rPr>
        <w:t xml:space="preserve">    从最初接到通知到最后在科学报告厅的比赛，总共历时一个半月。这期间，大家有付出，有收获，也有成长。虽然照上个学期比有长足的进步，但是训练过程中存在的问题仍然不容忽视。下面就从几个方面总结健美操训练期间存在的问题和发生的错误。     </w:t>
      </w:r>
      <w:r>
        <w:rPr>
          <w:lang w:eastAsia="zh-CN"/>
        </w:rPr>
        <w:br/>
      </w:r>
      <w:r>
        <w:rPr>
          <w:lang w:eastAsia="zh-CN"/>
        </w:rPr>
        <w:t xml:space="preserve">    1)选人问题。选人期间，只从众多的11级报名的人当中选出了四男四女，参加比赛。导致训练中期有人受伤，终止训练，却没有替补人员代替上场。所以不得不临时在11级新生中重新选人，不仅耽误了训练的进程，也影响了团队整体的默契程度。所以为了提高效率，避免临时“抓人”现学现上的情况再次出现，下届健美操比赛选人时，一定要提前预备。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2)编排问题。本次健美操大赛，应该以青春靓丽为主，不应为了别具一格而穿插其他舞蹈元素。为了避免因为不遵循校团委的比赛要求而丢分，下届健美操比赛时一定要严格按照校团委学生会的要求和说明编排舞蹈。</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3)音乐问题。由于在要上交音乐cd的前一个礼拜才开始找音乐，导致音乐的效果不理想，时间太短，给人意犹未尽的感觉，影响整体效果。所以，下次，一定要提前选好音乐。若音乐不合适，还可以有充足的时间重新更换音乐，达到最好的效果。     </w:t>
      </w:r>
      <w:r>
        <w:rPr>
          <w:lang w:eastAsia="zh-CN"/>
        </w:rPr>
        <w:br/>
      </w:r>
      <w:r>
        <w:rPr>
          <w:lang w:eastAsia="zh-CN"/>
        </w:rPr>
        <w:t xml:space="preserve">    4)训练问题。为了提高训练效率，一定要从最初开始就严格按照动作要求训练，不能有半点懈怠。对不标准动作的更正和反复练习也是必不可少的。避免因为害怕队员反复训练太枯燥和辛苦就含糊而过。这样训练不但没有效果，还浪费时间。     </w:t>
      </w:r>
      <w:r>
        <w:rPr>
          <w:lang w:eastAsia="zh-CN"/>
        </w:rPr>
        <w:br/>
      </w:r>
      <w:r>
        <w:rPr>
          <w:lang w:eastAsia="zh-CN"/>
        </w:rPr>
        <w:t xml:space="preserve">    5)服装问题。要事先准备好装饰服装所用的东西。为了提高舞台效果和影响力，尽量不使用暗色调的服装。     </w:t>
      </w:r>
      <w:r>
        <w:rPr>
          <w:lang w:eastAsia="zh-CN"/>
        </w:rPr>
        <w:br/>
      </w:r>
      <w:r>
        <w:rPr>
          <w:lang w:eastAsia="zh-CN"/>
        </w:rPr>
        <w:t xml:space="preserve">    6)化妆问题：要事先确定化妆和补妆的时间，确保比赛当天一定可以补妆，避免因为妆容脱落影响整体比赛效果。     </w:t>
      </w:r>
      <w:r>
        <w:rPr>
          <w:lang w:eastAsia="zh-CN"/>
        </w:rPr>
        <w:br/>
      </w:r>
      <w:r>
        <w:rPr>
          <w:lang w:eastAsia="zh-CN"/>
        </w:rPr>
        <w:t xml:space="preserve">    7)工作分配问题：训练主要由部长和副部负责，干事只负责占场地和拿水。导致干事对健美操训练以及比赛的各种细节还比较生疏，对下一届的健美操训练带来了诸多不变。所以再训练时，一定要让干事也积极参与到训练中去，明确各种细节和要注意的事项。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虽然本届健美操比赛，从开始到结束，存在以上的诸多问题，但是也有很多长足的进步。例如提前了健美操的训练时间，为健美操比赛做好充足准备，更换了健美操训练场地，为队员提供了较为舒服的地方，加强了动作的难度，提高了健美操的观赏性等。正是由于对这些问题的及时发现和这些进步的存在，才让我们相信公共管理学院的健美操必将越来越好。</w:t>
      </w:r>
      <w:r>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r>
        <w:rPr>
          <w:lang w:eastAsia="zh-CN"/>
        </w:rPr>
        <w:br/>
      </w:r>
      <w:r>
        <w:rPr>
          <w:lang w:eastAsia="zh-CN"/>
        </w:rPr>
        <w:t xml:space="preserve">    综上，在本学期学生会工作中，秘书处作为主席团直接负责的部门，在工作上存在诸多失误，却也不断总结经验，不断进步，做好学生会的后勤工作，为学生会这个大家庭提供便利。从部长，到副部再到干事，成功的完成了自己的角色转换，通过一学期的锻炼，可以协调好工作，学习和生活三者之间的关系。也使新加入秘书处这个小家庭的干事们，重新认识了什么是严谨，责任和在大学应该有的生活和学习态度。     </w:t>
      </w:r>
      <w:r>
        <w:rPr>
          <w:lang w:eastAsia="zh-CN"/>
        </w:rPr>
        <w:br/>
      </w:r>
      <w:r>
        <w:rPr>
          <w:lang w:eastAsia="zh-CN"/>
        </w:rPr>
        <w:t xml:space="preserve">    这个学期秘书处工作已落下帷幕，在下个学期的工作中，要再接再励，吸取这学期的教训，发扬这学期得长处，争取做到最好。与此同时，秘书处的每一个人也会珍惜一起工作的这段时光，享受这份温暖与感动，迎接下一个明天。大学学生会秘书处的年终工作总结（模板19篇）篇九     </w:t>
      </w:r>
      <w:r>
        <w:rPr>
          <w:lang w:eastAsia="zh-CN"/>
        </w:rPr>
        <w:br/>
      </w:r>
      <w:r>
        <w:rPr>
          <w:lang w:eastAsia="zh-CN"/>
        </w:rPr>
        <w:t xml:space="preserve">    时间流逝，白驹过隙。转眼间2020年将要离我们而去，带着祝福与期盼我们即将迎来__年。新的一年会有新的挑战与收获。     </w:t>
      </w:r>
      <w:r>
        <w:rPr>
          <w:lang w:eastAsia="zh-CN"/>
        </w:rPr>
        <w:br/>
      </w:r>
      <w:r>
        <w:rPr>
          <w:lang w:eastAsia="zh-CN"/>
        </w:rPr>
        <w:t xml:space="preserve">    进入大学已经一学年了，进入学生会工作也有_个月了。从开始的面试到留在学生会秘书部工作，层层的选拔是对自己的肯定，也是对自己的锻炼。有付出总会有回报的，在学生会我学到了很多东西。     </w:t>
      </w:r>
      <w:r>
        <w:rPr>
          <w:lang w:eastAsia="zh-CN"/>
        </w:rPr>
        <w:br/>
      </w:r>
      <w:r>
        <w:rPr>
          <w:lang w:eastAsia="zh-CN"/>
        </w:rPr>
        <w:t xml:space="preserve">    秘书部是连接学生会内部的桥梁和纽带，促进各部门之间、主席团与各部之间的沟通和交流，以保证学生会高效运作的部门。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https://d.book118.com/055120243133011122</w:t>
        </w:r>
      </w:hyperlink>
    </w:p>
    <w:p w:rsidR="001B1F19">
      <w:pPr>
        <w:rPr>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5120243133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