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:rsidRPr="00937657" w14:paraId="7F7A67AA" w14:textId="0AE8485B">
      <w:pPr>
        <w:pStyle w:val="Heading1"/>
        <w:jc w:val="center"/>
        <w:rPr>
          <w:color w:val="000000" w:themeColor="text1"/>
          <w:lang w:eastAsia="zh-CN"/>
        </w:rPr>
      </w:pPr>
      <w:r>
        <w:rPr>
          <w:color w:val="000000" w:themeColor="text1"/>
          <w:sz w:val="44"/>
          <w:lang w:eastAsia="zh-CN"/>
        </w:rPr>
        <w:t>责任演讲稿三分钟演讲（33篇）</w:t>
      </w:r>
    </w:p>
    <w:p w:rsidR="001B1F19" w14:paraId="15E7D7A0" w14:textId="27C3F48A">
      <w:pPr>
        <w:rPr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责任演讲稿三分钟演讲（通用33篇）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篇1 </w:t>
      </w:r>
      <w:r>
        <w:rPr>
          <w:lang w:eastAsia="zh-CN"/>
        </w:rPr>
        <w:br/>
      </w:r>
      <w:r>
        <w:rPr>
          <w:lang w:eastAsia="zh-CN"/>
        </w:rPr>
        <w:t>　　尊敬的评委老师，亲爱的同事们：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今天我与大家分享的话题就是：企业社会责任。</w:t>
      </w:r>
      <w:r>
        <w:rPr>
          <w:lang w:eastAsia="zh-CN"/>
        </w:rPr>
        <w:br/>
      </w:r>
      <w:r>
        <w:rPr>
          <w:lang w:eastAsia="zh-CN"/>
        </w:rPr>
        <w:t>　　企业社会责任（Corporate social responsibility，简称CSR）是指企业在创造利润、对股东承担法律责任的同时，还要承担对员工、消费者、社区和环境的责任。企业的社会责任要求企业必须超越把利润作为唯一目标的传统理念，强调要在生产过程中对人的价值的关注，强调对消费者、对环境、对社会的贡献。</w:t>
      </w:r>
      <w:r>
        <w:rPr>
          <w:lang w:eastAsia="zh-CN"/>
        </w:rPr>
        <w:br/>
      </w:r>
      <w:r>
        <w:rPr>
          <w:lang w:eastAsia="zh-CN"/>
        </w:rPr>
        <w:t>　　记得我们刚刚驻进咱们这座大厦的时候，无论周末，或者是晚上10：00来公司，你都会发现咱们这幛大楼总是灯火通明，明如白昼。当时我就想，温总理还在为他的每年单位GDP能耗降低4％的目标而努力；而我们深夜无人的时候灯火通明，我们为什么就不能为温总理目标做一些贡献呢？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我思前想后，辗转反侧，于是给高瑞彬总裁写了一封邮件，附上了这张照片，建议说，我们应该寻找更好的节电措施来为国家能耗降低做出我们的贡献。高总在百忙之中看到我的邮件之后，迅速转发给了相关的组织和同事。</w:t>
      </w:r>
      <w:r>
        <w:rPr>
          <w:lang w:eastAsia="zh-CN"/>
        </w:rPr>
        <w:br/>
      </w:r>
      <w:r>
        <w:rPr>
          <w:lang w:eastAsia="zh-CN"/>
        </w:rPr>
        <w:t>　　大家想一想，在这之后有什么变化了吗？</w:t>
      </w:r>
      <w:r>
        <w:rPr>
          <w:lang w:eastAsia="zh-CN"/>
        </w:rPr>
        <w:br/>
      </w:r>
      <w:r>
        <w:rPr>
          <w:lang w:eastAsia="zh-CN"/>
        </w:rPr>
        <w:t>　　于是过不久，我看到每天晚9：00，10：00之后，在我们的大厦里会有物业的工作人员逐个检查每个楼层，关闭电源。</w:t>
      </w:r>
      <w:r>
        <w:rPr>
          <w:lang w:eastAsia="zh-CN"/>
        </w:rPr>
        <w:br/>
      </w:r>
      <w:r>
        <w:rPr>
          <w:lang w:eastAsia="zh-CN"/>
        </w:rPr>
        <w:t>　　再到今年的7月10日之后，我们的办公区在晚上7：30之后照明就会全部自动关闭。看到这些喜人的变化，我又给高总写了一封邮件，附上2张照片，一张是是晚上11：00之后我们Motorola大厦的照片；它显示我们的照明电源已经几乎全部关闭了，与上一次的照片真是天朗之别。另一张照片是我们的邻居，加拿大一家公司的大厦的照片；上面显示他们的照明就像我们大厦一年前的那个样子，明如白昼啊……</w:t>
      </w:r>
      <w:r>
        <w:rPr>
          <w:lang w:eastAsia="zh-CN"/>
        </w:rPr>
        <w:br/>
      </w:r>
      <w:r>
        <w:rPr>
          <w:lang w:eastAsia="zh-CN"/>
        </w:rPr>
        <w:t>　　高总给我的回邮说，CSR全称是Corporate Social Responsibility企业社会责任，不只是公司，也是我们每个员工的应尽的责任。只有我们一起努力，我们的公司才会继续秉承平等、开放、包容、富有创新精神，在科技创新的道路上继续前进；我们的社会才会更加和谐。</w:t>
      </w:r>
      <w:r>
        <w:rPr>
          <w:lang w:eastAsia="zh-CN"/>
        </w:rPr>
        <w:br/>
      </w:r>
      <w:r>
        <w:rPr>
          <w:lang w:eastAsia="zh-CN"/>
        </w:rPr>
        <w:t>　　所以我下面要做的事情，是给北电有CEO写邮件，告诉他们要注意节通减排。希望在明年的这个时候，在这个地方，向大家汇报我的进展。</w:t>
      </w:r>
      <w:r>
        <w:rPr>
          <w:lang w:eastAsia="zh-CN"/>
        </w:rPr>
        <w:br/>
      </w:r>
      <w:r>
        <w:rPr>
          <w:lang w:eastAsia="zh-CN"/>
        </w:rPr>
        <w:t>　　谢谢各位！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篇2 </w:t>
      </w:r>
      <w:r>
        <w:rPr>
          <w:lang w:eastAsia="zh-CN"/>
        </w:rPr>
        <w:br/>
      </w:r>
      <w:r>
        <w:rPr>
          <w:lang w:eastAsia="zh-CN"/>
        </w:rPr>
        <w:t>　　敬爱的老师，亲爱的同学们：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大家好！本周我们继续进行“知诚信荣辱，懂敬畏感恩，做健康向上，勇担责任的瀛海人”主题系列校会。今天，我主讲的题目是《勤俭节约，我的责任》。</w:t>
      </w:r>
      <w:r>
        <w:rPr>
          <w:lang w:eastAsia="zh-CN"/>
        </w:rPr>
        <w:br/>
      </w:r>
      <w:r>
        <w:rPr>
          <w:lang w:eastAsia="zh-CN"/>
        </w:rPr>
        <w:t>　　同学们，从“历览前贤国与家，成由勤俭破由奢”到“勤俭持家久，诗书济世长”。无一不在证明着国家的富强、家庭的富裕，勤俭节约起着决定作用。勤俭节约，是一种美德、一种传统。中华民族正是具有这种精神，才能生生不息，兴旺发达。今天我要说，勤俭节约不仅是一种美德，更是一种必不可少的责任。</w:t>
      </w:r>
      <w:r>
        <w:rPr>
          <w:lang w:eastAsia="zh-CN"/>
        </w:rPr>
        <w:br/>
      </w:r>
      <w:r>
        <w:rPr>
          <w:lang w:eastAsia="zh-CN"/>
        </w:rPr>
        <w:t>　　翻开厚重的华夏历史，由勤俭而成的事例可谓不胜败举，文王成了圣人还亲自上朝，日影偏西还顾不上吃饭。周公仰而思之，夜以继日，幸而得之，常坐以待旦。仲山甫昼夜从不懈怠，事无巨细，勤到这种程度。陶侃宗理密微，就是竹头木屑都储于有用之物，范仲淹划粥为食奋发攻读，粗茶淡饭砺大志，始有“天下之忧而忧，后天下之乐而乐”的千古绝唱。由此可见，勤俭节约不是一种对祖国的责任吗？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现在，就社会而言，我们学生还只是单纯的消费群体。可是，举手投足之间，浪费却又是我们的惯常之举，面对食堂里面我们一盘又一盘倒去的白米饭，我们又可曾有过一丝的怜惜？面对寝室里面流过的自来水，我们可曾有过一丝自责？我们没有经历过饥寒交迫的苦楚，因而不知道珍惜和节约的可贵，随即把浪费当作无所谓，可是在世界的其它地方，却还有许多人在饱受饥饿的煎熬，在死亡线上挣扎啊！对比一下，我们的行为不都有悖于节约的精神吗？更是一种不负责任的表现啊！</w:t>
      </w:r>
      <w:r>
        <w:rPr>
          <w:lang w:eastAsia="zh-CN"/>
        </w:rPr>
        <w:br/>
      </w:r>
      <w:r>
        <w:rPr>
          <w:lang w:eastAsia="zh-CN"/>
        </w:rPr>
        <w:t>　　今天，我们站在鲜艳的五星红旗下，仰望五星红旗冉冉升起，在世界勤俭日到来之际，我们更应该学习勤俭节约，是在学习一种道德品质，学习一种人格力量，学习一种责任，也是为失败做保险，因为，任何一个人，一旦奢侈浪费，必然败家或自取灭亡。作为当代的中学生，我们应该以简朴为荣，用冷静的眼光，着眼于我们的一生，深刻明白这样一个道理：“俭，德之共也；侈，恶之大也。”</w:t>
      </w:r>
      <w:r>
        <w:rPr>
          <w:lang w:eastAsia="zh-CN"/>
        </w:rPr>
        <w:br/>
      </w:r>
      <w:r>
        <w:rPr>
          <w:lang w:eastAsia="zh-CN"/>
        </w:rPr>
        <w:t>　　我的讲话到此结束，谢谢大家！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篇3 </w:t>
      </w:r>
      <w:r>
        <w:rPr>
          <w:lang w:eastAsia="zh-CN"/>
        </w:rPr>
        <w:br/>
      </w:r>
      <w:r>
        <w:rPr>
          <w:lang w:eastAsia="zh-CN"/>
        </w:rPr>
        <w:t>　　老师们、同学们：</w:t>
      </w:r>
      <w:r>
        <w:rPr>
          <w:lang w:eastAsia="zh-CN"/>
        </w:rPr>
        <w:br/>
      </w:r>
      <w:r>
        <w:rPr>
          <w:lang w:eastAsia="zh-CN"/>
        </w:rPr>
        <w:t>　　早上好！</w:t>
      </w:r>
      <w:r>
        <w:rPr>
          <w:lang w:eastAsia="zh-CN"/>
        </w:rPr>
        <w:br/>
      </w:r>
      <w:r>
        <w:rPr>
          <w:lang w:eastAsia="zh-CN"/>
        </w:rPr>
        <w:t>　　责任并不是一个甜美的字眼，它仅有的是岩石般的冷峻。它是一个你时时必须付出一切去呵护的孩子，而它给予你的，往往只是灵魂与肉体上感到的痛苦，这样的一个十字架。</w:t>
      </w:r>
      <w:r>
        <w:rPr>
          <w:lang w:eastAsia="zh-CN"/>
        </w:rPr>
        <w:br/>
      </w:r>
      <w:r>
        <w:rPr>
          <w:lang w:eastAsia="zh-CN"/>
        </w:rPr>
        <w:t>　　我们为什么要背负呢？因为它最终带给你的是无价的珍宝——人格的伟大。</w:t>
      </w:r>
      <w:r>
        <w:rPr>
          <w:lang w:eastAsia="zh-CN"/>
        </w:rPr>
        <w:br/>
      </w:r>
      <w:r>
        <w:rPr>
          <w:lang w:eastAsia="zh-CN"/>
        </w:rPr>
        <w:t>　　你可能会想，履行义务是一种责任，承担过失是一种责任，遵守诺言是一种责任，舍己为人是一种责任，坚守岗位是一种责任，献身社会也是一种责任。</w:t>
      </w:r>
      <w:r>
        <w:rPr>
          <w:lang w:eastAsia="zh-CN"/>
        </w:rPr>
        <w:br/>
      </w:r>
      <w:r>
        <w:rPr>
          <w:lang w:eastAsia="zh-CN"/>
        </w:rPr>
        <w:t>　　为什么我们能够把责任如此生动刻画？</w:t>
      </w:r>
      <w:r>
        <w:rPr>
          <w:lang w:eastAsia="zh-CN"/>
        </w:rPr>
        <w:br/>
      </w:r>
      <w:r>
        <w:rPr>
          <w:lang w:eastAsia="zh-CN"/>
        </w:rPr>
        <w:t>　　因为我们不冷酷，当听到“责任”二字带着厚重感向我们压来时，我们仍能饱含感情去面对。让我们为自己的责任心鼓掌！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责任心对于一个人的发展有多么重要？这不是能在昙花一现的时间久能得到答案的问题。因为责任心不是昙花，而是夜来香 ，它伴随你我的人生，自始至终，不离不弃，吐露芬芳，历久弥香。</w:t>
      </w:r>
      <w:r>
        <w:rPr>
          <w:lang w:eastAsia="zh-CN"/>
        </w:rPr>
        <w:br/>
      </w:r>
      <w:r>
        <w:rPr>
          <w:lang w:eastAsia="zh-CN"/>
        </w:rPr>
        <w:t>　　美国一个年仅11岁的男孩，踢球时踢碎了邻居家的玻璃，邻居索赔12.5美元，当时的美国，12.5美元可以买125只母鸡。半年后，这个男孩挣够了对他来说曾经是“天文数字”的这笔钱。大家知道这又是谁吗？就是后来的美国总统里根。</w:t>
      </w:r>
      <w:r>
        <w:rPr>
          <w:lang w:eastAsia="zh-CN"/>
        </w:rPr>
        <w:br/>
      </w:r>
      <w:r>
        <w:rPr>
          <w:lang w:eastAsia="zh-CN"/>
        </w:rPr>
        <w:t>　　数年前，一家企业的总裁，带头砸毁了所有不合格的冰箱，一锤砸出了人民的信任，砸出了一个品牌。大家知道这又是谁吗？就是世界白色家电第一品牌海尔的总裁张瑞敏。</w:t>
      </w:r>
      <w:r>
        <w:rPr>
          <w:lang w:eastAsia="zh-CN"/>
        </w:rPr>
        <w:br/>
      </w:r>
      <w:r>
        <w:rPr>
          <w:lang w:eastAsia="zh-CN"/>
        </w:rPr>
        <w:t>　　责任落在点滴的小事上，编制在生活里。责任二字，看似简洁，却需要我们用一生去填充，去丰满，去叹服，使她开枝散叶，硕果累累。</w:t>
      </w:r>
      <w:r>
        <w:rPr>
          <w:lang w:eastAsia="zh-CN"/>
        </w:rPr>
        <w:br/>
      </w:r>
      <w:r>
        <w:rPr>
          <w:lang w:eastAsia="zh-CN"/>
        </w:rPr>
        <w:t>　　记得梁启超曾说：凡属我应该做的事，力量能做得到的，我对于这件事便有了责任。</w:t>
      </w:r>
      <w:r>
        <w:rPr>
          <w:lang w:eastAsia="zh-CN"/>
        </w:rPr>
        <w:br/>
      </w:r>
      <w:r>
        <w:rPr>
          <w:lang w:eastAsia="zh-CN"/>
        </w:rPr>
        <w:t>　　作为学生的我们应该肩负而且力所能及的有四种责任。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篇4 </w:t>
      </w:r>
      <w:r>
        <w:rPr>
          <w:lang w:eastAsia="zh-CN"/>
        </w:rPr>
        <w:br/>
      </w:r>
      <w:r>
        <w:rPr>
          <w:lang w:eastAsia="zh-CN"/>
        </w:rPr>
        <w:t>　　大家好，我叫小霸王，来自市政_所。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__年是虎年。一提到牛，大家除了想到刘智(院里的同事)还想到了勤劳。没错，牛在中国文化中是勤劳、力量和倔强的象征。勤劳苦干的人被称为“老黄牛”;“牛高马大”常拿来形容高大强壮的汉子;清曹寅用“丹黄横扫八十一，万夫谁敌此牛力”的诗句形容牛的力大无比;倔强执拗的脾气则被称为“牛脾气”。</w:t>
      </w:r>
      <w:r>
        <w:rPr>
          <w:lang w:eastAsia="zh-CN"/>
        </w:rPr>
        <w:br/>
      </w:r>
      <w:r>
        <w:rPr>
          <w:lang w:eastAsia="zh-CN"/>
        </w:rPr>
        <w:t>　　牛最为人所称颂的是它的儒子奉献精神：吃的是草，挤的是奶;耕的是地，挨的是鞭;割的是肉，流的是血……遇强不示弱，遇弱不逞强，工作最得意时就是被人牵着牛鼻子……这就是牛的儒子精神!</w:t>
      </w:r>
      <w:r>
        <w:rPr>
          <w:lang w:eastAsia="zh-CN"/>
        </w:rPr>
        <w:br/>
      </w:r>
      <w:r>
        <w:rPr>
          <w:lang w:eastAsia="zh-CN"/>
        </w:rPr>
        <w:t>　　因此，人民都喜欢牛。牛肉好吃吧，掘牛排浪漫吧，牛市爽了吧……</w:t>
      </w:r>
      <w:r>
        <w:rPr>
          <w:lang w:eastAsia="zh-CN"/>
        </w:rPr>
        <w:br/>
      </w:r>
      <w:r>
        <w:rPr>
          <w:lang w:eastAsia="zh-CN"/>
        </w:rPr>
        <w:t>　　那么，虎年怎么又说起懒来呢。不急，先让我们看点有意思的东西。爱迪生有一句名言：天才就是99%的汗水加上1%的灵感。针对这句话，阿里巴巴创始人马云却提出了不同的看法。他给雅虎员工作了一次的精彩演讲——爱迪生欺骗了世界!其中有这样的说法：世界上很多非常聪明并且受过高等教育的人，无法成功。就是因为他们从小就受到了错误的教育，他们养成了勤劳的恶习，说什么生命在于运动……你见过哪个运动员长寿了?世界上最长寿的人还不是那些连肉都懒得吃的和尚?人是这样，动物也如此。世界上最长寿的动物叫乌龟，他们一辈子几乎不怎么动，就趴在那里，结果能活一千年。他们懒的走，但和勤劳好动的兔子赛跑，谁赢了?牛最勤劳，结果人们给它吃草，却还要挤它的奶。熊猫傻了吧唧的，什么也不干，抱着根竹子能啃一天，人们亲昵的称它为“国宝”。</w:t>
      </w:r>
      <w:r>
        <w:rPr>
          <w:lang w:eastAsia="zh-CN"/>
        </w:rPr>
        <w:br/>
      </w:r>
      <w:r>
        <w:rPr>
          <w:lang w:eastAsia="zh-CN"/>
        </w:rPr>
        <w:t>　　再给大家讲个故事：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同样的一件任务，分别交给一个中国人和一个美国人去做，限定一个星期完成任务。中国人立即动手，说要下定决心，不怕牺牲，排除万难，去争取胜利。一个星期后，出身洪汗滚身泥的中国人如期完成了任务。而那个美国人，花了五天的时间在那儿冥思苦想，弄了个发明，画了几张图纸，第六天，美国人就开始制造他的工具，第七天，他也轻松地完成了这项任务。这就是中国人的劳苦和美国人的懒惰。当然，这个故事是对我们的讥讽。可这个故事是中国人编出来的。其用意是好的，是要中国人注意发明创造，不要墨守成规。</w:t>
      </w:r>
      <w:r>
        <w:rPr>
          <w:lang w:eastAsia="zh-CN"/>
        </w:rPr>
        <w:br/>
      </w:r>
      <w:r>
        <w:rPr>
          <w:lang w:eastAsia="zh-CN"/>
        </w:rPr>
        <w:t>　　好，让我们开启今天的话题吧!</w:t>
      </w:r>
      <w:r>
        <w:rPr>
          <w:lang w:eastAsia="zh-CN"/>
        </w:rPr>
        <w:br/>
      </w:r>
      <w:r>
        <w:rPr>
          <w:lang w:eastAsia="zh-CN"/>
        </w:rPr>
        <w:t>　　我们生活中有两种懒。一种是不愿动也不愿想的懒，不想劳累，也不愿翻来覆去地想问题;还有一种是不愿劳累却在不停思考的懒，这种绞尽脑汁想要更轻松的懒却是一种发明的动力。我想这种更有追求的懒，是值得提倡的。</w:t>
      </w:r>
      <w:r>
        <w:rPr>
          <w:lang w:eastAsia="zh-CN"/>
        </w:rPr>
        <w:br/>
      </w:r>
      <w:r>
        <w:rPr>
          <w:lang w:eastAsia="zh-CN"/>
        </w:rPr>
        <w:t>　　让我们再来看看这种懒的好处吧，比如：</w:t>
      </w:r>
      <w:r>
        <w:rPr>
          <w:lang w:eastAsia="zh-CN"/>
        </w:rPr>
        <w:br/>
      </w:r>
      <w:r>
        <w:rPr>
          <w:lang w:eastAsia="zh-CN"/>
        </w:rPr>
        <w:t>　　懒得爬楼，于是人们发明了电梯;</w:t>
      </w:r>
      <w:r>
        <w:rPr>
          <w:lang w:eastAsia="zh-CN"/>
        </w:rPr>
        <w:br/>
      </w:r>
      <w:r>
        <w:rPr>
          <w:lang w:eastAsia="zh-CN"/>
        </w:rPr>
        <w:t>　　懒得走路，于是人们制造出汽车，火车，和飞机;</w:t>
      </w:r>
      <w:r>
        <w:rPr>
          <w:lang w:eastAsia="zh-CN"/>
        </w:rPr>
        <w:br/>
      </w:r>
      <w:r>
        <w:rPr>
          <w:lang w:eastAsia="zh-CN"/>
        </w:rPr>
        <w:t>　　懒得一个一个的杀人，于是人们发明了枪、大炮、原子弹;</w:t>
      </w:r>
      <w:r>
        <w:rPr>
          <w:lang w:eastAsia="zh-CN"/>
        </w:rPr>
        <w:br/>
      </w:r>
      <w:r>
        <w:rPr>
          <w:lang w:eastAsia="zh-CN"/>
        </w:rPr>
        <w:t>　　…… 还有很多很多举不胜举的例子……</w:t>
      </w:r>
      <w:r>
        <w:rPr>
          <w:lang w:eastAsia="zh-CN"/>
        </w:rPr>
        <w:br/>
      </w:r>
      <w:r>
        <w:rPr>
          <w:lang w:eastAsia="zh-CN"/>
        </w:rPr>
        <w:t>　　那么，结合我们现实生活和工作又会怎么样呢?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大家知道，在cad里面，用一根线打断一排线很容易，但是要一排线来打断一根线呢?一根根的去点吗?显然，那样太费事了。由于懒于去做无意义的重复动作，我请教前辈，网上搜寻，终于让我找到一个cad的小插件，一个命令就可以实现原来一连串的重复动作了。此时，懒的好处就表现出来了，正是这种懒帮助我掌握了不少的绘图技巧。</w:t>
      </w:r>
      <w:r>
        <w:rPr>
          <w:lang w:eastAsia="zh-CN"/>
        </w:rPr>
        <w:br/>
      </w:r>
      <w:r>
        <w:rPr>
          <w:lang w:eastAsia="zh-CN"/>
        </w:rPr>
        <w:t>　　再比如，我们在工作中，要怎么样才能把自己的工作做得比别人好却又比别人省力呢?如果你是懒于动手却善于思考的懒人，就会懒出一个名堂，也会做出一番成绩来。接手了一个任务，你想也不想，就依样画葫芦，照别人的样子干，照搬你上次成功的经验。你能成功吗?当然会。可是，你会有进步吗?我想，你的进步一定比不上那些喜欢想问题的人。那些喜欢想问题的人总是在想，有什么方法能把这件事做得更快更好吗?如果你每时每刻都只想更轻松地完成任务，你就会成为一个强者。你就会胜过他人。</w:t>
      </w:r>
      <w:r>
        <w:rPr>
          <w:lang w:eastAsia="zh-CN"/>
        </w:rPr>
        <w:br/>
      </w:r>
      <w:r>
        <w:rPr>
          <w:lang w:eastAsia="zh-CN"/>
        </w:rPr>
        <w:t>　　因此，我在这里所说的懒不是傻懒，不是啥都不做，就等着胜利成果。如果你想少干，就要想出懒的方法。要懒出风格，懒出境界。</w:t>
      </w:r>
      <w:r>
        <w:rPr>
          <w:lang w:eastAsia="zh-CN"/>
        </w:rPr>
        <w:br/>
      </w:r>
      <w:r>
        <w:rPr>
          <w:lang w:eastAsia="zh-CN"/>
        </w:rPr>
        <w:t>　　同样，我们在未来的发展中要总结前人经验教训，不能局限于常规，要勇于创新，懒得走他们的错路，弯路，多想想懒主意!人也轻松，效果也好，何乐而不为!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篇5 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通过两天的军训，我学到的东西真不少。不仅仅体会到当一名军人的不易，也感受到了群众的温暖，团结的力量。当初枯燥、压抑的感觉也一去不复返了。因为我变得敢于挑战自我，战胜自我了，做任何事情也都充满了自信。站军姿锻炼了我的耐力;练习正步锻炼了我的意志;学唱军歌对我进行了深刻的教育。这一切使我懂得一分耕耘，一分收获。但要做到，努力和方法缺一不可。针对自我的状况，我总结了一下经验：首先教官教的动作要领要记熟，训练的时候，姿势要标准，养成整齐划一的习惯。</w:t>
      </w:r>
      <w:r>
        <w:rPr>
          <w:lang w:eastAsia="zh-CN"/>
        </w:rPr>
        <w:br/>
      </w:r>
      <w:r>
        <w:rPr>
          <w:lang w:eastAsia="zh-CN"/>
        </w:rPr>
        <w:t>　　其实军训也并非是常人心目中的魔鬼训练、灰色的咏叹调。紧张忙碌的军训之余，我们一同感受军歌的嘹亮，尤其是其恢弘豪迈的气势，拉歌时大家围坐一团的亲热劲儿以及互相争论的不服输劲儿。而这些都是我们平日中未曾感受到的。</w:t>
      </w:r>
      <w:r>
        <w:rPr>
          <w:lang w:eastAsia="zh-CN"/>
        </w:rPr>
        <w:br/>
      </w:r>
      <w:r>
        <w:rPr>
          <w:lang w:eastAsia="zh-CN"/>
        </w:rPr>
        <w:t>　　我将在感受军训酸甜苦辣的基础上，享受苦中至甜的人生乐趣。相信这将是我一生中最难忘的日子!雨过天晴的空中出现了一道绚丽的彩虹，仿佛在为我们鼓励加油。加油吧，坚持就是胜利!</w:t>
      </w:r>
      <w:r>
        <w:rPr>
          <w:lang w:eastAsia="zh-CN"/>
        </w:rPr>
        <w:br/>
      </w:r>
      <w:r>
        <w:rPr>
          <w:lang w:eastAsia="zh-CN"/>
        </w:rPr>
        <w:t>　　谢谢大家!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篇6 </w:t>
      </w:r>
      <w:r>
        <w:rPr>
          <w:lang w:eastAsia="zh-CN"/>
        </w:rPr>
        <w:br/>
      </w:r>
      <w:r>
        <w:rPr>
          <w:lang w:eastAsia="zh-CN"/>
        </w:rPr>
        <w:t>　　尊敬的各位领导，同事们：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安全是一个社会和谐的乐章，她让生命之歌如此美妙，对于我们每一个人来说，它是通往你成功彼岸的独木桥，只有在确保安全的前提下，你才能抵达成功的彼岸去感受成功的喜悦；它又是培育幸福的乐土，只有在安全这片沃土的培育下，幸福之花才能随时绽放在你的生命旅程。拥有了安全，虽然不可能拥有一切，但没有安全就一定没有一切。在人类的旅程中，健康是前提，物质是基础，精神是源泉，而安全，则是堡垒。一个让我们生命的状态时刻保持安全与平衡，让我们生存的环境时刻充满宁静与和谐的堡垒。没有了安全，再丰厚的物质也会变得一文不值，再丰沛的精神源泉也如无本之木。</w:t>
      </w:r>
      <w:r>
        <w:rPr>
          <w:lang w:eastAsia="zh-CN"/>
        </w:rPr>
        <w:br/>
      </w:r>
      <w:r>
        <w:rPr>
          <w:lang w:eastAsia="zh-CN"/>
        </w:rPr>
        <w:t>　　我们每个人心里都必须明白，安全为了我，我要保安全，企业是由“我”组成的，我的安全理念，安全习惯，安全行为都在影响着别人，影响着企业，所以一定要提升“我要安全”的主动认识，强化“我必须安全”的责任意识。把安全的硬性规定变为我们的自觉行为，使各种规章制度不再是印在纸上，贴在墙上的一纸空文，而变成我们头脑中自觉的安全理念和思维模式。安全，是珍爱生命的前提。如果我们不注重安全意识，视安全隐患而不顾，对安全问题措施不及，防范不严，把生命当儿戏，那么造成的后果则不堪设想。</w:t>
      </w:r>
      <w:r>
        <w:rPr>
          <w:lang w:eastAsia="zh-CN"/>
        </w:rPr>
        <w:br/>
      </w:r>
      <w:r>
        <w:rPr>
          <w:lang w:eastAsia="zh-CN"/>
        </w:rPr>
        <w:t>　　员工朋友们，我们要树立时时重视安全，时时注意安全，处处不忘安全的思想，见安思齐，见损而内自省，在岗一分钟，安全六十秒，做安全的忠实执行者，为我们的幸福保驾护航。让安全伴随着我们每一个人，让生命之花开的更加绚丽多彩！</w:t>
      </w:r>
      <w:r>
        <w:rPr>
          <w:lang w:eastAsia="zh-CN"/>
        </w:rPr>
        <w:br/>
      </w:r>
      <w:r>
        <w:rPr>
          <w:lang w:eastAsia="zh-CN"/>
        </w:rPr>
        <w:t>　　谢谢。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篇7 </w:t>
      </w:r>
      <w:r>
        <w:rPr>
          <w:lang w:eastAsia="zh-CN"/>
        </w:rPr>
        <w:br/>
      </w:r>
      <w:r>
        <w:rPr>
          <w:lang w:eastAsia="zh-CN"/>
        </w:rPr>
        <w:t>　　成功者往往是自信的人。自信，在某些时候就是我能的代名词。自信这个伴侣，对于你我来说都很重要，我们应该自信，因为自信与成功是密不可分的，自信是取得成功的最基本的前提。朋友，扬起充满自信的我能风帆，让成功伴你一生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充满自信的我能是人生中的一盏明灯，它照耀着我们成长，它照耀着我们走向成熟的人生。</w:t>
      </w:r>
      <w:r>
        <w:rPr>
          <w:lang w:eastAsia="zh-CN"/>
        </w:rPr>
        <w:br/>
      </w:r>
      <w:r>
        <w:rPr>
          <w:lang w:eastAsia="zh-CN"/>
        </w:rPr>
        <w:t>　　充满自信的我能是荒漠中的一壶甜水，它给予了我们希望，它是支持着我们走出荒漠的希望。</w:t>
      </w:r>
      <w:r>
        <w:rPr>
          <w:lang w:eastAsia="zh-CN"/>
        </w:rPr>
        <w:br/>
      </w:r>
      <w:r>
        <w:rPr>
          <w:lang w:eastAsia="zh-CN"/>
        </w:rPr>
        <w:t>　　哥白尼就以他持之以恒的自信告诉世人：只要有自己的观点，就会脱颖而出。以前，人们都认为地球是方的、平的，可哥白尼却不这么认为。经过长期的实验，他终于证明了自己的观点，后来一举成名。哥白尼正是靠着我能的自信，将自己领入成功之门。</w:t>
      </w:r>
      <w:r>
        <w:rPr>
          <w:lang w:eastAsia="zh-CN"/>
        </w:rPr>
        <w:br/>
      </w:r>
      <w:r>
        <w:rPr>
          <w:lang w:eastAsia="zh-CN"/>
        </w:rPr>
        <w:t>　　居里夫人曾说过：我们应该有恒心，尤其要有自信!我们必须相信，我们的天赋是要用来做某种事情的，无论发生什么事情，活着的人总要照常工作。正是自信，面对挫折的我能，支持她在经受了失恋、丧夫、社会上的流言蜚语等打击之后，两次荣获诺贝尔奖，为人类的科学事业作出了突出贡献。</w:t>
      </w:r>
      <w:r>
        <w:rPr>
          <w:lang w:eastAsia="zh-CN"/>
        </w:rPr>
        <w:br/>
      </w:r>
      <w:r>
        <w:rPr>
          <w:lang w:eastAsia="zh-CN"/>
        </w:rPr>
        <w:t>　　古今中外的无数事实说明：失败乃成功之母，而自信是成功之基。有了自信，我们才会看到成功的曙光。拥有充满自信的我能，成功就在眼前。</w:t>
      </w:r>
      <w:r>
        <w:rPr>
          <w:lang w:eastAsia="zh-CN"/>
        </w:rPr>
        <w:br/>
      </w:r>
      <w:r>
        <w:rPr>
          <w:lang w:eastAsia="zh-CN"/>
        </w:rPr>
        <w:t>　　我能它体现的是自信，而不是自负，更不是自卑，它是我们对自己的肯定，对自己的信任。自信也不是心血来潮，它是一种持之以恒的毅力，相信自己我能行!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爱迪生说：自信是成功的第一秘诀。是啊，这句话说得多好，自信是成功的基石，成功的人，他一定自信，只有相信自己，肯定自己能行，才能为理想的目标努力奋斗，才能到达事业辉煌的峰巅。试想，一个人如果连自己都不相信，那么他又怎么会相信别人呢?所以要相信别人，首先要相信自己，要勇敢地说我能。</w:t>
      </w:r>
      <w:r>
        <w:rPr>
          <w:lang w:eastAsia="zh-CN"/>
        </w:rPr>
        <w:br/>
      </w:r>
      <w:r>
        <w:rPr>
          <w:lang w:eastAsia="zh-CN"/>
        </w:rPr>
        <w:t>　　朋友，面对人生的进取，坚信我能!只有坚信我能，才会拥有自我，才会拥有成功，才会拥有辉煌灿烂的人生，才会拥有辉煌灿烂的未来!让我们扬起自信的风帆，荡起我能的力桨吧，顺利划向成功的彼岸!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篇8 </w:t>
      </w:r>
      <w:r>
        <w:rPr>
          <w:lang w:eastAsia="zh-CN"/>
        </w:rPr>
        <w:br/>
      </w:r>
      <w:r>
        <w:rPr>
          <w:lang w:eastAsia="zh-CN"/>
        </w:rPr>
        <w:t>　　亲爱的老师、同学们：</w:t>
      </w:r>
      <w:r>
        <w:rPr>
          <w:lang w:eastAsia="zh-CN"/>
        </w:rPr>
        <w:br/>
      </w:r>
      <w:r>
        <w:rPr>
          <w:lang w:eastAsia="zh-CN"/>
        </w:rPr>
        <w:t>　　高尔基曾经说过，“书籍是人类进步的阶梯。”我知道这句名言的意思之后，就努力读书。语文老师曾经说过，“书籍是人类的营养品;书籍是我们精神上的粮食;读书破问卷，下笔如有神。”语文老师的话，我铭记在心，所以我要时时刻刻的努力读书。</w:t>
      </w:r>
      <w:r>
        <w:rPr>
          <w:lang w:eastAsia="zh-CN"/>
        </w:rPr>
        <w:br/>
      </w:r>
      <w:r>
        <w:rPr>
          <w:lang w:eastAsia="zh-CN"/>
        </w:rPr>
        <w:t>　　我看过很多书籍，其中我最喜欢的，有：《天蓝色的彼岸》、《时代广场的蟋蟀》、《童年的远方》……《天蓝色的彼岸》讲述了一个关于生命和死亡的故事，故事中的的主人公是个小男孩，他因车祸去了另一个世界，正等着去天蓝色的彼岸。《时代广场的蟋蟀》讲述了一只蟋蟀、一只老鼠和一只猫咪之间的真挚友情。《童年的远方》讲述了每一个人快乐的童年，和每一个人童年时代的梦想。</w:t>
      </w:r>
      <w:r>
        <w:rPr>
          <w:lang w:eastAsia="zh-CN"/>
        </w:rPr>
        <w:br/>
      </w:r>
      <w:r>
        <w:rPr>
          <w:lang w:eastAsia="zh-CN"/>
        </w:rPr>
        <w:t>　　书不但可以给我们知识，也可以带给我们快乐;书是我们精神上的粮食，书好像是一位真诚的挚友，而这位挚友正是陪伴我们终生的一本好书;书也是一杯浓浓的咖啡或一杯淡淡的清茶，书也是我们打开智慧大门的钥匙。所以我们要多读书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责任演讲稿三分钟演讲 篇9 </w:t>
      </w:r>
      <w:r>
        <w:rPr>
          <w:lang w:eastAsia="zh-CN"/>
        </w:rPr>
        <w:br/>
      </w:r>
      <w:r>
        <w:rPr>
          <w:lang w:eastAsia="zh-CN"/>
        </w:rPr>
        <w:t>　　亲爱的同学们：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曾看过这样一段话：小鸟说：我从天空中飞过，但天空中没有留下我的痕迹。泰戈尔说，天空中没有留下我的痕迹，但我已飞过。同样的状况，却有两种不同的态度，相信后者的态度更能赢得大家的认可。其实生活是一面镜子，你对它笑，它就会向你露出笑脸，你对它哭，那么你最终只会收获沮丧的心情。</w:t>
      </w:r>
      <w:r>
        <w:rPr>
          <w:lang w:eastAsia="zh-CN"/>
        </w:rPr>
        <w:br/>
      </w:r>
      <w:r>
        <w:rPr>
          <w:lang w:eastAsia="zh-CN"/>
        </w:rPr>
        <w:t>　　亲爱的同学们，虽然我们无法预知下一秒会发生怎样的事情，但相信只要我们持一种积极乐观的生活态度，我们的生活一直是快乐的。所以，即使有一千个理由哭泣，也要为自己找出一万个理由微笑，这样，我们的生活就会充满更多的阳光和快乐。</w:t>
      </w:r>
      <w:r>
        <w:rPr>
          <w:lang w:eastAsia="zh-CN"/>
        </w:rPr>
        <w:br/>
      </w:r>
      <w:r>
        <w:rPr>
          <w:lang w:eastAsia="zh-CN"/>
        </w:rPr>
        <w:t>　　谢谢。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篇10 </w:t>
      </w:r>
      <w:r>
        <w:rPr>
          <w:lang w:eastAsia="zh-CN"/>
        </w:rPr>
        <w:br/>
      </w:r>
      <w:r>
        <w:rPr>
          <w:lang w:eastAsia="zh-CN"/>
        </w:rPr>
        <w:t>　　尊敬的各位领导、同事们：</w:t>
      </w:r>
      <w:r>
        <w:rPr>
          <w:lang w:eastAsia="zh-CN"/>
        </w:rPr>
        <w:br/>
      </w:r>
      <w:r>
        <w:rPr>
          <w:lang w:eastAsia="zh-CN"/>
        </w:rPr>
        <w:t>　　大家上午好!首先感激组织给我这样的一次机会参与竞聘，这对我个人来讲，这不仅仅是一次竞聘的机会，更是一次检验自我前一阶段工作、学习、生活和发现自我不足的机会、一次学习和锻炼的机会!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我叫，现任县烟草专卖局办公室副主任，今日我要竟选的职务是办公室主任，我一向负责办公室人事劳资工作，因工作变动，去年九月县局党组让我主持办公室工作，在原主任郝彩国的领导下，同志团结，工作顺畅，给我今后做好工作打下了很好的基础，在局(营销部)党组的亲切关怀和坚强有力的领导下，在其他部门的密切配合下，在同事们的支持和帮忙下，作为办公室副主任的我，应对繁重工作任务，不断理解挑战和自我加压。努力提升工作水平，履行了工作职责，较好地完成了各项任务。</w:t>
      </w:r>
      <w:r>
        <w:rPr>
          <w:lang w:eastAsia="zh-CN"/>
        </w:rPr>
        <w:br/>
      </w:r>
      <w:r>
        <w:rPr>
          <w:lang w:eastAsia="zh-CN"/>
        </w:rPr>
        <w:t>　　经过几年的工作对于办公室这个岗位我也有了较为深刻的认识，办公室的事事关全局，它的工作资料主要有;为领导供给参谋，及时准确的供给决策所需的数字和资料;为全局事务当好总管，千头万绪，无一遗落;一线员工当好后勤，它需要有全局的胸怀，又要有服从的意识。摆好自我的位置是相当重要的。</w:t>
      </w:r>
      <w:r>
        <w:rPr>
          <w:lang w:eastAsia="zh-CN"/>
        </w:rPr>
        <w:br/>
      </w:r>
      <w:r>
        <w:rPr>
          <w:lang w:eastAsia="zh-CN"/>
        </w:rPr>
        <w:t>　　我觉得我有足够的优势来竞选这一职务：</w:t>
      </w:r>
      <w:r>
        <w:rPr>
          <w:lang w:eastAsia="zh-CN"/>
        </w:rPr>
        <w:br/>
      </w:r>
      <w:r>
        <w:rPr>
          <w:lang w:eastAsia="zh-CN"/>
        </w:rPr>
        <w:t>　　一、为人真诚，有较好的群众基础</w:t>
      </w:r>
      <w:r>
        <w:rPr>
          <w:lang w:eastAsia="zh-CN"/>
        </w:rPr>
        <w:br/>
      </w:r>
      <w:r>
        <w:rPr>
          <w:lang w:eastAsia="zh-CN"/>
        </w:rPr>
        <w:t>　　担任办公室副主任以来，认真完成每项工作，沟通领导和群众，对外接待，对内处理繁琐的日常事务。我觉得在这方面处理的还不错，对同事冷热适度，不搞拉拉扯扯，吹吹拍拍，对突发情景刚柔适度，当断则断，不搞优柔寡断，对待工作较为严谨，基本上取得了职工和群众的拥护和支持。</w:t>
      </w:r>
      <w:r>
        <w:rPr>
          <w:lang w:eastAsia="zh-CN"/>
        </w:rPr>
        <w:br/>
      </w:r>
      <w:r>
        <w:rPr>
          <w:lang w:eastAsia="zh-CN"/>
        </w:rPr>
        <w:t>　　二、有较强的学习本事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近年来我不断学习了理论知识以及与业务部门相关的政策、法规和条例等，并谦虚地向其他同志学习，取人之长，补己之短，努力丰富自我、充实自我、提高自我。经过学习，进一步提高了政治水平和驾驭实际工作的本事;提高了思想觉悟和执行党的路线、方针、政策的自觉性。</w:t>
      </w:r>
      <w:r>
        <w:rPr>
          <w:lang w:eastAsia="zh-CN"/>
        </w:rPr>
        <w:br/>
      </w:r>
      <w:r>
        <w:rPr>
          <w:lang w:eastAsia="zh-CN"/>
        </w:rPr>
        <w:t>　　三、足够的自信和热情</w:t>
      </w:r>
      <w:r>
        <w:rPr>
          <w:lang w:eastAsia="zh-CN"/>
        </w:rPr>
        <w:br/>
      </w:r>
      <w:r>
        <w:rPr>
          <w:lang w:eastAsia="zh-CN"/>
        </w:rPr>
        <w:t>　　经过近几年在办公室的工作，我对这职务有了相当的了解，对各方面的知识也有了必须掌握，我有着饱满的热情和斗志去对待这份工作。</w:t>
      </w:r>
      <w:r>
        <w:rPr>
          <w:lang w:eastAsia="zh-CN"/>
        </w:rPr>
        <w:br/>
      </w:r>
      <w:r>
        <w:rPr>
          <w:lang w:eastAsia="zh-CN"/>
        </w:rPr>
        <w:t>　　四、轻车熟路，具有丰富的实际工作经历</w:t>
      </w:r>
      <w:r>
        <w:rPr>
          <w:lang w:eastAsia="zh-CN"/>
        </w:rPr>
        <w:br/>
      </w:r>
      <w:r>
        <w:rPr>
          <w:lang w:eastAsia="zh-CN"/>
        </w:rPr>
        <w:t>　　我合理安排，充分调动全室人员的工作进取性，在搞好服务，参与政务，完成任务，办好杂务等方面做了很多的工作，保证了单位各项工作的正常运转;在健全制度，使办公室工作走向制度化、规范化方面，针对平时工作容易产生问题多个环节，有针对性地制定了印章使用管理制度、车辆管理制度、文档管理制度、办公用品管理制度等一系列规章制度;按照市局进一步加强招待费管理规定，进一步完善了招待费用管理制度，重新制定了招待标准。按照市局工作安排，经过市场调研，10月底完成了对就餐、采购烟酒和车辆维修定点的调整，办理了消费卡，实行消费即刷卡开票;开展安全教育，增强防范意识，多次组织员工认真学习安全知识和开展消防实战演习，进行了安全知识测试;还在全员中进行了安全防范教育和岗位自查活动，有效提高了员工遵守安全规章的自觉性，增强了全员安全意识，并对重点部位的安全设施进行经常性的排查，对安全隐患进行彻底整改。这一系列措施的落实到位，确保了企业全方位，全过程的安全，为我们搞好市场管理经营卷烟工作供给了强有力的保障。</w:t>
      </w:r>
      <w:r>
        <w:rPr>
          <w:lang w:eastAsia="zh-CN"/>
        </w:rPr>
        <w:br/>
      </w:r>
      <w:r>
        <w:rPr>
          <w:lang w:eastAsia="zh-CN"/>
        </w:rPr>
        <w:t>　　五、有着拒腐防变的思想防线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作为一名党员领导干部，我始终坚持把廉政建设作为提高自身修养、坚持共产党员先进性的重要环节，始终把廉政建设理论学习同政治理论学习有机结合起，认真学习先进典型事迹。经过经常性的学习，加强了自身的党性修养，坚定了梦想信念，巩固了正确的权利观、地位观、利益观，使自我进一步认识到新形势下加强廉政建设的重要性、必要性，增强了在新形势下拒腐防变的免疫力，为履行党风廉政建设职责，奠定了良好的基础。</w:t>
      </w:r>
      <w:r>
        <w:rPr>
          <w:lang w:eastAsia="zh-CN"/>
        </w:rPr>
        <w:br/>
      </w:r>
      <w:r>
        <w:rPr>
          <w:lang w:eastAsia="zh-CN"/>
        </w:rPr>
        <w:t>　　如果我竟聘成功我将在新的岗位上加强学习，尽快融入岗位，我虽然了解办公室的大致工作资料，但还是存在不懂的问题，我会不断努力学习，争取尽快熟悉岗位，掌握技巧和工作方法，以适应工作的需要;新的岗位上，我会继续发扬团结协作，互相帮忙，互相关心的精神，更好的做好每项工作，营造一个良好的工作环境;完善现有制度，加大执行力度，以制度促管理;勤快办事，为人们供给优质的服务，我将会把为人民服务当作自我的情感所系，职责所在;我将继续以“实实在在做人，尽心尽责做事”为原则，努力完成每一项工作;同时加强安全方面的管理，坚决杜绝职责事故的发生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当然我也还存一些不足，如制度建设方面还薄弱，照章办事不足，靠经验办事有余，在有些方面还不够虚心，工作思路不宽，眼界不远，工作的主动性、超前性不够。今后，随着对工作的进一步熟悉，我更要做到不骄不惰，更要注意廉洁行政，把自我所做的每一件事都放到阳光之下，放到群众中去，自觉理解群众的监督和指正，努力做到刻苦学习，提高素质，牢记宗旨，服务群众，把工作做得更好。</w:t>
      </w:r>
      <w:r>
        <w:rPr>
          <w:lang w:eastAsia="zh-CN"/>
        </w:rPr>
        <w:br/>
      </w:r>
      <w:r>
        <w:rPr>
          <w:lang w:eastAsia="zh-CN"/>
        </w:rPr>
        <w:t>　　最终我想说，无论这次我竞聘失败与否，我都会把这次竞聘当做一次契机，我都会一如既往的学习，争取更大提高，同时也期望大家继续给予我支持与鼓励。</w:t>
      </w:r>
      <w:r>
        <w:rPr>
          <w:lang w:eastAsia="zh-CN"/>
        </w:rPr>
        <w:br/>
      </w:r>
      <w:r>
        <w:rPr>
          <w:lang w:eastAsia="zh-CN"/>
        </w:rPr>
        <w:t>　　多谢大家!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篇11 </w:t>
      </w:r>
      <w:r>
        <w:rPr>
          <w:lang w:eastAsia="zh-CN"/>
        </w:rPr>
        <w:br/>
      </w:r>
      <w:r>
        <w:rPr>
          <w:lang w:eastAsia="zh-CN"/>
        </w:rPr>
        <w:t>　　尊敬的各位领导，各位同事：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我演讲的题目是——师德倾注教育，爱心追逐梦想。</w:t>
      </w:r>
      <w:r>
        <w:rPr>
          <w:lang w:eastAsia="zh-CN"/>
        </w:rPr>
        <w:br/>
      </w:r>
      <w:r>
        <w:rPr>
          <w:lang w:eastAsia="zh-CN"/>
        </w:rPr>
        <w:t>　　成为一名老师，是我孩提时代的梦。于是，在人生的十字路口，我毅然选择了教师这个职业。师范学校的生活转眼而过，带着满腔的热情，我踏上了三尺讲台。一路走来，让我明白：教育是太阳底下最光辉的事业，而师德就是教育的光辉；教师是人类灵魂的工程师，而师德就是教师的灵魂。</w:t>
      </w:r>
      <w:r>
        <w:rPr>
          <w:lang w:eastAsia="zh-CN"/>
        </w:rPr>
        <w:br/>
      </w:r>
      <w:r>
        <w:rPr>
          <w:lang w:eastAsia="zh-CN"/>
        </w:rPr>
        <w:t>　　如果把师德比作一棵大树，那么对事业的忠诚就是它的树根。在“讲师德修养”的氛围中，我身边的同事为我树立了榜样。青年教师满腔热忱地扎根于讲台，中年教师无怨无悔地扑在工作上，老教师默默地埋头苦干。领导们严谨的作风、同事们敬业的精神，使我暗下决心：不追名誉，但求工作进步；不追利益，但求今生无悔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如果把师德比作一棵大树，那么对业务的精通就是它的果实。上个月，我有幸奔赴上海参加。十五天的学习，让我提高了理论水平，丰富了实践经验，结识到优秀的同行，领略到专家的风采。这半个月，我收获的不仅是丰厚的教学经验，还有可贵的教育精神。</w:t>
      </w:r>
      <w:r>
        <w:rPr>
          <w:lang w:eastAsia="zh-CN"/>
        </w:rPr>
        <w:br/>
      </w:r>
      <w:r>
        <w:rPr>
          <w:lang w:eastAsia="zh-CN"/>
        </w:rPr>
        <w:t>　　居里夫人有句名言：“人类也需要梦想者，这种人醉心于一种事业的大公无私的发展。”我觉得教师就要做醉心于教育事业的梦想者——这种崇高的师德会奏出最美的乐章！最后，我把居里夫人的名言送给各位，让我们把师德倾注在教育上，用爱心去追逐教育的梦想！</w:t>
      </w:r>
      <w:r>
        <w:rPr>
          <w:lang w:eastAsia="zh-CN"/>
        </w:rPr>
        <w:br/>
      </w:r>
      <w:r>
        <w:rPr>
          <w:lang w:eastAsia="zh-CN"/>
        </w:rPr>
        <w:t>　　我的演讲完毕，谢谢大家！</w:t>
      </w:r>
      <w:r>
        <w:rPr>
          <w:lang w:eastAsia="zh-CN"/>
        </w:rPr>
        <w:br/>
      </w:r>
      <w:r>
        <w:rPr>
          <w:lang w:eastAsia="zh-CN"/>
        </w:rPr>
        <w:t xml:space="preserve">    责任演讲稿三分钟演讲 篇12 </w:t>
      </w:r>
      <w:r>
        <w:rPr>
          <w:lang w:eastAsia="zh-CN"/>
        </w:rPr>
        <w:br/>
      </w:r>
      <w:r>
        <w:rPr>
          <w:lang w:eastAsia="zh-CN"/>
        </w:rPr>
        <w:t>　　在成长的道路上，友情是上帝赐给我们最珍贵的礼物。友情是一朵盛开的鲜花，把我们的童年生活点缀得五彩斑斓。失去了友情，就像小鸟折去了美丽的翅膀，再也不能在天空里飞翔;失去了友情，就如大树失去了郁郁葱葱的枝叶，没有了勃勃生机。友情伴随着我们成长，让我们享受着温暖的阳光!</w:t>
      </w:r>
      <w:r>
        <w:rPr>
          <w:lang w:eastAsia="zh-CN"/>
        </w:rPr>
        <w:br/>
      </w:r>
      <w:r>
        <w:rPr>
          <w:lang w:eastAsia="zh-CN"/>
        </w:rPr>
        <w:t>　　“友情”，多么美好的一个词啊!朋友，会在你伤心的时候安慰你，会在你困难的时候帮助你，会在你犯错的时候提醒你，会在你高兴的时候庆祝你，会在你……一个人只要有朋友，那他的生活将充满乐趣!</w:t>
      </w:r>
      <w:r>
        <w:rPr>
          <w:lang w:eastAsia="zh-CN"/>
        </w:rPr>
        <w:br/>
      </w:r>
      <w:r>
        <w:rPr>
          <w:lang w:eastAsia="zh-CN"/>
        </w:rPr>
        <w:t>　　五彩缤纷的校园生活中，充满朝气。我和我的这些同学们在流金般的岁月里，一起学习，一起聊天，一起游戏，一起幻想未来，彼此都建立了真挚的友情!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</w:pPr>
      <w:r>
        <w:rPr>
          <w:lang w:eastAsia="zh-CN"/>
        </w:rPr>
        <w:t>　　在班上，我和李宇亮就是一对形影不离的好朋友。在学习上，我们互相讨论着学习上的问题，考试成绩上我们总是你追我赶，生怕成绩让对方追上;学习中，我们是一对互不相让的对手，也因为这样我们的成绩在班上名列前茅。课间，我们总是一起参加课外活动，我俩一起打羽毛球，只要我们到场总是所向披靡。老师也特别以班上有我们这些活泼的孩子为荣呢!因为，我们这些孩子带动了班上良好的学习气氛!</w:t>
      </w:r>
      <w:r>
        <w:rPr>
          <w:lang w:eastAsia="zh-CN"/>
        </w:rPr>
        <w:br/>
      </w:r>
      <w:r>
        <w:rPr>
          <w:lang w:eastAsia="zh-CN"/>
        </w:rPr>
        <w:t>　　现在，虽然好朋友李宇亮不在我们班学习，但昔日的友情总历历在目，往事难忘!我们在一起打羽毛球、吃爆米花的情景仿佛就在昨天!我不禁感叹时光的飞逝，时光一去不复返。所以，我们在遗失了以前的美好后，要珍惜现在的学习、生活，乃至于现在的友情。因为前方等待我们的总有坎坷，我们会无暇顾及往事的美好，无暇顾及之前高洁的友情，但我们只要把坎坷当做人生道路上的小石子，用力将它踢走，将一切的忧愁化为乌有，来感受友情所带来的温暖。纯洁的友情往往能掩盖生活中的不快，一个眼神，一个微笑，一句祝福，总能消除心头上的愁云。所以，我们要珍惜现在的友情，不要总认为这些都是奋斗之外的事。这样，只会让人迷失方向，成为弱者，孤独一世!</w:t>
      </w:r>
      <w:r>
        <w:rPr>
          <w:lang w:eastAsia="zh-CN"/>
        </w:rPr>
        <w:br/>
      </w:r>
      <w:r>
        <w:rPr>
          <w:lang w:eastAsia="zh-CN"/>
        </w:rPr>
        <w:t>　　回首往事，一件件喜悦与忧愁之事历历在目。其中，我们曾流下过激动的热泪，流露出美丽的笑容，并且感受过亲切的关心!“茫茫人海，知音难觅”。在人生长河中，我们要做的是取得成就。在我们努力奋斗的过程中，有了朋友的支持，有了友情，往往能推动人们积极向上，共同发展;有了友情，往往能在迷失方向后，找回前进的道路;有了友情，更能感受到生活的乐趣!</w:t>
      </w: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https://d.book118.com/055124302212011122</w:t>
        </w:r>
      </w:hyperlink>
    </w:p>
    <w:p w:rsidR="001B1F19">
      <w:pPr>
        <w:rPr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  <w:rsid w:val="009376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5512430221201112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6</cp:revision>
  <dcterms:created xsi:type="dcterms:W3CDTF">2024-01-11T00:28:00Z</dcterms:created>
  <dcterms:modified xsi:type="dcterms:W3CDTF">2024-02-08T13:34:00Z</dcterms:modified>
</cp:coreProperties>
</file>