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历史教师个人教学工作总结（31篇）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历史教师个人教学工作总结（精选31篇）</w:t>
      </w:r>
      <w:r>
        <w:rPr>
          <w:lang w:eastAsia="zh-CN"/>
        </w:rPr>
        <w:br/>
      </w:r>
      <w:r>
        <w:rPr>
          <w:lang w:eastAsia="zh-CN"/>
        </w:rPr>
        <w:t xml:space="preserve">    历史教师个人教学工作总结 篇1 </w:t>
      </w:r>
      <w:r>
        <w:rPr>
          <w:lang w:eastAsia="zh-CN"/>
        </w:rPr>
        <w:br/>
      </w:r>
      <w:r>
        <w:rPr>
          <w:lang w:eastAsia="zh-CN"/>
        </w:rPr>
        <w:t>　　本学期，本人任教九年级1、2班，七年级1、2班共四个班的历史课。一学期来，本人自始至终以认真、严谨的治学态度，勤恳、坚持不懈的精神从事教学工作。</w:t>
      </w:r>
      <w:r>
        <w:rPr>
          <w:lang w:eastAsia="zh-CN"/>
        </w:rPr>
        <w:br/>
      </w:r>
      <w:r>
        <w:rPr>
          <w:lang w:eastAsia="zh-CN"/>
        </w:rPr>
        <w:t>　　作为一名老教师，能认真制定计划，注重研究中学教学理论，认真备课和教学，积极组织和参加教研组活动和备课组活动，保持经常听本组老师的课，从中吸取教学经验，取长补短，提高自己的教学业务水平。每节课都能以最佳的精神状态站在讲台上，以和蔼、轻松、认真的形象去面对学生。遵照“初中历史新课程标准”施教，让学生掌握好历史知识。还注意以德为本，结合现实生活中的现象循循善诱，多方面、多角度去培养学生良好的品德和高尚的人格。</w:t>
      </w:r>
      <w:r>
        <w:rPr>
          <w:lang w:eastAsia="zh-CN"/>
        </w:rPr>
        <w:br/>
      </w:r>
      <w:r>
        <w:rPr>
          <w:lang w:eastAsia="zh-CN"/>
        </w:rPr>
        <w:t>　　通过一学期努力，能制定好复习计划，并能认真备好复习课。基本能培养好尖子生，提高中等生，帮助学差生。但由于本学期授课时间较长，复习内容较短，复习比较仓促，同时发觉很大一部分学生接受能力较差，学习自觉性不高。在以后的教学工作中，要不断总结经验，力求提高自己的教学水平，还要多下功夫加强对个别差生的辅导，我相信“有耕耘总会有收获”，努力就会有效果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在今后的日子里，我应做好以下几方面工作：</w:t>
      </w:r>
      <w:r>
        <w:rPr>
          <w:lang w:eastAsia="zh-CN"/>
        </w:rPr>
        <w:br/>
      </w:r>
      <w:r>
        <w:rPr>
          <w:lang w:eastAsia="zh-CN"/>
        </w:rPr>
        <w:t>　　一、认真备课。不但备学生，而且备教材、备教法，根据教材内容及学生的实际，设计课的类型，拟定采用的教学方法，并对教学过程的程序及时间安排作出详细的记录。认真写好教案，每堂课都在课前做好充分的准备，并认真制作各种吸引学生注意力的有趣教具，课后及时对该课作出总结，写好教学反思。</w:t>
      </w:r>
      <w:r>
        <w:rPr>
          <w:lang w:eastAsia="zh-CN"/>
        </w:rPr>
        <w:br/>
      </w:r>
      <w:r>
        <w:rPr>
          <w:lang w:eastAsia="zh-CN"/>
        </w:rPr>
        <w:t>　　二、强化上课技能，提高教学质量。使讲解清晰化，条理化，准确化，情感化，做到线索清晰，层次分明，言简意赅，深入浅出。在课堂上特别注意调动学生的学习积极性，加强师生交流，充分体现学生的主体作用，让学生学得容易，学得轻松，学得愉快;还要注意精讲精练，在课堂上老师讲得尽量少，学生动口、动手、动脑尽量多;同时在每一堂课上都要充分考虑每一个层次的学生学习需求和学习能力，让各个层次的学生都得到提高。</w:t>
      </w:r>
      <w:r>
        <w:rPr>
          <w:lang w:eastAsia="zh-CN"/>
        </w:rPr>
        <w:br/>
      </w:r>
      <w:r>
        <w:rPr>
          <w:lang w:eastAsia="zh-CN"/>
        </w:rPr>
        <w:t>　　三、虚心请教其他老师。在教学上，有疑必问。在各个章节的学习上都积极征求其他老师的意见，学习他们的方法。同时，多听其他老师的课，做到边听边讲，取长补短。并且常常邀请其他老师来听课，征求他们的意见，以便改进自己的工作。</w:t>
      </w:r>
      <w:r>
        <w:rPr>
          <w:lang w:eastAsia="zh-CN"/>
        </w:rPr>
        <w:br/>
      </w:r>
      <w:r>
        <w:rPr>
          <w:lang w:eastAsia="zh-CN"/>
        </w:rPr>
        <w:t>　　四、认真批改作业。布置作业做到少而精，有针对性，有层次性。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五、注意培养学生的兴趣。目前的考试模式仍然比较传统，这制约着教师的教学模式停留在应试教育的层面上。为此，我在教学工作中注意了学生能力的培养，把传授知识和发展智力、能力结合起来，在知识层面上注入了思想情感教育的因素，发挥学生的创新意识和创新能力。让学生的各种素质都得到有效的发展和培养。</w:t>
      </w:r>
      <w:r>
        <w:rPr>
          <w:lang w:eastAsia="zh-CN"/>
        </w:rPr>
        <w:br/>
      </w:r>
      <w:r>
        <w:rPr>
          <w:lang w:eastAsia="zh-CN"/>
        </w:rPr>
        <w:t>　　六、取得了较好的成绩。</w:t>
      </w:r>
      <w:r>
        <w:rPr>
          <w:lang w:eastAsia="zh-CN"/>
        </w:rPr>
        <w:br/>
      </w:r>
      <w:r>
        <w:rPr>
          <w:lang w:eastAsia="zh-CN"/>
        </w:rPr>
        <w:t>　　本学期，期末考试学生的三率情况良好。</w:t>
      </w:r>
      <w:r>
        <w:rPr>
          <w:lang w:eastAsia="zh-CN"/>
        </w:rPr>
        <w:br/>
      </w:r>
      <w:r>
        <w:rPr>
          <w:lang w:eastAsia="zh-CN"/>
        </w:rPr>
        <w:t>　　存在的不足包括：</w:t>
      </w:r>
      <w:r>
        <w:rPr>
          <w:lang w:eastAsia="zh-CN"/>
        </w:rPr>
        <w:br/>
      </w:r>
      <w:r>
        <w:rPr>
          <w:lang w:eastAsia="zh-CN"/>
        </w:rPr>
        <w:t>　　1，本人存在惰性，平时对学生的要求不严;</w:t>
      </w:r>
      <w:r>
        <w:rPr>
          <w:lang w:eastAsia="zh-CN"/>
        </w:rPr>
        <w:br/>
      </w:r>
      <w:r>
        <w:rPr>
          <w:lang w:eastAsia="zh-CN"/>
        </w:rPr>
        <w:t>　　2，辅导不够，应多深入课堂，给学生以指导和辅导。</w:t>
      </w:r>
      <w:r>
        <w:rPr>
          <w:lang w:eastAsia="zh-CN"/>
        </w:rPr>
        <w:br/>
      </w:r>
      <w:r>
        <w:rPr>
          <w:lang w:eastAsia="zh-CN"/>
        </w:rPr>
        <w:t>　　历史教师个人教学工作总结3</w:t>
      </w:r>
      <w:r>
        <w:rPr>
          <w:lang w:eastAsia="zh-CN"/>
        </w:rPr>
        <w:br/>
      </w:r>
      <w:r>
        <w:rPr>
          <w:lang w:eastAsia="zh-CN"/>
        </w:rPr>
        <w:t>　　一、教学情景：</w:t>
      </w:r>
      <w:r>
        <w:rPr>
          <w:lang w:eastAsia="zh-CN"/>
        </w:rPr>
        <w:br/>
      </w:r>
      <w:r>
        <w:rPr>
          <w:lang w:eastAsia="zh-CN"/>
        </w:rPr>
        <w:t>　　教学就是教与学，两者是相互联系，不可分割的，有教者就必然有学者。学生是学习的主体。所以，了解和分析学生情景，这对教学成功与否至关重要。最初接触教学的时候，我还不懂得了解学生对教学的重要性，只是专心研究书本、教材，想方设法令课堂生动，学生不易理解。在教学的过程中我逐渐认识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方面，学生初中不重视历史学习，并且是开卷考试，学生的历史基础相对较弱，到了高中学生还有些不适应，初中的观念加上高中课程很多以及重理轻文观念的影响，想学生投入学历史的确有些难度;另一方面，有些同学比较活跃，上课气氛进取，但中等生、差生占较大多数，尖子生相对较少。讲得太深，较多同学理解不了，所以说没有照顾到整体。</w:t>
      </w:r>
      <w:r>
        <w:rPr>
          <w:lang w:eastAsia="zh-CN"/>
        </w:rPr>
        <w:br/>
      </w:r>
      <w:r>
        <w:rPr>
          <w:lang w:eastAsia="zh-CN"/>
        </w:rPr>
        <w:t>　　我备课时也较少注意到这点，所以教学效果有时不太梦想。从此能够看出，了解及分析学生实际情景，实事求是，具体问题具体分析，做到因材施教，对授课效果有直接影响。这就是教育学中提到的“备教法的同时要备学生”。这一理论在我的教学实践中得到了验证。</w:t>
      </w:r>
      <w:r>
        <w:rPr>
          <w:lang w:eastAsia="zh-CN"/>
        </w:rPr>
        <w:br/>
      </w:r>
      <w:r>
        <w:rPr>
          <w:lang w:eastAsia="zh-CN"/>
        </w:rPr>
        <w:t>　　教学中，备课是一个必不可少，十分重要的环节，备学生，又要备教法。备课不充分或者备得不好，会严重影响课堂气氛和进取性，以往有一位前辈对我说：“备课备不好，倒不如不上课，否则就是白费心机。”我明白到备课的重要性，所以，每一天我都认认真真地备课，钻研教材和教法。虽然辛苦，但事实证明是值得的。</w:t>
      </w:r>
      <w:r>
        <w:rPr>
          <w:lang w:eastAsia="zh-CN"/>
        </w:rPr>
        <w:br/>
      </w:r>
      <w:r>
        <w:rPr>
          <w:lang w:eastAsia="zh-CN"/>
        </w:rPr>
        <w:t>　　除此之外，在教学中，我异常注重教书与育人相结合。在业余时间，看一些有关师德方面的书，拓宽自我的业余知识。在教学中，我不仅仅要教学生会学，还要教学生学会做人。给学生爱和鼓励，让学生在爱的沐浴下健康、欢乐的成长，步步提高。</w:t>
      </w:r>
      <w:r>
        <w:rPr>
          <w:lang w:eastAsia="zh-CN"/>
        </w:rPr>
        <w:br/>
      </w:r>
      <w:r>
        <w:rPr>
          <w:lang w:eastAsia="zh-CN"/>
        </w:rPr>
        <w:t>　　二、教研情景：</w:t>
      </w:r>
      <w:r>
        <w:rPr>
          <w:lang w:eastAsia="zh-CN"/>
        </w:rPr>
        <w:br/>
      </w:r>
      <w:r>
        <w:rPr>
          <w:lang w:eastAsia="zh-CN"/>
        </w:rPr>
        <w:t>　　本人进取参加学校各项教研活动，主动和前辈学习，各尽所能，共同探讨新教材。本人坚持听课并做好记录，写好教案。进取参加学校为新教师组织的培训活动，并且进取参与名师公开课的学习，收获不少。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在向本学科及其它学科和班主任的请教中钻研教学方法，学生学法，教学管理，教学组织等等，这些都对于教学工作有很大的帮忙。同时平时还注意在网上搜寻与教学相关的资料课件，听网络课程，努力充实课堂。在给学生讲解练习之前先就自我不是很明白的问题向组内教师请教或上网查资料解决，就知识，方法，技巧，思维等给学生予以指导。</w:t>
      </w:r>
      <w:r>
        <w:rPr>
          <w:lang w:eastAsia="zh-CN"/>
        </w:rPr>
        <w:br/>
      </w:r>
      <w:r>
        <w:rPr>
          <w:lang w:eastAsia="zh-CN"/>
        </w:rPr>
        <w:t>　　本人深知“学习无止境”，教学工作也是如此。所以，在今后的历史教学中，本人将继续努力，提高自身教育教学素质和教学水平，更多的积累先进的教育教学理念，以更好的适应未来的挑战。</w:t>
      </w:r>
      <w:r>
        <w:rPr>
          <w:lang w:eastAsia="zh-CN"/>
        </w:rPr>
        <w:br/>
      </w:r>
      <w:r>
        <w:rPr>
          <w:lang w:eastAsia="zh-CN"/>
        </w:rPr>
        <w:t xml:space="preserve">    历史教师个人教学工作总结 篇2 </w:t>
      </w:r>
      <w:r>
        <w:rPr>
          <w:lang w:eastAsia="zh-CN"/>
        </w:rPr>
        <w:br/>
      </w:r>
      <w:r>
        <w:rPr>
          <w:lang w:eastAsia="zh-CN"/>
        </w:rPr>
        <w:t>　　本学期即将结束了，按照教学计划以及新的《历史课程标准》，已经如期完成了八年级历史上册的教学任务，现在期末复习工作也正顺利进行。回顾这学期的教育教学工作，想说的真是太多太多。下面就分几个方面来说一说我在这学期教育教学方面的心得和体会，现总结如下：</w:t>
      </w:r>
      <w:r>
        <w:rPr>
          <w:lang w:eastAsia="zh-CN"/>
        </w:rPr>
        <w:br/>
      </w:r>
      <w:r>
        <w:rPr>
          <w:lang w:eastAsia="zh-CN"/>
        </w:rPr>
        <w:t>　　一、精心备课，全面把握新课程标准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本人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用大量的时间在备课之上，认认真真钻研教材和教法，不满意就不收工。虽然辛苦，但事实证明是值得的。一堂准备充分的课，会令学生和老师都获益不浅。例如我在讲授《血肉筑长城》的时候，这课的主题是“抗日战争”，教学难度比较大。如果照本宣科地讲授，学生会感到困难和沉闷。为了上好这堂课，我认真研究了课文，找出了重点难点，准备有针对性地讲。为了令教学生动，不沉闷，我还为</w:t>
      </w:r>
      <w:r>
        <w:rPr>
          <w:lang w:eastAsia="zh-CN"/>
        </w:rPr>
        <w:br/>
      </w:r>
      <w:r>
        <w:rPr>
          <w:lang w:eastAsia="zh-CN"/>
        </w:rPr>
        <w:t>　　此准备了大量的感性材料，以一条谜语导入新课。授课时就胸有成竹了，当讲完课的时候，我拿出准备好的录音带，让学生观摩学习。学生特别用功，教学效果十分理想。相反，如果没有认真备课，课堂气氛就比较沉闷，教学效果也不好。由此相比可见，认真备课对教学十分重要。为了这一目标，我做到了课前认真研读教材，学习新目标，精心设计教法，指导学法，认真落实上课，作业，练习，复习，单元检测等环节的工作，做到超周备课，作业全批全改，不定时抽查学生对主要知识的记忆。通过单元检测考察，评价学生的学习情况，反馈教学效果，使历史课教学质量大幅度提高。</w:t>
      </w:r>
      <w:r>
        <w:rPr>
          <w:lang w:eastAsia="zh-CN"/>
        </w:rPr>
        <w:br/>
      </w:r>
      <w:r>
        <w:rPr>
          <w:lang w:eastAsia="zh-CN"/>
        </w:rPr>
        <w:t>　　二、培养兴趣，激发学习积极性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通过编写历史韵语或歌谣，要学生轻松识记历史知识，难以忘记。如：阿古柏侵新疆，自立为汗想称王。陕甘总督左宗棠，主张收复我新疆，1876率清军，“先北后南”好方针，“缓进急战”打敌人，收复新疆快人心。1884建行省，历史意义大得很。在问题中尽可能的扩大自己的知识面使课堂更生动也能激发学习兴趣。努力突出历史教学的过程和方法，拓展历史的教育功能，注重人文素养和科学精神的培养，充分发挥历史教育的社会功能和育人功能。</w:t>
      </w:r>
      <w:r>
        <w:rPr>
          <w:lang w:eastAsia="zh-CN"/>
        </w:rPr>
        <w:br/>
      </w:r>
      <w:r>
        <w:rPr>
          <w:lang w:eastAsia="zh-CN"/>
        </w:rPr>
        <w:t>　　三、多给学生鼓励和帮助培养学习自信心</w:t>
      </w:r>
      <w:r>
        <w:rPr>
          <w:lang w:eastAsia="zh-CN"/>
        </w:rPr>
        <w:br/>
      </w:r>
      <w:r>
        <w:rPr>
          <w:lang w:eastAsia="zh-CN"/>
        </w:rPr>
        <w:t>　　由于本校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如</w:t>
      </w:r>
      <w:r>
        <w:rPr>
          <w:lang w:eastAsia="zh-CN"/>
        </w:rPr>
        <w:br/>
      </w:r>
      <w:r>
        <w:rPr>
          <w:lang w:eastAsia="zh-CN"/>
        </w:rPr>
        <w:t>　　(1)历史人物访谈：在学生学了长征知识后，让他们去寻访老红军。</w:t>
      </w:r>
      <w:r>
        <w:rPr>
          <w:lang w:eastAsia="zh-CN"/>
        </w:rPr>
        <w:br/>
      </w:r>
      <w:r>
        <w:rPr>
          <w:lang w:eastAsia="zh-CN"/>
        </w:rPr>
        <w:t>　　(2)交流历史学习方法，经验。</w:t>
      </w:r>
      <w:r>
        <w:rPr>
          <w:lang w:eastAsia="zh-CN"/>
        </w:rPr>
        <w:br/>
      </w:r>
      <w:r>
        <w:rPr>
          <w:lang w:eastAsia="zh-CN"/>
        </w:rPr>
        <w:t>　　(3)观看爱国主义影视片：上抗日战争时，给学生推荐一些抗战的影视片如《南京大屠杀》等。</w:t>
      </w:r>
      <w:r>
        <w:rPr>
          <w:lang w:eastAsia="zh-CN"/>
        </w:rPr>
        <w:br/>
      </w:r>
      <w:r>
        <w:rPr>
          <w:lang w:eastAsia="zh-CN"/>
        </w:rPr>
        <w:t>　　(4)学习方法，复习方法指导。</w:t>
      </w:r>
      <w:r>
        <w:rPr>
          <w:lang w:eastAsia="zh-CN"/>
        </w:rPr>
        <w:br/>
      </w:r>
      <w:r>
        <w:rPr>
          <w:lang w:eastAsia="zh-CN"/>
        </w:rPr>
        <w:t>　　(5)社会生活情况调查，在学完第二单元时，让学生对本社区进行调查，从而培养了学生兴趣，拓展其视野，并与同组有经验的老教师交流心得。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四、转变教学观念，不仅教书而且育人</w:t>
      </w:r>
      <w:r>
        <w:rPr>
          <w:lang w:eastAsia="zh-CN"/>
        </w:rPr>
        <w:br/>
      </w:r>
      <w:r>
        <w:rPr>
          <w:lang w:eastAsia="zh-CN"/>
        </w:rPr>
        <w:t>　　放弃老观念和老思想，放手让学生学习，让他们在平等、轻松的课堂氛围中学习。在教学中还多对学生进行情感态度和价值观的教育，教给他们做人的到了道理，用真心和爱心对待学生。</w:t>
      </w:r>
      <w:r>
        <w:rPr>
          <w:lang w:eastAsia="zh-CN"/>
        </w:rPr>
        <w:br/>
      </w:r>
      <w:r>
        <w:rPr>
          <w:lang w:eastAsia="zh-CN"/>
        </w:rPr>
        <w:t>　　以上是本人对本学期的教育教学工作的总结，工作中也有疏漏和不足，在以后的教学中要不断的努力，力求更上一层楼。</w:t>
      </w:r>
      <w:r>
        <w:rPr>
          <w:lang w:eastAsia="zh-CN"/>
        </w:rPr>
        <w:br/>
      </w:r>
      <w:r>
        <w:rPr>
          <w:lang w:eastAsia="zh-CN"/>
        </w:rPr>
        <w:t>　　五、存在的不足：</w:t>
      </w:r>
      <w:r>
        <w:rPr>
          <w:lang w:eastAsia="zh-CN"/>
        </w:rPr>
        <w:br/>
      </w:r>
      <w:r>
        <w:rPr>
          <w:lang w:eastAsia="zh-CN"/>
        </w:rPr>
        <w:t>　　1、个人备课有时针对性不强，特别是在具体的课堂教学中，往往是备好的课不得不进行必要调整。</w:t>
      </w:r>
      <w:r>
        <w:rPr>
          <w:lang w:eastAsia="zh-CN"/>
        </w:rPr>
        <w:br/>
      </w:r>
      <w:r>
        <w:rPr>
          <w:lang w:eastAsia="zh-CN"/>
        </w:rPr>
        <w:t>　　2、新课程的理念落实得不够到位，传统的教学方法和手段成分还比</w:t>
      </w:r>
      <w:r>
        <w:rPr>
          <w:lang w:eastAsia="zh-CN"/>
        </w:rPr>
        <w:br/>
      </w:r>
      <w:r>
        <w:rPr>
          <w:lang w:eastAsia="zh-CN"/>
        </w:rPr>
        <w:t>　　较多。</w:t>
      </w:r>
      <w:r>
        <w:rPr>
          <w:lang w:eastAsia="zh-CN"/>
        </w:rPr>
        <w:br/>
      </w:r>
      <w:r>
        <w:rPr>
          <w:lang w:eastAsia="zh-CN"/>
        </w:rPr>
        <w:t>　　3、课外活动的开展因学生的素质参差不齐，总体效果亦有不尽如人意。</w:t>
      </w:r>
      <w:r>
        <w:rPr>
          <w:lang w:eastAsia="zh-CN"/>
        </w:rPr>
        <w:br/>
      </w:r>
      <w:r>
        <w:rPr>
          <w:lang w:eastAsia="zh-CN"/>
        </w:rPr>
        <w:t>　　六、今后努力的方向：</w:t>
      </w:r>
      <w:r>
        <w:rPr>
          <w:lang w:eastAsia="zh-CN"/>
        </w:rPr>
        <w:br/>
      </w:r>
      <w:r>
        <w:rPr>
          <w:lang w:eastAsia="zh-CN"/>
        </w:rPr>
        <w:t>　　1、加强备课的针对性，努力服务于课堂教学和学生。</w:t>
      </w:r>
      <w:r>
        <w:rPr>
          <w:lang w:eastAsia="zh-CN"/>
        </w:rPr>
        <w:br/>
      </w:r>
      <w:r>
        <w:rPr>
          <w:lang w:eastAsia="zh-CN"/>
        </w:rPr>
        <w:t>　　2、有意识地强化落实新课程理念，突出学生的主体意识。</w:t>
      </w:r>
      <w:r>
        <w:rPr>
          <w:lang w:eastAsia="zh-CN"/>
        </w:rPr>
        <w:br/>
      </w:r>
      <w:r>
        <w:rPr>
          <w:lang w:eastAsia="zh-CN"/>
        </w:rPr>
        <w:t>　　3、实质性地开展课题研究，少一色形式，多一点具体的内容。</w:t>
      </w:r>
      <w:r>
        <w:rPr>
          <w:lang w:eastAsia="zh-CN"/>
        </w:rPr>
        <w:br/>
      </w:r>
      <w:r>
        <w:rPr>
          <w:lang w:eastAsia="zh-CN"/>
        </w:rPr>
        <w:t>　　4、加强课外活动的指导和引导，做学生自主、合作、探究学习的伙伴。</w:t>
      </w:r>
      <w:r>
        <w:rPr>
          <w:lang w:eastAsia="zh-CN"/>
        </w:rPr>
        <w:br/>
      </w:r>
      <w:r>
        <w:rPr>
          <w:lang w:eastAsia="zh-CN"/>
        </w:rPr>
        <w:t xml:space="preserve">    历史教师个人教学工作总结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本学期，本人任教初二级八个班的历史课。一学期来，本人自始至终以认真、严谨的治学态度，勤恳、坚持不懈的精神从事教学工作。</w:t>
      </w:r>
      <w:r>
        <w:rPr>
          <w:lang w:eastAsia="zh-CN"/>
        </w:rPr>
        <w:br/>
      </w:r>
      <w:r>
        <w:rPr>
          <w:lang w:eastAsia="zh-CN"/>
        </w:rPr>
        <w:t>　　作为教师，能认真制定计划，注重研究中学教学理论，认真备课和教学，积极参加科组活动和备课组活动，上好每一节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r>
        <w:rPr>
          <w:lang w:eastAsia="zh-CN"/>
        </w:rPr>
        <w:br/>
      </w:r>
      <w:r>
        <w:rPr>
          <w:lang w:eastAsia="zh-CN"/>
        </w:rPr>
        <w:t>　　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r>
        <w:rPr>
          <w:lang w:eastAsia="zh-CN"/>
        </w:rPr>
        <w:br/>
      </w:r>
      <w:r>
        <w:rPr>
          <w:lang w:eastAsia="zh-CN"/>
        </w:rPr>
        <w:t>　　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通过一学期努力，能制定好复习计划，并能认真备好复习课，培养好尖子生，提高中等生，帮助差生。但由于本学期授课时间较短，复习内容较多，复习比较仓促，同时发觉很大一部分学生接受能力较差，学习自觉性不高。</w:t>
      </w:r>
      <w:r>
        <w:rPr>
          <w:lang w:eastAsia="zh-CN"/>
        </w:rPr>
        <w:br/>
      </w:r>
      <w:r>
        <w:rPr>
          <w:lang w:eastAsia="zh-CN"/>
        </w:rPr>
        <w:t>　　在以后的教学工作中，要不断总结经验，力求提高自己的教学水平，还要多下功夫加强对个别差生的辅导，相信一切问题都会迎刃而解，我也相信有耕耘总会有收获!</w:t>
      </w:r>
      <w:r>
        <w:rPr>
          <w:lang w:eastAsia="zh-CN"/>
        </w:rPr>
        <w:br/>
      </w:r>
      <w:r>
        <w:rPr>
          <w:lang w:eastAsia="zh-CN"/>
        </w:rPr>
        <w:t>　　学科总结</w:t>
      </w:r>
      <w:r>
        <w:rPr>
          <w:lang w:eastAsia="zh-CN"/>
        </w:rPr>
        <w:br/>
      </w:r>
      <w:r>
        <w:rPr>
          <w:lang w:eastAsia="zh-CN"/>
        </w:rPr>
        <w:t>　　本学期，我适应新时期教学工作的要求，认真学习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r>
        <w:rPr>
          <w:lang w:eastAsia="zh-CN"/>
        </w:rPr>
        <w:br/>
      </w:r>
      <w:r>
        <w:rPr>
          <w:lang w:eastAsia="zh-CN"/>
        </w:rPr>
        <w:t xml:space="preserve">    历史教师个人教学工作总结 篇4 </w:t>
      </w:r>
      <w:r>
        <w:rPr>
          <w:lang w:eastAsia="zh-CN"/>
        </w:rPr>
        <w:br/>
      </w:r>
      <w:r>
        <w:rPr>
          <w:lang w:eastAsia="zh-CN"/>
        </w:rPr>
        <w:t>　　20__年时我踏上工作岗位的第4年，在这学期，我始终以积极认真、严谨的治学态度，勤恳、坚持不懈的精神从事教育教学工作。同时，在没有人设报酬的情况下作为学校的教务员协助学校各个部门的工作。现将20__—20__年度工作情况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一、我始终认为作为一名教师应把“师德”放在一个极其重要的位置上，因为这是教师的立身之本。“德高为师，身正为范”，从踏上讲台的第一天，我就时刻严格要求自己，上班开会不迟到不早退，积极参与学校组织的师德培训、撰写读后感，遵守学校的各项规章制度，力争在学生面前树立榜样，在同行面前虚心求教，缩小与名师的差距。</w:t>
      </w:r>
      <w:r>
        <w:rPr>
          <w:lang w:eastAsia="zh-CN"/>
        </w:rPr>
        <w:br/>
      </w:r>
      <w:r>
        <w:rPr>
          <w:lang w:eastAsia="zh-CN"/>
        </w:rPr>
        <w:t>　　二、作为教初二历史课的年青教师，要搞好教学成绩就要深挖教材，吃透教参。故在课前做到认真备课，多方面去搜集相关资料。不但备学生而且备教材备教法，认真写好教案。每一节课都尽量做到重难点突出，详略得当，让学生学有所得。积极学习和使用大镇中学的成绩分析系统，以此为依据，深入研究，发现本班不在趋同率内的学生，分别采取课上提醒，课后辅导，跟踪评估等手段提高学生的成绩。在这学期我也注意做好培优辅差工作。在授课时做好教材的挖掘，让学生能主动去获解历史，同时加大习题的练习，对于学生有异议的问题，在辅导课时当堂讲解。时而加强小考，通过批阅和及时反馈。</w:t>
      </w:r>
      <w:r>
        <w:rPr>
          <w:lang w:eastAsia="zh-CN"/>
        </w:rPr>
        <w:br/>
      </w:r>
      <w:r>
        <w:rPr>
          <w:lang w:eastAsia="zh-CN"/>
        </w:rPr>
        <w:t>　　三、积极参加教研活动。一年来，先后听课达30节次之多，自己举办公开课也有四次。每一次听课后积极参与评课议课，提升可自己的教育教学水平，同时也帮助了他人。自己在准备公开课的过程中，虽然很累，但是广范围的资料收集和同行的交流探讨，极大的促进了自己的专业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四、积极协助和支持学校的各项工作。三年来，我任劳任怨，在做好自己的教学工作外，还积极支持学校的教育教学安排。在今年的3月—5月，代上生物课达2个月之久，同时，只要学校有要求，我都会尽心尽力的做好学校的教务工作，诸如打字复印、发刊等等。</w:t>
      </w:r>
      <w:r>
        <w:rPr>
          <w:lang w:eastAsia="zh-CN"/>
        </w:rPr>
        <w:br/>
      </w:r>
      <w:r>
        <w:rPr>
          <w:lang w:eastAsia="zh-CN"/>
        </w:rPr>
        <w:t>　　不足之处也有不少，比如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r>
        <w:rPr>
          <w:lang w:eastAsia="zh-CN"/>
        </w:rPr>
        <w:br/>
      </w:r>
      <w:r>
        <w:rPr>
          <w:lang w:eastAsia="zh-CN"/>
        </w:rPr>
        <w:t xml:space="preserve">    历史教师个人教学工作总结 篇5 </w:t>
      </w:r>
      <w:r>
        <w:rPr>
          <w:lang w:eastAsia="zh-CN"/>
        </w:rPr>
        <w:br/>
      </w:r>
      <w:r>
        <w:rPr>
          <w:lang w:eastAsia="zh-CN"/>
        </w:rPr>
        <w:t>　　一学期来，我参与省级课题《农村初中家庭作业微解析的研究》的活动，从不会制作“微课”到基本掌握制作方法，从个人学会到与其他成员共同探讨提高，在此过程中看到一些问题，也取得一些收获。</w:t>
      </w:r>
      <w:r>
        <w:rPr>
          <w:lang w:eastAsia="zh-CN"/>
        </w:rPr>
        <w:br/>
      </w:r>
      <w:r>
        <w:rPr>
          <w:lang w:eastAsia="zh-CN"/>
        </w:rPr>
        <w:t>　　一、尝试制作“微课”。</w:t>
      </w:r>
      <w:r>
        <w:rPr>
          <w:lang w:eastAsia="zh-CN"/>
        </w:rPr>
        <w:br/>
      </w:r>
      <w:r>
        <w:rPr>
          <w:lang w:eastAsia="zh-CN"/>
        </w:rPr>
        <w:t>　　经过校本培训，我初步了解“微课”制作的方法。但对历史学科“微课”应选择什么内容，考虑了许久。后来决定以历史学习和解题方法为主要内容。自己动手制作时，由于本人多媒体操作技术不好，遇到了一些问题，我及时请教郑老师，在他的耐心指导下，加上自己的多次尝试，克服了困难，终于完成了“微课”处女作品《历史辨析题解题方法》。</w:t>
      </w:r>
      <w:r>
        <w:rPr>
          <w:lang w:eastAsia="zh-CN"/>
        </w:rPr>
        <w:br/>
      </w:r>
      <w:r>
        <w:rPr>
          <w:lang w:eastAsia="zh-CN"/>
        </w:rPr>
        <w:t>　　二、共同探讨“微课”。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本学期与新来的苏老师“结对子”，正好我校与_中学举行“同课异构”活动，苏老师承担此项活动任务。我、刘老师、王老师听了苏老师的课，并提出一些好的意见。苏老师不是课题组成员，但“微课”作为我校的特色必须在校际交流中有所展示。但是，要以什么内容来展示，着实有些伤脑筋。后来，考虑到_市海上丝绸之路的起点。我与苏老师探讨在《秦汉开拓西域》课件上，加入了《海上丝绸之路》的微视频，作为知识的拓展延伸。在“同课异构”活动上，得到兄弟学校听课老师的关注，苏老师的课也获得进修学校历史教研员陈老师的肯定，并被录像，打算作为新教师培训的教材。</w:t>
      </w:r>
      <w:r>
        <w:rPr>
          <w:lang w:eastAsia="zh-CN"/>
        </w:rPr>
        <w:br/>
      </w:r>
      <w:r>
        <w:rPr>
          <w:lang w:eastAsia="zh-CN"/>
        </w:rPr>
        <w:t>　　三、参加“微课”评比。</w:t>
      </w:r>
      <w:r>
        <w:rPr>
          <w:lang w:eastAsia="zh-CN"/>
        </w:rPr>
        <w:br/>
      </w:r>
      <w:r>
        <w:rPr>
          <w:lang w:eastAsia="zh-CN"/>
        </w:rPr>
        <w:t>　　刚好省电教馆举行“微课”比赛，参赛作品要求是对某一问题的答疑解惑，本来觉得自己的微课作品比较粗糙，不好意思参赛，但本着重在参与，我的微课作品正好符合参赛作品要求。在郑老师的鼓励下，最后决定还是将微课作品《历史辨析题解题方法》上传参赛，也算是为课题添砖加瓦吧。</w:t>
      </w:r>
      <w:r>
        <w:rPr>
          <w:lang w:eastAsia="zh-CN"/>
        </w:rPr>
        <w:br/>
      </w:r>
      <w:r>
        <w:rPr>
          <w:lang w:eastAsia="zh-CN"/>
        </w:rPr>
        <w:t>　　四、“微课”在路上。</w:t>
      </w:r>
      <w:r>
        <w:rPr>
          <w:lang w:eastAsia="zh-CN"/>
        </w:rPr>
        <w:br/>
      </w:r>
      <w:r>
        <w:rPr>
          <w:lang w:eastAsia="zh-CN"/>
        </w:rPr>
        <w:t>　　目前本学期历史“微课”作品数量太少，学生可选择范围太小，微课的应用还没有真正开始。接下去考虑增加微课作品的数量和微课的应用，让学生喜欢微课，以发挥其学生“学习助手”的独特作用。</w:t>
      </w:r>
      <w:r>
        <w:rPr>
          <w:lang w:eastAsia="zh-CN"/>
        </w:rPr>
        <w:br/>
      </w:r>
      <w:r>
        <w:rPr>
          <w:lang w:eastAsia="zh-CN"/>
        </w:rPr>
        <w:t xml:space="preserve">    历史教师个人教学工作总结 篇6 </w:t>
      </w:r>
      <w:r>
        <w:rPr>
          <w:lang w:eastAsia="zh-CN"/>
        </w:rPr>
        <w:br/>
      </w:r>
      <w:r>
        <w:rPr>
          <w:lang w:eastAsia="zh-CN"/>
        </w:rPr>
        <w:t>　　一、改变学生在教学中的地位。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r>
        <w:rPr>
          <w:lang w:eastAsia="zh-CN"/>
        </w:rPr>
        <w:br/>
      </w:r>
      <w:r>
        <w:rPr>
          <w:lang w:eastAsia="zh-CN"/>
        </w:rPr>
        <w:t>　　二、正确处理内容与形式的关系。</w:t>
      </w:r>
      <w:r>
        <w:rPr>
          <w:lang w:eastAsia="zh-CN"/>
        </w:rPr>
        <w:br/>
      </w:r>
      <w:r>
        <w:rPr>
          <w:lang w:eastAsia="zh-CN"/>
        </w:rPr>
        <w:t>　　教学中的内容，是指要让学生掌握的知识，形式是指让学生掌握知识的方法。高中历史有别于初中历史的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r>
        <w:rPr>
          <w:lang w:eastAsia="zh-CN"/>
        </w:rPr>
        <w:br/>
      </w:r>
      <w:r>
        <w:rPr>
          <w:lang w:eastAsia="zh-CN"/>
        </w:rPr>
        <w:t>　　三、把“困惑”留给学生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教学有法，但无定法。在新课改的理念中，学校是学生发展的空间，课堂是学生发展的平台，一个追求科学方法，讲究科学理念的平台，一定会塑造出更多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20__-20__学年度转眼之间就要过去了，在这个新旧交替的时刻，我特对自己本学期的工作做一总结，即可总结经验教训，同时也可以对以后的工作进行指导。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r>
        <w:rPr>
          <w:lang w:eastAsia="zh-CN"/>
        </w:rPr>
        <w:br/>
      </w:r>
      <w:r>
        <w:rPr>
          <w:lang w:eastAsia="zh-CN"/>
        </w:rPr>
        <w:t>　　一、改变学生在教学中的地位。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二、正确处理内容与形式的关系。教学中的内容，是指要让学生掌握的知识，形式是指让学生掌握知识的方法。高中历史有别于初中历史的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三、把“困惑”留给学生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教学有法，但无定法。在新课改的理念中，学校是学生发展的空间，课堂是学生发展的平台，一个追求科学方法，讲究科学理念的平台，一定会塑造出更多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w:t>
      </w:r>
      <w:r>
        <w:rPr>
          <w:lang w:eastAsia="zh-CN"/>
        </w:rPr>
        <w:br/>
      </w:r>
      <w:r>
        <w:rPr>
          <w:lang w:eastAsia="zh-CN"/>
        </w:rPr>
        <w:t xml:space="preserve">    历史教师个人教学工作总结 篇7 </w:t>
      </w:r>
      <w:r>
        <w:rPr>
          <w:lang w:eastAsia="zh-CN"/>
        </w:rPr>
        <w:br/>
      </w:r>
      <w:r>
        <w:rPr>
          <w:lang w:eastAsia="zh-CN"/>
        </w:rPr>
        <w:t>　　本学期，我严格按照教学计划以及新的历史课程标准理念，已经如期完成了八年级历史上册的教学任务。回顾这学期的教育教学工作，想说的真是太多。下面就分几个方面来说一说我在这学期教育教学方面的心得和体会：</w:t>
      </w:r>
      <w:r>
        <w:rPr>
          <w:lang w:eastAsia="zh-CN"/>
        </w:rPr>
        <w:br/>
      </w:r>
      <w:r>
        <w:rPr>
          <w:lang w:eastAsia="zh-CN"/>
        </w:rPr>
        <w:t>　　一、精心备教，全面把握新课程标准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十分重要的环节，备学生，又要备教法，备课不充分或者备得不好，会严重影响课堂气氛和积极性。因此，每天我都用大量的时间在备课之上，认认真真钻研教材，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r>
        <w:rPr>
          <w:lang w:eastAsia="zh-CN"/>
        </w:rPr>
        <w:br/>
      </w:r>
      <w:r>
        <w:rPr>
          <w:lang w:eastAsia="zh-CN"/>
        </w:rPr>
        <w:t>　　二、培养兴趣，激发学习积极性</w:t>
      </w:r>
      <w:r>
        <w:rPr>
          <w:lang w:eastAsia="zh-CN"/>
        </w:rPr>
        <w:br/>
      </w:r>
      <w:r>
        <w:rPr>
          <w:lang w:eastAsia="zh-CN"/>
        </w:rPr>
        <w:t>　　兴趣是最好的老师，学习兴趣的是学生学习历史的动力和源泉。我在教学中非常注意学生学习兴趣的培养，在教学中，我主要采用问题教学法，让学生从问题中学会自主学习，在问题中扩大自己的知识面，努力突出历史教学的过程和方法，拓展历史的教育功能，注重人文素养和科学精神的培养，充分发挥历史教育的社会功能和育人功能。</w:t>
      </w:r>
      <w:r>
        <w:rPr>
          <w:lang w:eastAsia="zh-CN"/>
        </w:rPr>
        <w:br/>
      </w:r>
      <w:r>
        <w:rPr>
          <w:lang w:eastAsia="zh-CN"/>
        </w:rPr>
        <w:t>　　三、多给学生鼓励，培养学习自信心</w:t>
      </w:r>
      <w:r>
        <w:rPr>
          <w:lang w:eastAsia="zh-CN"/>
        </w:rPr>
        <w:br/>
      </w:r>
      <w:r>
        <w:rPr>
          <w:lang w:eastAsia="zh-CN"/>
        </w:rPr>
        <w:t>　　由于这届学生基础较差，学习信心不足，我便从培养学生的兴趣出发，适时给学生鼓励，从多方面对学生的学习情况进行评价。用赞赏的目光看学生，对有困难的学生耐心的辅导和帮助，鼓励他们大胆的参与课堂。很多学生由怕历史到喜欢历史，从而培养了他们的学习兴趣，拓展了视野。</w:t>
      </w:r>
      <w:r>
        <w:rPr>
          <w:lang w:eastAsia="zh-CN"/>
        </w:rPr>
        <w:br/>
      </w:r>
      <w:r>
        <w:rPr>
          <w:lang w:eastAsia="zh-CN"/>
        </w:rPr>
        <w:t>　　四、转变教学观念，并重教书育人</w:t>
      </w:r>
      <w:r>
        <w:rPr>
          <w:lang w:eastAsia="zh-CN"/>
        </w:rPr>
        <w:br/>
      </w:r>
      <w:r>
        <w:rPr>
          <w:lang w:eastAsia="zh-CN"/>
        </w:rPr>
        <w:t>　　学生是课堂的主体，教师必须放手让学生参与课堂主动学习，让他们在平等、轻松的课堂氛围中获取知识。在教学中，我还多对学生进行情感态度和价值观的教育，教给他们做人的道理，用真心和爱心对待学生。</w:t>
      </w:r>
      <w:r>
        <w:rPr>
          <w:lang w:eastAsia="zh-CN"/>
        </w:rPr>
        <w:br/>
      </w:r>
      <w:r>
        <w:rPr>
          <w:lang w:eastAsia="zh-CN"/>
        </w:rPr>
        <w:t>　　五、存在的不足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1、个人备课有时针对性不强，特别是在具体的课堂教学中，往往是备好的课不得不进行必要调整。</w:t>
      </w:r>
      <w:r>
        <w:rPr>
          <w:lang w:eastAsia="zh-CN"/>
        </w:rPr>
        <w:br/>
      </w:r>
      <w:r>
        <w:rPr>
          <w:lang w:eastAsia="zh-CN"/>
        </w:rPr>
        <w:t>　　2、新课程的理念落实得不够到位，传统的教学方法和手段还存在一些。</w:t>
      </w:r>
      <w:r>
        <w:rPr>
          <w:lang w:eastAsia="zh-CN"/>
        </w:rPr>
        <w:br/>
      </w:r>
      <w:r>
        <w:rPr>
          <w:lang w:eastAsia="zh-CN"/>
        </w:rPr>
        <w:t>　　3、课外活动的开展因学生的素质参差不齐，总体效果亦有不尽如人意。</w:t>
      </w:r>
      <w:r>
        <w:rPr>
          <w:lang w:eastAsia="zh-CN"/>
        </w:rPr>
        <w:br/>
      </w:r>
      <w:r>
        <w:rPr>
          <w:lang w:eastAsia="zh-CN"/>
        </w:rPr>
        <w:t>　　六、今后努力的方向</w:t>
      </w:r>
      <w:r>
        <w:rPr>
          <w:lang w:eastAsia="zh-CN"/>
        </w:rPr>
        <w:br/>
      </w:r>
      <w:r>
        <w:rPr>
          <w:lang w:eastAsia="zh-CN"/>
        </w:rPr>
        <w:t>　　1、加强备课的针对性，努力服务于课堂教学和学生。</w:t>
      </w:r>
      <w:r>
        <w:rPr>
          <w:lang w:eastAsia="zh-CN"/>
        </w:rPr>
        <w:br/>
      </w:r>
      <w:r>
        <w:rPr>
          <w:lang w:eastAsia="zh-CN"/>
        </w:rPr>
        <w:t>　　2、有意识地强化落实新课程理念，突出学生的主体意识，培养学生的自主学习能力。</w:t>
      </w:r>
      <w:r>
        <w:rPr>
          <w:lang w:eastAsia="zh-CN"/>
        </w:rPr>
        <w:br/>
      </w:r>
      <w:r>
        <w:rPr>
          <w:lang w:eastAsia="zh-CN"/>
        </w:rPr>
        <w:t>　　3、实质性地开展课题研究，加强课外活动的指导和引导，做学生自主、合作、探究学习的伙伴。</w:t>
      </w:r>
      <w:r>
        <w:rPr>
          <w:lang w:eastAsia="zh-CN"/>
        </w:rPr>
        <w:br/>
      </w:r>
      <w:r>
        <w:rPr>
          <w:lang w:eastAsia="zh-CN"/>
        </w:rPr>
        <w:t xml:space="preserve">    历史教师个人教学工作总结 篇8 </w:t>
      </w:r>
      <w:r>
        <w:rPr>
          <w:lang w:eastAsia="zh-CN"/>
        </w:rPr>
        <w:br/>
      </w:r>
      <w:r>
        <w:rPr>
          <w:lang w:eastAsia="zh-CN"/>
        </w:rPr>
        <w:t>　　回顾一年来的九年级历史教学，面对考查内容增加数倍、能力要求全面提升的形势，我和李红蕊老师知难而进，努力用最小的负担帮助学生获取最好的成绩。反思一年的教学工作，一些做法已成为我们值得珍存的宝贵经验，当然也还有不少需要改进的地方。</w:t>
      </w:r>
      <w:r>
        <w:rPr>
          <w:lang w:eastAsia="zh-CN"/>
        </w:rPr>
        <w:br/>
      </w:r>
      <w:r>
        <w:rPr>
          <w:lang w:eastAsia="zh-CN"/>
        </w:rPr>
        <w:t>　　一、坚持减负增效的原则，提高课堂教学效率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一年历史教学，我们两位历史老师形成一个重要的共识，那就是：努力地不让历史学习成为学生的负担，而是千方百计让学生爱学历史、学好历史。这一年，我们基本没有布置过笔头的家庭作业，基本没有占用过除学校安排的教学时间以外的时间补课。我们总是全力以赴把握好每一个40分钟，通过充分提高课堂教学效率，减轻学生课后的负担。</w:t>
      </w:r>
      <w:r>
        <w:rPr>
          <w:lang w:eastAsia="zh-CN"/>
        </w:rPr>
        <w:br/>
      </w:r>
      <w:r>
        <w:rPr>
          <w:lang w:eastAsia="zh-CN"/>
        </w:rPr>
        <w:t>　　二、集体备课、科学安排，顺利完成复习计划</w:t>
      </w:r>
      <w:r>
        <w:rPr>
          <w:lang w:eastAsia="zh-CN"/>
        </w:rPr>
        <w:br/>
      </w:r>
      <w:r>
        <w:rPr>
          <w:lang w:eastAsia="zh-CN"/>
        </w:rPr>
        <w:t>　　一年的教学复习工作能顺利完成，有赖于我们对每一个教学复习阶段需要做什么、怎么做、要达到怎样的目标等问题形成比较明确的计划。两位老师虽然分头教学，但目标一致、方法一致，采用的复习提纲、复习卷等都是集体备课的结果，凝聚了两个老师的智慧、增强了科学性。</w:t>
      </w:r>
      <w:r>
        <w:rPr>
          <w:lang w:eastAsia="zh-CN"/>
        </w:rPr>
        <w:br/>
      </w:r>
      <w:r>
        <w:rPr>
          <w:lang w:eastAsia="zh-CN"/>
        </w:rPr>
        <w:t>　　三、深入研究教材和考试说明，准确把握历史的主干知识，编制了系统复习提纲</w:t>
      </w:r>
      <w:r>
        <w:rPr>
          <w:lang w:eastAsia="zh-CN"/>
        </w:rPr>
        <w:br/>
      </w:r>
      <w:r>
        <w:rPr>
          <w:lang w:eastAsia="zh-CN"/>
        </w:rPr>
        <w:t>　　我们两位老师利用各种机会研究教材、探讨教学中遇到的问题；先后数次研讨考试说明，深入领会考试说明中知识点为什么这样选择编排、能力要求的具体内涵是什么、例题中透露出哪些命题信息。在此基础上，按照学习专题对考点重新整合，编制了11张系统的复习提纲，对每个专题配以相应的精选习题。这样在复习中做到了讲、看、读、练的有机整合，每课一个专题，课堂效率大大提高。复习提纲得到学生欢迎，尤其是中外对照的大事年表更被不少学生视为法宝。</w:t>
      </w:r>
      <w:r>
        <w:rPr>
          <w:lang w:eastAsia="zh-CN"/>
        </w:rPr>
        <w:br/>
      </w:r>
      <w:r>
        <w:rPr>
          <w:lang w:eastAsia="zh-CN"/>
        </w:rPr>
        <w:t>　　四、科学复习，把握习题的各个环节，注重练习效率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在复习阶段要减负，就是要避免题海战，努力让学生做有用的题，学会做题的方法。我们在复习中努力把握习题的各个环节：选编、练习、批阅、讲评、改正。每份练习卷都是在教师大量查阅各种资料的基础上精选精编而成的。每份练习我们都尽量让学生利用课堂时间完成，避免课后抄袭作业的现象，实现练习的价值和作用。每次练习教师都认真批阅，都要求学生认真改正，真正弄懂每个题是怎么做的。我们十分重视每一张练习的讲评，决不就题讲题，而是深入探讨题目中的有效信息有哪些、应该怎么解决、还能怎样变化，使学生真正掌握解题方法。</w:t>
      </w:r>
      <w:r>
        <w:rPr>
          <w:lang w:eastAsia="zh-CN"/>
        </w:rPr>
        <w:br/>
      </w:r>
      <w:r>
        <w:rPr>
          <w:lang w:eastAsia="zh-CN"/>
        </w:rPr>
        <w:t>　　五、搞好补差工作，采用新的方式提高补差效率</w:t>
      </w:r>
      <w:r>
        <w:rPr>
          <w:lang w:eastAsia="zh-CN"/>
        </w:rPr>
        <w:br/>
      </w:r>
      <w:r>
        <w:rPr>
          <w:lang w:eastAsia="zh-CN"/>
        </w:rPr>
        <w:t>　　集中补差强化工作中，我们充分利用多媒体设备，让习题得到直观呈现，习题练习、方法指导有机结合，取得了较好效果。</w:t>
      </w:r>
      <w:r>
        <w:rPr>
          <w:lang w:eastAsia="zh-CN"/>
        </w:rPr>
        <w:br/>
      </w:r>
      <w:r>
        <w:rPr>
          <w:lang w:eastAsia="zh-CN"/>
        </w:rPr>
        <w:t>　　反思一年教学复习过程，也还有一些需要在今后的工作中改进的地方：</w:t>
      </w:r>
      <w:r>
        <w:rPr>
          <w:lang w:eastAsia="zh-CN"/>
        </w:rPr>
        <w:br/>
      </w:r>
      <w:r>
        <w:rPr>
          <w:lang w:eastAsia="zh-CN"/>
        </w:rPr>
        <w:t>　　1、11张复习提纲当然包罗万象，但学生却往往无从下手，我们设想要根据学情、考情进一步去粗取精，让复习提纲更便于使用。</w:t>
      </w:r>
      <w:r>
        <w:rPr>
          <w:lang w:eastAsia="zh-CN"/>
        </w:rPr>
        <w:br/>
      </w:r>
      <w:r>
        <w:rPr>
          <w:lang w:eastAsia="zh-CN"/>
        </w:rPr>
        <w:t>　　2、早学习的东西遗忘多，因此在复习过程中要更加重视安排好对八年级中国近现代史的系统有效复习。</w:t>
      </w:r>
      <w:r>
        <w:rPr>
          <w:lang w:eastAsia="zh-CN"/>
        </w:rPr>
        <w:br/>
      </w:r>
      <w:r>
        <w:rPr>
          <w:lang w:eastAsia="zh-CN"/>
        </w:rPr>
        <w:t>　　3、从七年级开始就要在日常教学中重视培养提高学生在历史学科上的理解和表达能力。</w:t>
      </w:r>
      <w:r>
        <w:rPr>
          <w:lang w:eastAsia="zh-CN"/>
        </w:rPr>
        <w:br/>
      </w:r>
      <w:r>
        <w:rPr>
          <w:lang w:eastAsia="zh-CN"/>
        </w:rPr>
        <w:t>　　以上这些总结可能还不全面，欢迎批评指正。</w:t>
      </w:r>
      <w:r>
        <w:rPr>
          <w:lang w:eastAsia="zh-CN"/>
        </w:rPr>
        <w:br/>
      </w:r>
      <w:r>
        <w:rPr>
          <w:lang w:eastAsia="zh-CN"/>
        </w:rPr>
        <w:t xml:space="preserve">    历史教师个人教学工作总结 篇9 </w:t>
      </w:r>
      <w:r>
        <w:rPr>
          <w:lang w:eastAsia="zh-CN"/>
        </w:rPr>
        <w:br/>
      </w:r>
      <w:r>
        <w:rPr>
          <w:lang w:eastAsia="zh-CN"/>
        </w:rPr>
        <w:t>　　据学校工作的需要，本学期我担任初三毕业班的历史教学工作。现将本学期的教学工作总结如下：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一、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课程标准》进行施教，让学生掌握好科学知识。</w:t>
      </w:r>
      <w:r>
        <w:rPr>
          <w:lang w:eastAsia="zh-CN"/>
        </w:rPr>
        <w:br/>
      </w:r>
      <w:r>
        <w:rPr>
          <w:lang w:eastAsia="zh-CN"/>
        </w:rPr>
        <w:t>　　二、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总结。</w:t>
      </w:r>
      <w:r>
        <w:rPr>
          <w:lang w:eastAsia="zh-CN"/>
        </w:rPr>
        <w:br/>
      </w:r>
      <w:r>
        <w:rPr>
          <w:lang w:eastAsia="zh-CN"/>
        </w:rPr>
        <w:t>　　三、积极推进素质教育。目前的历史学科考试模式仍然比较传统，这决定了教师的教学模式要停留在应试教育的层次上，为此，我在历史教学工作中注意了学生能力的培养，把传受知识、技能和发展智力、能力结合起来，在知识层面上注入了思想情感教育的`因素，发挥学生的创新意识和创新能力。让学生的各种素质都得到有效的发展和培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四、狠抓学风。我所教的3个班，学生比较喜爱历史学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r>
        <w:rPr>
          <w:lang w:eastAsia="zh-CN"/>
        </w:rPr>
        <w:br/>
      </w:r>
      <w:r>
        <w:rPr>
          <w:lang w:eastAsia="zh-CN"/>
        </w:rPr>
        <w:t>　　五、做好学生的思想工作。虽然大部分同学对该课很感兴趣，学习劲头也浓，只是差生面太大了，后进生基础太差，考试成绩都很差，有些同学是经常不及格，我找来差生，了解原因，有些是不感兴趣，我就跟他们讲学习历史的重要性，跟他们讲一些有趣的故事，提高他们的兴趣；一些学生基础太差，抱着破罐子破摔的态度，或过分自卑，考试怯场等，我就帮助他们找出适合自己的学习方法，分析原因，鼓励他们不要害怕失败，要给自己信心，付出一定会有回报。</w:t>
      </w:r>
      <w:r>
        <w:rPr>
          <w:lang w:eastAsia="zh-CN"/>
        </w:rPr>
        <w:br/>
      </w:r>
      <w:r>
        <w:rPr>
          <w:lang w:eastAsia="zh-CN"/>
        </w:rPr>
        <w:t>　　六、抓好课后辅导。我利用课余时间对学生进行辅导，不明白的耐心讲解，教给他们好的记忆方法，好的学习习惯，做到对所学知识巩固复习，及时查缺补漏。并与家长联系，及时沟通情况，使家长了解情况，以便在家里对孩子进行必要的监督。</w:t>
      </w:r>
      <w:r>
        <w:rPr>
          <w:lang w:eastAsia="zh-CN"/>
        </w:rPr>
        <w:br/>
      </w:r>
      <w:r>
        <w:rPr>
          <w:lang w:eastAsia="zh-CN"/>
        </w:rPr>
        <w:t>　　在我的努力下，历史学科成绩有一定的提高，尤其在毕业班第一、二次质量预测中效果明显，但离学校的期望还有一定的差距。究其原因，是学生的知识结构还不是很完整，知识系统还存在很多真空的部分。这些已成为宝贵的财富，将引领我在今后的工作中不断提高和进步。</w:t>
      </w:r>
      <w:r>
        <w:rPr>
          <w:lang w:eastAsia="zh-CN"/>
        </w:rPr>
        <w:br/>
      </w:r>
      <w:r>
        <w:rPr>
          <w:lang w:eastAsia="zh-CN"/>
        </w:rPr>
        <w:t xml:space="preserve">    历史教师个人教学工作总结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本人自始至终以认真、严谨的治学态度，勤恳、坚持不懈的精神从事历史教学工作。一年来，本人能认真制定计划，认真备课和教学，积极参加学校和备课组组织的各项活动，上好公开课，并能经常听取其他老师的课，从中吸取教学经验，取长补短，提高自己的教学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r>
        <w:rPr>
          <w:lang w:eastAsia="zh-CN"/>
        </w:rPr>
        <w:br/>
      </w:r>
      <w:r>
        <w:rPr>
          <w:lang w:eastAsia="zh-CN"/>
        </w:rPr>
        <w:t>　　一、认真备课，不但备学生而且备教材、备教法。</w:t>
      </w:r>
      <w:r>
        <w:rPr>
          <w:lang w:eastAsia="zh-CN"/>
        </w:rPr>
        <w:br/>
      </w:r>
      <w:r>
        <w:rPr>
          <w:lang w:eastAsia="zh-CN"/>
        </w:rPr>
        <w:t>　　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r>
        <w:rPr>
          <w:lang w:eastAsia="zh-CN"/>
        </w:rPr>
        <w:br/>
      </w:r>
      <w:r>
        <w:rPr>
          <w:lang w:eastAsia="zh-CN"/>
        </w:rPr>
        <w:t>　　二、认真上课，努力提高教学质量。</w:t>
      </w:r>
      <w:r>
        <w:rPr>
          <w:lang w:eastAsia="zh-CN"/>
        </w:rPr>
        <w:br/>
      </w:r>
      <w:r>
        <w:rPr>
          <w:lang w:eastAsia="zh-CN"/>
        </w:rPr>
        <w:t>　　为使课堂讲解线索清晰，层次分明，言简意赅，深入浅出，我积极借鉴杜郎口先进教法经验，在每一堂课上都充分考虑每一个层次的学生学习需求和学习能力，在课堂上注意精讲精练，注意调动学生的积极性，老师讲得尽量少，学生动口动手动脑尽量多，加强师生交流，充分体现学生的主作用，让学生学得容易，学得轻松，学得愉快，让各个层次的学生都得到提高。</w:t>
      </w:r>
      <w:r>
        <w:rPr>
          <w:lang w:eastAsia="zh-CN"/>
        </w:rPr>
        <w:br/>
      </w:r>
      <w:r>
        <w:rPr>
          <w:lang w:eastAsia="zh-CN"/>
        </w:rPr>
        <w:t>　　三、认真开展课堂教研，虚心向其他老师请教。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在备课组，经常与其他老师沟通交流。每个章节都积极征求其他老师的意见，学习他们的先进方法。同时，多学习，多听课，主动学习别人的优点，克服自己的不足，取长补短，改进工作。</w:t>
      </w:r>
      <w:r>
        <w:rPr>
          <w:lang w:eastAsia="zh-CN"/>
        </w:rPr>
        <w:br/>
      </w:r>
      <w:r>
        <w:rPr>
          <w:lang w:eastAsia="zh-CN"/>
        </w:rPr>
        <w:t>　　四、认真批改作业，增强教学的针对性。</w:t>
      </w:r>
      <w:r>
        <w:rPr>
          <w:lang w:eastAsia="zh-CN"/>
        </w:rPr>
        <w:br/>
      </w:r>
      <w:r>
        <w:rPr>
          <w:lang w:eastAsia="zh-CN"/>
        </w:rPr>
        <w:t>　　为了做到这点，我常常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r>
        <w:rPr>
          <w:lang w:eastAsia="zh-CN"/>
        </w:rPr>
        <w:br/>
      </w:r>
      <w:r>
        <w:rPr>
          <w:lang w:eastAsia="zh-CN"/>
        </w:rPr>
        <w:t>　　五、认真做好课后辅导，注意分层施教。</w:t>
      </w:r>
      <w:r>
        <w:rPr>
          <w:lang w:eastAsia="zh-CN"/>
        </w:rPr>
        <w:br/>
      </w:r>
      <w:r>
        <w:rPr>
          <w:lang w:eastAsia="zh-CN"/>
        </w:rPr>
        <w:t>　　在课后，对不同层次的学生进行相应的辅导，以满足不同层次的学生的需求，避免了一刀切的弊端。同时加大了后进生的辅导力度。对后进生的辅导，并不限于学习知识性的辅导，更重要的是学习思想的辅导，提高后进生的成绩，首先要解决他们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我还教给他们学习方法，提高他们的学习技能。认真细致地做好查漏补缺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总的来说，一年来我在历史教学上取得了一定成绩，但也面临着一些问题和挑战，比如：如何更新知识适应时代的要求?如何让尽快地转变观念以适应新课改的要求?如何发挥学生在课堂上主体地位作用?如何加强学科之间的渗透?等等，这些问题都是我今后工作努力的方向，我将通过不断努力，争取取得更大的进步。</w:t>
      </w:r>
      <w:r>
        <w:rPr>
          <w:lang w:eastAsia="zh-CN"/>
        </w:rPr>
        <w:br/>
      </w:r>
      <w:r>
        <w:rPr>
          <w:lang w:eastAsia="zh-CN"/>
        </w:rPr>
        <w:t>　　初中历史教师个人教学工作总结五</w:t>
      </w:r>
      <w:r>
        <w:rPr>
          <w:lang w:eastAsia="zh-CN"/>
        </w:rPr>
        <w:br/>
      </w:r>
      <w:r>
        <w:rPr>
          <w:lang w:eastAsia="zh-CN"/>
        </w:rPr>
        <w:t>　　本学期，本人任教初二年级三个班的历史课。一学期来，本人自始至终以认真、严谨的治学态度，勤恳、坚持不懈的精神从事教学工作。</w:t>
      </w:r>
      <w:r>
        <w:rPr>
          <w:lang w:eastAsia="zh-CN"/>
        </w:rPr>
        <w:br/>
      </w:r>
      <w:r>
        <w:rPr>
          <w:lang w:eastAsia="zh-CN"/>
        </w:rPr>
        <w:t>　　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良好的品德和高尚的人格。</w:t>
      </w:r>
      <w:r>
        <w:rPr>
          <w:lang w:eastAsia="zh-CN"/>
        </w:rPr>
        <w:br/>
      </w:r>
      <w:r>
        <w:rPr>
          <w:lang w:eastAsia="zh-CN"/>
        </w:rPr>
        <w:t>　　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r>
        <w:rPr>
          <w:lang w:eastAsia="zh-CN"/>
        </w:rPr>
        <w:br/>
      </w:r>
      <w:r>
        <w:rPr>
          <w:lang w:eastAsia="zh-CN"/>
        </w:rPr>
        <w:t>　　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r>
        <w:rPr>
          <w:lang w:eastAsia="zh-CN"/>
        </w:rPr>
        <w:br/>
      </w:r>
      <w:r>
        <w:rPr>
          <w:lang w:eastAsia="zh-CN"/>
        </w:rPr>
        <w:t>　　在以后的教学工作中，要不断总结经验，力求提高自己的教学水平，还要多下功夫加强对个别差生的辅导，相信一切问题都会迎刃而解，我也相信有耕耘总会有收获!</w:t>
      </w:r>
      <w:r>
        <w:rPr>
          <w:lang w:eastAsia="zh-CN"/>
        </w:rPr>
        <w:br/>
      </w:r>
      <w:r>
        <w:rPr>
          <w:lang w:eastAsia="zh-CN"/>
        </w:rPr>
        <w:t xml:space="preserve">    历史教师个人教学工作总结 篇11 </w:t>
      </w:r>
      <w:r>
        <w:rPr>
          <w:lang w:eastAsia="zh-CN"/>
        </w:rPr>
        <w:br/>
      </w:r>
      <w:r>
        <w:rPr>
          <w:lang w:eastAsia="zh-CN"/>
        </w:rPr>
        <w:t>　　本学期我担负八年级80——85班的历史学科的教育教学工作，一学期来，我始终以认真、严谨的治学态度，勤奋、坚持不懈的精神从事教学工作。以下是我在本学期的教学况总结。</w:t>
      </w:r>
      <w:r>
        <w:rPr>
          <w:lang w:eastAsia="zh-CN"/>
        </w:rPr>
        <w:br/>
      </w:r>
      <w:r>
        <w:rPr>
          <w:lang w:eastAsia="zh-CN"/>
        </w:rPr>
        <w:t>　　1、认真备课、虚心请教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今年的教案，是认认真真、一页一页写的，已四个厘米厚了。备课时，我有这样一个感受：备课不单单是写教案，更重要的是怎样写“好教案”。在这一进程中认真浏览每课内容，搜索各种资料来增加课堂知识容量(中考书、高中知识)，再加上典型习题来补充课堂教学。最后把教材内容和相干材料有机结合、排序好，再落实到教案上，来往返回好几遍。每次上课前再温习一次教案，做到万无一失。进程中张伟平、张慧霞老师帮助甚多，非常感谢!</w:t>
      </w:r>
      <w:r>
        <w:rPr>
          <w:lang w:eastAsia="zh-CN"/>
        </w:rPr>
        <w:br/>
      </w:r>
      <w:r>
        <w:rPr>
          <w:lang w:eastAsia="zh-CN"/>
        </w:rPr>
        <w:t>　　2、关注学生、爱心包容</w:t>
      </w:r>
      <w:r>
        <w:rPr>
          <w:lang w:eastAsia="zh-CN"/>
        </w:rPr>
        <w:br/>
      </w:r>
      <w:r>
        <w:rPr>
          <w:lang w:eastAsia="zh-CN"/>
        </w:rPr>
        <w:t>　　“人非草木，孰能无情?”教师对学生布满尊重，关心和期待，以一颗爱心去包容学生，学生反过来也会给老师以相应的、积极的情感回报。历史老师班多，课少，每周只有2课时，又不担负班主任，客观上师生空间间隔远，较难使师生在心理上相互接近，容纳。所以，尽力去记住学生的姓名，在课堂上不经意间的提问时喊出学生的名字，让学生知道老师在关注他，从而建立起良好的师生感情，汇报一下，80—85每个班实际能记一半吧。脾气好很多，生气几近没有，就是再调皮捣蛋，心中总闪出他可爱的一面。</w:t>
      </w:r>
      <w:r>
        <w:rPr>
          <w:lang w:eastAsia="zh-CN"/>
        </w:rPr>
        <w:br/>
      </w:r>
      <w:r>
        <w:rPr>
          <w:lang w:eastAsia="zh-CN"/>
        </w:rPr>
        <w:t>　　3、积极引导，培养爱好</w:t>
      </w:r>
      <w:r>
        <w:rPr>
          <w:lang w:eastAsia="zh-CN"/>
        </w:rPr>
        <w:br/>
      </w:r>
      <w:r>
        <w:rPr>
          <w:lang w:eastAsia="zh-CN"/>
        </w:rPr>
        <w:t>　　孔子曰：“知之者不如好之者，好之者不如乐之者。”所以在课堂上应用多种感官刺激，调动学生的学习爱好，就显得特别重要了。央视《百家讲坛》节目中的易中天、于丹、纪连海等这些历史学者，他们用自己独特的方式向观众展现出一幅幅生动的历史画面，使观众感爱好的同时也弥补了历史知识。个人在教学中，除课本、课件外，喜欢和同学们一起回到历史，进行角色扮演，尽可能在“填鸭式”的教学进程中，做到“寓教于乐”。</w:t>
      </w:r>
      <w:r>
        <w:rPr>
          <w:lang w:eastAsia="zh-CN"/>
        </w:rPr>
        <w:br/>
      </w:r>
      <w:r>
        <w:rPr>
          <w:lang w:eastAsia="zh-CN"/>
        </w:rPr>
        <w:t>　　4、及时归纳、严格落实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历史内容丰富多彩，纷纷复杂，我讲的多、玩笑多，轻易使学生失去头绪，不知重点。所以课堂写板书，就重要了，大多将历史知识网格化，以大框架的情势展现出来一目了然。在历史的温习课中，就把这些相干的历史知识串连起来，以时间、空间、人物等为线索，就似乎线串珠子一样。每节课学习结束后，下节课都要听写检查，落实课上，前30分钟参考黑板上的板书背诵，10分钟听写，五分钟交换批，改错，背一遍，听写一遍，自己批改一遍，加起来就三遍，至于落实表，表面上是全班，大多数来的是前三十的学生，老师问一个，学生就得全部背的特别熟了吧，对待尖子生还能问一些难点题目，多点交换的机会。</w:t>
      </w:r>
      <w:r>
        <w:rPr>
          <w:lang w:eastAsia="zh-CN"/>
        </w:rPr>
        <w:br/>
      </w:r>
      <w:r>
        <w:rPr>
          <w:lang w:eastAsia="zh-CN"/>
        </w:rPr>
        <w:t xml:space="preserve">    历史教师个人教学工作总结 篇12 </w:t>
      </w:r>
      <w:r>
        <w:rPr>
          <w:lang w:eastAsia="zh-CN"/>
        </w:rPr>
        <w:br/>
      </w:r>
      <w:r>
        <w:rPr>
          <w:lang w:eastAsia="zh-CN"/>
        </w:rPr>
        <w:t>　　好快!又一个学期结束了，这个学期是在紧张、忙碌、充实、成长中度过的，坦率地说是我参加工作以来成长最迅速的一段时间，不仅仅是在教学业务上，更多的是在教学经验上、在教育教学心理承受能力上</w:t>
      </w:r>
      <w:r>
        <w:rPr>
          <w:lang w:eastAsia="zh-CN"/>
        </w:rPr>
        <w:br/>
      </w:r>
      <w:r>
        <w:rPr>
          <w:lang w:eastAsia="zh-CN"/>
        </w:rPr>
        <w:t>　　感谢学校领导对我的信任，继续安排我教八年级的历史课并承担备课组长的工作。</w:t>
      </w:r>
      <w:r>
        <w:rPr>
          <w:lang w:eastAsia="zh-CN"/>
        </w:rPr>
        <w:br/>
      </w:r>
      <w:r>
        <w:rPr>
          <w:lang w:eastAsia="zh-CN"/>
        </w:rPr>
        <w:t>　　学校对我的信任是我工作的最大动力，并时时刻刻激励着我，用心去克服工作中遇到的一切困难，认认真真、踏踏实实地完成每一项工作，以不辜负学校领导对我的殷切期望。</w:t>
      </w:r>
      <w:r>
        <w:rPr>
          <w:lang w:eastAsia="zh-CN"/>
        </w:rPr>
        <w:br/>
      </w:r>
      <w:r>
        <w:rPr>
          <w:lang w:eastAsia="zh-CN"/>
        </w:rPr>
        <w:t>　　八年级的历史组有耿老师、李老师和李红老师，加上我一共是四个人，她们是我工作中愉快的合作伙伴。在平时的教育教学工作中，她们经常替我分担一些组里的工作，在这里真诚的向他们道一声：谢谢!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对于我而言，与其说是和她们在一起工作，还不如说是我在向她们学习，坦率而言，我从她们身上学到了许多东西，和她们相处如沐春风、和煦温婉而生机勃勃。</w:t>
      </w:r>
      <w:r>
        <w:rPr>
          <w:lang w:eastAsia="zh-CN"/>
        </w:rPr>
        <w:br/>
      </w:r>
      <w:r>
        <w:rPr>
          <w:lang w:eastAsia="zh-CN"/>
        </w:rPr>
        <w:t>　　团结的团队是我成长的沃土，并且不断地给我信心和勇气，闯过一个个难关。</w:t>
      </w:r>
      <w:r>
        <w:rPr>
          <w:lang w:eastAsia="zh-CN"/>
        </w:rPr>
        <w:br/>
      </w:r>
      <w:r>
        <w:rPr>
          <w:lang w:eastAsia="zh-CN"/>
        </w:rPr>
        <w:t>　　在平时的上课过程中，我注意观察学生，并且注意调整以往我的教学方式，根据他们以前学习的习惯，一点一点地使历史课堂走进他们，让他们适应八年级的历史学习，同时也使我适应了同学们。</w:t>
      </w:r>
      <w:r>
        <w:rPr>
          <w:lang w:eastAsia="zh-CN"/>
        </w:rPr>
        <w:br/>
      </w:r>
      <w:r>
        <w:rPr>
          <w:lang w:eastAsia="zh-CN"/>
        </w:rPr>
        <w:t>　　教学工作中遇到的每一个问题、困难都是我成长的催化剂，这催化剂往往也会生出快乐的小泡泡。</w:t>
      </w:r>
      <w:r>
        <w:rPr>
          <w:lang w:eastAsia="zh-CN"/>
        </w:rPr>
        <w:br/>
      </w:r>
      <w:r>
        <w:rPr>
          <w:lang w:eastAsia="zh-CN"/>
        </w:rPr>
        <w:t>　　在与学生们的不断磨合的过程中，学生渐渐地了解我、接受我的授课方式，进而了解怎样去学习历史，更学会了去懂得历史。</w:t>
      </w:r>
      <w:r>
        <w:rPr>
          <w:lang w:eastAsia="zh-CN"/>
        </w:rPr>
        <w:br/>
      </w:r>
      <w:r>
        <w:rPr>
          <w:lang w:eastAsia="zh-CN"/>
        </w:rPr>
        <w:t>　　区质量检测考试中，我所任教的八年级十一班、十二班、十三班、十五班、十七班和十九班都取得了优异的成绩。而且，在区里各校评比中八年级考试成绩各项指标遥遥领先，这是八年级全体历史老师共同努力、团结合作取得的成果。</w:t>
      </w:r>
      <w:r>
        <w:rPr>
          <w:lang w:eastAsia="zh-CN"/>
        </w:rPr>
        <w:br/>
      </w:r>
      <w:r>
        <w:rPr>
          <w:lang w:eastAsia="zh-CN"/>
        </w:rPr>
        <w:t>　　这个学期八年级历史组组织了动手做历史活动，不仅增添了历史学习的趣味性，同时，也使历史走进了学生，让更多的学生喜欢上了历史，喜欢上历史课。</w:t>
      </w:r>
      <w:r>
        <w:rPr>
          <w:lang w:eastAsia="zh-CN"/>
        </w:rPr>
        <w:br/>
      </w:r>
      <w:r>
        <w:rPr>
          <w:lang w:eastAsia="zh-CN"/>
        </w:rPr>
        <w:t>　　作为备课组长，不仅要积极组织各项活动，更要把日常的教学工作做好。每个周三的第二节课是我们的集体备课时间，每次集体备课我们都认真准备，做到有效备课。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备课是为了上好课，课堂我认真、严谨地完成授课任务，力求达到最好的教学效果。</w:t>
      </w:r>
      <w:r>
        <w:rPr>
          <w:lang w:eastAsia="zh-CN"/>
        </w:rPr>
        <w:br/>
      </w:r>
      <w:r>
        <w:rPr>
          <w:lang w:eastAsia="zh-CN"/>
        </w:rPr>
        <w:t>　　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r>
        <w:rPr>
          <w:lang w:eastAsia="zh-CN"/>
        </w:rPr>
        <w:br/>
      </w:r>
      <w:r>
        <w:rPr>
          <w:lang w:eastAsia="zh-CN"/>
        </w:rPr>
        <w:t>　　在近四个月的教学过程中，我经历了太多以往我没有经历过的事情，使我在教育教学心智方面不断成熟，以上仅仅是教学工作中的一点点。其实，每一位老师的经历都会有这样或那样的相同或相似。</w:t>
      </w:r>
      <w:r>
        <w:rPr>
          <w:lang w:eastAsia="zh-CN"/>
        </w:rPr>
        <w:br/>
      </w:r>
      <w:r>
        <w:rPr>
          <w:lang w:eastAsia="zh-CN"/>
        </w:rPr>
        <w:t>　　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r>
        <w:rPr>
          <w:lang w:eastAsia="zh-CN"/>
        </w:rPr>
        <w:br/>
      </w:r>
      <w:r>
        <w:rPr>
          <w:lang w:eastAsia="zh-CN"/>
        </w:rPr>
        <w:t xml:space="preserve">    历史教师个人教学工作总结 篇13 </w:t>
      </w:r>
      <w:r>
        <w:rPr>
          <w:lang w:eastAsia="zh-CN"/>
        </w:rPr>
        <w:br/>
      </w:r>
      <w:r>
        <w:rPr>
          <w:lang w:eastAsia="zh-CN"/>
        </w:rPr>
        <w:t>　　本学期，按照教学计划规定的任务，我组三位教师认真履行职责，如期完成了教育教学工作。主要做了以下工作：</w:t>
      </w:r>
      <w:r>
        <w:rPr>
          <w:lang w:eastAsia="zh-CN"/>
        </w:rPr>
        <w:br/>
      </w:r>
      <w:r>
        <w:rPr>
          <w:lang w:eastAsia="zh-CN"/>
        </w:rPr>
        <w:t>　　一、认真学习，提高思想认识，树立新的理念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在教学工作中坚持业务学习，不断解放思想，更新观念，丰富知识，提高能力，以饱满的热情，全身心地投入到历史教学中。除认真组织学习《课程标准解读》外，还经常分析高考、会考方向及教改的趋势，狠抓教材的学习与新观点、新思维、新情景的学习研究，并注意发挥集体协作精神，与政治、地理相关学科老师共同研究高考、会考信息和动向，资源共享，充分发挥集体的智慧、力量，积极探索教育教学规律，充分运用学校现有的教育教学资源，大胆进行课堂教学改革的探索，加大新型教学方法使用力度，注重培养学生自主学习和探究的能力，重视学生的独立性、自主性的培养与发展。</w:t>
      </w:r>
      <w:r>
        <w:rPr>
          <w:lang w:eastAsia="zh-CN"/>
        </w:rPr>
        <w:br/>
      </w:r>
      <w:r>
        <w:rPr>
          <w:lang w:eastAsia="zh-CN"/>
        </w:rPr>
        <w:t>　　二、继续规范教学常规，进行有效教学实践的研究</w:t>
      </w:r>
      <w:r>
        <w:rPr>
          <w:lang w:eastAsia="zh-CN"/>
        </w:rPr>
        <w:br/>
      </w:r>
      <w:r>
        <w:rPr>
          <w:lang w:eastAsia="zh-CN"/>
        </w:rPr>
        <w:t>　　1、充分发挥集体的智慧，备课深入细致。加强集体备课，每一节课在上课前都认真的研究教材，多方参阅各种资料，力求深入理解教材，准确把握难重点。哪一个知识点该怎么讲，大概用多长的时间讲，都认真的讨论过。在制定教学目的时，注意学生的实际情况。</w:t>
      </w:r>
      <w:r>
        <w:rPr>
          <w:lang w:eastAsia="zh-CN"/>
        </w:rPr>
        <w:br/>
      </w:r>
      <w:r>
        <w:rPr>
          <w:lang w:eastAsia="zh-CN"/>
        </w:rPr>
        <w:t>　　2、加强集体备课活动，做到定主讲、定内容、定时间。每周至少一次集体备课时间，每次都是全员参加，全员参与。</w:t>
      </w:r>
      <w:r>
        <w:rPr>
          <w:lang w:eastAsia="zh-CN"/>
        </w:rPr>
        <w:br/>
      </w:r>
      <w:r>
        <w:rPr>
          <w:lang w:eastAsia="zh-CN"/>
        </w:rPr>
        <w:t>　　3、注重课堂教学效果。针对学生特点，以问题式教学为主，不搞满堂灌，坚持学生为主体，教师为主导、教学为主线，注重讲练结合。在教学中注意抓住重点， 突破难点。</w:t>
      </w:r>
      <w:r>
        <w:rPr>
          <w:lang w:eastAsia="zh-CN"/>
        </w:rPr>
        <w:br/>
      </w:r>
      <w:r>
        <w:rPr>
          <w:lang w:eastAsia="zh-CN"/>
        </w:rPr>
        <w:t>　　4、坚持听课活动。每周都要组织组内听课活动，听后还要组织讨论，吸取他人之长，以补自己的不足。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5、组织公开课活动。每两周安排的一次组内老师的示范课，听后集体评议，并时常请资深教师指导，以求进步。</w:t>
      </w:r>
      <w:r>
        <w:rPr>
          <w:lang w:eastAsia="zh-CN"/>
        </w:rPr>
        <w:br/>
      </w:r>
      <w:r>
        <w:rPr>
          <w:lang w:eastAsia="zh-CN"/>
        </w:rPr>
        <w:t>　　6、注意教学手段的多样化，充分利用信息技术，把多媒体教学搞的有声有色。</w:t>
      </w:r>
      <w:r>
        <w:rPr>
          <w:lang w:eastAsia="zh-CN"/>
        </w:rPr>
        <w:br/>
      </w:r>
      <w:r>
        <w:rPr>
          <w:lang w:eastAsia="zh-CN"/>
        </w:rPr>
        <w:t>　　7、进行 中学历史目标教学模式的探索与研究专项课题研究，并取得了较好成果。论文多篇获奖，有的发表在各级刊物上。</w:t>
      </w:r>
      <w:r>
        <w:rPr>
          <w:lang w:eastAsia="zh-CN"/>
        </w:rPr>
        <w:br/>
      </w:r>
      <w:r>
        <w:rPr>
          <w:lang w:eastAsia="zh-CN"/>
        </w:rPr>
        <w:t>　　8、以学校博客群组作为平台，加强教育教学研究和反思。张全杰、徐春华两位老师获得市级博客比赛最佳互动奖和校级博客评选十佳博客。</w:t>
      </w:r>
      <w:r>
        <w:rPr>
          <w:lang w:eastAsia="zh-CN"/>
        </w:rPr>
        <w:br/>
      </w:r>
      <w:r>
        <w:rPr>
          <w:lang w:eastAsia="zh-CN"/>
        </w:rPr>
        <w:t>　　三、不足：</w:t>
      </w:r>
      <w:r>
        <w:rPr>
          <w:lang w:eastAsia="zh-CN"/>
        </w:rPr>
        <w:br/>
      </w:r>
      <w:r>
        <w:rPr>
          <w:lang w:eastAsia="zh-CN"/>
        </w:rPr>
        <w:t>　　第一、平时的组题，要做到精选，并且要做到精做，提高单位时间的做题效率，尤其是出现原题时不能做错。前几次考试中，都出现了一定比例的原题，但学生普遍的失分较多。</w:t>
      </w:r>
      <w:r>
        <w:rPr>
          <w:lang w:eastAsia="zh-CN"/>
        </w:rPr>
        <w:br/>
      </w:r>
      <w:r>
        <w:rPr>
          <w:lang w:eastAsia="zh-CN"/>
        </w:rPr>
        <w:t>　　第二、做题方法对学生传授的不够，同学们不能做到以不变来应万变。</w:t>
      </w:r>
      <w:r>
        <w:rPr>
          <w:lang w:eastAsia="zh-CN"/>
        </w:rPr>
        <w:br/>
      </w:r>
      <w:r>
        <w:rPr>
          <w:lang w:eastAsia="zh-CN"/>
        </w:rPr>
        <w:t>　　四、下一阶段的具体的做好：</w:t>
      </w:r>
      <w:r>
        <w:rPr>
          <w:lang w:eastAsia="zh-CN"/>
        </w:rPr>
        <w:br/>
      </w:r>
      <w:r>
        <w:rPr>
          <w:lang w:eastAsia="zh-CN"/>
        </w:rPr>
        <w:t>　　第一，让要加强集体备课，要把备课工作做到更细。并且要加强三位教师之间的相互听课。</w:t>
      </w:r>
      <w:r>
        <w:rPr>
          <w:lang w:eastAsia="zh-CN"/>
        </w:rPr>
        <w:br/>
      </w:r>
      <w:r>
        <w:rPr>
          <w:lang w:eastAsia="zh-CN"/>
        </w:rPr>
        <w:t>　　第二，注意习题的选题与练习，精讲精练。加大作业的批改，从作业中发现自己的不足、学生的不足。</w:t>
      </w:r>
      <w:r>
        <w:rPr>
          <w:lang w:eastAsia="zh-CN"/>
        </w:rPr>
        <w:br/>
      </w:r>
      <w:r>
        <w:rPr>
          <w:lang w:eastAsia="zh-CN"/>
        </w:rPr>
        <w:t>　　第三，一定的做好培优补差工作，把学校的指导方针落实到实处。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xml:space="preserve">    历史教师个人教学工作总结 篇14 </w:t>
      </w:r>
      <w:r>
        <w:rPr>
          <w:lang w:eastAsia="zh-CN"/>
        </w:rPr>
        <w:br/>
      </w:r>
      <w:r>
        <w:rPr>
          <w:lang w:eastAsia="zh-CN"/>
        </w:rPr>
        <w:t>　　我担任了高二两个文科班的历史教学，并任高三历史备课组组长 ，圆满的完成了教学任务即学校制定的功勋目标 。对本学年的教学做一下总结：</w:t>
      </w:r>
      <w:r>
        <w:rPr>
          <w:lang w:eastAsia="zh-CN"/>
        </w:rPr>
        <w:br/>
      </w:r>
      <w:r>
        <w:rPr>
          <w:lang w:eastAsia="zh-CN"/>
        </w:rPr>
        <w:t>　　一、落实教学常规，切实提高课堂教学效率。</w:t>
      </w:r>
      <w:r>
        <w:rPr>
          <w:lang w:eastAsia="zh-CN"/>
        </w:rPr>
        <w:br/>
      </w:r>
      <w:r>
        <w:rPr>
          <w:lang w:eastAsia="zh-CN"/>
        </w:rPr>
        <w:t>　　学生学习的主渠道是在课堂上，在课堂上，学生是学习的主人。因此，课堂教学效率的高低直接影响着学生学习的效率。这学期我在努力提高课堂教学效率方面着重抓了以下几个点：</w:t>
      </w:r>
      <w:r>
        <w:rPr>
          <w:lang w:eastAsia="zh-CN"/>
        </w:rPr>
        <w:br/>
      </w:r>
      <w:r>
        <w:rPr>
          <w:lang w:eastAsia="zh-CN"/>
        </w:rPr>
        <w:t>　　1、 努力钻研教材,认真备好每一节课。</w:t>
      </w:r>
      <w:r>
        <w:rPr>
          <w:lang w:eastAsia="zh-CN"/>
        </w:rPr>
        <w:br/>
      </w:r>
      <w:r>
        <w:rPr>
          <w:lang w:eastAsia="zh-CN"/>
        </w:rPr>
        <w:t>　　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r>
        <w:rPr>
          <w:lang w:eastAsia="zh-CN"/>
        </w:rPr>
        <w:br/>
      </w:r>
      <w:r>
        <w:rPr>
          <w:lang w:eastAsia="zh-CN"/>
        </w:rPr>
        <w:t>　　正因为如此，我在上课时才能做到不慌不忙，从容应对。</w:t>
      </w:r>
      <w:r>
        <w:rPr>
          <w:lang w:eastAsia="zh-CN"/>
        </w:rPr>
        <w:br/>
      </w:r>
      <w:r>
        <w:rPr>
          <w:lang w:eastAsia="zh-CN"/>
        </w:rPr>
        <w:t>　　2、努力更新教学观念， 切实提高教学质量。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r>
        <w:rPr>
          <w:lang w:eastAsia="zh-CN"/>
        </w:rPr>
        <w:br/>
      </w:r>
      <w:r>
        <w:rPr>
          <w:lang w:eastAsia="zh-CN"/>
        </w:rPr>
        <w:t>　　3、认真批改作业 ：布置作业做到精选精练。</w:t>
      </w:r>
      <w:r>
        <w:rPr>
          <w:lang w:eastAsia="zh-CN"/>
        </w:rPr>
        <w:br/>
      </w:r>
      <w:r>
        <w:rPr>
          <w:lang w:eastAsia="zh-CN"/>
        </w:rPr>
        <w:t>　　有针对性，有层次性， 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 并针对有关情况及时改进教学方法，做到有的放矢。</w:t>
      </w:r>
      <w:r>
        <w:rPr>
          <w:lang w:eastAsia="zh-CN"/>
        </w:rPr>
        <w:br/>
      </w:r>
      <w:r>
        <w:rPr>
          <w:lang w:eastAsia="zh-CN"/>
        </w:rPr>
        <w:t>　　4 、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r>
        <w:rPr>
          <w:lang w:eastAsia="zh-CN"/>
        </w:rPr>
        <w:br/>
      </w:r>
      <w:r>
        <w:rPr>
          <w:lang w:eastAsia="zh-CN"/>
        </w:rPr>
        <w:t>　　每当看到他们拿着练习什么的来到办公室，我就特别的开心并耐心解答。在我的努力下，一些差生的学习成绩有了一定程度的提高，并对历史渐渐有个浓厚的兴趣，这是最开心最欣慰的事情。</w:t>
      </w:r>
      <w:r>
        <w:rPr>
          <w:lang w:eastAsia="zh-CN"/>
        </w:rPr>
        <w:br/>
      </w:r>
      <w:r>
        <w:rPr>
          <w:lang w:eastAsia="zh-CN"/>
        </w:rPr>
        <w:t>　　二、努力培养学生良好的学习习惯，增强学生信心。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总静不下来，经过我不懈的努力、反复地强调</w:t>
      </w:r>
      <w:r>
        <w:rPr>
          <w:lang w:eastAsia="zh-CN"/>
        </w:rPr>
        <w:t xml:space="preserve"> ，学生又逐渐学会了静下心来学习，在学习时间保持安静。</w:t>
      </w:r>
      <w:r>
        <w:rPr>
          <w:lang w:eastAsia="zh-CN"/>
        </w:rPr>
        <w:br/>
      </w:r>
      <w:r>
        <w:rPr>
          <w:lang w:eastAsia="zh-CN"/>
        </w:rPr>
        <w:t>　　虽然有的学生有畏难情绪，觉得历史很难学习，要理解和记忆东西太多，但是我尽量宽慰他们，培养他们的信心，当我看到他们取得成绩时那眉飞色舞的表情，我知道他们又一次战胜了自己，他们的信心又多了一分。</w:t>
      </w:r>
      <w:r>
        <w:rPr>
          <w:lang w:eastAsia="zh-CN"/>
        </w:rPr>
        <w:br/>
      </w:r>
      <w:r>
        <w:rPr>
          <w:lang w:eastAsia="zh-CN"/>
        </w:rPr>
        <w:t>　　三、加强学习，努力提高自身素质。</w:t>
      </w:r>
      <w:r>
        <w:rPr>
          <w:lang w:eastAsia="zh-CN"/>
        </w:rPr>
        <w:br/>
      </w:r>
      <w:r>
        <w:rPr>
          <w:lang w:eastAsia="zh-CN"/>
        </w:rPr>
        <w:t>　　1、 积极参加备课组活动，努力提高教学水平。</w:t>
      </w:r>
      <w:r>
        <w:rPr>
          <w:lang w:eastAsia="zh-CN"/>
        </w:rPr>
        <w:br/>
      </w:r>
      <w:r>
        <w:rPr>
          <w:lang w:eastAsia="zh-CN"/>
        </w:rPr>
        <w:t>　　作为一个和谐团结的科组，为了能够把科组建设的更好 ，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 。经统计 ，本学期我共听课至少40节 ，备课组活动每周一次。</w:t>
      </w:r>
      <w:r>
        <w:rPr>
          <w:lang w:eastAsia="zh-CN"/>
        </w:rPr>
        <w:br/>
      </w:r>
      <w:r>
        <w:rPr>
          <w:lang w:eastAsia="zh-CN"/>
        </w:rPr>
        <w:t>　　这些活动让我在上课时不断的提高自我教学水平，同时吸收了一些优秀教师的经验 ，为以后的教学积累了一定的经验。</w:t>
      </w:r>
      <w:r>
        <w:rPr>
          <w:lang w:eastAsia="zh-CN"/>
        </w:rPr>
        <w:br/>
      </w:r>
      <w:r>
        <w:rPr>
          <w:lang w:eastAsia="zh-CN"/>
        </w:rPr>
        <w:t>　　四、自我反思(不足之处)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r>
        <w:rPr>
          <w:lang w:eastAsia="zh-CN"/>
        </w:rPr>
        <w:br/>
      </w:r>
      <w:r>
        <w:rPr>
          <w:lang w:eastAsia="zh-CN"/>
        </w:rPr>
        <w:t>　　所以在下学期的工作中，我们要吸取教训，尽量能够让同学们在有限的时间内做到针对重难点进行练习。</w:t>
      </w:r>
      <w:r>
        <w:rPr>
          <w:lang w:eastAsia="zh-CN"/>
        </w:rPr>
        <w:br/>
      </w:r>
      <w:r>
        <w:rPr>
          <w:lang w:eastAsia="zh-CN"/>
        </w:rPr>
        <w:t xml:space="preserve">    历史教师个人教学工作总结 篇15 </w:t>
      </w:r>
      <w:r>
        <w:rPr>
          <w:lang w:eastAsia="zh-CN"/>
        </w:rPr>
        <w:br/>
      </w:r>
      <w:r>
        <w:rPr>
          <w:lang w:eastAsia="zh-CN"/>
        </w:rPr>
        <w:t>　　本学期，本人任教八级三个班的历史课。一学期来，本人自始至终以认真、严谨的治学态度，勤恳、坚持不懈的精神从事教学工作。</w:t>
      </w:r>
      <w:r>
        <w:rPr>
          <w:lang w:eastAsia="zh-CN"/>
        </w:rPr>
        <w:br/>
      </w:r>
      <w:r>
        <w:rPr>
          <w:lang w:eastAsia="zh-CN"/>
        </w:rPr>
        <w:t>　　作为教师，能认真制定计划，注重研究中学教学理论，认真备课和教学，积极参加科组活动和备课组活动，上好每一节课，并能经常听各老师的课，从中吸取教学经验，取长补短，提高自己的教学的业务水平。每节课都以的精神状态站在教坛，以和蔼、简单、认真的形象去应对学生。按照「初中历史新课程标准」进行施教，让学生掌握好科学知识。还注意以德为本，结合现实生活中的现象层层善诱，多方面、多角度去培养现实良好的品德和高尚的人格。</w:t>
      </w:r>
      <w:r>
        <w:rPr>
          <w:lang w:eastAsia="zh-CN"/>
        </w:rPr>
        <w:br/>
      </w:r>
      <w:r>
        <w:rPr>
          <w:lang w:eastAsia="zh-CN"/>
        </w:rPr>
        <w:t>　　作为教八年级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透过培养学生学习政治的兴趣，调动学生学习的积极性、主动性，提高课堂的教学质量，按时完成教学任务。</w:t>
      </w:r>
      <w:r>
        <w:rPr>
          <w:lang w:eastAsia="zh-CN"/>
        </w:rPr>
        <w:br/>
      </w:r>
    </w:p>
    <w:p w:rsidR="001B1F19" w14:textId="27C3F48A">
      <w:pPr>
        <w:rPr>
          <w:rFonts w:hint="eastAsia"/>
          <w:lang w:eastAsia="zh-CN"/>
        </w:rPr>
      </w:pPr>
      <w:r>
        <w:rPr>
          <w:lang w:eastAsia="zh-CN"/>
        </w:rPr>
        <w:t>　　透过一学期努力，能制定好复习计划，并能认真备好复习课，培养好尖子生，提高中等生，帮忙差生。同时发觉很大一部分学生理解潜力较差，学习自觉性不高。</w:t>
      </w:r>
      <w:r>
        <w:rPr>
          <w:lang w:eastAsia="zh-CN"/>
        </w:rPr>
        <w:br/>
      </w:r>
      <w:r>
        <w:rPr>
          <w:lang w:eastAsia="zh-CN"/>
        </w:rPr>
        <w:t>　　在以后的教学工作中，要不断总结经验，力求提高自己的教学水平，还要多下功夫加强对个别差生的.辅导，相信一切问题都会迎刃而解，我也相信有耕耘总会有收获!</w:t>
      </w:r>
      <w:r>
        <w:rPr>
          <w:lang w:eastAsia="zh-CN"/>
        </w:rPr>
        <w:br/>
      </w:r>
      <w:r>
        <w:rPr>
          <w:lang w:eastAsia="zh-CN"/>
        </w:rPr>
        <w:t>　　本学期，本人任八年级二个班的历史课。我认真学习从各方面严格要求自己，适应新时期教学工作的要求，积极向老教师请教，结合本校的实际条件和学生的实际状况，勤勤恳恳，兢兢业业，使教学工作有计划，有组织，有步骤地开展。立足此刻，放眼未来，为使今后的工作取得更大的进步，现对本学期教学工作作出总结，期望能发扬优点，克服不足，总结检验教训，继往开来，以促进教训工作更上一层楼。</w:t>
      </w:r>
      <w:r>
        <w:rPr>
          <w:lang w:eastAsia="zh-CN"/>
        </w:rPr>
        <w:br/>
      </w:r>
      <w:r>
        <w:rPr>
          <w:lang w:eastAsia="zh-CN"/>
        </w:rPr>
        <w:t>　　一、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https://d.book118.com/055213310243011120</w:t>
        </w:r>
      </w:hyperlink>
    </w:p>
    <w:p w:rsidR="001B1F19">
      <w:pPr>
        <w:rPr>
          <w:rFonts w:hint="eastAsia"/>
          <w:lang w:eastAsia="zh-CN"/>
        </w:rPr>
      </w:pPr>
    </w:p>
    <w:sectPr>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5521331024301112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