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2024年网络研修培训心得参考8篇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 xml:space="preserve">    2024年网络研修培训心得篇1 </w:t>
      </w:r>
      <w:r>
        <w:rPr>
          <w:lang w:eastAsia="zh-CN"/>
        </w:rPr>
        <w:br/>
      </w:r>
      <w:r>
        <w:rPr>
          <w:lang w:eastAsia="zh-CN"/>
        </w:rPr>
        <w:t xml:space="preserve">    今年暑假期间我参加了网络研修学习，作为教师的我，在暑假期间虽然占用了一点休息时间，但通过学习、培训，觉得自己的教学水平提一个档次。网络知识培训，这对我57岁的人来说，是一个比较新的课题，通过学习使我受益匪浅。 </w:t>
      </w:r>
      <w:r>
        <w:rPr>
          <w:lang w:eastAsia="zh-CN"/>
        </w:rPr>
        <w:br/>
      </w:r>
      <w:r>
        <w:rPr>
          <w:lang w:eastAsia="zh-CN"/>
        </w:rPr>
        <w:t xml:space="preserve">    通过几周的培训学习，我听取了各位专家学者的教育新理念，学习了不少优秀教师的课堂教学设计，同时还与许多年轻教师们进行了充分的交流，收获很大，同时也认识到了自己教学中的不足。这次培训来的很及时，培训内容也很深刻，培训的效果将影响深远。崭新的教育理念和先进的教学模式触动着每位教师的心灵。作为一线教师的我深深感到学习的重要性，在培训过程当中，我所遇到的每一个老师都流露出积极、乐观、向上的心态，我认为，保持这种心态对每个人的工作、生活都是至关重要的，这将深深地影响着我、激励着我对今后工作的态度。下面就以我的培训实践来谈谈自己的体会。 </w:t>
      </w:r>
      <w:r>
        <w:rPr>
          <w:lang w:eastAsia="zh-CN"/>
        </w:rPr>
        <w:br/>
      </w:r>
      <w:r>
        <w:rPr>
          <w:lang w:eastAsia="zh-CN"/>
        </w:rPr>
        <w:t xml:space="preserve">    一、一丝不苟，认真对待教学工作 </w:t>
      </w:r>
      <w:r>
        <w:rPr>
          <w:lang w:eastAsia="zh-CN"/>
        </w:rPr>
        <w:br/>
      </w:r>
      <w:r>
        <w:rPr>
          <w:lang w:eastAsia="zh-CN"/>
        </w:rPr>
        <w:t xml:space="preserve">    (1)爱岗敬业。要热爱教育事业，要对教育事业尽心尽力，积极进取，努力创新。尽心尽责地完成每一项教学任务，不求最好，但求更好。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(2)尊重学生。每一位学生都渴望得到老师的理解和尊重。我们要把学生当作平等的人看待，不能把学生当下级随便呵斥。只有我们把学生看重了，学生得到老师的尊重了，他们才会尊重老师，愿意学习这个老师所传授的各种知识。 </w:t>
      </w:r>
      <w:r>
        <w:rPr>
          <w:lang w:eastAsia="zh-CN"/>
        </w:rPr>
        <w:br/>
      </w:r>
      <w:r>
        <w:rPr>
          <w:lang w:eastAsia="zh-CN"/>
        </w:rPr>
        <w:t xml:space="preserve">    (3)要有强烈的责任心。作为一个人民教师，有强烈的责任心是最基本的，这种责任心主要体现在对全体学生负责。教师教书育人应是面 对全体学生。我们当教师一踏进校门的那一天起，便对每一位学生负起责任，必须关爱学生，尊重学生人格，促进他们在品德、智力、体质各方面都得到发展。 </w:t>
      </w:r>
      <w:r>
        <w:rPr>
          <w:lang w:eastAsia="zh-CN"/>
        </w:rPr>
        <w:br/>
      </w:r>
      <w:r>
        <w:rPr>
          <w:lang w:eastAsia="zh-CN"/>
        </w:rPr>
        <w:t xml:space="preserve">    (4)以身作则。教师的言行对学生的思想、行为和品质具有潜移默化的影响，教师的一言一行，学生均喜欢模仿，这将给学生成长带来一生的影响。因此，教师一定要时时刻刻为学生做出好的榜样，凡要求学生要做到的，自己首先做到。坚持严于律己。 </w:t>
      </w:r>
      <w:r>
        <w:rPr>
          <w:lang w:eastAsia="zh-CN"/>
        </w:rPr>
        <w:br/>
      </w:r>
      <w:r>
        <w:rPr>
          <w:lang w:eastAsia="zh-CN"/>
        </w:rPr>
        <w:t xml:space="preserve">    二、反思教学工作，不断进取 </w:t>
      </w:r>
      <w:r>
        <w:rPr>
          <w:lang w:eastAsia="zh-CN"/>
        </w:rPr>
        <w:br/>
      </w:r>
      <w:r>
        <w:rPr>
          <w:lang w:eastAsia="zh-CN"/>
        </w:rPr>
        <w:t xml:space="preserve">    在教学中不断思量着自己在工作中的不足之处。努力提高自己的业务水平，继续向优秀的教师学习，来更好地适应现在的数学教学。 </w:t>
      </w:r>
      <w:r>
        <w:rPr>
          <w:lang w:eastAsia="zh-CN"/>
        </w:rPr>
        <w:br/>
      </w:r>
      <w:r>
        <w:rPr>
          <w:lang w:eastAsia="zh-CN"/>
        </w:rPr>
        <w:t xml:space="preserve">    三、自觉采用新的教学模式。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作为老师，只有不断的更新自己的知识，不断提高自身素质，不断的完善自己，才能教好学生。多年来，老师教，学生学;老师讲，学生听，这已经成为固定的教学模式，这种教学模式限制了学生的发展，压抑了学生学习的热情，不能焕发学生的潜能，通过培训学习，我进一步了解了“合作学习”、“主动探究”、“师生互动”、“生生互动”等新型的教学模式的内涵。这些新的教学模式给学生更加自由的学习空间，为课堂注入了新的生机与活力，体现了以学生为本的理念。在今后的教学中我会自觉地把新的教学模式引入课堂，改变课堂的面貌，使课堂气氛活跃;教学民主;学生的学习热情高涨;师生关系融洽。充分体现素质教育的根本目标。</w:t>
      </w:r>
      <w:r>
        <w:rPr>
          <w:lang w:eastAsia="zh-CN"/>
        </w:rPr>
        <w:t xml:space="preserve"> </w:t>
      </w:r>
      <w:r>
        <w:rPr>
          <w:lang w:eastAsia="zh-CN"/>
        </w:rPr>
        <w:br/>
      </w:r>
      <w:r>
        <w:rPr>
          <w:lang w:eastAsia="zh-CN"/>
        </w:rPr>
        <w:t xml:space="preserve">    四、立足课堂，在实践中提升自身价值 </w:t>
      </w:r>
      <w:r>
        <w:rPr>
          <w:lang w:eastAsia="zh-CN"/>
        </w:rPr>
        <w:br/>
      </w:r>
      <w:r>
        <w:rPr>
          <w:lang w:eastAsia="zh-CN"/>
        </w:rPr>
        <w:t xml:space="preserve">    课堂是教师体现自身价值的主阵地，今后我会本着“一切为了学生，为了学生的一切”的理念，将自己的爱全身心地融入到学生中。今后的教学中，我将努力将所学的新课程理念应用到课堂教学实践中，立足“用活新老教材，实践新理念。”力求让我的教学更具特色，形成独具风格的教学模式，更好地体现素质教育的要求，提高数学教学质量，在教学工作的有生之年，贡献我的力量。 </w:t>
      </w:r>
      <w:r>
        <w:rPr>
          <w:lang w:eastAsia="zh-CN"/>
        </w:rPr>
        <w:br/>
      </w:r>
      <w:r>
        <w:rPr>
          <w:lang w:eastAsia="zh-CN"/>
        </w:rPr>
        <w:t xml:space="preserve">    2024年网络研修培训心得篇2 </w:t>
      </w:r>
      <w:r>
        <w:rPr>
          <w:lang w:eastAsia="zh-CN"/>
        </w:rPr>
        <w:br/>
      </w:r>
      <w:r>
        <w:rPr>
          <w:lang w:eastAsia="zh-CN"/>
        </w:rPr>
        <w:t xml:space="preserve">    一、加强自身师德修养，展现教师人格魅力。 </w:t>
      </w:r>
      <w:r>
        <w:rPr>
          <w:lang w:eastAsia="zh-CN"/>
        </w:rPr>
        <w:br/>
      </w:r>
      <w:r>
        <w:rPr>
          <w:lang w:eastAsia="zh-CN"/>
        </w:rPr>
        <w:t xml:space="preserve">    爱使教育充满魅力。做一个有着高尚师德的教师，应该是最基本的要求。师德是教育的灵魂。有爱心的教师才能培养出有责任心的学生。为此，教师要时刻谨记不断提高自身的道德修养，展现自身的人格魅力。那么，如何提高自身的师德修养呢？我认为应该从以下几个方面做起： </w:t>
      </w:r>
      <w:r>
        <w:rPr>
          <w:lang w:eastAsia="zh-CN"/>
        </w:rPr>
        <w:br/>
      </w:r>
      <w:r>
        <w:rPr>
          <w:lang w:eastAsia="zh-CN"/>
        </w:rPr>
        <w:t xml:space="preserve">    1、热爱祖国，爱岗敬业。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热爱祖国，献身教育事业，是教师道德最基本最重要的要求。爱岗敬业是教师处理与教育事业之间关系的准则，是教师职业道德的基础和前提。以“捧着一颗心来，不带半根草去”的高尚情怀，献身教育，鞠躬尽瘁。</w:t>
      </w:r>
      <w:r>
        <w:rPr>
          <w:lang w:eastAsia="zh-CN"/>
        </w:rPr>
        <w:t xml:space="preserve"> </w:t>
      </w:r>
      <w:r>
        <w:rPr>
          <w:lang w:eastAsia="zh-CN"/>
        </w:rPr>
        <w:br/>
      </w:r>
      <w:r>
        <w:rPr>
          <w:lang w:eastAsia="zh-CN"/>
        </w:rPr>
        <w:t xml:space="preserve">    2、身正为师，学高为范。 </w:t>
      </w:r>
      <w:r>
        <w:rPr>
          <w:lang w:eastAsia="zh-CN"/>
        </w:rPr>
        <w:br/>
      </w:r>
      <w:r>
        <w:rPr>
          <w:lang w:eastAsia="zh-CN"/>
        </w:rPr>
        <w:t xml:space="preserve">    在教学实践活动中，教师只有以身立教，为人师表，才能有力地说服学生，感染学生。无数经验证明，身教重于言教，“其身正，不令而行；其身不正，虽令不从。” </w:t>
      </w:r>
      <w:r>
        <w:rPr>
          <w:lang w:eastAsia="zh-CN"/>
        </w:rPr>
        <w:br/>
      </w:r>
      <w:r>
        <w:rPr>
          <w:lang w:eastAsia="zh-CN"/>
        </w:rPr>
        <w:t xml:space="preserve">    3、终身学习成就自身专业成长。 </w:t>
      </w:r>
      <w:r>
        <w:rPr>
          <w:lang w:eastAsia="zh-CN"/>
        </w:rPr>
        <w:br/>
      </w:r>
      <w:r>
        <w:rPr>
          <w:lang w:eastAsia="zh-CN"/>
        </w:rPr>
        <w:t xml:space="preserve">    随着时代的进步，教育的改革，当今的形势向每一位教师提出了严峻的挑战。在知识经济时代，知识老化速度大大加快，学习就成了当今人类生存和发展的重要手段。教师终身学习，不仅是时代的呼唤，教育发展的要求，也是教师教学自我提升的需要。“严谨笃学，与时俱进，活到老，学到老”是新世纪教师应有的终身学习观。我们教师要有一种强烈的资源意识，克服“一支粉笔教下去，一本教案讲过来”的人生惰性，自觉拓展自己的思维空间和知识结构，以便更好的为教育教学服务。知识的更新换代让我们的学生接触了更多的新生事物，广阔的课内课外学习资源为他们知识的积累提供了更多的机会。我们在学校学习的那点知识，已经远远不够传授了。生活是一个广阔的学习的课堂，有很多东西是我们所不了解的，为了使自己不被社会所淘汰，只有加紧学习的步伐！一个优秀教师应该抓紧一切时间增加知识储备，只有这样才能用人格魅力来感染学生，和学生共同发展。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二、不断更新教学理念。 </w:t>
      </w:r>
      <w:r>
        <w:rPr>
          <w:lang w:eastAsia="zh-CN"/>
        </w:rPr>
        <w:br/>
      </w:r>
      <w:r>
        <w:rPr>
          <w:lang w:eastAsia="zh-CN"/>
        </w:rPr>
        <w:t xml:space="preserve">    “有激情，爱读书，善于思考，勤于总结”才能成为一名好教师。时代的发展使教育面对新的要求，民众对教育的关注前所未有，教育的行业性质正在发生前所未有的改变，所以做研究型的教师是发展的必然趋势。此次学习使我学会了如何提高课堂的有效性,如何跟学生成为知心朋友,如何教育问题学生,如何造成班级舆论…相信在未来的教育教学中,这些方法会有很好的体现。 </w:t>
      </w:r>
      <w:r>
        <w:rPr>
          <w:lang w:eastAsia="zh-CN"/>
        </w:rPr>
        <w:br/>
      </w:r>
      <w:r>
        <w:rPr>
          <w:lang w:eastAsia="zh-CN"/>
        </w:rPr>
        <w:t xml:space="preserve">    三、重新认识与思考自己的教育行为。 </w:t>
      </w:r>
      <w:r>
        <w:rPr>
          <w:lang w:eastAsia="zh-CN"/>
        </w:rPr>
        <w:br/>
      </w:r>
      <w:r>
        <w:rPr>
          <w:lang w:eastAsia="zh-CN"/>
        </w:rPr>
        <w:t xml:space="preserve">    （一）要及时反思自己的教学。 </w:t>
      </w:r>
      <w:r>
        <w:rPr>
          <w:lang w:eastAsia="zh-CN"/>
        </w:rPr>
        <w:br/>
      </w:r>
      <w:r>
        <w:rPr>
          <w:lang w:eastAsia="zh-CN"/>
        </w:rPr>
        <w:t xml:space="preserve">    传统意义上的课堂，就是教师讲，学生听，老师很少审视自己的教学是否引起了学生的兴趣，也不够关注学生的参与度是否与自己有关。当学生出现与课堂教学不一致的行为时，只是一味怨学生，很少反思自己的教学行为是否适应了学生心理特点，激发了学生的求知欲。优秀教师之所以优秀，其特点之一，就是每节课后及时反思自己的教学，不断改进教学，以增加课堂教学的魅力，达到及时调控学生的情绪，引导学生积极参与课堂教学的目的，使学生获得更好的发展。 </w:t>
      </w:r>
      <w:r>
        <w:rPr>
          <w:lang w:eastAsia="zh-CN"/>
        </w:rPr>
        <w:br/>
      </w:r>
      <w:r>
        <w:rPr>
          <w:lang w:eastAsia="zh-CN"/>
        </w:rPr>
        <w:t xml:space="preserve">    （二）要留给学生足够的思考空间和时间。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学生获取知识的结果，远远比不上他获取结果的过程重要。让学生在学习上有所发现，有所体验，重要的前提是给予他在学习和研究知识的过程中主动思考与积极探究的时间与空间，这样，他的体验才是幸福而自信的。因此在课堂教学中一定要注重学生知识的生成。</w:t>
      </w:r>
      <w:r>
        <w:rPr>
          <w:lang w:eastAsia="zh-CN"/>
        </w:rPr>
        <w:t xml:space="preserve"> </w:t>
      </w:r>
      <w:r>
        <w:rPr>
          <w:lang w:eastAsia="zh-CN"/>
        </w:rPr>
        <w:br/>
      </w:r>
      <w:r>
        <w:rPr>
          <w:lang w:eastAsia="zh-CN"/>
        </w:rPr>
        <w:t xml:space="preserve">    （三）要学会欣赏学生。 </w:t>
      </w:r>
      <w:r>
        <w:rPr>
          <w:lang w:eastAsia="zh-CN"/>
        </w:rPr>
        <w:br/>
      </w:r>
      <w:r>
        <w:rPr>
          <w:lang w:eastAsia="zh-CN"/>
        </w:rPr>
        <w:t xml:space="preserve">    每一个学生都有自己的长处和闪光点，作为教师，我们应该用欣赏的眼光看学生。欣赏他们的优点，包容他们的缺点。学生在老师的关注中，不仅会喜欢老师，喜欢上课，产生融洽和谐的师生情感，还会在课堂上积极表现，快乐愉快地去学习。 </w:t>
      </w:r>
      <w:r>
        <w:rPr>
          <w:lang w:eastAsia="zh-CN"/>
        </w:rPr>
        <w:br/>
      </w:r>
      <w:r>
        <w:rPr>
          <w:lang w:eastAsia="zh-CN"/>
        </w:rPr>
        <w:t xml:space="preserve">    总之，这次网络研修内容丰富，学术水平高，充满了教育智慧，使我们开阔了眼界。身为老师，要把握新课改的动态、要了解新理念的内涵、要掌握学生的认知发展规律，要在教学实践中不断地学习，不断地反思，不断地研究，厚实自己的底蕴，以适应社会发展的需要，适应教育改革的步伐。在今后的教育教学实践中，我将静下心来，采他山之玉，纳百家之长，在教中学，在教中研，在教和研中走出自己的一路风采，求得师生的共同发展，求得教学质量的稳步提高。要不断更新自己，努力提高自身的业务素质、理论水平、教育科研能力、课堂教学能力。惟愿在研修的道路上，刻苦钻研，不断前行！ </w:t>
      </w:r>
      <w:r>
        <w:rPr>
          <w:lang w:eastAsia="zh-CN"/>
        </w:rPr>
        <w:br/>
      </w:r>
      <w:r>
        <w:rPr>
          <w:lang w:eastAsia="zh-CN"/>
        </w:rPr>
        <w:t xml:space="preserve">    2024年网络研修培训心得篇3 </w:t>
      </w:r>
      <w:r>
        <w:rPr>
          <w:lang w:eastAsia="zh-CN"/>
        </w:rPr>
        <w:br/>
      </w:r>
      <w:r>
        <w:rPr>
          <w:lang w:eastAsia="zh-CN"/>
        </w:rPr>
        <w:t xml:space="preserve">    近期，我参加了20__年教师网络研修，通过这次培训，我收获满满，我感觉自己的综合业务能力和基本素养都有了全面的提升，我深知作为一名教师，只有加强理论学习，转变教学观念，积极实践新课改，才能更好地服务于学生，下面我谈谈自己的收获： </w:t>
      </w:r>
      <w:r>
        <w:rPr>
          <w:lang w:eastAsia="zh-CN"/>
        </w:rPr>
        <w:br/>
      </w:r>
      <w:r>
        <w:rPr>
          <w:lang w:eastAsia="zh-CN"/>
        </w:rPr>
        <w:t xml:space="preserve">    1.语文教学是丰富多彩的。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要让孩子们学好语文，首先得培养孩子们的兴趣，俗话说：兴趣是最好的老师，有了兴趣，就会形成一种获取知识的强烈愿望，还会轻松克服学习中的很多困难，把学习看作是一种快乐的享受。在教学中，我们老师要根据孩子的特点，合理利用多媒体，激发学生的学习欲望，使学生想学、爱学、好学，努力为学生创设愉快的教学情境，引发学生积极思考，主动学习。这次培训，使我学到了很多课堂教学的技能。 </w:t>
      </w:r>
      <w:r>
        <w:rPr>
          <w:lang w:eastAsia="zh-CN"/>
        </w:rPr>
        <w:br/>
      </w:r>
      <w:r>
        <w:rPr>
          <w:lang w:eastAsia="zh-CN"/>
        </w:rPr>
        <w:t xml:space="preserve">    2.让学生学会质疑。 </w:t>
      </w:r>
      <w:r>
        <w:rPr>
          <w:lang w:eastAsia="zh-CN"/>
        </w:rPr>
        <w:br/>
      </w:r>
      <w:r>
        <w:rPr>
          <w:lang w:eastAsia="zh-CN"/>
        </w:rPr>
        <w:t xml:space="preserve">    爱因斯坦曾说：“提出一个问题，往往比解决一个问题更重要，”因为，提出问题需要创造性地想象力，而且是一种进步，所以，我们上语文课，必须让学生有质疑精神。老师要根据教学实例，教给学生方法，找准途径，引导学生针对性地质疑。 </w:t>
      </w:r>
      <w:r>
        <w:rPr>
          <w:lang w:eastAsia="zh-CN"/>
        </w:rPr>
        <w:br/>
      </w:r>
      <w:r>
        <w:rPr>
          <w:lang w:eastAsia="zh-CN"/>
        </w:rPr>
        <w:t xml:space="preserve">    3.向身边优秀的教师学习。 </w:t>
      </w:r>
      <w:r>
        <w:rPr>
          <w:lang w:eastAsia="zh-CN"/>
        </w:rPr>
        <w:br/>
      </w:r>
      <w:r>
        <w:rPr>
          <w:lang w:eastAsia="zh-CN"/>
        </w:rPr>
        <w:t xml:space="preserve">    他们有着丰富的教学经验，这几天听了专家精彩的讲座，我与同行也交流了许多，学到了很多教学方法，也找到了自身的差距，让我充实了自己的思想，在今后的工作中，我要努力学习，提高自己的业务水平，不断更新教学方法。 </w:t>
      </w:r>
      <w:r>
        <w:rPr>
          <w:lang w:eastAsia="zh-CN"/>
        </w:rPr>
        <w:br/>
      </w:r>
      <w:r>
        <w:rPr>
          <w:lang w:eastAsia="zh-CN"/>
        </w:rPr>
        <w:t xml:space="preserve">    4.深入课堂，综合运用。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有了新的教学理论做指导，在今后的教学中，就要不断改进，应用于课堂中去，本着一切为了学生的观念，把自己的爱全身心地投入到教学工作中，把所学的心课程理念用到教学实践中，改进课堂教学，向课堂要质量，力求让每节课都更具特色，让每节课都焕发生机与活力，形成别具一格的教学方式，更好地去体现素质教育的要求，提高教学质量，让每一位学生都得到更好的全面发展。</w:t>
      </w:r>
      <w:r>
        <w:rPr>
          <w:lang w:eastAsia="zh-CN"/>
        </w:rPr>
        <w:t xml:space="preserve"> </w:t>
      </w:r>
      <w:r>
        <w:rPr>
          <w:lang w:eastAsia="zh-CN"/>
        </w:rPr>
        <w:br/>
      </w:r>
      <w:r>
        <w:rPr>
          <w:lang w:eastAsia="zh-CN"/>
        </w:rPr>
        <w:t xml:space="preserve">    5、学生价值取向。 </w:t>
      </w:r>
      <w:r>
        <w:rPr>
          <w:lang w:eastAsia="zh-CN"/>
        </w:rPr>
        <w:br/>
      </w:r>
      <w:r>
        <w:rPr>
          <w:lang w:eastAsia="zh-CN"/>
        </w:rPr>
        <w:t xml:space="preserve">    孔子说：知之者莫如好之者，好之者莫如乐之者。教学过程应该成为学生一种愉悦的情绪生活和积极的情感体验。课堂不仅是学科知识传递的殿堂，更是人性养育的圣殿。课堂教学潜藏着丰富的道德因素，“教学永远具有教育性“是教学活动的一条基本规律。 </w:t>
      </w:r>
      <w:r>
        <w:rPr>
          <w:lang w:eastAsia="zh-CN"/>
        </w:rPr>
        <w:br/>
      </w:r>
      <w:r>
        <w:rPr>
          <w:lang w:eastAsia="zh-CN"/>
        </w:rPr>
        <w:t xml:space="preserve">    这种宽松融洽的氛围内，通过游戏的方式满足学生的好奇心和求知欲。学生与教材之间。教材对学生的吸引力直接影响到学生的学习兴趣，所以在学生与教材之间建立起美妙的情感是非常重要的。 </w:t>
      </w:r>
      <w:r>
        <w:rPr>
          <w:lang w:eastAsia="zh-CN"/>
        </w:rPr>
        <w:br/>
      </w:r>
      <w:r>
        <w:rPr>
          <w:lang w:eastAsia="zh-CN"/>
        </w:rPr>
        <w:t xml:space="preserve">    在语文情境教学中作出突出贡献的李吉林曾总结出这样的情感推进的发展模式：在初读课文，激发动机中入情；在感受课文描写的形象中动情；在领悟课文语言的神韵中移情；在表情朗读、语言训练中抒情。学生与学生之间。由于情境的优化，学生与学生之间，友爱亲密。他们在亲、助、乐等人际情境中相互切磋、合作互助、取长补短，培养了团队意识、合作精神、交往能力，这就为学习语文提供了良好的情感氛围。 </w:t>
      </w:r>
      <w:r>
        <w:rPr>
          <w:lang w:eastAsia="zh-CN"/>
        </w:rPr>
        <w:br/>
      </w:r>
      <w:r>
        <w:rPr>
          <w:lang w:eastAsia="zh-CN"/>
        </w:rPr>
        <w:t xml:space="preserve">    6.老师要关爱差生。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教学中往往把精力放在成绩好的同学身上，特别是公开课，为了追求良好的效果，忽视了对后进生、调皮鬼、不举手学生的关心。其实，每个学生都需要我们用心去感受，老师的关心和呵护是心灵中宝贵的阳光。不仅如此，后进生、调皮鬼更需要给予他们关爱。当他们被老师关爱后就会激起他们学习的热情。</w:t>
      </w:r>
      <w:r>
        <w:rPr>
          <w:lang w:eastAsia="zh-CN"/>
        </w:rPr>
        <w:t xml:space="preserve"> </w:t>
      </w:r>
      <w:r>
        <w:rPr>
          <w:lang w:eastAsia="zh-CN"/>
        </w:rPr>
        <w:br/>
      </w:r>
      <w:r>
        <w:rPr>
          <w:lang w:eastAsia="zh-CN"/>
        </w:rPr>
        <w:t xml:space="preserve">    7.要坚持与日俱进，弘扬创新精神。 </w:t>
      </w:r>
      <w:r>
        <w:rPr>
          <w:lang w:eastAsia="zh-CN"/>
        </w:rPr>
        <w:br/>
      </w:r>
      <w:r>
        <w:rPr>
          <w:lang w:eastAsia="zh-CN"/>
        </w:rPr>
        <w:t xml:space="preserve">    这几年，教育理论层出不穷，教育信息日新月异，我们只有不断地学习教育理论，更新教育观念，提高教改水平，才能适应教育改革的需要。对于教学性质的认识，培训教师突破传统框架。 </w:t>
      </w:r>
      <w:r>
        <w:rPr>
          <w:lang w:eastAsia="zh-CN"/>
        </w:rPr>
        <w:br/>
      </w:r>
      <w:r>
        <w:rPr>
          <w:lang w:eastAsia="zh-CN"/>
        </w:rPr>
        <w:t xml:space="preserve">    8.平时多阅读，养成好习惯。 </w:t>
      </w:r>
      <w:r>
        <w:rPr>
          <w:lang w:eastAsia="zh-CN"/>
        </w:rPr>
        <w:br/>
      </w:r>
      <w:r>
        <w:rPr>
          <w:lang w:eastAsia="zh-CN"/>
        </w:rPr>
        <w:t xml:space="preserve">    静心、用心的读一篇好文章，一本好书，对我们现在的工作和生活真是很有帮助。学习类的书籍可以让我们充实自己，提高自己的专业知识；思想类的书籍可以让我们缓解压力，丰富自己的精神世界，也可以更加理性的看待现实问题。 </w:t>
      </w:r>
      <w:r>
        <w:rPr>
          <w:lang w:eastAsia="zh-CN"/>
        </w:rPr>
        <w:br/>
      </w:r>
      <w:r>
        <w:rPr>
          <w:lang w:eastAsia="zh-CN"/>
        </w:rPr>
        <w:t xml:space="preserve">    这就反应在为什么现在社会中很多人精神空虚，没有明确的价值观，生活浮躁、做事极端，造成人们都会觉得时代发展进步很快，但是社会问题也时有发生，其实主要问题还是缺乏精神支柱和信念的树立。人的素质提升和气质培养主要是在阅读和学习中形成的，而且是潜移默化的，这就是读书的力量，只有内心世界的充实，才会让你感到对生活的态度更加坚定和明确。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总之，这次研修学习，让我学到了很多好的教学技能，添补了教学方面的许多空白，同时也让我走出了一些误区。例如，通过培训我了解了新的课堂教学理念，在教学实践中如何创设有意义的情景帮助学生理解和记忆；如何在课堂中有效地使用游戏；如何利用声音、眼神、面部表情、肢体动作、图片、实物等引起学生的学习兴趣，揭示语言意义，激励学生参与；如何在课堂上有效地运用“表演”技巧。</w:t>
      </w:r>
      <w:r>
        <w:rPr>
          <w:lang w:eastAsia="zh-CN"/>
        </w:rPr>
        <w:t xml:space="preserve"> </w:t>
      </w:r>
      <w:r>
        <w:rPr>
          <w:lang w:eastAsia="zh-CN"/>
        </w:rPr>
        <w:br/>
      </w:r>
      <w:r>
        <w:rPr>
          <w:lang w:eastAsia="zh-CN"/>
        </w:rPr>
        <w:t xml:space="preserve">    我不仅开从新颖的角度重新认识课堂教学活动，提出崭新的理论，我们只有认真学习有关内容，才能与日俱进，不断创新。阔了眼界，拓宽了教学视野，而且增长了知识，提高了自身素质，在今后的工作中，我还会继续主动参与到网络研修中，不断地提高自己的教育教学水平，丰富自己的教学经验，扎扎实实地做好学校的每一项工作，同时也会向身边的优秀教师学习，以促进教学的不断提高而努力。 </w:t>
      </w:r>
      <w:r>
        <w:rPr>
          <w:lang w:eastAsia="zh-CN"/>
        </w:rPr>
        <w:br/>
      </w:r>
      <w:r>
        <w:rPr>
          <w:lang w:eastAsia="zh-CN"/>
        </w:rPr>
        <w:t xml:space="preserve">    2024年网络研修培训心得篇4 </w:t>
      </w:r>
      <w:r>
        <w:rPr>
          <w:lang w:eastAsia="zh-CN"/>
        </w:rPr>
        <w:br/>
      </w:r>
      <w:r>
        <w:rPr>
          <w:lang w:eastAsia="zh-CN"/>
        </w:rPr>
        <w:t xml:space="preserve">    时间飞快，不知不觉中，培训已经结束，我有种”意犹未尽”之感。在这次培训活动中，我得以与众多数学专家面对面地座谈，了解他们对数学教学的理解，学习他们的新课程理念；得以与好多学校的名师讨论初中数学的课堂教学。培训活动安排合理，内容丰富。在这里，让我感受了名师的风采，聆听了精彩的讲座，也更新了教学观念。 </w:t>
      </w:r>
      <w:r>
        <w:rPr>
          <w:lang w:eastAsia="zh-CN"/>
        </w:rPr>
        <w:br/>
      </w:r>
      <w:r>
        <w:rPr>
          <w:lang w:eastAsia="zh-CN"/>
        </w:rPr>
        <w:t xml:space="preserve">    使我更进一步了解和掌握了新课改的发展方向和目标，反思了以往工作中的不足。经过这一段时间的学习，我相信自己是有所收获的。一些对教育教学工作很有见解的专家以鲜活的案例和丰富的知识内涵，给了我具体的操作指导，使我的教育观念进一步得到更新，真是受益匪浅。下面是我通过培训获得的点滴体会： </w:t>
      </w:r>
      <w:r>
        <w:rPr>
          <w:lang w:eastAsia="zh-CN"/>
        </w:rPr>
        <w:br/>
      </w:r>
      <w:r>
        <w:rPr>
          <w:lang w:eastAsia="zh-CN"/>
        </w:rPr>
        <w:t xml:space="preserve">    一、专家引领，思想振荡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本次培训，安排了多位名师、数学专家等，给我们学员做精彩的讲座。各位专家的讲座，阐述了他们对初中数学教学的独特见解，对新课程的各种看法，对数学能力的探讨。在这些专家的引领下，我的思想深深受到震撼：平常我们在学校中，考虑地都是如何上好一堂课，对于学生的长期发展考虑地并不多。</w:t>
      </w:r>
      <w:r>
        <w:rPr>
          <w:lang w:eastAsia="zh-CN"/>
        </w:rPr>
        <w:t xml:space="preserve"> </w:t>
      </w:r>
      <w:r>
        <w:rPr>
          <w:lang w:eastAsia="zh-CN"/>
        </w:rPr>
        <w:br/>
      </w:r>
      <w:r>
        <w:rPr>
          <w:lang w:eastAsia="zh-CN"/>
        </w:rPr>
        <w:t xml:space="preserve">    听了各位专家的讲座，我觉得在今后的教学生涯中，我们不应仅仅着眼于一些短期利益，而应把眼光放长远一些，课堂教学中应重视学生数学能力的培养，而不局限于学会了这一个知识点。 </w:t>
      </w:r>
      <w:r>
        <w:rPr>
          <w:lang w:eastAsia="zh-CN"/>
        </w:rPr>
        <w:br/>
      </w:r>
      <w:r>
        <w:rPr>
          <w:lang w:eastAsia="zh-CN"/>
        </w:rPr>
        <w:t xml:space="preserve">    二、同行交流，教学相长 </w:t>
      </w:r>
      <w:r>
        <w:rPr>
          <w:lang w:eastAsia="zh-CN"/>
        </w:rPr>
        <w:br/>
      </w:r>
      <w:r>
        <w:rPr>
          <w:lang w:eastAsia="zh-CN"/>
        </w:rPr>
        <w:t xml:space="preserve">    本次培训，汇聚了全省各个学校的初中数学教师，每位培训教师都有丰富的数学教学经验。因此，学员之间的互动交流成为每位培训人员提高自己数学教学业务水平的`一条捷径。在培训过程中，我积极尝试与其他学员之间的交流，在交流过程中，我向这些老师学到了好多经验，并且注意到他们是如何处理新课程中遇到的种种困惑，以及他们对新课程教材的把握与处理。在培训中，我们不断地交流，真正做到彼此之间的教学相长。 </w:t>
      </w:r>
      <w:r>
        <w:rPr>
          <w:lang w:eastAsia="zh-CN"/>
        </w:rPr>
        <w:br/>
      </w:r>
      <w:r>
        <w:rPr>
          <w:lang w:eastAsia="zh-CN"/>
        </w:rPr>
        <w:t xml:space="preserve">    三、强化学习 </w:t>
      </w:r>
      <w:r>
        <w:rPr>
          <w:lang w:eastAsia="zh-CN"/>
        </w:rPr>
        <w:br/>
      </w:r>
      <w:r>
        <w:rPr>
          <w:lang w:eastAsia="zh-CN"/>
        </w:rPr>
        <w:t xml:space="preserve">    通过研修，我才认识到自己与名师之间的差距，才感到学习的紧迫感。我们面对的是一群对知识充满渴求的孩子，将他们教育好是我们的责任和义务，所以只有不断的学习，不断的提升，不断加强修养才能胜任教育这项工作。 </w:t>
      </w:r>
      <w:r>
        <w:rPr>
          <w:lang w:eastAsia="zh-CN"/>
        </w:rPr>
        <w:br/>
      </w:r>
      <w:r>
        <w:rPr>
          <w:lang w:eastAsia="zh-CN"/>
        </w:rPr>
        <w:t xml:space="preserve">    四、勤于反思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教学反思能不断总结自己的工作得失，不断深化自己的认识，不断修正自己的策略，从而获得持续的专业成长。如果一个教师仅仅满足于获得经验而不对经验进行深入的思考，那他就不可能在原有的基础上再有发展；教师专业发展所要求的大量知识和实践智慧，只有靠教师自己在日常教学实践中不断反思、探索和创造才能获得。</w:t>
      </w:r>
      <w:r>
        <w:rPr>
          <w:lang w:eastAsia="zh-CN"/>
        </w:rPr>
        <w:t xml:space="preserve"> </w:t>
      </w:r>
      <w:r>
        <w:rPr>
          <w:lang w:eastAsia="zh-CN"/>
        </w:rPr>
        <w:br/>
      </w:r>
      <w:r>
        <w:rPr>
          <w:lang w:eastAsia="zh-CN"/>
        </w:rPr>
        <w:t xml:space="preserve">    五、增强动力，树立信心。 </w:t>
      </w:r>
      <w:r>
        <w:rPr>
          <w:lang w:eastAsia="zh-CN"/>
        </w:rPr>
        <w:br/>
      </w:r>
      <w:r>
        <w:rPr>
          <w:lang w:eastAsia="zh-CN"/>
        </w:rPr>
        <w:t xml:space="preserve">    研修完毕后，我突然感到自己身上的压力变大了，要想不被淘汰出局，要想最终成为一名合格的教师，就要更努力地提高自身的业务素质、理论水平、教育科研能力、课堂教学能力等。而这就需要我付出更多的时间和精力，努力学习各种教育理论，并勇于到课堂上去实践，及时对自己的教育教学进行反思、调控，我相信有了压力才会有前进的动力。令我欣慰的是，培训班里有许多优秀的老师，我们有很多的话题可以一同交流和探讨。 </w:t>
      </w:r>
      <w:r>
        <w:rPr>
          <w:lang w:eastAsia="zh-CN"/>
        </w:rPr>
        <w:br/>
      </w:r>
      <w:r>
        <w:rPr>
          <w:lang w:eastAsia="zh-CN"/>
        </w:rPr>
        <w:t xml:space="preserve">    我们有很多的观点可以一起抒发和碰撞。每一次的交流，我们都能踊跃发言，大胆地陈述自己的观点想法，提出自己感到疑惑的难以解决的问题。我在学习中始终信奉“他山之石，可以攻玉”的信条，坚持和其他学员保持密切联系，使自己能博采众长、开阔视野。 </w:t>
      </w:r>
      <w:r>
        <w:rPr>
          <w:lang w:eastAsia="zh-CN"/>
        </w:rPr>
        <w:br/>
      </w:r>
      <w:r>
        <w:rPr>
          <w:lang w:eastAsia="zh-CN"/>
        </w:rPr>
        <w:t xml:space="preserve">    2024年网络研修培训心得篇5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在参加培训学习过程，对照各个模块的培训知识我对数字化网络环境下体育课堂的组织与评价和微课程的设计与制作这两个模块感触很深，发觉自己以前的想发异常幼稚。针对我校的实际，我认为在农村中小学中，要按照大纲要求上好一节信息化课很难并不是一件容易的事情。在此次培训中，我转变自己的学习观念，坚持每天都上网学习，参与在线交流并高质量完成作业。并且注重学思结合，把所学知识运用到教学实践中，在不断反思中促进自身素质的提高。让我在学习中感觉到信息技术帮助教师如何成长，如何应对等都是一个新问题。</w:t>
      </w:r>
      <w:r>
        <w:rPr>
          <w:lang w:eastAsia="zh-CN"/>
        </w:rPr>
        <w:t xml:space="preserve"> </w:t>
      </w:r>
      <w:r>
        <w:rPr>
          <w:lang w:eastAsia="zh-CN"/>
        </w:rPr>
        <w:br/>
      </w:r>
      <w:r>
        <w:rPr>
          <w:lang w:eastAsia="zh-CN"/>
        </w:rPr>
        <w:t xml:space="preserve">    提高课件制作水平 </w:t>
      </w:r>
      <w:r>
        <w:rPr>
          <w:lang w:eastAsia="zh-CN"/>
        </w:rPr>
        <w:br/>
      </w:r>
      <w:r>
        <w:rPr>
          <w:lang w:eastAsia="zh-CN"/>
        </w:rPr>
        <w:t xml:space="preserve">    掌握多媒体技术，熟悉多媒体软件的使用，了解多媒体课件制作流程已成为当代教师应具备的基本素质，而制作课件既要讲究精美又要讲究实用。制作课件是一个艰苦的创作过程，优秀的课件应融教育性、科学性、艺术性、技术性于一体，这样才能最大限度地发挥学习者的潜能，强化教学效果，提高教学质量。所以通过此次培训使我学会从网上等多种途径下载视频、图片、flash等资源，以及截取网页和视频等，并将它们整合到课件中等技术操作，从而制作出更加丰富多彩的多媒体课件，丰富学生的学习内容，更能激发学生的学习兴趣。 </w:t>
      </w:r>
      <w:r>
        <w:rPr>
          <w:lang w:eastAsia="zh-CN"/>
        </w:rPr>
        <w:br/>
      </w:r>
      <w:r>
        <w:rPr>
          <w:lang w:eastAsia="zh-CN"/>
        </w:rPr>
        <w:t xml:space="preserve">    信息技术理论掌握得更为系统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这次培训使我们对信息技术的理论与方法掌握得更加系统，使我感到比原来站得高了，看得远了，有一种“天更蓝、地更绿、水更清”的感觉。通过培训学习，不但提高了我对新课程的认识，还使自己的信息技术教学能力与技术得到了提高，为了真正推信息技术的发展，我将会把所学知识应用于日常教学工作中，推进学校信息化建设。同时，学无止境，我也将继续努力学习，认真钻研学习业务知识，提高业务水平，为教育信息化建设做出自己的努力!</w:t>
      </w:r>
      <w:r>
        <w:rPr>
          <w:lang w:eastAsia="zh-CN"/>
        </w:rPr>
        <w:t xml:space="preserve"> </w:t>
      </w:r>
      <w:r>
        <w:rPr>
          <w:lang w:eastAsia="zh-CN"/>
        </w:rPr>
        <w:br/>
      </w:r>
      <w:r>
        <w:rPr>
          <w:lang w:eastAsia="zh-CN"/>
        </w:rPr>
        <w:t xml:space="preserve">    学以致用，才是根本。本次信息技术培训的内容很实用，培训结束后，我要把培训中获得的知识运用于教育教学工作实践中。今后，我将一如既往，踏踏实实地继续学习，不断更新教育理念，提高个人信息素养，多学习相关的知识，争取使自己的计算机技能能够更长时有效的为教学工作服务。 </w:t>
      </w:r>
      <w:r>
        <w:rPr>
          <w:lang w:eastAsia="zh-CN"/>
        </w:rPr>
        <w:br/>
      </w:r>
      <w:r>
        <w:rPr>
          <w:lang w:eastAsia="zh-CN"/>
        </w:rPr>
        <w:t xml:space="preserve">    2024年网络研修培训心得篇6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有幸参加了“国培计划20__”————甘肃省农村中小学学科教师培训。“国培”专家各从自己擅长的研究领域谈起，理论结合实例，既注重“言传”，又注重“身教”；让我很好地把握了不同学段、内容的特征；为我深入文本探究，科学“备课”，有效施教指明了方向。专家们分别从备课基本功新课程教学实施策略教材与课例分析在岗实践指导课等几大板块来细化了我们的学习内容。通过专家的理论讲解和名师的课堂实录让我审视自己的课堂，反思自己的教学方法。使我的视野开阔、信息灵通，变得"耳聪目明"，从而以最快的速度提高了自己教学业务水平，了解到很多与新课程发展现状相关的知识，吸取了一些大家对新课程教材的把握与处理的方法，真是受益匪浅。在三个多月的培训中，自己能与小学美术教育界的同行一起学习交流我感到很快乐。所以在培训中，我总是准时收看专家讲座，踊跃参与交流讨论，认真完成作业，积极书写教学感悟，并向同行学习，发表评论，提出自己的见解，共亨教学资源。在结束每天的学习后，我先认真整理笔记，对照专家的观点仔细分析，反思自己在实际教学中的不足，认真撰写研修日志。刚开始我也曾迷茫过，不知从何写起。慢慢的我发现必须找到在实际教学中和专家理论的锲入点，这样才能真正的做到理论结合实践，使自己的研修日志充实起来，从而提高自己的教学水平。在完成作业时，我先明确作业要求，认真准备，把国培中学到的新理论和新方法结合自己平时对教学课堂的反思进行整合设计，力争保质保量的完成每次作业。我完成的部分作业也得到专家和辅导老师的认可。</w:t>
      </w:r>
      <w:r>
        <w:rPr>
          <w:lang w:eastAsia="zh-CN"/>
        </w:rPr>
        <w:t xml:space="preserve"> </w:t>
      </w:r>
      <w:r>
        <w:rPr>
          <w:lang w:eastAsia="zh-CN"/>
        </w:rPr>
        <w:br/>
      </w:r>
      <w:r>
        <w:rPr>
          <w:lang w:eastAsia="zh-CN"/>
        </w:rPr>
        <w:t xml:space="preserve">    通过三个多月的培训我认识到：新课程不仅是课程内容、教材的变化，是美术教师的角色、教师的教学行为、学生的学习方式的变化。新的教学理念注重兴趣的培养、课程的整合，注重创新能力、合作精神的培养，注重探究性学习方式。一堂高效的美术课就在于上课的老师自身的素养，语言的功底，思想的修养，文化的积淀，心态的调整，课堂的掌控，提问的技巧，意外的处理，均可以看出一个老师是否对学生是真正的关注和尊重，及对美术真正的热爱和投入。因此，我们的美术课堂教学开始变得更自由、更灵活，学生也始终在愉快的状态下积极地学习美术。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1、从学生学习方法上看，在课堂学习中学生要改变传统的接受式学习方式，积极主动地感知美术、体验美术、表现美术，同时能够大胆地探究问题、发现问题。课堂的主体是学生，学生的潜力是无限的，这需要老师细心的发现和巧妙的挖掘。美术教师要学会发现学生的闪光点，并及时地使用肯定，使用赞扬，使用引导，使用评价，使学生的情感和灵感激发。并根据美术的感知特点、美术标准不确定性特点，给了学生极大的空间想象力，让学生大胆阐述自己对作品的独到见解。</w:t>
      </w:r>
      <w:r>
        <w:rPr>
          <w:lang w:eastAsia="zh-CN"/>
        </w:rPr>
        <w:t xml:space="preserve"> </w:t>
      </w:r>
      <w:r>
        <w:rPr>
          <w:lang w:eastAsia="zh-CN"/>
        </w:rPr>
        <w:br/>
      </w:r>
      <w:r>
        <w:rPr>
          <w:lang w:eastAsia="zh-CN"/>
        </w:rPr>
        <w:t xml:space="preserve">    2、从教师教学方法上看。美术教师要大胆创设与教学内容相吻合的教学情境，提供开放式的教学方式，突出学生的主体地位，注重师生之间的交流与反馈，注重创新能力和实践能力的培养，注重课程的整合与延伸，积极引导学生感知、体验、表现美术，激发学生对学习的兴趣。努力缩短美术艺术与现实生活之间的距离，着眼于学生的艺术发展，融合众多艺术风格于一体。 </w:t>
      </w:r>
      <w:r>
        <w:rPr>
          <w:lang w:eastAsia="zh-CN"/>
        </w:rPr>
        <w:br/>
      </w:r>
      <w:r>
        <w:rPr>
          <w:lang w:eastAsia="zh-CN"/>
        </w:rPr>
        <w:t xml:space="preserve">    3、从教师角色上看。美术教师要构建了相互尊重、相互信任、相互理解的平等、民主、合作的新型师生关系，拉近了师生之间的距离，教师在教学过程中由“传授者”变成学生学习的“促进者”“参与者”“组织者”。 </w:t>
      </w:r>
      <w:r>
        <w:rPr>
          <w:lang w:eastAsia="zh-CN"/>
        </w:rPr>
        <w:br/>
      </w:r>
      <w:r>
        <w:rPr>
          <w:lang w:eastAsia="zh-CN"/>
        </w:rPr>
        <w:t xml:space="preserve">    通过三个多月的培训我的收获： </w:t>
      </w:r>
      <w:r>
        <w:rPr>
          <w:lang w:eastAsia="zh-CN"/>
        </w:rPr>
        <w:br/>
      </w:r>
      <w:r>
        <w:rPr>
          <w:lang w:eastAsia="zh-CN"/>
        </w:rPr>
        <w:t xml:space="preserve">    1、师德水准得到提高 </w:t>
      </w:r>
      <w:r>
        <w:rPr>
          <w:lang w:eastAsia="zh-CN"/>
        </w:rPr>
        <w:br/>
      </w:r>
      <w:r>
        <w:rPr>
          <w:lang w:eastAsia="zh-CN"/>
        </w:rPr>
        <w:t xml:space="preserve">    在培训过程中，我从教授专家的身上不光学到了教学、研究的本领，而且使我深切领悟到“学高为师，身正为范，学无止境”的真谛。写在纸上的是思想的足迹，化作动力的是思想的延伸，我得到的是人格的提升、生命的升华。 </w:t>
      </w:r>
      <w:r>
        <w:rPr>
          <w:lang w:eastAsia="zh-CN"/>
        </w:rPr>
        <w:br/>
      </w:r>
      <w:r>
        <w:rPr>
          <w:lang w:eastAsia="zh-CN"/>
        </w:rPr>
        <w:t xml:space="preserve">    2、教育观念得到更新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此次网络学习班的全体学员几乎都来自小学美术教学第一线。通过网络评论交流，让我逐步更新了教育教学观念，了解了先进的教育科学基本理论，现代教育观、学生观和学习观，在教学活动中遵循客观规律、调整自身的角色和教学方式，把</w:t>
      </w:r>
      <w:r>
        <w:rPr>
          <w:lang w:eastAsia="zh-CN"/>
        </w:rPr>
        <w:t xml:space="preserve"> </w:t>
      </w:r>
      <w:r>
        <w:rPr>
          <w:lang w:eastAsia="zh-CN"/>
        </w:rPr>
        <w:br/>
      </w:r>
      <w:r>
        <w:rPr>
          <w:lang w:eastAsia="zh-CN"/>
        </w:rPr>
        <w:t xml:space="preserve">    素质教育贯穿到学科教学过程中。这些专家们深刻独到、深入浅出、通俗易懂、旁征博引的讲解，使我对以后的教学有了更充分的理论依据，对如何作一个合格的教师充满了自信心。 </w:t>
      </w:r>
      <w:r>
        <w:rPr>
          <w:lang w:eastAsia="zh-CN"/>
        </w:rPr>
        <w:br/>
      </w:r>
      <w:r>
        <w:rPr>
          <w:lang w:eastAsia="zh-CN"/>
        </w:rPr>
        <w:t xml:space="preserve">    3、教育教学理论更为系统 </w:t>
      </w:r>
      <w:r>
        <w:rPr>
          <w:lang w:eastAsia="zh-CN"/>
        </w:rPr>
        <w:br/>
      </w:r>
      <w:r>
        <w:rPr>
          <w:lang w:eastAsia="zh-CN"/>
        </w:rPr>
        <w:t xml:space="preserve">    这次学习使我对教育教学的理论与方法掌握得更加系统，使我感到比原来站得高了，看得远了，有一种“天更蓝、地更绿、水更清”的感觉。近三个月的学习，我对一些教育观念的理解更加深刻；对教学理论的认识更加明晰；对教学的理论与方法掌握得更加系统；对开展教研活动的方式更加明确；对投身教育改革的激情更加充沛。 </w:t>
      </w:r>
      <w:r>
        <w:rPr>
          <w:lang w:eastAsia="zh-CN"/>
        </w:rPr>
        <w:br/>
      </w:r>
      <w:r>
        <w:rPr>
          <w:lang w:eastAsia="zh-CN"/>
        </w:rPr>
        <w:t xml:space="preserve">    4、合作学习、共同成长 </w:t>
      </w:r>
      <w:r>
        <w:rPr>
          <w:lang w:eastAsia="zh-CN"/>
        </w:rPr>
        <w:br/>
      </w:r>
      <w:r>
        <w:rPr>
          <w:lang w:eastAsia="zh-CN"/>
        </w:rPr>
        <w:t xml:space="preserve">    通过学员之间互动评论、取长补短，结下了深厚的友谊。培训结束，就是我们新的合作开始，在之后的工作中，我们仍然会互通信息，保持联系，互相交流，共同提高，争取以最简洁的线条拉动最丰富的知识。 </w:t>
      </w:r>
      <w:r>
        <w:rPr>
          <w:lang w:eastAsia="zh-CN"/>
        </w:rPr>
        <w:br/>
      </w:r>
      <w:r>
        <w:rPr>
          <w:lang w:eastAsia="zh-CN"/>
        </w:rPr>
        <w:t xml:space="preserve">    这次培训，带给我思想上的洗礼，心灵上的震撼、理念上的革新。通过这次培训，我提高了认识，理清了思路，找到了自身的不足之处以及与一名优秀教师的差距所在，我将以此为起点，不断梳理与反思自我，促使自己不断成长。在今后的教育教学实践中，静下心来，采他山之玉，纳百家之长，慢慢地走，慢慢地教，在教中学，在教中研，在教和研中走出自己的一路风采。我将用我的实际行动，尽心尽力、踏踏实实地工作，做一名优秀的小学美术教师。 </w:t>
      </w:r>
      <w:r>
        <w:rPr>
          <w:lang w:eastAsia="zh-CN"/>
        </w:rPr>
        <w:br/>
      </w:r>
    </w:p>
    <w:p w:rsidR="001B1F19" w14:textId="27C3F48A">
      <w:pPr>
        <w:rPr>
          <w:rFonts w:hint="eastAsia"/>
          <w:lang w:eastAsia="zh-CN"/>
        </w:rPr>
      </w:pPr>
      <w:r>
        <w:rPr>
          <w:lang w:eastAsia="zh-CN"/>
        </w:rPr>
        <w:t xml:space="preserve">    今年我有幸参加淄博市第二期远程培训，有幸聆听各位专家讲座让我感慨颇深，受益匪浅。在这段的学习生活中，作为网络研修的一员，我忙碌着、劳累着，却充实着、收获着，我们每天累着并快乐着……因为，我们不但收获了知识更收获了友情。通过研修，我全面提升了自己的基本素养和业务综合能力，对于个人今后的发展起到了积极的促进作用，对教育教学工作也有了一种新的理解。 </w:t>
      </w:r>
      <w:r>
        <w:rPr>
          <w:lang w:eastAsia="zh-CN"/>
        </w:rPr>
        <w:br/>
      </w:r>
      <w:r>
        <w:rPr>
          <w:lang w:eastAsia="zh-CN"/>
        </w:rPr>
        <w:t xml:space="preserve">    一、勤勤恳恳，积极研修 </w:t>
      </w:r>
      <w:r>
        <w:rPr>
          <w:lang w:eastAsia="zh-CN"/>
        </w:rPr>
        <w:br/>
      </w:r>
      <w:r>
        <w:rPr>
          <w:lang w:eastAsia="zh-CN"/>
        </w:rPr>
        <w:t xml:space="preserve">  </w:t>
      </w:r>
      <w:r>
        <w:rPr>
          <w:lang w:eastAsia="zh-CN"/>
        </w:rPr>
        <w:t xml:space="preserve"> </w:t>
      </w:r>
      <w:r>
        <w:rPr>
          <w:lang w:eastAsia="zh-CN"/>
        </w:rPr>
        <w:t xml:space="preserve"> 在研修过程中，我坚持每天进行网上学习，认真观看各个专家的视频录象，通过学习，解决了我在实际教学中遇到的很多疑难问题，使自己在师德修养、教育理念、教学方法、等各方面有了很大的提升，驾驭课堂、把握教材、交流沟通、教学设计、班级管理、的技能也有了很大的提高，同时更新了教育理论，丰富了教学经验，为今后从事英语教学和班级管理工作，进一步提高课堂教学效益打下了良好的基础。同时也结识了许多优秀的教师，开阔了视野，充实了自己。具体做到了以下几点：1、积极认真的观看视频学习，到目前为止在线学习时间达：11687分钟，并且在观看视频的时候积极提出自己的问题，课程、话题留言达到314条，并发起了181条话题，认真撰写日志200篇。</w:t>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https://d.book118.com/056011230145010045</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56011230145010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